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24E" w:rsidRDefault="0046724E" w:rsidP="00EC5EFD">
      <w:pPr>
        <w:spacing w:after="160" w:line="259" w:lineRule="auto"/>
        <w:jc w:val="center"/>
        <w:rPr>
          <w:rFonts w:ascii="Times New Roman" w:eastAsia="Calibri" w:hAnsi="Times New Roman" w:cs="Times New Roman"/>
          <w:b/>
          <w:sz w:val="24"/>
          <w:szCs w:val="24"/>
          <w:lang w:val="ru-RU"/>
        </w:rPr>
      </w:pPr>
      <w:bookmarkStart w:id="0" w:name="block-614382"/>
    </w:p>
    <w:p w:rsidR="0046724E" w:rsidRDefault="0046724E" w:rsidP="00EC5EFD">
      <w:pPr>
        <w:spacing w:after="160" w:line="259" w:lineRule="auto"/>
        <w:jc w:val="center"/>
        <w:rPr>
          <w:rFonts w:ascii="Times New Roman" w:eastAsia="Calibri" w:hAnsi="Times New Roman" w:cs="Times New Roman"/>
          <w:b/>
          <w:sz w:val="24"/>
          <w:szCs w:val="24"/>
          <w:lang w:val="ru-RU"/>
        </w:rPr>
      </w:pPr>
      <w:r>
        <w:rPr>
          <w:rFonts w:ascii="Times New Roman" w:eastAsia="Calibri" w:hAnsi="Times New Roman" w:cs="Times New Roman"/>
          <w:b/>
          <w:noProof/>
          <w:sz w:val="24"/>
          <w:szCs w:val="24"/>
          <w:lang w:val="ru-RU" w:eastAsia="ru-RU"/>
        </w:rPr>
        <w:drawing>
          <wp:inline distT="0" distB="0" distL="0" distR="0">
            <wp:extent cx="5940425" cy="8394404"/>
            <wp:effectExtent l="19050" t="0" r="3175" b="0"/>
            <wp:docPr id="1" name="Рисунок 1" descr="E:\титульник\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итульник\21.jpg"/>
                    <pic:cNvPicPr>
                      <a:picLocks noChangeAspect="1" noChangeArrowheads="1"/>
                    </pic:cNvPicPr>
                  </pic:nvPicPr>
                  <pic:blipFill>
                    <a:blip r:embed="rId8"/>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46724E" w:rsidRDefault="0046724E" w:rsidP="0046724E">
      <w:pPr>
        <w:spacing w:after="160" w:line="259" w:lineRule="auto"/>
        <w:rPr>
          <w:rFonts w:ascii="Times New Roman" w:eastAsia="Calibri" w:hAnsi="Times New Roman" w:cs="Times New Roman"/>
          <w:b/>
          <w:sz w:val="24"/>
          <w:szCs w:val="24"/>
          <w:lang w:val="ru-RU"/>
        </w:rPr>
      </w:pPr>
    </w:p>
    <w:p w:rsidR="0046724E" w:rsidRDefault="0046724E" w:rsidP="0046724E">
      <w:pPr>
        <w:spacing w:after="160" w:line="259" w:lineRule="auto"/>
        <w:rPr>
          <w:rFonts w:ascii="Times New Roman" w:eastAsia="Calibri" w:hAnsi="Times New Roman" w:cs="Times New Roman"/>
          <w:b/>
          <w:sz w:val="24"/>
          <w:szCs w:val="24"/>
          <w:lang w:val="ru-RU"/>
        </w:rPr>
      </w:pPr>
    </w:p>
    <w:p w:rsidR="00EC5EFD" w:rsidRPr="00EC5EFD" w:rsidRDefault="00EC5EFD" w:rsidP="00EC5EFD">
      <w:pPr>
        <w:spacing w:after="160" w:line="259" w:lineRule="auto"/>
        <w:jc w:val="center"/>
        <w:rPr>
          <w:rFonts w:ascii="Times New Roman" w:eastAsia="Calibri" w:hAnsi="Times New Roman" w:cs="Times New Roman"/>
          <w:b/>
          <w:sz w:val="24"/>
          <w:szCs w:val="24"/>
          <w:lang w:val="ru-RU"/>
        </w:rPr>
      </w:pPr>
      <w:r w:rsidRPr="00EC5EFD">
        <w:rPr>
          <w:rFonts w:ascii="Times New Roman" w:eastAsia="Calibri" w:hAnsi="Times New Roman" w:cs="Times New Roman"/>
          <w:b/>
          <w:sz w:val="24"/>
          <w:szCs w:val="24"/>
          <w:lang w:val="ru-RU"/>
        </w:rPr>
        <w:lastRenderedPageBreak/>
        <w:t>Аннотация к рабочей программе</w:t>
      </w:r>
    </w:p>
    <w:p w:rsidR="00EC5EFD" w:rsidRPr="00EC5EFD" w:rsidRDefault="00EC5EFD" w:rsidP="00EC5EFD">
      <w:pPr>
        <w:spacing w:after="160" w:line="259" w:lineRule="auto"/>
        <w:rPr>
          <w:rFonts w:ascii="Times New Roman" w:eastAsia="Calibri" w:hAnsi="Times New Roman" w:cs="Times New Roman"/>
          <w:sz w:val="24"/>
          <w:szCs w:val="24"/>
          <w:lang w:val="ru-RU"/>
        </w:rPr>
      </w:pPr>
      <w:r w:rsidRPr="00EC5EFD">
        <w:rPr>
          <w:rFonts w:ascii="Times New Roman" w:eastAsia="Calibri" w:hAnsi="Times New Roman" w:cs="Times New Roman"/>
          <w:sz w:val="24"/>
          <w:szCs w:val="24"/>
          <w:lang w:val="ru-RU"/>
        </w:rPr>
        <w:t xml:space="preserve">    Рабочая программа учебного предмета «Окружающий мир» (предметная область «Обществознание и естествознание» («Окружающий мир»)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Федеральной образовательной программы начального общего образования, Федеральной рабочей программы по учебному предмету «Окружающий мир», УМК «Окружающий мир» Плешаков А.А. (1 - 4 классы), а также ориентирована на целевые приоритеты, сформулированные в Федеральной рабочей программе воспитания.</w:t>
      </w:r>
    </w:p>
    <w:p w:rsidR="00EC5EFD" w:rsidRPr="00EC5EFD" w:rsidRDefault="00EC5EFD" w:rsidP="00EC5EFD">
      <w:pPr>
        <w:spacing w:after="160" w:line="259" w:lineRule="auto"/>
        <w:rPr>
          <w:rFonts w:ascii="Times New Roman" w:eastAsia="Calibri" w:hAnsi="Times New Roman" w:cs="Times New Roman"/>
          <w:sz w:val="24"/>
          <w:szCs w:val="24"/>
          <w:lang w:val="ru-RU"/>
        </w:rPr>
      </w:pPr>
      <w:r w:rsidRPr="00EC5EFD">
        <w:rPr>
          <w:rFonts w:ascii="Times New Roman" w:eastAsia="Calibri" w:hAnsi="Times New Roman" w:cs="Times New Roman"/>
          <w:sz w:val="24"/>
          <w:szCs w:val="24"/>
          <w:lang w:val="ru-RU"/>
        </w:rPr>
        <w:t>Изучение окружающего мира направлено на достижение следующих целей:</w:t>
      </w:r>
    </w:p>
    <w:p w:rsidR="00EC5EFD" w:rsidRPr="00EC5EFD" w:rsidRDefault="00EC5EFD" w:rsidP="00EC5EFD">
      <w:pPr>
        <w:spacing w:after="160" w:line="259" w:lineRule="auto"/>
        <w:rPr>
          <w:rFonts w:ascii="Times New Roman" w:eastAsia="Calibri" w:hAnsi="Times New Roman" w:cs="Times New Roman"/>
          <w:sz w:val="24"/>
          <w:szCs w:val="24"/>
          <w:lang w:val="ru-RU"/>
        </w:rPr>
      </w:pPr>
      <w:r w:rsidRPr="00EC5EFD">
        <w:rPr>
          <w:rFonts w:ascii="Times New Roman" w:eastAsia="Calibri" w:hAnsi="Times New Roman" w:cs="Times New Roman"/>
          <w:sz w:val="24"/>
          <w:szCs w:val="24"/>
          <w:lang w:val="ru-RU"/>
        </w:rPr>
        <w:t>●</w:t>
      </w:r>
      <w:r w:rsidRPr="00EC5EFD">
        <w:rPr>
          <w:rFonts w:ascii="Times New Roman" w:eastAsia="Calibri" w:hAnsi="Times New Roman" w:cs="Times New Roman"/>
          <w:sz w:val="24"/>
          <w:szCs w:val="24"/>
          <w:lang w:val="ru-RU"/>
        </w:rPr>
        <w:tab/>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 этических понятий, представленных в содержании программы по окружающему миру;</w:t>
      </w:r>
    </w:p>
    <w:p w:rsidR="00EC5EFD" w:rsidRPr="00EC5EFD" w:rsidRDefault="00EC5EFD" w:rsidP="00EC5EFD">
      <w:pPr>
        <w:spacing w:after="160" w:line="259" w:lineRule="auto"/>
        <w:rPr>
          <w:rFonts w:ascii="Times New Roman" w:eastAsia="Calibri" w:hAnsi="Times New Roman" w:cs="Times New Roman"/>
          <w:sz w:val="24"/>
          <w:szCs w:val="24"/>
          <w:lang w:val="ru-RU"/>
        </w:rPr>
      </w:pPr>
      <w:r w:rsidRPr="00EC5EFD">
        <w:rPr>
          <w:rFonts w:ascii="Times New Roman" w:eastAsia="Calibri" w:hAnsi="Times New Roman" w:cs="Times New Roman"/>
          <w:sz w:val="24"/>
          <w:szCs w:val="24"/>
          <w:lang w:val="ru-RU"/>
        </w:rPr>
        <w:t>●</w:t>
      </w:r>
      <w:r w:rsidRPr="00EC5EFD">
        <w:rPr>
          <w:rFonts w:ascii="Times New Roman" w:eastAsia="Calibri" w:hAnsi="Times New Roman" w:cs="Times New Roman"/>
          <w:sz w:val="24"/>
          <w:szCs w:val="24"/>
          <w:lang w:val="ru-RU"/>
        </w:rPr>
        <w:tab/>
        <w:t>формирование ценности здоровья человека, его сохранения и укрепления, приверженности здоровому образу жизни;</w:t>
      </w:r>
    </w:p>
    <w:p w:rsidR="00EC5EFD" w:rsidRPr="00EC5EFD" w:rsidRDefault="00EC5EFD" w:rsidP="00EC5EFD">
      <w:pPr>
        <w:spacing w:after="160" w:line="259" w:lineRule="auto"/>
        <w:rPr>
          <w:rFonts w:ascii="Times New Roman" w:eastAsia="Calibri" w:hAnsi="Times New Roman" w:cs="Times New Roman"/>
          <w:sz w:val="24"/>
          <w:szCs w:val="24"/>
          <w:lang w:val="ru-RU"/>
        </w:rPr>
      </w:pPr>
      <w:r w:rsidRPr="00EC5EFD">
        <w:rPr>
          <w:rFonts w:ascii="Times New Roman" w:eastAsia="Calibri" w:hAnsi="Times New Roman" w:cs="Times New Roman"/>
          <w:sz w:val="24"/>
          <w:szCs w:val="24"/>
          <w:lang w:val="ru-RU"/>
        </w:rPr>
        <w:t>●</w:t>
      </w:r>
      <w:r w:rsidRPr="00EC5EFD">
        <w:rPr>
          <w:rFonts w:ascii="Times New Roman" w:eastAsia="Calibri" w:hAnsi="Times New Roman" w:cs="Times New Roman"/>
          <w:sz w:val="24"/>
          <w:szCs w:val="24"/>
          <w:lang w:val="ru-RU"/>
        </w:rPr>
        <w:tab/>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EC5EFD" w:rsidRPr="00EC5EFD" w:rsidRDefault="00EC5EFD" w:rsidP="00EC5EFD">
      <w:pPr>
        <w:spacing w:after="160" w:line="259" w:lineRule="auto"/>
        <w:rPr>
          <w:rFonts w:ascii="Times New Roman" w:eastAsia="Calibri" w:hAnsi="Times New Roman" w:cs="Times New Roman"/>
          <w:sz w:val="24"/>
          <w:szCs w:val="24"/>
          <w:lang w:val="ru-RU"/>
        </w:rPr>
      </w:pPr>
      <w:r w:rsidRPr="00EC5EFD">
        <w:rPr>
          <w:rFonts w:ascii="Times New Roman" w:eastAsia="Calibri" w:hAnsi="Times New Roman" w:cs="Times New Roman"/>
          <w:sz w:val="24"/>
          <w:szCs w:val="24"/>
          <w:lang w:val="ru-RU"/>
        </w:rPr>
        <w:t>●</w:t>
      </w:r>
      <w:r w:rsidRPr="00EC5EFD">
        <w:rPr>
          <w:rFonts w:ascii="Times New Roman" w:eastAsia="Calibri" w:hAnsi="Times New Roman" w:cs="Times New Roman"/>
          <w:sz w:val="24"/>
          <w:szCs w:val="24"/>
          <w:lang w:val="ru-RU"/>
        </w:rPr>
        <w:tab/>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EC5EFD" w:rsidRPr="00EC5EFD" w:rsidRDefault="00EC5EFD" w:rsidP="00EC5EFD">
      <w:pPr>
        <w:spacing w:after="160" w:line="259" w:lineRule="auto"/>
        <w:rPr>
          <w:rFonts w:ascii="Times New Roman" w:eastAsia="Calibri" w:hAnsi="Times New Roman" w:cs="Times New Roman"/>
          <w:sz w:val="24"/>
          <w:szCs w:val="24"/>
          <w:lang w:val="ru-RU"/>
        </w:rPr>
      </w:pPr>
      <w:r w:rsidRPr="00EC5EFD">
        <w:rPr>
          <w:rFonts w:ascii="Times New Roman" w:eastAsia="Calibri" w:hAnsi="Times New Roman" w:cs="Times New Roman"/>
          <w:sz w:val="24"/>
          <w:szCs w:val="24"/>
          <w:lang w:val="ru-RU"/>
        </w:rPr>
        <w:t>●</w:t>
      </w:r>
      <w:r w:rsidRPr="00EC5EFD">
        <w:rPr>
          <w:rFonts w:ascii="Times New Roman" w:eastAsia="Calibri" w:hAnsi="Times New Roman" w:cs="Times New Roman"/>
          <w:sz w:val="24"/>
          <w:szCs w:val="24"/>
          <w:lang w:val="ru-RU"/>
        </w:rPr>
        <w:tab/>
        <w:t>проявление уважения к истории, культуре, традициям народов Российской Федерации;</w:t>
      </w:r>
    </w:p>
    <w:p w:rsidR="00EC5EFD" w:rsidRPr="00EC5EFD" w:rsidRDefault="00EC5EFD" w:rsidP="00EC5EFD">
      <w:pPr>
        <w:spacing w:after="160" w:line="259" w:lineRule="auto"/>
        <w:rPr>
          <w:rFonts w:ascii="Times New Roman" w:eastAsia="Calibri" w:hAnsi="Times New Roman" w:cs="Times New Roman"/>
          <w:sz w:val="24"/>
          <w:szCs w:val="24"/>
          <w:lang w:val="ru-RU"/>
        </w:rPr>
      </w:pPr>
      <w:r w:rsidRPr="00EC5EFD">
        <w:rPr>
          <w:rFonts w:ascii="Times New Roman" w:eastAsia="Calibri" w:hAnsi="Times New Roman" w:cs="Times New Roman"/>
          <w:sz w:val="24"/>
          <w:szCs w:val="24"/>
          <w:lang w:val="ru-RU"/>
        </w:rPr>
        <w:t>●</w:t>
      </w:r>
      <w:r w:rsidRPr="00EC5EFD">
        <w:rPr>
          <w:rFonts w:ascii="Times New Roman" w:eastAsia="Calibri" w:hAnsi="Times New Roman" w:cs="Times New Roman"/>
          <w:sz w:val="24"/>
          <w:szCs w:val="24"/>
          <w:lang w:val="ru-RU"/>
        </w:rPr>
        <w:tab/>
        <w:t>освоение обучающимися мирового культурного опыта по созданию общечеловеческих ценностей, законов и правил построения</w:t>
      </w:r>
      <w:r w:rsidRPr="00EC5EFD">
        <w:rPr>
          <w:rFonts w:ascii="Times New Roman" w:eastAsia="Calibri" w:hAnsi="Times New Roman" w:cs="Times New Roman"/>
          <w:sz w:val="24"/>
          <w:szCs w:val="24"/>
          <w:lang w:val="ru-RU"/>
        </w:rPr>
        <w:tab/>
        <w:t>взаимоотношений</w:t>
      </w:r>
    </w:p>
    <w:p w:rsidR="00EC5EFD" w:rsidRPr="00EC5EFD" w:rsidRDefault="00EC5EFD" w:rsidP="00EC5EFD">
      <w:pPr>
        <w:spacing w:after="160" w:line="259" w:lineRule="auto"/>
        <w:rPr>
          <w:rFonts w:ascii="Times New Roman" w:eastAsia="Calibri" w:hAnsi="Times New Roman" w:cs="Times New Roman"/>
          <w:sz w:val="24"/>
          <w:szCs w:val="24"/>
          <w:lang w:val="ru-RU"/>
        </w:rPr>
      </w:pPr>
      <w:r w:rsidRPr="00EC5EFD">
        <w:rPr>
          <w:rFonts w:ascii="Times New Roman" w:eastAsia="Calibri" w:hAnsi="Times New Roman" w:cs="Times New Roman"/>
          <w:sz w:val="24"/>
          <w:szCs w:val="24"/>
          <w:lang w:val="ru-RU"/>
        </w:rPr>
        <w:t>в социуме;</w:t>
      </w:r>
    </w:p>
    <w:p w:rsidR="00EC5EFD" w:rsidRPr="00EC5EFD" w:rsidRDefault="00EC5EFD" w:rsidP="00EC5EFD">
      <w:pPr>
        <w:spacing w:after="160" w:line="259" w:lineRule="auto"/>
        <w:rPr>
          <w:rFonts w:ascii="Times New Roman" w:eastAsia="Calibri" w:hAnsi="Times New Roman" w:cs="Times New Roman"/>
          <w:sz w:val="24"/>
          <w:szCs w:val="24"/>
          <w:lang w:val="ru-RU"/>
        </w:rPr>
      </w:pPr>
      <w:r w:rsidRPr="00EC5EFD">
        <w:rPr>
          <w:rFonts w:ascii="Times New Roman" w:eastAsia="Calibri" w:hAnsi="Times New Roman" w:cs="Times New Roman"/>
          <w:sz w:val="24"/>
          <w:szCs w:val="24"/>
          <w:lang w:val="ru-RU"/>
        </w:rPr>
        <w:t>●</w:t>
      </w:r>
      <w:r w:rsidRPr="00EC5EFD">
        <w:rPr>
          <w:rFonts w:ascii="Times New Roman" w:eastAsia="Calibri" w:hAnsi="Times New Roman" w:cs="Times New Roman"/>
          <w:sz w:val="24"/>
          <w:szCs w:val="24"/>
          <w:lang w:val="ru-RU"/>
        </w:rPr>
        <w:tab/>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EC5EFD" w:rsidRPr="00EC5EFD" w:rsidRDefault="00EC5EFD" w:rsidP="00EC5EFD">
      <w:pPr>
        <w:spacing w:after="160" w:line="259" w:lineRule="auto"/>
        <w:rPr>
          <w:rFonts w:ascii="Times New Roman" w:eastAsia="Calibri" w:hAnsi="Times New Roman" w:cs="Times New Roman"/>
          <w:sz w:val="24"/>
          <w:szCs w:val="24"/>
          <w:lang w:val="ru-RU"/>
        </w:rPr>
      </w:pPr>
      <w:r w:rsidRPr="00EC5EFD">
        <w:rPr>
          <w:rFonts w:ascii="Times New Roman" w:eastAsia="Calibri" w:hAnsi="Times New Roman" w:cs="Times New Roman"/>
          <w:sz w:val="24"/>
          <w:szCs w:val="24"/>
          <w:lang w:val="ru-RU"/>
        </w:rPr>
        <w:t>●</w:t>
      </w:r>
      <w:r w:rsidRPr="00EC5EFD">
        <w:rPr>
          <w:rFonts w:ascii="Times New Roman" w:eastAsia="Calibri" w:hAnsi="Times New Roman" w:cs="Times New Roman"/>
          <w:sz w:val="24"/>
          <w:szCs w:val="24"/>
          <w:lang w:val="ru-RU"/>
        </w:rPr>
        <w:tab/>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EC5EFD" w:rsidRPr="00EC5EFD" w:rsidRDefault="00EC5EFD" w:rsidP="00EC5EFD">
      <w:pPr>
        <w:spacing w:after="160" w:line="259" w:lineRule="auto"/>
        <w:rPr>
          <w:rFonts w:ascii="Times New Roman" w:eastAsia="Calibri" w:hAnsi="Times New Roman" w:cs="Times New Roman"/>
          <w:sz w:val="24"/>
          <w:szCs w:val="24"/>
          <w:lang w:val="ru-RU"/>
        </w:rPr>
      </w:pPr>
      <w:r w:rsidRPr="00EC5EFD">
        <w:rPr>
          <w:rFonts w:ascii="Times New Roman" w:eastAsia="Calibri" w:hAnsi="Times New Roman" w:cs="Times New Roman"/>
          <w:sz w:val="24"/>
          <w:szCs w:val="24"/>
          <w:lang w:val="ru-RU"/>
        </w:rPr>
        <w:t>Содержание рабочей программы учебного предмета «Окружающий мир» на ступени начального общего образования предусматривает в 1, 2, 3, 4 классах изучение программного материала в рамках разделов “Человек и общество”, “Человек и природа”, “Правила безопасности жизнедеятельности”.</w:t>
      </w:r>
    </w:p>
    <w:p w:rsidR="00EC5EFD" w:rsidRPr="00EC5EFD" w:rsidRDefault="00EC5EFD" w:rsidP="00EC5EFD">
      <w:pPr>
        <w:spacing w:after="160" w:line="259" w:lineRule="auto"/>
        <w:rPr>
          <w:rFonts w:ascii="Times New Roman" w:eastAsia="Calibri" w:hAnsi="Times New Roman" w:cs="Times New Roman"/>
          <w:sz w:val="24"/>
          <w:szCs w:val="24"/>
          <w:lang w:val="ru-RU"/>
        </w:rPr>
      </w:pPr>
      <w:r w:rsidRPr="00EC5EFD">
        <w:rPr>
          <w:rFonts w:ascii="Times New Roman" w:eastAsia="Calibri" w:hAnsi="Times New Roman" w:cs="Times New Roman"/>
          <w:sz w:val="24"/>
          <w:szCs w:val="24"/>
          <w:lang w:val="ru-RU"/>
        </w:rPr>
        <w:t>На изучение предмета “Окружающий мир” на ступени начального общего образования отводится 270 часов:</w:t>
      </w:r>
    </w:p>
    <w:p w:rsidR="00EC5EFD" w:rsidRPr="00EC5EFD" w:rsidRDefault="00EC5EFD" w:rsidP="00EC5EFD">
      <w:pPr>
        <w:spacing w:after="160" w:line="259" w:lineRule="auto"/>
        <w:rPr>
          <w:rFonts w:ascii="Times New Roman" w:eastAsia="Calibri" w:hAnsi="Times New Roman" w:cs="Times New Roman"/>
          <w:sz w:val="24"/>
          <w:szCs w:val="24"/>
          <w:lang w:val="ru-RU"/>
        </w:rPr>
      </w:pPr>
      <w:r w:rsidRPr="00EC5EFD">
        <w:rPr>
          <w:rFonts w:ascii="Times New Roman" w:eastAsia="Calibri" w:hAnsi="Times New Roman" w:cs="Times New Roman"/>
          <w:sz w:val="24"/>
          <w:szCs w:val="24"/>
          <w:lang w:val="ru-RU"/>
        </w:rPr>
        <w:lastRenderedPageBreak/>
        <w:t>●</w:t>
      </w:r>
      <w:r w:rsidRPr="00EC5EFD">
        <w:rPr>
          <w:rFonts w:ascii="Times New Roman" w:eastAsia="Calibri" w:hAnsi="Times New Roman" w:cs="Times New Roman"/>
          <w:sz w:val="24"/>
          <w:szCs w:val="24"/>
          <w:lang w:val="ru-RU"/>
        </w:rPr>
        <w:tab/>
        <w:t>1 класс – 66 часов (2 часа в неделю);</w:t>
      </w:r>
    </w:p>
    <w:p w:rsidR="00EC5EFD" w:rsidRPr="00EC5EFD" w:rsidRDefault="00EC5EFD" w:rsidP="00EC5EFD">
      <w:pPr>
        <w:spacing w:after="160" w:line="259" w:lineRule="auto"/>
        <w:rPr>
          <w:rFonts w:ascii="Times New Roman" w:eastAsia="Calibri" w:hAnsi="Times New Roman" w:cs="Times New Roman"/>
          <w:sz w:val="24"/>
          <w:szCs w:val="24"/>
          <w:lang w:val="ru-RU"/>
        </w:rPr>
      </w:pPr>
      <w:r w:rsidRPr="00EC5EFD">
        <w:rPr>
          <w:rFonts w:ascii="Times New Roman" w:eastAsia="Calibri" w:hAnsi="Times New Roman" w:cs="Times New Roman"/>
          <w:sz w:val="24"/>
          <w:szCs w:val="24"/>
          <w:lang w:val="ru-RU"/>
        </w:rPr>
        <w:t>●</w:t>
      </w:r>
      <w:r w:rsidRPr="00EC5EFD">
        <w:rPr>
          <w:rFonts w:ascii="Times New Roman" w:eastAsia="Calibri" w:hAnsi="Times New Roman" w:cs="Times New Roman"/>
          <w:sz w:val="24"/>
          <w:szCs w:val="24"/>
          <w:lang w:val="ru-RU"/>
        </w:rPr>
        <w:tab/>
        <w:t>2 класс – 68 часов (2 часа в неделю);</w:t>
      </w:r>
    </w:p>
    <w:p w:rsidR="00EC5EFD" w:rsidRPr="00EC5EFD" w:rsidRDefault="00EC5EFD" w:rsidP="00EC5EFD">
      <w:pPr>
        <w:spacing w:after="160" w:line="259" w:lineRule="auto"/>
        <w:rPr>
          <w:rFonts w:ascii="Times New Roman" w:eastAsia="Calibri" w:hAnsi="Times New Roman" w:cs="Times New Roman"/>
          <w:sz w:val="24"/>
          <w:szCs w:val="24"/>
          <w:lang w:val="ru-RU"/>
        </w:rPr>
      </w:pPr>
      <w:r w:rsidRPr="00EC5EFD">
        <w:rPr>
          <w:rFonts w:ascii="Times New Roman" w:eastAsia="Calibri" w:hAnsi="Times New Roman" w:cs="Times New Roman"/>
          <w:sz w:val="24"/>
          <w:szCs w:val="24"/>
          <w:lang w:val="ru-RU"/>
        </w:rPr>
        <w:t>●</w:t>
      </w:r>
      <w:r w:rsidRPr="00EC5EFD">
        <w:rPr>
          <w:rFonts w:ascii="Times New Roman" w:eastAsia="Calibri" w:hAnsi="Times New Roman" w:cs="Times New Roman"/>
          <w:sz w:val="24"/>
          <w:szCs w:val="24"/>
          <w:lang w:val="ru-RU"/>
        </w:rPr>
        <w:tab/>
        <w:t>3 класс – 68 часов (2 часа в неделю);</w:t>
      </w:r>
    </w:p>
    <w:p w:rsidR="00EC5EFD" w:rsidRPr="00EC5EFD" w:rsidRDefault="00EC5EFD" w:rsidP="00EC5EFD">
      <w:pPr>
        <w:spacing w:after="160" w:line="259" w:lineRule="auto"/>
        <w:rPr>
          <w:rFonts w:ascii="Times New Roman" w:eastAsia="Calibri" w:hAnsi="Times New Roman" w:cs="Times New Roman"/>
          <w:sz w:val="24"/>
          <w:szCs w:val="24"/>
          <w:lang w:val="ru-RU"/>
        </w:rPr>
      </w:pPr>
      <w:r w:rsidRPr="00EC5EFD">
        <w:rPr>
          <w:rFonts w:ascii="Times New Roman" w:eastAsia="Calibri" w:hAnsi="Times New Roman" w:cs="Times New Roman"/>
          <w:sz w:val="24"/>
          <w:szCs w:val="24"/>
          <w:lang w:val="ru-RU"/>
        </w:rPr>
        <w:t>●</w:t>
      </w:r>
      <w:r w:rsidRPr="00EC5EFD">
        <w:rPr>
          <w:rFonts w:ascii="Times New Roman" w:eastAsia="Calibri" w:hAnsi="Times New Roman" w:cs="Times New Roman"/>
          <w:sz w:val="24"/>
          <w:szCs w:val="24"/>
          <w:lang w:val="ru-RU"/>
        </w:rPr>
        <w:tab/>
        <w:t>4 класс – 68 часов (2 часа в неделю).</w:t>
      </w:r>
    </w:p>
    <w:p w:rsidR="00EC5EFD" w:rsidRPr="00EC5EFD" w:rsidRDefault="00EC5EFD" w:rsidP="00EC5EFD">
      <w:pPr>
        <w:spacing w:after="160" w:line="259" w:lineRule="auto"/>
        <w:rPr>
          <w:rFonts w:ascii="Calibri" w:eastAsia="Calibri" w:hAnsi="Calibri" w:cs="Times New Roman"/>
          <w:sz w:val="22"/>
          <w:szCs w:val="22"/>
          <w:lang w:val="ru-RU"/>
        </w:rPr>
      </w:pPr>
    </w:p>
    <w:p w:rsidR="00EC5EFD" w:rsidRPr="00EC5EFD" w:rsidRDefault="00EC5EFD" w:rsidP="00EC5EFD">
      <w:pPr>
        <w:spacing w:after="160" w:line="259" w:lineRule="auto"/>
        <w:ind w:left="720"/>
        <w:contextualSpacing/>
        <w:rPr>
          <w:rFonts w:ascii="Times New Roman" w:eastAsia="Calibri" w:hAnsi="Times New Roman" w:cs="Times New Roman"/>
          <w:sz w:val="24"/>
          <w:szCs w:val="24"/>
          <w:lang w:val="ru-RU"/>
        </w:rPr>
      </w:pPr>
      <w:bookmarkStart w:id="1" w:name="_Hlk145434040"/>
      <w:r w:rsidRPr="00EC5EFD">
        <w:rPr>
          <w:rFonts w:ascii="Times New Roman" w:eastAsia="Calibri" w:hAnsi="Times New Roman" w:cs="Times New Roman"/>
          <w:sz w:val="24"/>
          <w:szCs w:val="24"/>
          <w:lang w:val="ru-RU"/>
        </w:rPr>
        <w:t>Рабочая программа включает в себя:</w:t>
      </w:r>
      <w:r w:rsidRPr="00EC5EFD">
        <w:rPr>
          <w:rFonts w:ascii="Times New Roman" w:eastAsia="Calibri" w:hAnsi="Times New Roman" w:cs="Times New Roman"/>
          <w:sz w:val="24"/>
          <w:szCs w:val="24"/>
          <w:lang w:val="ru-RU"/>
        </w:rPr>
        <w:br/>
        <w:t xml:space="preserve">• </w:t>
      </w:r>
      <w:r w:rsidR="00714E14">
        <w:rPr>
          <w:rFonts w:ascii="Times New Roman" w:eastAsia="Calibri" w:hAnsi="Times New Roman" w:cs="Times New Roman"/>
          <w:sz w:val="24"/>
          <w:szCs w:val="24"/>
          <w:lang w:val="ru-RU"/>
        </w:rPr>
        <w:t>с</w:t>
      </w:r>
      <w:r w:rsidRPr="00EC5EFD">
        <w:rPr>
          <w:rFonts w:ascii="Times New Roman" w:eastAsia="Calibri" w:hAnsi="Times New Roman" w:cs="Times New Roman"/>
          <w:sz w:val="24"/>
          <w:szCs w:val="24"/>
          <w:lang w:val="ru-RU"/>
        </w:rPr>
        <w:t xml:space="preserve">одержание учебного предмета; </w:t>
      </w:r>
    </w:p>
    <w:p w:rsidR="00EC5EFD" w:rsidRPr="00EC5EFD" w:rsidRDefault="00EC5EFD" w:rsidP="00EC5EFD">
      <w:pPr>
        <w:spacing w:after="160" w:line="259" w:lineRule="auto"/>
        <w:ind w:left="720"/>
        <w:contextualSpacing/>
        <w:rPr>
          <w:rFonts w:ascii="Times New Roman" w:eastAsia="Calibri" w:hAnsi="Times New Roman" w:cs="Times New Roman"/>
          <w:sz w:val="24"/>
          <w:szCs w:val="24"/>
          <w:lang w:val="ru-RU"/>
        </w:rPr>
      </w:pPr>
      <w:r w:rsidRPr="00EC5EFD">
        <w:rPr>
          <w:rFonts w:ascii="Times New Roman" w:eastAsia="Calibri" w:hAnsi="Times New Roman" w:cs="Times New Roman"/>
          <w:sz w:val="24"/>
          <w:szCs w:val="24"/>
          <w:lang w:val="ru-RU"/>
        </w:rPr>
        <w:t xml:space="preserve">•  </w:t>
      </w:r>
      <w:r w:rsidR="00714E14">
        <w:rPr>
          <w:rFonts w:ascii="Times New Roman" w:eastAsia="Calibri" w:hAnsi="Times New Roman" w:cs="Times New Roman"/>
          <w:sz w:val="24"/>
          <w:szCs w:val="24"/>
          <w:lang w:val="ru-RU"/>
        </w:rPr>
        <w:t>п</w:t>
      </w:r>
      <w:r w:rsidRPr="00EC5EFD">
        <w:rPr>
          <w:rFonts w:ascii="Times New Roman" w:eastAsia="Calibri" w:hAnsi="Times New Roman" w:cs="Times New Roman"/>
          <w:sz w:val="24"/>
          <w:szCs w:val="24"/>
          <w:lang w:val="ru-RU"/>
        </w:rPr>
        <w:t>ланируемые результаты освоения учебного предмета, курса</w:t>
      </w:r>
    </w:p>
    <w:p w:rsidR="00EC5EFD" w:rsidRPr="00EC5EFD" w:rsidRDefault="00EC5EFD" w:rsidP="00EC5EFD">
      <w:pPr>
        <w:spacing w:after="160" w:line="259" w:lineRule="auto"/>
        <w:ind w:left="720"/>
        <w:contextualSpacing/>
        <w:rPr>
          <w:rFonts w:ascii="Times New Roman" w:eastAsia="Calibri" w:hAnsi="Times New Roman" w:cs="Times New Roman"/>
          <w:sz w:val="24"/>
          <w:szCs w:val="24"/>
          <w:lang w:val="ru-RU"/>
        </w:rPr>
      </w:pPr>
      <w:r w:rsidRPr="00EC5EFD">
        <w:rPr>
          <w:rFonts w:ascii="Times New Roman" w:eastAsia="Calibri" w:hAnsi="Times New Roman" w:cs="Times New Roman"/>
          <w:sz w:val="24"/>
          <w:szCs w:val="24"/>
          <w:lang w:val="ru-RU"/>
        </w:rPr>
        <w:t>(личностные, метапредметные, предметные);</w:t>
      </w:r>
    </w:p>
    <w:p w:rsidR="00EC5EFD" w:rsidRPr="00EC5EFD" w:rsidRDefault="00EC5EFD" w:rsidP="00EC5EFD">
      <w:pPr>
        <w:spacing w:after="160" w:line="259" w:lineRule="auto"/>
        <w:ind w:left="720"/>
        <w:contextualSpacing/>
        <w:rPr>
          <w:rFonts w:ascii="Times New Roman" w:eastAsia="Calibri" w:hAnsi="Times New Roman" w:cs="Times New Roman"/>
          <w:sz w:val="24"/>
          <w:szCs w:val="24"/>
          <w:lang w:val="ru-RU"/>
        </w:rPr>
      </w:pPr>
      <w:r w:rsidRPr="00EC5EFD">
        <w:rPr>
          <w:rFonts w:ascii="Times New Roman" w:eastAsia="Calibri" w:hAnsi="Times New Roman" w:cs="Times New Roman"/>
          <w:sz w:val="24"/>
          <w:szCs w:val="24"/>
          <w:lang w:val="ru-RU"/>
        </w:rPr>
        <w:t xml:space="preserve">• </w:t>
      </w:r>
      <w:r w:rsidR="00714E14">
        <w:rPr>
          <w:rFonts w:ascii="Times New Roman" w:eastAsia="Calibri" w:hAnsi="Times New Roman" w:cs="Times New Roman"/>
          <w:sz w:val="24"/>
          <w:szCs w:val="24"/>
          <w:lang w:val="ru-RU"/>
        </w:rPr>
        <w:t>т</w:t>
      </w:r>
      <w:r w:rsidRPr="00EC5EFD">
        <w:rPr>
          <w:rFonts w:ascii="Times New Roman" w:eastAsia="Calibri" w:hAnsi="Times New Roman" w:cs="Times New Roman"/>
          <w:sz w:val="24"/>
          <w:szCs w:val="24"/>
          <w:lang w:val="ru-RU"/>
        </w:rPr>
        <w:t>ематическое планирование с указанием количества часов, отводимых на</w:t>
      </w:r>
    </w:p>
    <w:p w:rsidR="00EC5EFD" w:rsidRPr="00EC5EFD" w:rsidRDefault="00EC5EFD" w:rsidP="00EC5EFD">
      <w:pPr>
        <w:spacing w:after="160" w:line="259" w:lineRule="auto"/>
        <w:ind w:left="720"/>
        <w:contextualSpacing/>
        <w:rPr>
          <w:rFonts w:ascii="Times New Roman" w:eastAsia="Calibri" w:hAnsi="Times New Roman" w:cs="Times New Roman"/>
          <w:sz w:val="24"/>
          <w:szCs w:val="24"/>
          <w:lang w:val="ru-RU"/>
        </w:rPr>
      </w:pPr>
      <w:r w:rsidRPr="00EC5EFD">
        <w:rPr>
          <w:rFonts w:ascii="Times New Roman" w:eastAsia="Calibri" w:hAnsi="Times New Roman" w:cs="Times New Roman"/>
          <w:sz w:val="24"/>
          <w:szCs w:val="24"/>
          <w:lang w:val="ru-RU"/>
        </w:rPr>
        <w:t>освоение каждой темы;</w:t>
      </w:r>
    </w:p>
    <w:p w:rsidR="00EC5EFD" w:rsidRDefault="00714E14" w:rsidP="00D0790B">
      <w:pPr>
        <w:numPr>
          <w:ilvl w:val="0"/>
          <w:numId w:val="92"/>
        </w:numPr>
        <w:spacing w:after="160" w:line="259" w:lineRule="auto"/>
        <w:ind w:left="851" w:hanging="142"/>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к</w:t>
      </w:r>
      <w:r w:rsidR="00EC5EFD" w:rsidRPr="00EC5EFD">
        <w:rPr>
          <w:rFonts w:ascii="Times New Roman" w:eastAsia="Calibri" w:hAnsi="Times New Roman" w:cs="Times New Roman"/>
          <w:sz w:val="24"/>
          <w:szCs w:val="24"/>
          <w:lang w:val="ru-RU"/>
        </w:rPr>
        <w:t>ален</w:t>
      </w:r>
      <w:r>
        <w:rPr>
          <w:rFonts w:ascii="Times New Roman" w:eastAsia="Calibri" w:hAnsi="Times New Roman" w:cs="Times New Roman"/>
          <w:sz w:val="24"/>
          <w:szCs w:val="24"/>
          <w:lang w:val="ru-RU"/>
        </w:rPr>
        <w:t>дарно-тематическое планирование;</w:t>
      </w:r>
    </w:p>
    <w:p w:rsidR="00714E14" w:rsidRPr="00EC5EFD" w:rsidRDefault="00714E14" w:rsidP="00D0790B">
      <w:pPr>
        <w:numPr>
          <w:ilvl w:val="0"/>
          <w:numId w:val="92"/>
        </w:numPr>
        <w:spacing w:after="160" w:line="259" w:lineRule="auto"/>
        <w:ind w:left="851" w:hanging="142"/>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контрольно-измерительные материалы</w:t>
      </w:r>
    </w:p>
    <w:p w:rsidR="00EC5EFD" w:rsidRPr="00EC5EFD" w:rsidRDefault="00EC5EFD" w:rsidP="00EC5EFD">
      <w:pPr>
        <w:spacing w:after="160" w:line="259" w:lineRule="auto"/>
        <w:ind w:left="720"/>
        <w:contextualSpacing/>
        <w:rPr>
          <w:rFonts w:ascii="Times New Roman" w:eastAsia="Calibri" w:hAnsi="Times New Roman" w:cs="Times New Roman"/>
          <w:sz w:val="24"/>
          <w:szCs w:val="24"/>
          <w:lang w:val="ru-RU"/>
        </w:rPr>
      </w:pPr>
    </w:p>
    <w:p w:rsidR="00EC5EFD" w:rsidRPr="00EC5EFD" w:rsidRDefault="00EC5EFD" w:rsidP="00EC5EFD">
      <w:pPr>
        <w:spacing w:after="160" w:line="259" w:lineRule="auto"/>
        <w:contextualSpacing/>
        <w:rPr>
          <w:rFonts w:ascii="Times New Roman" w:eastAsia="Calibri" w:hAnsi="Times New Roman" w:cs="Times New Roman"/>
          <w:sz w:val="24"/>
          <w:szCs w:val="24"/>
          <w:lang w:val="ru-RU"/>
        </w:rPr>
      </w:pPr>
      <w:r w:rsidRPr="00EC5EFD">
        <w:rPr>
          <w:rFonts w:ascii="Times New Roman" w:eastAsia="Calibri" w:hAnsi="Times New Roman" w:cs="Times New Roman"/>
          <w:sz w:val="24"/>
          <w:szCs w:val="24"/>
          <w:lang w:val="ru-RU"/>
        </w:rPr>
        <w:t>Срок реализации программы 4 года.</w:t>
      </w:r>
      <w:bookmarkEnd w:id="1"/>
    </w:p>
    <w:p w:rsidR="00EC5EFD" w:rsidRPr="00EC5EFD" w:rsidRDefault="00EC5EFD" w:rsidP="00EC5EFD">
      <w:pPr>
        <w:spacing w:after="160" w:line="259" w:lineRule="auto"/>
        <w:rPr>
          <w:rFonts w:ascii="Calibri" w:eastAsia="Calibri" w:hAnsi="Calibri" w:cs="Times New Roman"/>
          <w:sz w:val="22"/>
          <w:szCs w:val="22"/>
          <w:lang w:val="ru-RU"/>
        </w:rPr>
      </w:pPr>
    </w:p>
    <w:p w:rsidR="003E01F1" w:rsidRDefault="003E01F1"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Default="00EC5EFD" w:rsidP="00790CDE">
      <w:pPr>
        <w:spacing w:after="0"/>
        <w:jc w:val="both"/>
        <w:rPr>
          <w:rFonts w:ascii="Times New Roman" w:hAnsi="Times New Roman" w:cs="Times New Roman"/>
          <w:sz w:val="24"/>
          <w:szCs w:val="24"/>
          <w:lang w:val="ru-RU"/>
        </w:rPr>
      </w:pPr>
    </w:p>
    <w:p w:rsidR="00EC5EFD" w:rsidRPr="00790CDE" w:rsidRDefault="00EC5EFD" w:rsidP="00790CDE">
      <w:pPr>
        <w:spacing w:after="0"/>
        <w:jc w:val="both"/>
        <w:rPr>
          <w:rFonts w:ascii="Times New Roman" w:hAnsi="Times New Roman" w:cs="Times New Roman"/>
          <w:sz w:val="24"/>
          <w:szCs w:val="24"/>
          <w:lang w:val="ru-RU"/>
        </w:rPr>
      </w:pPr>
    </w:p>
    <w:p w:rsidR="003E01F1" w:rsidRPr="003E01F1" w:rsidRDefault="003E01F1" w:rsidP="003E01F1">
      <w:pPr>
        <w:pStyle w:val="af"/>
        <w:spacing w:after="0"/>
        <w:ind w:left="480"/>
        <w:jc w:val="both"/>
        <w:rPr>
          <w:rFonts w:ascii="Times New Roman" w:hAnsi="Times New Roman" w:cs="Times New Roman"/>
          <w:sz w:val="24"/>
          <w:szCs w:val="24"/>
          <w:lang w:val="ru-RU"/>
        </w:rPr>
      </w:pPr>
    </w:p>
    <w:p w:rsidR="003E01F1" w:rsidRDefault="00960AB0" w:rsidP="00D0790B">
      <w:pPr>
        <w:pStyle w:val="af"/>
        <w:numPr>
          <w:ilvl w:val="0"/>
          <w:numId w:val="22"/>
        </w:numPr>
        <w:spacing w:after="0"/>
        <w:jc w:val="center"/>
        <w:rPr>
          <w:rFonts w:ascii="Times New Roman" w:hAnsi="Times New Roman" w:cs="Times New Roman"/>
          <w:b/>
          <w:sz w:val="24"/>
          <w:szCs w:val="24"/>
          <w:lang w:val="ru-RU"/>
        </w:rPr>
      </w:pPr>
      <w:r w:rsidRPr="00960AB0">
        <w:rPr>
          <w:rFonts w:ascii="Times New Roman" w:hAnsi="Times New Roman" w:cs="Times New Roman"/>
          <w:b/>
          <w:sz w:val="24"/>
          <w:szCs w:val="24"/>
          <w:lang w:val="ru-RU"/>
        </w:rPr>
        <w:t>Содержание учебного предмета «Окружающий мир»</w:t>
      </w:r>
    </w:p>
    <w:p w:rsidR="0074512B" w:rsidRPr="00960AB0" w:rsidRDefault="0074512B" w:rsidP="0074512B">
      <w:pPr>
        <w:pStyle w:val="af"/>
        <w:spacing w:after="0"/>
        <w:ind w:left="480"/>
        <w:rPr>
          <w:rFonts w:ascii="Times New Roman" w:hAnsi="Times New Roman" w:cs="Times New Roman"/>
          <w:b/>
          <w:sz w:val="24"/>
          <w:szCs w:val="24"/>
          <w:lang w:val="ru-RU"/>
        </w:rPr>
      </w:pPr>
    </w:p>
    <w:p w:rsidR="00960AB0" w:rsidRPr="0074512B" w:rsidRDefault="0074512B" w:rsidP="0074512B">
      <w:pPr>
        <w:pStyle w:val="af"/>
        <w:spacing w:after="0"/>
        <w:ind w:left="480"/>
        <w:jc w:val="center"/>
        <w:rPr>
          <w:rFonts w:ascii="Times New Roman" w:hAnsi="Times New Roman" w:cs="Times New Roman"/>
          <w:b/>
          <w:sz w:val="24"/>
          <w:szCs w:val="24"/>
          <w:lang w:val="ru-RU"/>
        </w:rPr>
      </w:pPr>
      <w:r w:rsidRPr="0074512B">
        <w:rPr>
          <w:rFonts w:ascii="Times New Roman" w:hAnsi="Times New Roman" w:cs="Times New Roman"/>
          <w:b/>
          <w:sz w:val="24"/>
          <w:szCs w:val="24"/>
          <w:lang w:val="ru-RU"/>
        </w:rPr>
        <w:t>1 класс</w:t>
      </w:r>
    </w:p>
    <w:p w:rsidR="0074512B" w:rsidRDefault="0074512B" w:rsidP="002A54A2">
      <w:pPr>
        <w:spacing w:after="0"/>
        <w:ind w:firstLine="600"/>
        <w:rPr>
          <w:rFonts w:ascii="Times New Roman" w:hAnsi="Times New Roman"/>
          <w:b/>
          <w:i/>
          <w:color w:val="000000"/>
          <w:sz w:val="24"/>
          <w:szCs w:val="24"/>
          <w:lang w:val="ru-RU"/>
        </w:rPr>
      </w:pPr>
    </w:p>
    <w:p w:rsidR="0026796A" w:rsidRPr="00A73752" w:rsidRDefault="0026796A" w:rsidP="002A54A2">
      <w:pPr>
        <w:spacing w:after="0"/>
        <w:ind w:firstLine="600"/>
        <w:rPr>
          <w:i/>
          <w:sz w:val="24"/>
          <w:szCs w:val="24"/>
          <w:lang w:val="ru-RU"/>
        </w:rPr>
      </w:pPr>
      <w:r w:rsidRPr="00A73752">
        <w:rPr>
          <w:rFonts w:ascii="Times New Roman" w:hAnsi="Times New Roman"/>
          <w:i/>
          <w:color w:val="000000"/>
          <w:sz w:val="24"/>
          <w:szCs w:val="24"/>
          <w:lang w:val="ru-RU"/>
        </w:rPr>
        <w:t>Человек и общество</w:t>
      </w:r>
    </w:p>
    <w:p w:rsidR="0026796A" w:rsidRPr="0026796A" w:rsidRDefault="0026796A" w:rsidP="0026796A">
      <w:pPr>
        <w:spacing w:after="0"/>
        <w:ind w:firstLine="600"/>
        <w:jc w:val="both"/>
        <w:rPr>
          <w:sz w:val="24"/>
          <w:szCs w:val="24"/>
          <w:lang w:val="ru-RU"/>
        </w:rPr>
      </w:pPr>
      <w:r w:rsidRPr="0026796A">
        <w:rPr>
          <w:rFonts w:ascii="Times New Roman" w:hAnsi="Times New Roman"/>
          <w:color w:val="000000"/>
          <w:sz w:val="24"/>
          <w:szCs w:val="24"/>
          <w:lang w:val="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r w:rsidR="006C2FF9" w:rsidRPr="002A54A2">
        <w:rPr>
          <w:rFonts w:ascii="Times New Roman" w:hAnsi="Times New Roman"/>
          <w:color w:val="000000"/>
          <w:sz w:val="24"/>
          <w:szCs w:val="24"/>
          <w:lang w:val="ru-RU"/>
        </w:rPr>
        <w:t>Мой класс и моя школа.</w:t>
      </w:r>
    </w:p>
    <w:p w:rsidR="0026796A" w:rsidRPr="0026796A" w:rsidRDefault="0026796A" w:rsidP="0026796A">
      <w:pPr>
        <w:spacing w:after="0"/>
        <w:ind w:firstLine="600"/>
        <w:jc w:val="both"/>
        <w:rPr>
          <w:sz w:val="24"/>
          <w:szCs w:val="24"/>
          <w:lang w:val="ru-RU"/>
        </w:rPr>
      </w:pPr>
      <w:r w:rsidRPr="0026796A">
        <w:rPr>
          <w:rFonts w:ascii="Times New Roman" w:hAnsi="Times New Roman"/>
          <w:color w:val="000000"/>
          <w:sz w:val="24"/>
          <w:szCs w:val="24"/>
          <w:lang w:val="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26796A" w:rsidRPr="002A54A2" w:rsidRDefault="0026796A" w:rsidP="0026796A">
      <w:pPr>
        <w:spacing w:after="0"/>
        <w:ind w:firstLine="600"/>
        <w:jc w:val="both"/>
        <w:rPr>
          <w:sz w:val="24"/>
          <w:szCs w:val="24"/>
          <w:lang w:val="ru-RU"/>
        </w:rPr>
      </w:pPr>
      <w:r w:rsidRPr="0026796A">
        <w:rPr>
          <w:rFonts w:ascii="Times New Roman" w:hAnsi="Times New Roman"/>
          <w:color w:val="000000"/>
          <w:sz w:val="24"/>
          <w:szCs w:val="24"/>
          <w:lang w:val="ru-RU"/>
        </w:rPr>
        <w:t>Режим труда и отдыха.</w:t>
      </w:r>
      <w:r w:rsidR="006C2FF9" w:rsidRPr="002A54A2">
        <w:rPr>
          <w:rFonts w:ascii="Times New Roman" w:hAnsi="Times New Roman"/>
          <w:color w:val="000000"/>
          <w:sz w:val="24"/>
          <w:szCs w:val="24"/>
          <w:lang w:val="ru-RU"/>
        </w:rPr>
        <w:t>Труд и быт людей в разные времена года.</w:t>
      </w:r>
    </w:p>
    <w:p w:rsidR="0026796A" w:rsidRPr="0026796A" w:rsidRDefault="0026796A" w:rsidP="0026796A">
      <w:pPr>
        <w:spacing w:after="0"/>
        <w:ind w:firstLine="600"/>
        <w:jc w:val="both"/>
        <w:rPr>
          <w:sz w:val="24"/>
          <w:szCs w:val="24"/>
          <w:lang w:val="ru-RU"/>
        </w:rPr>
      </w:pPr>
      <w:r w:rsidRPr="0026796A">
        <w:rPr>
          <w:rFonts w:ascii="Times New Roman" w:hAnsi="Times New Roman"/>
          <w:color w:val="000000"/>
          <w:sz w:val="24"/>
          <w:szCs w:val="24"/>
          <w:lang w:val="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26796A" w:rsidRPr="0026796A" w:rsidRDefault="0026796A" w:rsidP="0026796A">
      <w:pPr>
        <w:spacing w:after="0"/>
        <w:ind w:firstLine="600"/>
        <w:jc w:val="both"/>
        <w:rPr>
          <w:sz w:val="24"/>
          <w:szCs w:val="24"/>
          <w:lang w:val="ru-RU"/>
        </w:rPr>
      </w:pPr>
      <w:r w:rsidRPr="0026796A">
        <w:rPr>
          <w:rFonts w:ascii="Times New Roman" w:hAnsi="Times New Roman"/>
          <w:color w:val="000000"/>
          <w:sz w:val="24"/>
          <w:szCs w:val="24"/>
          <w:lang w:val="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26796A" w:rsidRDefault="0026796A" w:rsidP="0026796A">
      <w:pPr>
        <w:spacing w:after="0"/>
        <w:ind w:firstLine="600"/>
        <w:jc w:val="both"/>
        <w:rPr>
          <w:rFonts w:ascii="Times New Roman" w:hAnsi="Times New Roman"/>
          <w:color w:val="000000"/>
          <w:sz w:val="24"/>
          <w:szCs w:val="24"/>
          <w:lang w:val="ru-RU"/>
        </w:rPr>
      </w:pPr>
      <w:r w:rsidRPr="0026796A">
        <w:rPr>
          <w:rFonts w:ascii="Times New Roman" w:hAnsi="Times New Roman"/>
          <w:color w:val="000000"/>
          <w:sz w:val="24"/>
          <w:szCs w:val="24"/>
          <w:lang w:val="ru-RU"/>
        </w:rPr>
        <w:t>Ценность и красота рукотворного мира. Правила поведения в социуме.</w:t>
      </w:r>
    </w:p>
    <w:p w:rsidR="000038A7" w:rsidRPr="002A54A2" w:rsidRDefault="000038A7" w:rsidP="0026796A">
      <w:pPr>
        <w:spacing w:after="0"/>
        <w:ind w:firstLine="600"/>
        <w:jc w:val="both"/>
        <w:rPr>
          <w:sz w:val="24"/>
          <w:szCs w:val="24"/>
          <w:lang w:val="ru-RU"/>
        </w:rPr>
      </w:pPr>
      <w:r w:rsidRPr="002A54A2">
        <w:rPr>
          <w:rFonts w:ascii="Times New Roman" w:hAnsi="Times New Roman"/>
          <w:color w:val="000000"/>
          <w:sz w:val="24"/>
          <w:szCs w:val="24"/>
          <w:lang w:val="ru-RU"/>
        </w:rPr>
        <w:t>Что окружает нас дома? Как путешествует письмо? Когда появилась одежда? Когда изобрели велосипед?</w:t>
      </w:r>
      <w:r w:rsidR="006C2FF9" w:rsidRPr="002A54A2">
        <w:rPr>
          <w:rFonts w:ascii="Times New Roman" w:hAnsi="Times New Roman"/>
          <w:color w:val="000000"/>
          <w:sz w:val="24"/>
          <w:szCs w:val="24"/>
          <w:lang w:val="ru-RU"/>
        </w:rPr>
        <w:t xml:space="preserve"> Зачем вам телефон и телевизор? Зачем нужны автомобили? Зачем нужны поезда? Зачем строят корабли? Зачем строят самолеты? Зачем люди осваивают космос?</w:t>
      </w:r>
    </w:p>
    <w:p w:rsidR="0026796A" w:rsidRPr="00A73752" w:rsidRDefault="0026796A" w:rsidP="002A54A2">
      <w:pPr>
        <w:spacing w:after="0"/>
        <w:ind w:firstLine="600"/>
        <w:rPr>
          <w:i/>
          <w:sz w:val="24"/>
          <w:szCs w:val="24"/>
          <w:lang w:val="ru-RU"/>
        </w:rPr>
      </w:pPr>
      <w:r w:rsidRPr="00A73752">
        <w:rPr>
          <w:rFonts w:ascii="Times New Roman" w:hAnsi="Times New Roman"/>
          <w:i/>
          <w:color w:val="000000"/>
          <w:sz w:val="24"/>
          <w:szCs w:val="24"/>
          <w:lang w:val="ru-RU"/>
        </w:rPr>
        <w:t>Человек и природа</w:t>
      </w:r>
    </w:p>
    <w:p w:rsidR="0026796A" w:rsidRPr="002A54A2" w:rsidRDefault="0026796A" w:rsidP="000038A7">
      <w:pPr>
        <w:spacing w:after="0"/>
        <w:ind w:firstLine="600"/>
        <w:jc w:val="both"/>
        <w:rPr>
          <w:sz w:val="24"/>
          <w:szCs w:val="24"/>
          <w:lang w:val="ru-RU"/>
        </w:rPr>
      </w:pPr>
      <w:r w:rsidRPr="0026796A">
        <w:rPr>
          <w:rFonts w:ascii="Times New Roman" w:hAnsi="Times New Roman"/>
          <w:color w:val="000000"/>
          <w:sz w:val="24"/>
          <w:szCs w:val="24"/>
          <w:lang w:val="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r w:rsidR="000038A7" w:rsidRPr="002A54A2">
        <w:rPr>
          <w:rFonts w:ascii="Times New Roman" w:hAnsi="Times New Roman"/>
          <w:color w:val="000000"/>
          <w:sz w:val="24"/>
          <w:szCs w:val="24"/>
          <w:lang w:val="ru-RU"/>
        </w:rPr>
        <w:t>Что у нас над головой? Что у нас под ногами? На что похожа наша планета? Куда текут реки? Откуда берутся снег и лед? Откуда в снежках грязь? Откуда берется и куда девается мусор? Когда придет суббота?</w:t>
      </w:r>
      <w:r w:rsidR="006C2FF9" w:rsidRPr="002A54A2">
        <w:rPr>
          <w:rFonts w:ascii="Times New Roman" w:hAnsi="Times New Roman"/>
          <w:color w:val="000000"/>
          <w:sz w:val="24"/>
          <w:szCs w:val="24"/>
          <w:lang w:val="ru-RU"/>
        </w:rPr>
        <w:t xml:space="preserve"> Почему Солнце светит днем, а звезды ночью? Почему Луна бывает разной?  Почему звенит звонок? Почему радуга разноцветная?</w:t>
      </w:r>
    </w:p>
    <w:p w:rsidR="0026796A" w:rsidRPr="002A54A2" w:rsidRDefault="0026796A" w:rsidP="000038A7">
      <w:pPr>
        <w:spacing w:after="0"/>
        <w:ind w:firstLine="600"/>
        <w:jc w:val="both"/>
        <w:rPr>
          <w:sz w:val="24"/>
          <w:szCs w:val="24"/>
          <w:lang w:val="ru-RU"/>
        </w:rPr>
      </w:pPr>
      <w:r w:rsidRPr="0026796A">
        <w:rPr>
          <w:rFonts w:ascii="Times New Roman" w:hAnsi="Times New Roman"/>
          <w:color w:val="000000"/>
          <w:sz w:val="24"/>
          <w:szCs w:val="24"/>
          <w:lang w:val="ru-RU"/>
        </w:rPr>
        <w:t>Сезонные изменения в природе. Взаимосвязи между человеком и природой. Правила нравственного и безопасного поведения в природе.</w:t>
      </w:r>
      <w:r w:rsidR="000038A7" w:rsidRPr="002A54A2">
        <w:rPr>
          <w:rFonts w:ascii="Times New Roman" w:hAnsi="Times New Roman"/>
          <w:color w:val="000000"/>
          <w:sz w:val="24"/>
          <w:szCs w:val="24"/>
          <w:lang w:val="ru-RU"/>
        </w:rPr>
        <w:t>Когда наступит лето?</w:t>
      </w:r>
      <w:r w:rsidR="006C2FF9" w:rsidRPr="002A54A2">
        <w:rPr>
          <w:rFonts w:ascii="Times New Roman" w:hAnsi="Times New Roman"/>
          <w:color w:val="000000"/>
          <w:sz w:val="24"/>
          <w:szCs w:val="24"/>
          <w:lang w:val="ru-RU"/>
        </w:rPr>
        <w:t xml:space="preserve"> Почему идет дождь и дует ветер? Почему мы часто слышим слово «экология»?</w:t>
      </w:r>
    </w:p>
    <w:p w:rsidR="0026796A" w:rsidRPr="0026796A" w:rsidRDefault="0026796A" w:rsidP="0026796A">
      <w:pPr>
        <w:spacing w:after="0"/>
        <w:ind w:firstLine="600"/>
        <w:jc w:val="both"/>
        <w:rPr>
          <w:sz w:val="24"/>
          <w:szCs w:val="24"/>
          <w:lang w:val="ru-RU"/>
        </w:rPr>
      </w:pPr>
      <w:r w:rsidRPr="0026796A">
        <w:rPr>
          <w:rFonts w:ascii="Times New Roman" w:hAnsi="Times New Roman"/>
          <w:color w:val="000000"/>
          <w:sz w:val="24"/>
          <w:szCs w:val="24"/>
          <w:lang w:val="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0038A7" w:rsidRPr="002A54A2" w:rsidRDefault="0026796A" w:rsidP="006C2FF9">
      <w:pPr>
        <w:spacing w:after="0"/>
        <w:ind w:firstLine="600"/>
        <w:jc w:val="both"/>
        <w:rPr>
          <w:rFonts w:ascii="Times New Roman" w:hAnsi="Times New Roman"/>
          <w:color w:val="000000"/>
          <w:sz w:val="24"/>
          <w:szCs w:val="24"/>
          <w:lang w:val="ru-RU"/>
        </w:rPr>
      </w:pPr>
      <w:r w:rsidRPr="0026796A">
        <w:rPr>
          <w:rFonts w:ascii="Times New Roman" w:hAnsi="Times New Roman"/>
          <w:color w:val="000000"/>
          <w:sz w:val="24"/>
          <w:szCs w:val="24"/>
          <w:lang w:val="ru-RU"/>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r w:rsidR="000038A7" w:rsidRPr="002A54A2">
        <w:rPr>
          <w:rFonts w:ascii="Times New Roman" w:hAnsi="Times New Roman"/>
          <w:color w:val="000000"/>
          <w:sz w:val="24"/>
          <w:szCs w:val="24"/>
          <w:lang w:val="ru-RU"/>
        </w:rPr>
        <w:t>Где живут белые медведи? Где живут слоны? Перелетные и зимующие птицы? Где зимуют птицы?</w:t>
      </w:r>
      <w:r w:rsidR="006C2FF9" w:rsidRPr="002A54A2">
        <w:rPr>
          <w:rFonts w:ascii="Times New Roman" w:hAnsi="Times New Roman"/>
          <w:color w:val="000000"/>
          <w:sz w:val="24"/>
          <w:szCs w:val="24"/>
          <w:lang w:val="ru-RU"/>
        </w:rPr>
        <w:t xml:space="preserve"> Почему мы любим кошек и собак?</w:t>
      </w:r>
    </w:p>
    <w:p w:rsidR="0026796A" w:rsidRPr="00A73752" w:rsidRDefault="0026796A" w:rsidP="002A54A2">
      <w:pPr>
        <w:spacing w:after="0"/>
        <w:ind w:firstLine="600"/>
        <w:rPr>
          <w:i/>
          <w:sz w:val="24"/>
          <w:szCs w:val="24"/>
          <w:lang w:val="ru-RU"/>
        </w:rPr>
      </w:pPr>
      <w:r w:rsidRPr="00A73752">
        <w:rPr>
          <w:rFonts w:ascii="Times New Roman" w:hAnsi="Times New Roman"/>
          <w:i/>
          <w:color w:val="000000"/>
          <w:sz w:val="24"/>
          <w:szCs w:val="24"/>
          <w:lang w:val="ru-RU"/>
        </w:rPr>
        <w:t>Правила безопасной жизнедеятельности</w:t>
      </w:r>
    </w:p>
    <w:p w:rsidR="006C2FF9" w:rsidRPr="002A54A2" w:rsidRDefault="0026796A" w:rsidP="006C2FF9">
      <w:pPr>
        <w:spacing w:after="0"/>
        <w:ind w:firstLine="600"/>
        <w:jc w:val="both"/>
        <w:rPr>
          <w:rFonts w:ascii="Times New Roman" w:hAnsi="Times New Roman"/>
          <w:color w:val="000000"/>
          <w:sz w:val="24"/>
          <w:szCs w:val="24"/>
          <w:lang w:val="ru-RU"/>
        </w:rPr>
      </w:pPr>
      <w:r w:rsidRPr="0026796A">
        <w:rPr>
          <w:rFonts w:ascii="Times New Roman" w:hAnsi="Times New Roman"/>
          <w:color w:val="000000"/>
          <w:sz w:val="24"/>
          <w:szCs w:val="24"/>
          <w:lang w:val="ru-RU"/>
        </w:rPr>
        <w:t xml:space="preserve">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w:t>
      </w:r>
      <w:r w:rsidRPr="0026796A">
        <w:rPr>
          <w:rFonts w:ascii="Times New Roman" w:hAnsi="Times New Roman"/>
          <w:color w:val="000000"/>
          <w:sz w:val="24"/>
          <w:szCs w:val="24"/>
          <w:lang w:val="ru-RU"/>
        </w:rPr>
        <w:lastRenderedPageBreak/>
        <w:t>Правила безопасности в быту: пользование бытовыми электроприборами, газовыми плитами.</w:t>
      </w:r>
      <w:r w:rsidR="006C2FF9" w:rsidRPr="002A54A2">
        <w:rPr>
          <w:rFonts w:ascii="Times New Roman" w:hAnsi="Times New Roman"/>
          <w:color w:val="000000"/>
          <w:sz w:val="24"/>
          <w:szCs w:val="24"/>
          <w:lang w:val="ru-RU"/>
        </w:rPr>
        <w:t>Что вокруг нас может быть опасным?</w:t>
      </w:r>
    </w:p>
    <w:p w:rsidR="0026796A" w:rsidRPr="002A54A2" w:rsidRDefault="0026796A" w:rsidP="00790CDE">
      <w:pPr>
        <w:spacing w:after="0"/>
        <w:jc w:val="both"/>
        <w:rPr>
          <w:sz w:val="24"/>
          <w:szCs w:val="24"/>
          <w:lang w:val="ru-RU"/>
        </w:rPr>
      </w:pPr>
      <w:r w:rsidRPr="002A54A2">
        <w:rPr>
          <w:rFonts w:ascii="Times New Roman" w:hAnsi="Times New Roman"/>
          <w:color w:val="000000"/>
          <w:sz w:val="24"/>
          <w:szCs w:val="24"/>
          <w:lang w:val="ru-RU"/>
        </w:rPr>
        <w:t>Дорога от дома до школы. Правила безопасного поведения пешехода (дорожные знаки, дорожная разметка, дорожные сигналы).</w:t>
      </w:r>
      <w:r w:rsidR="006C2FF9" w:rsidRPr="002A54A2">
        <w:rPr>
          <w:rFonts w:ascii="Times New Roman" w:hAnsi="Times New Roman"/>
          <w:color w:val="000000"/>
          <w:sz w:val="24"/>
          <w:szCs w:val="24"/>
          <w:lang w:val="ru-RU"/>
        </w:rPr>
        <w:t xml:space="preserve"> Почему в автомобиле и поезде нужно соблюдать правила безопасности? Почему на корабле и в самолете нужно соблюдать правила безопасности?</w:t>
      </w:r>
    </w:p>
    <w:p w:rsidR="000038A7" w:rsidRPr="00790CDE" w:rsidRDefault="0026796A" w:rsidP="00790CDE">
      <w:pPr>
        <w:spacing w:after="0"/>
        <w:ind w:firstLine="600"/>
        <w:jc w:val="both"/>
        <w:rPr>
          <w:rFonts w:ascii="Times New Roman" w:hAnsi="Times New Roman"/>
          <w:color w:val="000000"/>
          <w:sz w:val="24"/>
          <w:szCs w:val="24"/>
          <w:lang w:val="ru-RU"/>
        </w:rPr>
      </w:pPr>
      <w:r w:rsidRPr="0026796A">
        <w:rPr>
          <w:rFonts w:ascii="Times New Roman" w:hAnsi="Times New Roman"/>
          <w:color w:val="000000"/>
          <w:sz w:val="24"/>
          <w:szCs w:val="24"/>
          <w:lang w:val="ru-RU"/>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26796A" w:rsidRPr="0026796A" w:rsidRDefault="0026796A" w:rsidP="0026796A">
      <w:pPr>
        <w:spacing w:after="0"/>
        <w:ind w:firstLine="600"/>
        <w:jc w:val="both"/>
        <w:rPr>
          <w:sz w:val="24"/>
          <w:szCs w:val="24"/>
          <w:lang w:val="ru-RU"/>
        </w:rPr>
      </w:pPr>
      <w:r w:rsidRPr="0026796A">
        <w:rPr>
          <w:rFonts w:ascii="Times New Roman" w:hAnsi="Times New Roman"/>
          <w:color w:val="000000"/>
          <w:sz w:val="24"/>
          <w:szCs w:val="24"/>
          <w:lang w:val="ru-RU"/>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6796A" w:rsidRPr="0026796A" w:rsidRDefault="0026796A" w:rsidP="0026796A">
      <w:pPr>
        <w:spacing w:after="0"/>
        <w:ind w:firstLine="600"/>
        <w:jc w:val="both"/>
        <w:rPr>
          <w:sz w:val="24"/>
          <w:szCs w:val="24"/>
          <w:lang w:val="ru-RU"/>
        </w:rPr>
      </w:pPr>
      <w:r w:rsidRPr="0026796A">
        <w:rPr>
          <w:rFonts w:ascii="Times New Roman" w:hAnsi="Times New Roman"/>
          <w:i/>
          <w:color w:val="000000"/>
          <w:sz w:val="24"/>
          <w:szCs w:val="24"/>
          <w:lang w:val="ru-RU"/>
        </w:rPr>
        <w:t>Базовые логические действия</w:t>
      </w:r>
      <w:r w:rsidRPr="0026796A">
        <w:rPr>
          <w:rFonts w:ascii="Times New Roman" w:hAnsi="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26796A" w:rsidRPr="0026796A" w:rsidRDefault="0026796A" w:rsidP="00D0790B">
      <w:pPr>
        <w:numPr>
          <w:ilvl w:val="0"/>
          <w:numId w:val="2"/>
        </w:numPr>
        <w:spacing w:after="0"/>
        <w:jc w:val="both"/>
        <w:rPr>
          <w:sz w:val="24"/>
          <w:szCs w:val="24"/>
          <w:lang w:val="ru-RU"/>
        </w:rPr>
      </w:pPr>
      <w:r w:rsidRPr="0026796A">
        <w:rPr>
          <w:rFonts w:ascii="Times New Roman" w:hAnsi="Times New Roman"/>
          <w:color w:val="000000"/>
          <w:sz w:val="24"/>
          <w:szCs w:val="24"/>
          <w:lang w:val="ru-RU"/>
        </w:rPr>
        <w:t xml:space="preserve">сравнивать происходящие в природе изменения, наблюдать зависимость изменений в живой природе от состояния неживой природы; </w:t>
      </w:r>
    </w:p>
    <w:p w:rsidR="0026796A" w:rsidRPr="0026796A" w:rsidRDefault="0026796A" w:rsidP="00D0790B">
      <w:pPr>
        <w:numPr>
          <w:ilvl w:val="0"/>
          <w:numId w:val="2"/>
        </w:numPr>
        <w:spacing w:after="0"/>
        <w:jc w:val="both"/>
        <w:rPr>
          <w:sz w:val="24"/>
          <w:szCs w:val="24"/>
          <w:lang w:val="ru-RU"/>
        </w:rPr>
      </w:pPr>
      <w:r w:rsidRPr="0026796A">
        <w:rPr>
          <w:rFonts w:ascii="Times New Roman" w:hAnsi="Times New Roman"/>
          <w:color w:val="000000"/>
          <w:sz w:val="24"/>
          <w:szCs w:val="24"/>
          <w:lang w:val="ru-RU"/>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rsidR="0026796A" w:rsidRPr="0026796A" w:rsidRDefault="0026796A" w:rsidP="00D0790B">
      <w:pPr>
        <w:numPr>
          <w:ilvl w:val="0"/>
          <w:numId w:val="2"/>
        </w:numPr>
        <w:spacing w:after="0"/>
        <w:jc w:val="both"/>
        <w:rPr>
          <w:sz w:val="24"/>
          <w:szCs w:val="24"/>
          <w:lang w:val="ru-RU"/>
        </w:rPr>
      </w:pPr>
      <w:r w:rsidRPr="0026796A">
        <w:rPr>
          <w:rFonts w:ascii="Times New Roman" w:hAnsi="Times New Roman"/>
          <w:color w:val="000000"/>
          <w:sz w:val="24"/>
          <w:szCs w:val="24"/>
          <w:lang w:val="ru-RU"/>
        </w:rPr>
        <w:t>приводить примеры лиственных и хвойных растений, сравнивать их, устанавливать различия во внешнем виде.</w:t>
      </w:r>
    </w:p>
    <w:p w:rsidR="0026796A" w:rsidRPr="0026796A" w:rsidRDefault="0026796A" w:rsidP="0026796A">
      <w:pPr>
        <w:spacing w:after="0"/>
        <w:ind w:firstLine="600"/>
        <w:jc w:val="both"/>
        <w:rPr>
          <w:sz w:val="24"/>
          <w:szCs w:val="24"/>
          <w:lang w:val="ru-RU"/>
        </w:rPr>
      </w:pPr>
      <w:r w:rsidRPr="0026796A">
        <w:rPr>
          <w:rFonts w:ascii="Times New Roman" w:hAnsi="Times New Roman"/>
          <w:i/>
          <w:color w:val="000000"/>
          <w:sz w:val="24"/>
          <w:szCs w:val="24"/>
          <w:lang w:val="ru-RU"/>
        </w:rPr>
        <w:t>Работа с информацией</w:t>
      </w:r>
      <w:r w:rsidRPr="0026796A">
        <w:rPr>
          <w:rFonts w:ascii="Times New Roman" w:hAnsi="Times New Roman"/>
          <w:color w:val="000000"/>
          <w:sz w:val="24"/>
          <w:szCs w:val="24"/>
          <w:lang w:val="ru-RU"/>
        </w:rPr>
        <w:t xml:space="preserve"> как часть познавательных универсальных учебных действий способствует формированию умений:</w:t>
      </w:r>
    </w:p>
    <w:p w:rsidR="0026796A" w:rsidRPr="0026796A" w:rsidRDefault="0026796A" w:rsidP="00D0790B">
      <w:pPr>
        <w:numPr>
          <w:ilvl w:val="0"/>
          <w:numId w:val="3"/>
        </w:numPr>
        <w:spacing w:after="0"/>
        <w:jc w:val="both"/>
        <w:rPr>
          <w:sz w:val="24"/>
          <w:szCs w:val="24"/>
          <w:lang w:val="ru-RU"/>
        </w:rPr>
      </w:pPr>
      <w:r w:rsidRPr="0026796A">
        <w:rPr>
          <w:rFonts w:ascii="Times New Roman" w:hAnsi="Times New Roman"/>
          <w:color w:val="000000"/>
          <w:sz w:val="24"/>
          <w:szCs w:val="24"/>
          <w:lang w:val="ru-RU"/>
        </w:rPr>
        <w:t xml:space="preserve">понимать, что информация может быть представлена в разной форме – текста, иллюстраций, видео, таблицы; </w:t>
      </w:r>
    </w:p>
    <w:p w:rsidR="0026796A" w:rsidRPr="0026796A" w:rsidRDefault="0026796A" w:rsidP="00D0790B">
      <w:pPr>
        <w:numPr>
          <w:ilvl w:val="0"/>
          <w:numId w:val="3"/>
        </w:numPr>
        <w:spacing w:after="0"/>
        <w:jc w:val="both"/>
        <w:rPr>
          <w:sz w:val="24"/>
          <w:szCs w:val="24"/>
          <w:lang w:val="ru-RU"/>
        </w:rPr>
      </w:pPr>
      <w:r w:rsidRPr="0026796A">
        <w:rPr>
          <w:rFonts w:ascii="Times New Roman" w:hAnsi="Times New Roman"/>
          <w:color w:val="000000"/>
          <w:sz w:val="24"/>
          <w:szCs w:val="24"/>
          <w:lang w:val="ru-RU"/>
        </w:rPr>
        <w:t>соотносить иллюстрацию явления (объекта, предмета) с его названием.</w:t>
      </w:r>
    </w:p>
    <w:p w:rsidR="0026796A" w:rsidRPr="0026796A" w:rsidRDefault="0026796A" w:rsidP="0026796A">
      <w:pPr>
        <w:spacing w:after="0"/>
        <w:ind w:firstLine="600"/>
        <w:jc w:val="both"/>
        <w:rPr>
          <w:sz w:val="24"/>
          <w:szCs w:val="24"/>
          <w:lang w:val="ru-RU"/>
        </w:rPr>
      </w:pPr>
      <w:r w:rsidRPr="0026796A">
        <w:rPr>
          <w:rFonts w:ascii="Times New Roman" w:hAnsi="Times New Roman"/>
          <w:i/>
          <w:color w:val="000000"/>
          <w:sz w:val="24"/>
          <w:szCs w:val="24"/>
          <w:lang w:val="ru-RU"/>
        </w:rPr>
        <w:t xml:space="preserve">Коммуникативные универсальные учебные действия </w:t>
      </w:r>
      <w:r w:rsidRPr="0026796A">
        <w:rPr>
          <w:rFonts w:ascii="Times New Roman" w:hAnsi="Times New Roman"/>
          <w:color w:val="000000"/>
          <w:sz w:val="24"/>
          <w:szCs w:val="24"/>
          <w:lang w:val="ru-RU"/>
        </w:rPr>
        <w:t>способствуют формированию умений:</w:t>
      </w:r>
    </w:p>
    <w:p w:rsidR="0026796A" w:rsidRPr="0026796A" w:rsidRDefault="0026796A" w:rsidP="00D0790B">
      <w:pPr>
        <w:numPr>
          <w:ilvl w:val="0"/>
          <w:numId w:val="4"/>
        </w:numPr>
        <w:spacing w:after="0"/>
        <w:jc w:val="both"/>
        <w:rPr>
          <w:sz w:val="24"/>
          <w:szCs w:val="24"/>
          <w:lang w:val="ru-RU"/>
        </w:rPr>
      </w:pPr>
      <w:r w:rsidRPr="0026796A">
        <w:rPr>
          <w:rFonts w:ascii="Times New Roman" w:hAnsi="Times New Roman"/>
          <w:color w:val="000000"/>
          <w:sz w:val="24"/>
          <w:szCs w:val="24"/>
          <w:lang w:val="ru-RU"/>
        </w:rPr>
        <w:t xml:space="preserve">в процессе учебного диалога слушать говорящего; отвечать на вопросы, дополнять ответы участников; уважительно от носиться к разным мнениям; </w:t>
      </w:r>
    </w:p>
    <w:p w:rsidR="0026796A" w:rsidRPr="0026796A" w:rsidRDefault="0026796A" w:rsidP="00D0790B">
      <w:pPr>
        <w:numPr>
          <w:ilvl w:val="0"/>
          <w:numId w:val="4"/>
        </w:numPr>
        <w:spacing w:after="0"/>
        <w:jc w:val="both"/>
        <w:rPr>
          <w:sz w:val="24"/>
          <w:szCs w:val="24"/>
          <w:lang w:val="ru-RU"/>
        </w:rPr>
      </w:pPr>
      <w:r w:rsidRPr="0026796A">
        <w:rPr>
          <w:rFonts w:ascii="Times New Roman" w:hAnsi="Times New Roman"/>
          <w:color w:val="000000"/>
          <w:sz w:val="24"/>
          <w:szCs w:val="24"/>
          <w:lang w:val="ru-RU"/>
        </w:rPr>
        <w:t xml:space="preserve">воспроизводить названия своего населенного пункта, название страны, её столицы; воспроизводить наизусть слова гимна России; </w:t>
      </w:r>
    </w:p>
    <w:p w:rsidR="0026796A" w:rsidRPr="0026796A" w:rsidRDefault="0026796A" w:rsidP="00D0790B">
      <w:pPr>
        <w:numPr>
          <w:ilvl w:val="0"/>
          <w:numId w:val="4"/>
        </w:numPr>
        <w:spacing w:after="0"/>
        <w:jc w:val="both"/>
        <w:rPr>
          <w:sz w:val="24"/>
          <w:szCs w:val="24"/>
          <w:lang w:val="ru-RU"/>
        </w:rPr>
      </w:pPr>
      <w:r w:rsidRPr="0026796A">
        <w:rPr>
          <w:rFonts w:ascii="Times New Roman" w:hAnsi="Times New Roman"/>
          <w:color w:val="000000"/>
          <w:sz w:val="24"/>
          <w:szCs w:val="24"/>
          <w:lang w:val="ru-RU"/>
        </w:rPr>
        <w:t xml:space="preserve">соотносить предметы декоративно-прикладного искусства с принадлежностью народу РФ, описывать предмет по предложенному плану; </w:t>
      </w:r>
    </w:p>
    <w:p w:rsidR="0026796A" w:rsidRPr="0026796A" w:rsidRDefault="0026796A" w:rsidP="00D0790B">
      <w:pPr>
        <w:numPr>
          <w:ilvl w:val="0"/>
          <w:numId w:val="4"/>
        </w:numPr>
        <w:spacing w:after="0"/>
        <w:jc w:val="both"/>
        <w:rPr>
          <w:sz w:val="24"/>
          <w:szCs w:val="24"/>
          <w:lang w:val="ru-RU"/>
        </w:rPr>
      </w:pPr>
      <w:r w:rsidRPr="0026796A">
        <w:rPr>
          <w:rFonts w:ascii="Times New Roman" w:hAnsi="Times New Roman"/>
          <w:color w:val="000000"/>
          <w:sz w:val="24"/>
          <w:szCs w:val="24"/>
          <w:lang w:val="ru-RU"/>
        </w:rPr>
        <w:t xml:space="preserve">описывать по предложенному плану время года, передавать в рассказе своё отношение к природным явлениям; </w:t>
      </w:r>
    </w:p>
    <w:p w:rsidR="0026796A" w:rsidRPr="0026796A" w:rsidRDefault="0026796A" w:rsidP="00D0790B">
      <w:pPr>
        <w:numPr>
          <w:ilvl w:val="0"/>
          <w:numId w:val="4"/>
        </w:numPr>
        <w:spacing w:after="0"/>
        <w:jc w:val="both"/>
        <w:rPr>
          <w:sz w:val="24"/>
          <w:szCs w:val="24"/>
          <w:lang w:val="ru-RU"/>
        </w:rPr>
      </w:pPr>
      <w:r w:rsidRPr="0026796A">
        <w:rPr>
          <w:rFonts w:ascii="Times New Roman" w:hAnsi="Times New Roman"/>
          <w:color w:val="000000"/>
          <w:sz w:val="24"/>
          <w:szCs w:val="24"/>
          <w:lang w:val="ru-RU"/>
        </w:rPr>
        <w:t xml:space="preserve">сравнивать домашних и диких животных, объяснять, чем они различаются. </w:t>
      </w:r>
    </w:p>
    <w:p w:rsidR="0026796A" w:rsidRPr="0026796A" w:rsidRDefault="0026796A" w:rsidP="0026796A">
      <w:pPr>
        <w:spacing w:after="0"/>
        <w:ind w:firstLine="600"/>
        <w:jc w:val="both"/>
        <w:rPr>
          <w:sz w:val="24"/>
          <w:szCs w:val="24"/>
          <w:lang w:val="ru-RU"/>
        </w:rPr>
      </w:pPr>
      <w:r w:rsidRPr="0026796A">
        <w:rPr>
          <w:rFonts w:ascii="Times New Roman" w:hAnsi="Times New Roman"/>
          <w:i/>
          <w:color w:val="000000"/>
          <w:sz w:val="24"/>
          <w:szCs w:val="24"/>
          <w:lang w:val="ru-RU"/>
        </w:rPr>
        <w:t xml:space="preserve">Регулятивные универсальные учебные действия </w:t>
      </w:r>
      <w:r w:rsidRPr="0026796A">
        <w:rPr>
          <w:rFonts w:ascii="Times New Roman" w:hAnsi="Times New Roman"/>
          <w:color w:val="000000"/>
          <w:sz w:val="24"/>
          <w:szCs w:val="24"/>
          <w:lang w:val="ru-RU"/>
        </w:rPr>
        <w:t>способствуют формированию умений:</w:t>
      </w:r>
    </w:p>
    <w:p w:rsidR="0026796A" w:rsidRPr="0026796A" w:rsidRDefault="0026796A" w:rsidP="00D0790B">
      <w:pPr>
        <w:numPr>
          <w:ilvl w:val="0"/>
          <w:numId w:val="5"/>
        </w:numPr>
        <w:spacing w:after="0"/>
        <w:jc w:val="both"/>
        <w:rPr>
          <w:sz w:val="24"/>
          <w:szCs w:val="24"/>
          <w:lang w:val="ru-RU"/>
        </w:rPr>
      </w:pPr>
      <w:r w:rsidRPr="0026796A">
        <w:rPr>
          <w:rFonts w:ascii="Times New Roman" w:hAnsi="Times New Roman"/>
          <w:color w:val="000000"/>
          <w:sz w:val="24"/>
          <w:szCs w:val="24"/>
          <w:lang w:val="ru-RU"/>
        </w:rP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26796A" w:rsidRPr="0026796A" w:rsidRDefault="0026796A" w:rsidP="00D0790B">
      <w:pPr>
        <w:numPr>
          <w:ilvl w:val="0"/>
          <w:numId w:val="5"/>
        </w:numPr>
        <w:spacing w:after="0"/>
        <w:jc w:val="both"/>
        <w:rPr>
          <w:sz w:val="24"/>
          <w:szCs w:val="24"/>
          <w:lang w:val="ru-RU"/>
        </w:rPr>
      </w:pPr>
      <w:r w:rsidRPr="0026796A">
        <w:rPr>
          <w:rFonts w:ascii="Times New Roman" w:hAnsi="Times New Roman"/>
          <w:color w:val="000000"/>
          <w:sz w:val="24"/>
          <w:szCs w:val="24"/>
          <w:lang w:val="ru-RU"/>
        </w:rPr>
        <w:t xml:space="preserve">оценивать выполнение правил безопасного поведения на дорогах и улицах другими детьми, выполнять самооценку; </w:t>
      </w:r>
    </w:p>
    <w:p w:rsidR="0026796A" w:rsidRPr="0026796A" w:rsidRDefault="0026796A" w:rsidP="00D0790B">
      <w:pPr>
        <w:numPr>
          <w:ilvl w:val="0"/>
          <w:numId w:val="5"/>
        </w:numPr>
        <w:spacing w:after="0"/>
        <w:jc w:val="both"/>
        <w:rPr>
          <w:sz w:val="24"/>
          <w:szCs w:val="24"/>
          <w:lang w:val="ru-RU"/>
        </w:rPr>
      </w:pPr>
      <w:r w:rsidRPr="0026796A">
        <w:rPr>
          <w:rFonts w:ascii="Times New Roman" w:hAnsi="Times New Roman"/>
          <w:color w:val="000000"/>
          <w:sz w:val="24"/>
          <w:szCs w:val="24"/>
          <w:lang w:val="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26796A" w:rsidRPr="0026796A" w:rsidRDefault="0026796A" w:rsidP="0026796A">
      <w:pPr>
        <w:spacing w:after="0"/>
        <w:ind w:firstLine="600"/>
        <w:jc w:val="both"/>
        <w:rPr>
          <w:sz w:val="24"/>
          <w:szCs w:val="24"/>
          <w:lang w:val="ru-RU"/>
        </w:rPr>
      </w:pPr>
      <w:r w:rsidRPr="0026796A">
        <w:rPr>
          <w:rFonts w:ascii="Times New Roman" w:hAnsi="Times New Roman"/>
          <w:i/>
          <w:color w:val="000000"/>
          <w:sz w:val="24"/>
          <w:szCs w:val="24"/>
          <w:lang w:val="ru-RU"/>
        </w:rPr>
        <w:lastRenderedPageBreak/>
        <w:t xml:space="preserve">Совместная деятельность </w:t>
      </w:r>
      <w:r w:rsidRPr="0026796A">
        <w:rPr>
          <w:rFonts w:ascii="Times New Roman" w:hAnsi="Times New Roman"/>
          <w:color w:val="000000"/>
          <w:sz w:val="24"/>
          <w:szCs w:val="24"/>
          <w:lang w:val="ru-RU"/>
        </w:rPr>
        <w:t>способствует формированию умений:</w:t>
      </w:r>
    </w:p>
    <w:p w:rsidR="002A54A2" w:rsidRPr="002A54A2" w:rsidRDefault="0026796A" w:rsidP="00D0790B">
      <w:pPr>
        <w:numPr>
          <w:ilvl w:val="0"/>
          <w:numId w:val="6"/>
        </w:numPr>
        <w:spacing w:after="0"/>
        <w:jc w:val="both"/>
        <w:rPr>
          <w:sz w:val="24"/>
          <w:szCs w:val="24"/>
          <w:lang w:val="ru-RU"/>
        </w:rPr>
      </w:pPr>
      <w:r w:rsidRPr="0026796A">
        <w:rPr>
          <w:rFonts w:ascii="Times New Roman" w:hAnsi="Times New Roman"/>
          <w:color w:val="000000"/>
          <w:sz w:val="24"/>
          <w:szCs w:val="24"/>
          <w:lang w:val="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2A54A2" w:rsidRDefault="002A54A2" w:rsidP="002A54A2">
      <w:pPr>
        <w:spacing w:after="0"/>
        <w:ind w:left="960"/>
        <w:jc w:val="both"/>
        <w:rPr>
          <w:rFonts w:ascii="Times New Roman" w:hAnsi="Times New Roman"/>
          <w:color w:val="000000"/>
          <w:sz w:val="24"/>
          <w:szCs w:val="24"/>
          <w:lang w:val="ru-RU"/>
        </w:rPr>
      </w:pPr>
    </w:p>
    <w:p w:rsidR="002A54A2" w:rsidRPr="002A54A2" w:rsidRDefault="003E01F1" w:rsidP="002A54A2">
      <w:pPr>
        <w:spacing w:after="0"/>
        <w:ind w:firstLine="600"/>
        <w:jc w:val="center"/>
        <w:rPr>
          <w:rFonts w:ascii="Times New Roman" w:eastAsia="Times New Roman" w:hAnsi="Times New Roman" w:cs="Times New Roman"/>
          <w:b/>
          <w:color w:val="000000"/>
          <w:sz w:val="24"/>
          <w:szCs w:val="24"/>
          <w:lang w:val="ru-RU"/>
        </w:rPr>
      </w:pPr>
      <w:r w:rsidRPr="00790CDE">
        <w:rPr>
          <w:rFonts w:ascii="Times New Roman" w:hAnsi="Times New Roman" w:cs="Times New Roman"/>
          <w:sz w:val="24"/>
          <w:szCs w:val="24"/>
          <w:lang w:val="ru-RU"/>
        </w:rPr>
        <w:tab/>
      </w:r>
      <w:r w:rsidR="002A54A2" w:rsidRPr="002A54A2">
        <w:rPr>
          <w:rFonts w:ascii="Times New Roman" w:eastAsia="Times New Roman" w:hAnsi="Times New Roman" w:cs="Times New Roman"/>
          <w:b/>
          <w:color w:val="000000"/>
          <w:sz w:val="24"/>
          <w:szCs w:val="24"/>
          <w:lang w:val="ru-RU"/>
        </w:rPr>
        <w:t>2 класс</w:t>
      </w:r>
    </w:p>
    <w:p w:rsidR="002A54A2" w:rsidRPr="002A54A2" w:rsidRDefault="002A54A2" w:rsidP="002A54A2">
      <w:pPr>
        <w:spacing w:after="0"/>
        <w:ind w:firstLine="600"/>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i/>
          <w:color w:val="000000"/>
          <w:sz w:val="24"/>
          <w:szCs w:val="24"/>
          <w:lang w:val="ru-RU"/>
        </w:rPr>
        <w:t>Человек и общество</w:t>
      </w:r>
    </w:p>
    <w:p w:rsidR="002A54A2" w:rsidRPr="002A54A2" w:rsidRDefault="002A54A2" w:rsidP="002A54A2">
      <w:pPr>
        <w:spacing w:after="0"/>
        <w:ind w:firstLine="600"/>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2A54A2" w:rsidRPr="002A54A2" w:rsidRDefault="002A54A2" w:rsidP="002A54A2">
      <w:pPr>
        <w:spacing w:after="0"/>
        <w:ind w:firstLine="600"/>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2A54A2" w:rsidRPr="002A54A2" w:rsidRDefault="002A54A2" w:rsidP="002A54A2">
      <w:pPr>
        <w:spacing w:after="0"/>
        <w:ind w:firstLine="600"/>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Семья. Семейные ценности и традиции. Родословная. Составление схемы родословного древа, истории семьи.</w:t>
      </w:r>
    </w:p>
    <w:p w:rsidR="002A54A2" w:rsidRPr="002A54A2" w:rsidRDefault="002A54A2" w:rsidP="002A54A2">
      <w:pPr>
        <w:spacing w:after="0"/>
        <w:ind w:firstLine="600"/>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2A54A2" w:rsidRPr="002A54A2" w:rsidRDefault="002A54A2" w:rsidP="002A54A2">
      <w:pPr>
        <w:spacing w:after="0"/>
        <w:ind w:firstLine="600"/>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i/>
          <w:color w:val="000000"/>
          <w:sz w:val="24"/>
          <w:szCs w:val="24"/>
          <w:lang w:val="ru-RU"/>
        </w:rPr>
        <w:t>Человек и природа</w:t>
      </w:r>
    </w:p>
    <w:p w:rsidR="002A54A2" w:rsidRPr="002A54A2" w:rsidRDefault="002A54A2" w:rsidP="002A54A2">
      <w:pPr>
        <w:spacing w:after="0"/>
        <w:ind w:firstLine="600"/>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Методы познания природы: наблюдения, опыты, измерения.</w:t>
      </w:r>
    </w:p>
    <w:p w:rsidR="002A54A2" w:rsidRPr="002A54A2" w:rsidRDefault="002A54A2" w:rsidP="002A54A2">
      <w:pPr>
        <w:spacing w:after="0"/>
        <w:ind w:firstLine="600"/>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2A54A2" w:rsidRPr="002A54A2" w:rsidRDefault="002A54A2" w:rsidP="002A54A2">
      <w:pPr>
        <w:spacing w:after="0"/>
        <w:ind w:firstLine="600"/>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2A54A2" w:rsidRPr="002A54A2" w:rsidRDefault="002A54A2" w:rsidP="005B323E">
      <w:pPr>
        <w:spacing w:after="0"/>
        <w:ind w:firstLine="600"/>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2A54A2" w:rsidRPr="002A54A2" w:rsidRDefault="002A54A2" w:rsidP="002A54A2">
      <w:pPr>
        <w:spacing w:after="0"/>
        <w:ind w:firstLine="600"/>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i/>
          <w:color w:val="000000"/>
          <w:sz w:val="24"/>
          <w:szCs w:val="24"/>
          <w:lang w:val="ru-RU"/>
        </w:rPr>
        <w:t>Правила безопасной жизнедеятельности</w:t>
      </w:r>
    </w:p>
    <w:p w:rsidR="002A54A2" w:rsidRPr="002A54A2" w:rsidRDefault="002A54A2" w:rsidP="002A54A2">
      <w:pPr>
        <w:spacing w:after="0"/>
        <w:ind w:firstLine="600"/>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2A54A2" w:rsidRPr="002A54A2" w:rsidRDefault="002A54A2" w:rsidP="002A54A2">
      <w:pPr>
        <w:spacing w:after="0"/>
        <w:ind w:firstLine="600"/>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2A54A2" w:rsidRPr="002A54A2" w:rsidRDefault="002A54A2" w:rsidP="002A54A2">
      <w:pPr>
        <w:spacing w:after="0"/>
        <w:ind w:firstLine="600"/>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lastRenderedPageBreak/>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5B323E" w:rsidRDefault="005B323E" w:rsidP="002A54A2">
      <w:pPr>
        <w:spacing w:after="0"/>
        <w:ind w:firstLine="600"/>
        <w:jc w:val="both"/>
        <w:rPr>
          <w:rFonts w:ascii="Times New Roman" w:eastAsia="Times New Roman" w:hAnsi="Times New Roman" w:cs="Times New Roman"/>
          <w:color w:val="000000"/>
          <w:sz w:val="24"/>
          <w:szCs w:val="24"/>
          <w:lang w:val="ru-RU"/>
        </w:rPr>
      </w:pPr>
    </w:p>
    <w:p w:rsidR="002A54A2" w:rsidRPr="002A54A2" w:rsidRDefault="002A54A2" w:rsidP="002A54A2">
      <w:pPr>
        <w:spacing w:after="0"/>
        <w:ind w:firstLine="600"/>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rsidR="002A54A2" w:rsidRPr="002A54A2" w:rsidRDefault="002A54A2" w:rsidP="002A54A2">
      <w:pPr>
        <w:spacing w:after="0"/>
        <w:ind w:firstLine="600"/>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rsidR="002A54A2" w:rsidRPr="002A54A2" w:rsidRDefault="002A54A2" w:rsidP="002A54A2">
      <w:pPr>
        <w:spacing w:after="0"/>
        <w:ind w:firstLine="600"/>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i/>
          <w:color w:val="000000"/>
          <w:sz w:val="24"/>
          <w:szCs w:val="24"/>
          <w:lang w:val="ru-RU"/>
        </w:rPr>
        <w:t>Базовые логические действия</w:t>
      </w:r>
      <w:r w:rsidRPr="002A54A2">
        <w:rPr>
          <w:rFonts w:ascii="Times New Roman" w:eastAsia="Times New Roman" w:hAnsi="Times New Roman" w:cs="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2A54A2" w:rsidRPr="002A54A2" w:rsidRDefault="002A54A2" w:rsidP="00D0790B">
      <w:pPr>
        <w:numPr>
          <w:ilvl w:val="0"/>
          <w:numId w:val="23"/>
        </w:numPr>
        <w:spacing w:after="0" w:line="276" w:lineRule="auto"/>
        <w:ind w:left="284"/>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 xml:space="preserve">ориентироваться в методах познания природы (наблюдение, опыт, сравнение, измерение); </w:t>
      </w:r>
    </w:p>
    <w:p w:rsidR="002A54A2" w:rsidRPr="002A54A2" w:rsidRDefault="002A54A2" w:rsidP="00D0790B">
      <w:pPr>
        <w:numPr>
          <w:ilvl w:val="0"/>
          <w:numId w:val="23"/>
        </w:numPr>
        <w:spacing w:after="0" w:line="276" w:lineRule="auto"/>
        <w:ind w:left="284"/>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 xml:space="preserve">определять на основе наблюдения состояние вещества (жидкое, твёрдое, газообразное); </w:t>
      </w:r>
    </w:p>
    <w:p w:rsidR="002A54A2" w:rsidRPr="002A54A2" w:rsidRDefault="002A54A2" w:rsidP="00D0790B">
      <w:pPr>
        <w:numPr>
          <w:ilvl w:val="0"/>
          <w:numId w:val="23"/>
        </w:numPr>
        <w:spacing w:after="0" w:line="276" w:lineRule="auto"/>
        <w:ind w:left="284"/>
        <w:jc w:val="both"/>
        <w:rPr>
          <w:rFonts w:ascii="Times New Roman" w:eastAsia="Times New Roman" w:hAnsi="Times New Roman" w:cs="Times New Roman"/>
          <w:sz w:val="24"/>
          <w:szCs w:val="24"/>
        </w:rPr>
      </w:pPr>
      <w:r w:rsidRPr="002A54A2">
        <w:rPr>
          <w:rFonts w:ascii="Times New Roman" w:eastAsia="Times New Roman" w:hAnsi="Times New Roman" w:cs="Times New Roman"/>
          <w:color w:val="000000"/>
          <w:sz w:val="24"/>
          <w:szCs w:val="24"/>
        </w:rPr>
        <w:t xml:space="preserve">различать символы РФ; </w:t>
      </w:r>
    </w:p>
    <w:p w:rsidR="002A54A2" w:rsidRPr="002A54A2" w:rsidRDefault="002A54A2" w:rsidP="00D0790B">
      <w:pPr>
        <w:numPr>
          <w:ilvl w:val="0"/>
          <w:numId w:val="23"/>
        </w:numPr>
        <w:spacing w:after="0" w:line="276" w:lineRule="auto"/>
        <w:ind w:left="284"/>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 xml:space="preserve">различать деревья, кустарники, травы; приводить примеры (в пределах изученного); </w:t>
      </w:r>
    </w:p>
    <w:p w:rsidR="002A54A2" w:rsidRPr="002A54A2" w:rsidRDefault="002A54A2" w:rsidP="00D0790B">
      <w:pPr>
        <w:numPr>
          <w:ilvl w:val="0"/>
          <w:numId w:val="23"/>
        </w:numPr>
        <w:spacing w:after="0" w:line="276" w:lineRule="auto"/>
        <w:ind w:left="284"/>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 xml:space="preserve">группировать растения: дикорастущие и культурные; лекарственные и ядовитые (в пределах изученного); </w:t>
      </w:r>
    </w:p>
    <w:p w:rsidR="002A54A2" w:rsidRPr="002A54A2" w:rsidRDefault="002A54A2" w:rsidP="00D0790B">
      <w:pPr>
        <w:numPr>
          <w:ilvl w:val="0"/>
          <w:numId w:val="23"/>
        </w:numPr>
        <w:spacing w:after="0" w:line="276" w:lineRule="auto"/>
        <w:ind w:left="284"/>
        <w:jc w:val="both"/>
        <w:rPr>
          <w:rFonts w:ascii="Times New Roman" w:eastAsia="Times New Roman" w:hAnsi="Times New Roman" w:cs="Times New Roman"/>
          <w:sz w:val="24"/>
          <w:szCs w:val="24"/>
        </w:rPr>
      </w:pPr>
      <w:r w:rsidRPr="002A54A2">
        <w:rPr>
          <w:rFonts w:ascii="Times New Roman" w:eastAsia="Times New Roman" w:hAnsi="Times New Roman" w:cs="Times New Roman"/>
          <w:color w:val="000000"/>
          <w:sz w:val="24"/>
          <w:szCs w:val="24"/>
        </w:rPr>
        <w:t xml:space="preserve">различать прошлое, настоящее, будущее. </w:t>
      </w:r>
    </w:p>
    <w:p w:rsidR="002A54A2" w:rsidRPr="002A54A2" w:rsidRDefault="002A54A2" w:rsidP="00FE366A">
      <w:pPr>
        <w:spacing w:after="0"/>
        <w:ind w:left="284" w:firstLine="600"/>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i/>
          <w:color w:val="000000"/>
          <w:sz w:val="24"/>
          <w:szCs w:val="24"/>
          <w:lang w:val="ru-RU"/>
        </w:rPr>
        <w:t>Работа с информацией как часть познавательных универсальных учебных действий способствует формированию умений:</w:t>
      </w:r>
    </w:p>
    <w:p w:rsidR="002A54A2" w:rsidRPr="002A54A2" w:rsidRDefault="002A54A2" w:rsidP="00D0790B">
      <w:pPr>
        <w:numPr>
          <w:ilvl w:val="0"/>
          <w:numId w:val="24"/>
        </w:numPr>
        <w:spacing w:after="0" w:line="276" w:lineRule="auto"/>
        <w:ind w:left="284"/>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 xml:space="preserve">различать информацию, представленную в тексте, графически, аудиовизуально; </w:t>
      </w:r>
    </w:p>
    <w:p w:rsidR="002A54A2" w:rsidRPr="002A54A2" w:rsidRDefault="002A54A2" w:rsidP="00D0790B">
      <w:pPr>
        <w:numPr>
          <w:ilvl w:val="0"/>
          <w:numId w:val="24"/>
        </w:numPr>
        <w:spacing w:after="0" w:line="276" w:lineRule="auto"/>
        <w:ind w:left="284"/>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 xml:space="preserve">читать информацию, представленную в схеме, таблице; </w:t>
      </w:r>
    </w:p>
    <w:p w:rsidR="002A54A2" w:rsidRPr="002A54A2" w:rsidRDefault="002A54A2" w:rsidP="00D0790B">
      <w:pPr>
        <w:numPr>
          <w:ilvl w:val="0"/>
          <w:numId w:val="24"/>
        </w:numPr>
        <w:spacing w:after="0" w:line="276" w:lineRule="auto"/>
        <w:ind w:left="284"/>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 xml:space="preserve">используя текстовую информацию, заполнять таблицы; дополнять схемы; </w:t>
      </w:r>
    </w:p>
    <w:p w:rsidR="002A54A2" w:rsidRPr="002A54A2" w:rsidRDefault="002A54A2" w:rsidP="00D0790B">
      <w:pPr>
        <w:numPr>
          <w:ilvl w:val="0"/>
          <w:numId w:val="24"/>
        </w:numPr>
        <w:spacing w:after="0" w:line="276" w:lineRule="auto"/>
        <w:ind w:left="284"/>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соотносить пример (рисунок, предложенную ситуацию) со временем протекания.</w:t>
      </w:r>
    </w:p>
    <w:p w:rsidR="002A54A2" w:rsidRPr="002A54A2" w:rsidRDefault="002A54A2" w:rsidP="00FE366A">
      <w:pPr>
        <w:spacing w:after="0"/>
        <w:ind w:left="284" w:firstLine="600"/>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i/>
          <w:color w:val="000000"/>
          <w:sz w:val="24"/>
          <w:szCs w:val="24"/>
          <w:lang w:val="ru-RU"/>
        </w:rPr>
        <w:t xml:space="preserve">Коммуникативные универсальные учебные действия </w:t>
      </w:r>
      <w:r w:rsidRPr="002A54A2">
        <w:rPr>
          <w:rFonts w:ascii="Times New Roman" w:eastAsia="Times New Roman" w:hAnsi="Times New Roman" w:cs="Times New Roman"/>
          <w:color w:val="000000"/>
          <w:sz w:val="24"/>
          <w:szCs w:val="24"/>
          <w:lang w:val="ru-RU"/>
        </w:rPr>
        <w:t>способствуют формированию умений:</w:t>
      </w:r>
    </w:p>
    <w:p w:rsidR="002A54A2" w:rsidRPr="003B00F9" w:rsidRDefault="002A54A2" w:rsidP="00D0790B">
      <w:pPr>
        <w:pStyle w:val="af"/>
        <w:numPr>
          <w:ilvl w:val="0"/>
          <w:numId w:val="80"/>
        </w:numPr>
        <w:spacing w:after="0" w:line="276" w:lineRule="auto"/>
        <w:ind w:left="0" w:firstLine="0"/>
        <w:jc w:val="both"/>
        <w:rPr>
          <w:rFonts w:ascii="Times New Roman" w:eastAsia="Times New Roman" w:hAnsi="Times New Roman" w:cs="Times New Roman"/>
          <w:sz w:val="24"/>
          <w:szCs w:val="24"/>
          <w:lang w:val="ru-RU"/>
        </w:rPr>
      </w:pPr>
      <w:r w:rsidRPr="003B00F9">
        <w:rPr>
          <w:rFonts w:ascii="Times New Roman" w:eastAsia="Times New Roman" w:hAnsi="Times New Roman" w:cs="Times New Roman"/>
          <w:color w:val="000000"/>
          <w:sz w:val="24"/>
          <w:szCs w:val="24"/>
          <w:lang w:val="ru-RU"/>
        </w:rPr>
        <w:t>ориентироваться в терминах (понятиях), соотносить их с краткой характеристикой:</w:t>
      </w:r>
    </w:p>
    <w:p w:rsidR="002A54A2" w:rsidRPr="002A54A2" w:rsidRDefault="002A54A2" w:rsidP="00D0790B">
      <w:pPr>
        <w:numPr>
          <w:ilvl w:val="0"/>
          <w:numId w:val="25"/>
        </w:numPr>
        <w:spacing w:after="0" w:line="276" w:lineRule="auto"/>
        <w:ind w:left="284"/>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2A54A2" w:rsidRPr="002A54A2" w:rsidRDefault="002A54A2" w:rsidP="00D0790B">
      <w:pPr>
        <w:numPr>
          <w:ilvl w:val="0"/>
          <w:numId w:val="25"/>
        </w:numPr>
        <w:spacing w:after="0" w:line="276" w:lineRule="auto"/>
        <w:ind w:left="284"/>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 xml:space="preserve">понятия и термины, связанные с миром природы (среда обитания, тело, явление, вещество; заповедник); </w:t>
      </w:r>
    </w:p>
    <w:p w:rsidR="002A54A2" w:rsidRPr="002A54A2" w:rsidRDefault="002A54A2" w:rsidP="00D0790B">
      <w:pPr>
        <w:numPr>
          <w:ilvl w:val="0"/>
          <w:numId w:val="25"/>
        </w:numPr>
        <w:spacing w:after="0" w:line="276" w:lineRule="auto"/>
        <w:ind w:left="284"/>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2A54A2" w:rsidRPr="00FE366A" w:rsidRDefault="002A54A2" w:rsidP="00D0790B">
      <w:pPr>
        <w:pStyle w:val="af"/>
        <w:numPr>
          <w:ilvl w:val="0"/>
          <w:numId w:val="80"/>
        </w:numPr>
        <w:spacing w:after="0" w:line="276" w:lineRule="auto"/>
        <w:ind w:left="284" w:hanging="153"/>
        <w:jc w:val="both"/>
        <w:rPr>
          <w:rFonts w:ascii="Times New Roman" w:eastAsia="Times New Roman" w:hAnsi="Times New Roman" w:cs="Times New Roman"/>
          <w:sz w:val="24"/>
          <w:szCs w:val="24"/>
          <w:lang w:val="ru-RU"/>
        </w:rPr>
      </w:pPr>
      <w:r w:rsidRPr="00FE366A">
        <w:rPr>
          <w:rFonts w:ascii="Times New Roman" w:eastAsia="Times New Roman" w:hAnsi="Times New Roman" w:cs="Times New Roman"/>
          <w:color w:val="000000"/>
          <w:sz w:val="24"/>
          <w:szCs w:val="24"/>
          <w:lang w:val="ru-RU"/>
        </w:rPr>
        <w:t>описывать условия жизни на Земле, отличие нашей планеты от других планет Солнечной системы;</w:t>
      </w:r>
    </w:p>
    <w:p w:rsidR="00A3570D" w:rsidRPr="004B654D" w:rsidRDefault="002A54A2" w:rsidP="00D0790B">
      <w:pPr>
        <w:numPr>
          <w:ilvl w:val="0"/>
          <w:numId w:val="26"/>
        </w:numPr>
        <w:spacing w:after="0" w:line="276" w:lineRule="auto"/>
        <w:ind w:left="284"/>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создавать небольшие описания на предложенную тему (например, «Моя семья», «Какие бывают профессии?», «Что «умеют» органы чувств?», «Лес</w:t>
      </w:r>
      <w:r w:rsidR="00A3570D">
        <w:rPr>
          <w:rFonts w:ascii="Times New Roman" w:eastAsia="Times New Roman" w:hAnsi="Times New Roman" w:cs="Times New Roman"/>
          <w:color w:val="000000"/>
          <w:sz w:val="24"/>
          <w:szCs w:val="24"/>
          <w:lang w:val="ru-RU"/>
        </w:rPr>
        <w:t xml:space="preserve"> – природное сообщество» и др.).</w:t>
      </w:r>
    </w:p>
    <w:p w:rsidR="002A54A2" w:rsidRPr="002A54A2" w:rsidRDefault="002A54A2" w:rsidP="00D0790B">
      <w:pPr>
        <w:numPr>
          <w:ilvl w:val="0"/>
          <w:numId w:val="26"/>
        </w:numPr>
        <w:spacing w:after="0" w:line="276" w:lineRule="auto"/>
        <w:ind w:left="426" w:hanging="426"/>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2A54A2" w:rsidRPr="002A54A2" w:rsidRDefault="002A54A2" w:rsidP="00D0790B">
      <w:pPr>
        <w:numPr>
          <w:ilvl w:val="0"/>
          <w:numId w:val="26"/>
        </w:numPr>
        <w:spacing w:after="0" w:line="276" w:lineRule="auto"/>
        <w:ind w:left="426" w:hanging="426"/>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lastRenderedPageBreak/>
        <w:t>приводить примеры растений и животных, занесённых в Красную книгу России (на примере своей местности);</w:t>
      </w:r>
    </w:p>
    <w:p w:rsidR="002A54A2" w:rsidRPr="002A54A2" w:rsidRDefault="002A54A2" w:rsidP="00D0790B">
      <w:pPr>
        <w:numPr>
          <w:ilvl w:val="0"/>
          <w:numId w:val="26"/>
        </w:numPr>
        <w:spacing w:after="0" w:line="276" w:lineRule="auto"/>
        <w:ind w:left="426" w:hanging="426"/>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описывать современные события от имени их участника.</w:t>
      </w:r>
    </w:p>
    <w:p w:rsidR="002A54A2" w:rsidRPr="002A54A2" w:rsidRDefault="002A54A2" w:rsidP="00723ADC">
      <w:pPr>
        <w:spacing w:after="0"/>
        <w:ind w:left="426" w:hanging="426"/>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i/>
          <w:color w:val="000000"/>
          <w:sz w:val="24"/>
          <w:szCs w:val="24"/>
          <w:lang w:val="ru-RU"/>
        </w:rPr>
        <w:t xml:space="preserve">Регулятивные универсальные учебные действия </w:t>
      </w:r>
      <w:r w:rsidRPr="002A54A2">
        <w:rPr>
          <w:rFonts w:ascii="Times New Roman" w:eastAsia="Times New Roman" w:hAnsi="Times New Roman" w:cs="Times New Roman"/>
          <w:color w:val="000000"/>
          <w:sz w:val="24"/>
          <w:szCs w:val="24"/>
          <w:lang w:val="ru-RU"/>
        </w:rPr>
        <w:t>способствуют формированию умений:</w:t>
      </w:r>
    </w:p>
    <w:p w:rsidR="002A54A2" w:rsidRPr="002A54A2" w:rsidRDefault="002A54A2" w:rsidP="00D0790B">
      <w:pPr>
        <w:numPr>
          <w:ilvl w:val="0"/>
          <w:numId w:val="27"/>
        </w:numPr>
        <w:spacing w:after="0" w:line="276" w:lineRule="auto"/>
        <w:ind w:left="426" w:hanging="426"/>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следовать образцу, предложенному плану и инструкции при решении учебной задачи;</w:t>
      </w:r>
    </w:p>
    <w:p w:rsidR="002A54A2" w:rsidRPr="002A54A2" w:rsidRDefault="002A54A2" w:rsidP="00D0790B">
      <w:pPr>
        <w:numPr>
          <w:ilvl w:val="0"/>
          <w:numId w:val="27"/>
        </w:numPr>
        <w:spacing w:after="0" w:line="276" w:lineRule="auto"/>
        <w:ind w:left="426" w:hanging="426"/>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 xml:space="preserve">контролировать с небольшой помощью учителя последовательность действий по решению учебной задачи; </w:t>
      </w:r>
    </w:p>
    <w:p w:rsidR="002A54A2" w:rsidRPr="002A54A2" w:rsidRDefault="002A54A2" w:rsidP="00D0790B">
      <w:pPr>
        <w:numPr>
          <w:ilvl w:val="0"/>
          <w:numId w:val="27"/>
        </w:numPr>
        <w:spacing w:after="0" w:line="276" w:lineRule="auto"/>
        <w:ind w:left="426" w:hanging="426"/>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 xml:space="preserve">оценивать результаты своей работы, анализировать оценку учителя и одноклассников, спокойно, без обид принимать советы и замечания. </w:t>
      </w:r>
    </w:p>
    <w:p w:rsidR="002A54A2" w:rsidRPr="002A54A2" w:rsidRDefault="002A54A2" w:rsidP="00723ADC">
      <w:pPr>
        <w:spacing w:after="0"/>
        <w:ind w:left="426" w:hanging="426"/>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i/>
          <w:color w:val="000000"/>
          <w:sz w:val="24"/>
          <w:szCs w:val="24"/>
          <w:lang w:val="ru-RU"/>
        </w:rPr>
        <w:t xml:space="preserve">Совместная деятельность </w:t>
      </w:r>
      <w:r w:rsidRPr="002A54A2">
        <w:rPr>
          <w:rFonts w:ascii="Times New Roman" w:eastAsia="Times New Roman" w:hAnsi="Times New Roman" w:cs="Times New Roman"/>
          <w:color w:val="000000"/>
          <w:sz w:val="24"/>
          <w:szCs w:val="24"/>
          <w:lang w:val="ru-RU"/>
        </w:rPr>
        <w:t>способствует формированию умений:</w:t>
      </w:r>
    </w:p>
    <w:p w:rsidR="002A54A2" w:rsidRPr="002A54A2" w:rsidRDefault="002A54A2" w:rsidP="00D0790B">
      <w:pPr>
        <w:numPr>
          <w:ilvl w:val="0"/>
          <w:numId w:val="28"/>
        </w:numPr>
        <w:spacing w:after="0" w:line="276" w:lineRule="auto"/>
        <w:ind w:left="426" w:hanging="426"/>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 xml:space="preserve">строить свою учебную и игровую деятельность, житейские ситуации в соответствии с правилами поведения, принятыми в обществе; </w:t>
      </w:r>
    </w:p>
    <w:p w:rsidR="002A54A2" w:rsidRPr="002A54A2" w:rsidRDefault="002A54A2" w:rsidP="00D0790B">
      <w:pPr>
        <w:numPr>
          <w:ilvl w:val="0"/>
          <w:numId w:val="28"/>
        </w:numPr>
        <w:spacing w:after="0" w:line="276" w:lineRule="auto"/>
        <w:ind w:left="426" w:hanging="426"/>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 xml:space="preserve">оценивать жизненные ситуации с точки зрения правил поведения, культуры общения, проявления терпения и уважения к собеседнику; </w:t>
      </w:r>
    </w:p>
    <w:p w:rsidR="002A54A2" w:rsidRPr="002A54A2" w:rsidRDefault="002A54A2" w:rsidP="00D0790B">
      <w:pPr>
        <w:numPr>
          <w:ilvl w:val="0"/>
          <w:numId w:val="28"/>
        </w:numPr>
        <w:spacing w:after="0" w:line="276" w:lineRule="auto"/>
        <w:ind w:left="426" w:hanging="426"/>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74512B" w:rsidRPr="0074512B" w:rsidRDefault="002A54A2" w:rsidP="00D0790B">
      <w:pPr>
        <w:numPr>
          <w:ilvl w:val="0"/>
          <w:numId w:val="28"/>
        </w:numPr>
        <w:spacing w:after="0" w:line="276" w:lineRule="auto"/>
        <w:ind w:left="426" w:hanging="426"/>
        <w:jc w:val="both"/>
        <w:rPr>
          <w:rFonts w:ascii="Times New Roman" w:eastAsia="Times New Roman" w:hAnsi="Times New Roman" w:cs="Times New Roman"/>
          <w:sz w:val="24"/>
          <w:szCs w:val="24"/>
          <w:lang w:val="ru-RU"/>
        </w:rPr>
      </w:pPr>
      <w:r w:rsidRPr="002A54A2">
        <w:rPr>
          <w:rFonts w:ascii="Times New Roman" w:eastAsia="Times New Roman" w:hAnsi="Times New Roman" w:cs="Times New Roman"/>
          <w:color w:val="000000"/>
          <w:sz w:val="24"/>
          <w:szCs w:val="24"/>
          <w:lang w:val="ru-RU"/>
        </w:rPr>
        <w:t xml:space="preserve">определять причины возможных конфликтов, выбирать (из предложенных) способы их разрешения. </w:t>
      </w:r>
    </w:p>
    <w:p w:rsidR="0074512B" w:rsidRPr="0074512B" w:rsidRDefault="0074512B" w:rsidP="00723ADC">
      <w:pPr>
        <w:spacing w:after="0" w:line="276" w:lineRule="auto"/>
        <w:ind w:left="426" w:hanging="426"/>
        <w:jc w:val="center"/>
        <w:rPr>
          <w:rFonts w:ascii="Times New Roman" w:eastAsia="Times New Roman" w:hAnsi="Times New Roman" w:cs="Times New Roman"/>
          <w:b/>
          <w:sz w:val="24"/>
          <w:szCs w:val="24"/>
          <w:lang w:val="ru-RU"/>
        </w:rPr>
      </w:pPr>
    </w:p>
    <w:p w:rsidR="0074512B" w:rsidRPr="0074512B" w:rsidRDefault="0074512B" w:rsidP="0074512B">
      <w:pPr>
        <w:spacing w:after="0" w:line="276" w:lineRule="auto"/>
        <w:jc w:val="center"/>
        <w:rPr>
          <w:rFonts w:ascii="Times New Roman" w:eastAsia="Times New Roman" w:hAnsi="Times New Roman" w:cs="Times New Roman"/>
          <w:b/>
          <w:color w:val="000000"/>
          <w:sz w:val="24"/>
          <w:szCs w:val="24"/>
          <w:lang w:val="ru-RU"/>
        </w:rPr>
      </w:pPr>
      <w:r w:rsidRPr="0074512B">
        <w:rPr>
          <w:rFonts w:ascii="Times New Roman" w:eastAsia="Times New Roman" w:hAnsi="Times New Roman" w:cs="Times New Roman"/>
          <w:b/>
          <w:color w:val="000000"/>
          <w:sz w:val="24"/>
          <w:szCs w:val="24"/>
          <w:lang w:val="ru-RU"/>
        </w:rPr>
        <w:t>3 класс</w:t>
      </w:r>
    </w:p>
    <w:p w:rsidR="0074512B" w:rsidRDefault="0074512B" w:rsidP="0074512B">
      <w:pPr>
        <w:spacing w:after="0" w:line="276" w:lineRule="auto"/>
        <w:jc w:val="both"/>
        <w:rPr>
          <w:rFonts w:ascii="Times New Roman" w:eastAsia="Times New Roman" w:hAnsi="Times New Roman" w:cs="Times New Roman"/>
          <w:color w:val="000000"/>
          <w:sz w:val="24"/>
          <w:szCs w:val="24"/>
          <w:lang w:val="ru-RU"/>
        </w:rPr>
      </w:pPr>
    </w:p>
    <w:p w:rsidR="0074512B" w:rsidRPr="0074512B" w:rsidRDefault="0074512B" w:rsidP="0074512B">
      <w:pPr>
        <w:spacing w:after="0"/>
        <w:ind w:firstLine="600"/>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i/>
          <w:color w:val="000000"/>
          <w:sz w:val="24"/>
          <w:szCs w:val="24"/>
          <w:lang w:val="ru-RU" w:eastAsia="ru-RU"/>
        </w:rPr>
        <w:t>Человек и общество</w:t>
      </w:r>
    </w:p>
    <w:p w:rsidR="0074512B" w:rsidRPr="0074512B" w:rsidRDefault="0074512B" w:rsidP="0074512B">
      <w:pPr>
        <w:spacing w:after="0"/>
        <w:ind w:firstLine="600"/>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74512B" w:rsidRPr="0074512B" w:rsidRDefault="0074512B" w:rsidP="0074512B">
      <w:pPr>
        <w:spacing w:after="0"/>
        <w:ind w:firstLine="600"/>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Семья – коллектив близких, родных людей. Семейный бюджет, доходы и расходы семьи. Уважение к семейным ценностям.</w:t>
      </w:r>
    </w:p>
    <w:p w:rsidR="0074512B" w:rsidRPr="0074512B" w:rsidRDefault="0074512B" w:rsidP="0074512B">
      <w:pPr>
        <w:spacing w:after="0"/>
        <w:ind w:firstLine="600"/>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74512B" w:rsidRPr="0074512B" w:rsidRDefault="0074512B" w:rsidP="0074512B">
      <w:pPr>
        <w:spacing w:after="0"/>
        <w:ind w:firstLine="600"/>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74512B" w:rsidRPr="0074512B" w:rsidRDefault="0074512B" w:rsidP="0074512B">
      <w:pPr>
        <w:spacing w:after="0"/>
        <w:ind w:firstLine="600"/>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Страны и народы мира. Памятники природы и культуры – символы стран, в которых они находятся.</w:t>
      </w:r>
    </w:p>
    <w:p w:rsidR="0074512B" w:rsidRPr="0074512B" w:rsidRDefault="0074512B" w:rsidP="0074512B">
      <w:pPr>
        <w:spacing w:after="0"/>
        <w:ind w:firstLine="600"/>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i/>
          <w:color w:val="000000"/>
          <w:sz w:val="24"/>
          <w:szCs w:val="24"/>
          <w:lang w:val="ru-RU" w:eastAsia="ru-RU"/>
        </w:rPr>
        <w:t>Человек и природа</w:t>
      </w:r>
    </w:p>
    <w:p w:rsidR="00A3570D" w:rsidRPr="004B654D" w:rsidRDefault="0074512B" w:rsidP="004B654D">
      <w:pPr>
        <w:spacing w:after="0"/>
        <w:ind w:firstLine="600"/>
        <w:jc w:val="both"/>
        <w:rPr>
          <w:rFonts w:ascii="Times New Roman" w:eastAsia="Times New Roman" w:hAnsi="Times New Roman" w:cs="Times New Roman"/>
          <w:color w:val="000000"/>
          <w:sz w:val="24"/>
          <w:szCs w:val="24"/>
          <w:lang w:val="ru-RU" w:eastAsia="ru-RU"/>
        </w:rPr>
      </w:pPr>
      <w:r w:rsidRPr="0074512B">
        <w:rPr>
          <w:rFonts w:ascii="Times New Roman" w:eastAsia="Times New Roman" w:hAnsi="Times New Roman" w:cs="Times New Roman"/>
          <w:color w:val="000000"/>
          <w:sz w:val="24"/>
          <w:szCs w:val="24"/>
          <w:lang w:val="ru-RU" w:eastAsia="ru-RU"/>
        </w:rPr>
        <w:t>Методы изучения природы. Карта мира. Материки и части света.</w:t>
      </w:r>
    </w:p>
    <w:p w:rsidR="0074512B" w:rsidRPr="0074512B" w:rsidRDefault="0074512B" w:rsidP="0074512B">
      <w:pPr>
        <w:spacing w:after="0"/>
        <w:ind w:firstLine="600"/>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74512B" w:rsidRPr="0074512B" w:rsidRDefault="0074512B" w:rsidP="0074512B">
      <w:pPr>
        <w:spacing w:after="0"/>
        <w:ind w:firstLine="600"/>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lastRenderedPageBreak/>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74512B" w:rsidRPr="0074512B" w:rsidRDefault="0074512B" w:rsidP="0074512B">
      <w:pPr>
        <w:spacing w:after="0"/>
        <w:ind w:firstLine="600"/>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Первоначальные представления о бактериях. Грибы: строение шляпочных грибов. Грибы съедобные и несъедобные.</w:t>
      </w:r>
    </w:p>
    <w:p w:rsidR="0074512B" w:rsidRPr="0074512B" w:rsidRDefault="0074512B" w:rsidP="0074512B">
      <w:pPr>
        <w:spacing w:after="0"/>
        <w:ind w:firstLine="600"/>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4512B" w:rsidRPr="0074512B" w:rsidRDefault="0074512B" w:rsidP="0074512B">
      <w:pPr>
        <w:spacing w:after="0"/>
        <w:ind w:firstLine="600"/>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4512B" w:rsidRPr="0074512B" w:rsidRDefault="0074512B" w:rsidP="0074512B">
      <w:pPr>
        <w:spacing w:after="0"/>
        <w:ind w:firstLine="600"/>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4512B" w:rsidRPr="0074512B" w:rsidRDefault="0074512B" w:rsidP="0074512B">
      <w:pPr>
        <w:spacing w:after="0"/>
        <w:ind w:firstLine="600"/>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74512B" w:rsidRPr="0074512B" w:rsidRDefault="0074512B" w:rsidP="0074512B">
      <w:pPr>
        <w:spacing w:after="0"/>
        <w:ind w:firstLine="600"/>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i/>
          <w:color w:val="000000"/>
          <w:sz w:val="24"/>
          <w:szCs w:val="24"/>
          <w:lang w:val="ru-RU" w:eastAsia="ru-RU"/>
        </w:rPr>
        <w:t>Правила безопасной жизнедеятельности</w:t>
      </w:r>
    </w:p>
    <w:p w:rsidR="0074512B" w:rsidRPr="0074512B" w:rsidRDefault="0074512B" w:rsidP="0074512B">
      <w:pPr>
        <w:spacing w:after="0"/>
        <w:ind w:firstLine="600"/>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A3570D" w:rsidRPr="004B654D" w:rsidRDefault="0074512B" w:rsidP="004B654D">
      <w:pPr>
        <w:spacing w:after="0"/>
        <w:ind w:firstLine="600"/>
        <w:jc w:val="both"/>
        <w:rPr>
          <w:rFonts w:ascii="Times New Roman" w:eastAsia="Times New Roman" w:hAnsi="Times New Roman" w:cs="Times New Roman"/>
          <w:color w:val="000000"/>
          <w:sz w:val="24"/>
          <w:szCs w:val="24"/>
          <w:lang w:val="ru-RU" w:eastAsia="ru-RU"/>
        </w:rPr>
      </w:pPr>
      <w:r w:rsidRPr="0074512B">
        <w:rPr>
          <w:rFonts w:ascii="Times New Roman" w:eastAsia="Times New Roman" w:hAnsi="Times New Roman" w:cs="Times New Roman"/>
          <w:color w:val="000000"/>
          <w:sz w:val="24"/>
          <w:szCs w:val="24"/>
          <w:lang w:val="ru-RU" w:eastAsia="ru-RU"/>
        </w:rPr>
        <w:t xml:space="preserve">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rsidR="0074512B" w:rsidRPr="0074512B" w:rsidRDefault="0074512B" w:rsidP="0074512B">
      <w:pPr>
        <w:spacing w:after="0"/>
        <w:ind w:firstLine="600"/>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512B" w:rsidRPr="0074512B" w:rsidRDefault="0074512B" w:rsidP="0074512B">
      <w:pPr>
        <w:spacing w:after="0"/>
        <w:ind w:firstLine="600"/>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i/>
          <w:color w:val="000000"/>
          <w:sz w:val="24"/>
          <w:szCs w:val="24"/>
          <w:lang w:val="ru-RU" w:eastAsia="ru-RU"/>
        </w:rPr>
        <w:t>Базовые логические и исследовательские действия</w:t>
      </w:r>
      <w:r w:rsidRPr="0074512B">
        <w:rPr>
          <w:rFonts w:ascii="Times New Roman" w:eastAsia="Times New Roman" w:hAnsi="Times New Roman" w:cs="Times New Roman"/>
          <w:color w:val="000000"/>
          <w:sz w:val="24"/>
          <w:szCs w:val="24"/>
          <w:lang w:val="ru-RU" w:eastAsia="ru-RU"/>
        </w:rPr>
        <w:t xml:space="preserve"> как часть познавательных универсальных учебных действий способствуют формированию умений:</w:t>
      </w:r>
    </w:p>
    <w:p w:rsidR="0074512B" w:rsidRPr="0074512B" w:rsidRDefault="0074512B" w:rsidP="00D0790B">
      <w:pPr>
        <w:numPr>
          <w:ilvl w:val="0"/>
          <w:numId w:val="29"/>
        </w:numPr>
        <w:spacing w:after="0" w:line="276" w:lineRule="auto"/>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rsidR="0074512B" w:rsidRPr="0074512B" w:rsidRDefault="0074512B" w:rsidP="00D0790B">
      <w:pPr>
        <w:numPr>
          <w:ilvl w:val="0"/>
          <w:numId w:val="29"/>
        </w:numPr>
        <w:spacing w:after="0" w:line="276" w:lineRule="auto"/>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 xml:space="preserve">устанавливать зависимость между внешним видом, особенностями поведения и условиями жизни животного; </w:t>
      </w:r>
    </w:p>
    <w:p w:rsidR="0074512B" w:rsidRPr="0074512B" w:rsidRDefault="0074512B" w:rsidP="00D0790B">
      <w:pPr>
        <w:numPr>
          <w:ilvl w:val="0"/>
          <w:numId w:val="29"/>
        </w:numPr>
        <w:spacing w:after="0" w:line="276" w:lineRule="auto"/>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 xml:space="preserve">определять (в процессе рассматривания объектов и явлений) существенные признаки и отношения между объектами и явлениями; </w:t>
      </w:r>
    </w:p>
    <w:p w:rsidR="0074512B" w:rsidRPr="0074512B" w:rsidRDefault="0074512B" w:rsidP="00D0790B">
      <w:pPr>
        <w:numPr>
          <w:ilvl w:val="0"/>
          <w:numId w:val="29"/>
        </w:numPr>
        <w:spacing w:after="0" w:line="276" w:lineRule="auto"/>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 xml:space="preserve">моделировать цепи питания в природном сообществе; </w:t>
      </w:r>
    </w:p>
    <w:p w:rsidR="0074512B" w:rsidRPr="0074512B" w:rsidRDefault="0074512B" w:rsidP="00D0790B">
      <w:pPr>
        <w:numPr>
          <w:ilvl w:val="0"/>
          <w:numId w:val="29"/>
        </w:numPr>
        <w:spacing w:after="0" w:line="276" w:lineRule="auto"/>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различать понятия «век», «столетие», «историческое время»; соотносить историческое событие с датой (историческим периодом).</w:t>
      </w:r>
    </w:p>
    <w:p w:rsidR="0074512B" w:rsidRPr="0074512B" w:rsidRDefault="0074512B" w:rsidP="00723ADC">
      <w:pPr>
        <w:spacing w:after="0"/>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i/>
          <w:color w:val="000000"/>
          <w:sz w:val="24"/>
          <w:szCs w:val="24"/>
          <w:lang w:val="ru-RU" w:eastAsia="ru-RU"/>
        </w:rPr>
        <w:t xml:space="preserve">Работа с информацией </w:t>
      </w:r>
      <w:r w:rsidRPr="0074512B">
        <w:rPr>
          <w:rFonts w:ascii="Times New Roman" w:eastAsia="Times New Roman" w:hAnsi="Times New Roman" w:cs="Times New Roman"/>
          <w:color w:val="000000"/>
          <w:sz w:val="24"/>
          <w:szCs w:val="24"/>
          <w:lang w:val="ru-RU" w:eastAsia="ru-RU"/>
        </w:rPr>
        <w:t>как часть познавательных универсальных учебных действий способствует формированию умений:</w:t>
      </w:r>
    </w:p>
    <w:p w:rsidR="0074512B" w:rsidRPr="0074512B" w:rsidRDefault="0074512B" w:rsidP="00D0790B">
      <w:pPr>
        <w:numPr>
          <w:ilvl w:val="0"/>
          <w:numId w:val="30"/>
        </w:numPr>
        <w:spacing w:after="0" w:line="276" w:lineRule="auto"/>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 xml:space="preserve">понимать, что работа с моделями Земли (глобус, карта) может дать полезную и интересную информацию о природе нашей планеты; </w:t>
      </w:r>
    </w:p>
    <w:p w:rsidR="0074512B" w:rsidRPr="0074512B" w:rsidRDefault="0074512B" w:rsidP="00D0790B">
      <w:pPr>
        <w:numPr>
          <w:ilvl w:val="0"/>
          <w:numId w:val="30"/>
        </w:numPr>
        <w:spacing w:after="0" w:line="276" w:lineRule="auto"/>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 xml:space="preserve">находить на глобусе материки и океаны, воспроизводить их названия; находить на карте нашу страну, столицу, свой регион; </w:t>
      </w:r>
    </w:p>
    <w:p w:rsidR="0074512B" w:rsidRPr="0074512B" w:rsidRDefault="0074512B" w:rsidP="00D0790B">
      <w:pPr>
        <w:numPr>
          <w:ilvl w:val="0"/>
          <w:numId w:val="30"/>
        </w:numPr>
        <w:spacing w:after="0" w:line="276" w:lineRule="auto"/>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 xml:space="preserve">читать несложные планы, соотносить условные обозначения с изображёнными объектами; </w:t>
      </w:r>
    </w:p>
    <w:p w:rsidR="0074512B" w:rsidRPr="0074512B" w:rsidRDefault="0074512B" w:rsidP="00D0790B">
      <w:pPr>
        <w:numPr>
          <w:ilvl w:val="0"/>
          <w:numId w:val="30"/>
        </w:numPr>
        <w:spacing w:after="0" w:line="276" w:lineRule="auto"/>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rsidR="0074512B" w:rsidRPr="0074512B" w:rsidRDefault="0074512B" w:rsidP="00D0790B">
      <w:pPr>
        <w:numPr>
          <w:ilvl w:val="0"/>
          <w:numId w:val="30"/>
        </w:numPr>
        <w:spacing w:after="0" w:line="276" w:lineRule="auto"/>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 xml:space="preserve">соблюдать правила безопасности при работе в информационной среде. </w:t>
      </w:r>
    </w:p>
    <w:p w:rsidR="0074512B" w:rsidRPr="0074512B" w:rsidRDefault="0074512B" w:rsidP="00723ADC">
      <w:pPr>
        <w:spacing w:after="0"/>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i/>
          <w:color w:val="000000"/>
          <w:sz w:val="24"/>
          <w:szCs w:val="24"/>
          <w:lang w:val="ru-RU" w:eastAsia="ru-RU"/>
        </w:rPr>
        <w:t>Коммуникативные универсальные учебные действия</w:t>
      </w:r>
      <w:r w:rsidRPr="0074512B">
        <w:rPr>
          <w:rFonts w:ascii="Times New Roman" w:eastAsia="Times New Roman" w:hAnsi="Times New Roman" w:cs="Times New Roman"/>
          <w:color w:val="000000"/>
          <w:sz w:val="24"/>
          <w:szCs w:val="24"/>
          <w:lang w:val="ru-RU" w:eastAsia="ru-RU"/>
        </w:rPr>
        <w:t xml:space="preserve"> способствуют формированию умений:</w:t>
      </w:r>
    </w:p>
    <w:p w:rsidR="0074512B" w:rsidRPr="0074512B" w:rsidRDefault="0074512B" w:rsidP="00D0790B">
      <w:pPr>
        <w:numPr>
          <w:ilvl w:val="0"/>
          <w:numId w:val="31"/>
        </w:numPr>
        <w:spacing w:after="0" w:line="276" w:lineRule="auto"/>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ориентироваться в понятиях, соотносить понятия и термины с их краткой характеристикой:</w:t>
      </w:r>
    </w:p>
    <w:p w:rsidR="0074512B" w:rsidRPr="00665BC6" w:rsidRDefault="0074512B" w:rsidP="00D0790B">
      <w:pPr>
        <w:pStyle w:val="af"/>
        <w:numPr>
          <w:ilvl w:val="0"/>
          <w:numId w:val="81"/>
        </w:numPr>
        <w:spacing w:after="0"/>
        <w:ind w:left="0" w:firstLine="0"/>
        <w:jc w:val="both"/>
        <w:rPr>
          <w:rFonts w:ascii="Calibri" w:eastAsia="Times New Roman" w:hAnsi="Calibri" w:cs="Times New Roman"/>
          <w:sz w:val="24"/>
          <w:szCs w:val="24"/>
          <w:lang w:val="ru-RU" w:eastAsia="ru-RU"/>
        </w:rPr>
      </w:pPr>
      <w:r w:rsidRPr="00665BC6">
        <w:rPr>
          <w:rFonts w:ascii="Times New Roman" w:eastAsia="Times New Roman" w:hAnsi="Times New Roman" w:cs="Times New Roman"/>
          <w:color w:val="000000"/>
          <w:sz w:val="24"/>
          <w:szCs w:val="24"/>
          <w:lang w:val="ru-RU" w:eastAsia="ru-RU"/>
        </w:rPr>
        <w:t xml:space="preserve">понятия и термины, связанные с социальным миром (безопасность, семейный бюджет, памятник культуры); </w:t>
      </w:r>
    </w:p>
    <w:p w:rsidR="0074512B" w:rsidRPr="00665BC6" w:rsidRDefault="0074512B" w:rsidP="00D0790B">
      <w:pPr>
        <w:pStyle w:val="af"/>
        <w:numPr>
          <w:ilvl w:val="0"/>
          <w:numId w:val="81"/>
        </w:numPr>
        <w:spacing w:after="0"/>
        <w:ind w:left="0" w:firstLine="0"/>
        <w:jc w:val="both"/>
        <w:rPr>
          <w:rFonts w:ascii="Calibri" w:eastAsia="Times New Roman" w:hAnsi="Calibri" w:cs="Times New Roman"/>
          <w:sz w:val="24"/>
          <w:szCs w:val="24"/>
          <w:lang w:val="ru-RU" w:eastAsia="ru-RU"/>
        </w:rPr>
      </w:pPr>
      <w:r w:rsidRPr="00665BC6">
        <w:rPr>
          <w:rFonts w:ascii="Times New Roman" w:eastAsia="Times New Roman" w:hAnsi="Times New Roman" w:cs="Times New Roman"/>
          <w:color w:val="000000"/>
          <w:sz w:val="24"/>
          <w:szCs w:val="24"/>
          <w:lang w:val="ru-RU" w:eastAsia="ru-RU"/>
        </w:rPr>
        <w:t xml:space="preserve">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74512B" w:rsidRPr="00665BC6" w:rsidRDefault="0074512B" w:rsidP="00D0790B">
      <w:pPr>
        <w:pStyle w:val="af"/>
        <w:numPr>
          <w:ilvl w:val="0"/>
          <w:numId w:val="81"/>
        </w:numPr>
        <w:spacing w:after="0"/>
        <w:ind w:left="0" w:firstLine="0"/>
        <w:jc w:val="both"/>
        <w:rPr>
          <w:rFonts w:ascii="Calibri" w:eastAsia="Times New Roman" w:hAnsi="Calibri" w:cs="Times New Roman"/>
          <w:sz w:val="24"/>
          <w:szCs w:val="24"/>
          <w:lang w:val="ru-RU" w:eastAsia="ru-RU"/>
        </w:rPr>
      </w:pPr>
      <w:r w:rsidRPr="00665BC6">
        <w:rPr>
          <w:rFonts w:ascii="Times New Roman" w:eastAsia="Times New Roman" w:hAnsi="Times New Roman" w:cs="Times New Roman"/>
          <w:color w:val="000000"/>
          <w:sz w:val="24"/>
          <w:szCs w:val="24"/>
          <w:lang w:val="ru-RU" w:eastAsia="ru-RU"/>
        </w:rPr>
        <w:t xml:space="preserve"> понятия и термины, связанные с безопасной жизнедеятельностью (знаки дорожного движения, дорожные ловушки, опасные ситуации, предвидение).</w:t>
      </w:r>
    </w:p>
    <w:p w:rsidR="0074512B" w:rsidRPr="0074512B" w:rsidRDefault="0074512B" w:rsidP="00D0790B">
      <w:pPr>
        <w:numPr>
          <w:ilvl w:val="0"/>
          <w:numId w:val="32"/>
        </w:numPr>
        <w:spacing w:after="0" w:line="276" w:lineRule="auto"/>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описывать (характеризовать) условия жизни на Земле;</w:t>
      </w:r>
    </w:p>
    <w:p w:rsidR="0074512B" w:rsidRPr="0074512B" w:rsidRDefault="0074512B" w:rsidP="00D0790B">
      <w:pPr>
        <w:numPr>
          <w:ilvl w:val="0"/>
          <w:numId w:val="32"/>
        </w:numPr>
        <w:spacing w:after="0" w:line="276" w:lineRule="auto"/>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 xml:space="preserve">описывать схожие, различные, индивидуальные признаки на основе сравнения объектов природы; </w:t>
      </w:r>
    </w:p>
    <w:p w:rsidR="0074512B" w:rsidRPr="0074512B" w:rsidRDefault="0074512B" w:rsidP="00D0790B">
      <w:pPr>
        <w:numPr>
          <w:ilvl w:val="0"/>
          <w:numId w:val="32"/>
        </w:numPr>
        <w:spacing w:after="0" w:line="276" w:lineRule="auto"/>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 xml:space="preserve">приводить примеры, кратко характеризовать представителей разных царств природы; </w:t>
      </w:r>
    </w:p>
    <w:p w:rsidR="0074512B" w:rsidRPr="0074512B" w:rsidRDefault="0074512B" w:rsidP="00D0790B">
      <w:pPr>
        <w:numPr>
          <w:ilvl w:val="0"/>
          <w:numId w:val="32"/>
        </w:numPr>
        <w:spacing w:after="0" w:line="276" w:lineRule="auto"/>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 xml:space="preserve">называть признаки (характеризовать) животного (растения) как живого организма; </w:t>
      </w:r>
    </w:p>
    <w:p w:rsidR="00665BC6" w:rsidRPr="004B654D" w:rsidRDefault="0074512B" w:rsidP="00D0790B">
      <w:pPr>
        <w:numPr>
          <w:ilvl w:val="0"/>
          <w:numId w:val="32"/>
        </w:numPr>
        <w:spacing w:after="0" w:line="276" w:lineRule="auto"/>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описывать (характеризовать) отдельные страницы истории нашей страны (в пределах изученного).</w:t>
      </w:r>
    </w:p>
    <w:p w:rsidR="0074512B" w:rsidRPr="0074512B" w:rsidRDefault="0074512B" w:rsidP="00723ADC">
      <w:pPr>
        <w:spacing w:after="0"/>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i/>
          <w:color w:val="000000"/>
          <w:sz w:val="24"/>
          <w:szCs w:val="24"/>
          <w:lang w:val="ru-RU" w:eastAsia="ru-RU"/>
        </w:rPr>
        <w:t>Регулятивные универсальные учебные действия способствуют формированию умений:</w:t>
      </w:r>
    </w:p>
    <w:p w:rsidR="0074512B" w:rsidRPr="0074512B" w:rsidRDefault="0074512B" w:rsidP="00D0790B">
      <w:pPr>
        <w:numPr>
          <w:ilvl w:val="0"/>
          <w:numId w:val="33"/>
        </w:numPr>
        <w:spacing w:after="0" w:line="276" w:lineRule="auto"/>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 xml:space="preserve">планировать шаги по решению учебной задачи, контролировать свои действия (при небольшой помощи учителя); </w:t>
      </w:r>
    </w:p>
    <w:p w:rsidR="0074512B" w:rsidRPr="0074512B" w:rsidRDefault="0074512B" w:rsidP="00D0790B">
      <w:pPr>
        <w:numPr>
          <w:ilvl w:val="0"/>
          <w:numId w:val="33"/>
        </w:numPr>
        <w:spacing w:after="0" w:line="276" w:lineRule="auto"/>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устанавливать причину возникающей трудности или ошибки, корректировать свои действия.</w:t>
      </w:r>
    </w:p>
    <w:p w:rsidR="0074512B" w:rsidRPr="0074512B" w:rsidRDefault="0074512B" w:rsidP="00723ADC">
      <w:pPr>
        <w:spacing w:after="0"/>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i/>
          <w:color w:val="000000"/>
          <w:sz w:val="24"/>
          <w:szCs w:val="24"/>
          <w:lang w:val="ru-RU" w:eastAsia="ru-RU"/>
        </w:rPr>
        <w:t>Совместная деятельностьспособствует формированию умений:</w:t>
      </w:r>
    </w:p>
    <w:p w:rsidR="0074512B" w:rsidRPr="0074512B" w:rsidRDefault="0074512B" w:rsidP="00D0790B">
      <w:pPr>
        <w:numPr>
          <w:ilvl w:val="0"/>
          <w:numId w:val="34"/>
        </w:numPr>
        <w:spacing w:after="0" w:line="276" w:lineRule="auto"/>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 xml:space="preserve">участвуя в совместной деятельности, выполнять роли руководителя (лидера), подчинённого; </w:t>
      </w:r>
    </w:p>
    <w:p w:rsidR="0074512B" w:rsidRPr="0074512B" w:rsidRDefault="0074512B" w:rsidP="00D0790B">
      <w:pPr>
        <w:numPr>
          <w:ilvl w:val="0"/>
          <w:numId w:val="34"/>
        </w:numPr>
        <w:spacing w:after="0" w:line="276" w:lineRule="auto"/>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 xml:space="preserve">оценивать результаты деятельности участников, положительно реагировать на советы и замечания в свой адрес; </w:t>
      </w:r>
    </w:p>
    <w:p w:rsidR="0074512B" w:rsidRPr="0074512B" w:rsidRDefault="0074512B" w:rsidP="00D0790B">
      <w:pPr>
        <w:numPr>
          <w:ilvl w:val="0"/>
          <w:numId w:val="34"/>
        </w:numPr>
        <w:spacing w:after="0" w:line="276" w:lineRule="auto"/>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lastRenderedPageBreak/>
        <w:t xml:space="preserve">выполнять правила совместной деятельности, признавать право другого человека иметь собственное суждение, мнение; </w:t>
      </w:r>
    </w:p>
    <w:p w:rsidR="0074512B" w:rsidRPr="0074512B" w:rsidRDefault="0074512B" w:rsidP="00D0790B">
      <w:pPr>
        <w:numPr>
          <w:ilvl w:val="0"/>
          <w:numId w:val="34"/>
        </w:numPr>
        <w:spacing w:after="0" w:line="276" w:lineRule="auto"/>
        <w:ind w:left="142" w:hanging="142"/>
        <w:jc w:val="both"/>
        <w:rPr>
          <w:rFonts w:ascii="Calibri" w:eastAsia="Times New Roman" w:hAnsi="Calibri" w:cs="Times New Roman"/>
          <w:sz w:val="24"/>
          <w:szCs w:val="24"/>
          <w:lang w:val="ru-RU" w:eastAsia="ru-RU"/>
        </w:rPr>
      </w:pPr>
      <w:r w:rsidRPr="0074512B">
        <w:rPr>
          <w:rFonts w:ascii="Times New Roman" w:eastAsia="Times New Roman" w:hAnsi="Times New Roman" w:cs="Times New Roman"/>
          <w:color w:val="000000"/>
          <w:sz w:val="24"/>
          <w:szCs w:val="24"/>
          <w:lang w:val="ru-RU" w:eastAsia="ru-RU"/>
        </w:rPr>
        <w:t xml:space="preserve">самостоятельно разрешать возникающие конфликты с учётом этики общения. </w:t>
      </w:r>
    </w:p>
    <w:p w:rsidR="00A3570D" w:rsidRDefault="00A3570D" w:rsidP="004B654D">
      <w:pPr>
        <w:spacing w:after="0" w:line="276" w:lineRule="auto"/>
        <w:jc w:val="both"/>
        <w:rPr>
          <w:rFonts w:ascii="Times New Roman" w:eastAsia="Times New Roman" w:hAnsi="Times New Roman" w:cs="Times New Roman"/>
          <w:i/>
          <w:sz w:val="24"/>
          <w:szCs w:val="24"/>
          <w:lang w:val="ru-RU" w:eastAsia="ru-RU"/>
        </w:rPr>
      </w:pPr>
    </w:p>
    <w:p w:rsidR="00A3570D" w:rsidRPr="004B654D" w:rsidRDefault="004B654D" w:rsidP="004B654D">
      <w:pPr>
        <w:spacing w:after="0" w:line="276" w:lineRule="auto"/>
        <w:jc w:val="cente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4 класс</w:t>
      </w:r>
    </w:p>
    <w:p w:rsidR="00A73752" w:rsidRPr="00A73752" w:rsidRDefault="00A73752" w:rsidP="00A73752">
      <w:pPr>
        <w:spacing w:after="0"/>
        <w:ind w:firstLine="600"/>
        <w:jc w:val="both"/>
        <w:rPr>
          <w:rFonts w:ascii="Times New Roman" w:eastAsia="Calibri" w:hAnsi="Times New Roman" w:cs="Times New Roman"/>
          <w:sz w:val="24"/>
          <w:szCs w:val="24"/>
          <w:lang w:val="ru-RU"/>
        </w:rPr>
      </w:pPr>
      <w:r w:rsidRPr="00A73752">
        <w:rPr>
          <w:rFonts w:ascii="Times New Roman" w:eastAsia="Calibri" w:hAnsi="Times New Roman" w:cs="Times New Roman"/>
          <w:i/>
          <w:color w:val="000000"/>
          <w:sz w:val="24"/>
          <w:szCs w:val="24"/>
          <w:lang w:val="ru-RU"/>
        </w:rPr>
        <w:t>Человек и общество</w:t>
      </w:r>
    </w:p>
    <w:p w:rsidR="00A73752" w:rsidRPr="00A73752" w:rsidRDefault="00A73752" w:rsidP="00A73752">
      <w:pPr>
        <w:spacing w:after="0"/>
        <w:ind w:firstLine="60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A73752" w:rsidRPr="00A73752" w:rsidRDefault="00A73752" w:rsidP="00A73752">
      <w:pPr>
        <w:spacing w:after="0"/>
        <w:ind w:firstLine="60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A73752" w:rsidRPr="00A73752" w:rsidRDefault="00A73752" w:rsidP="00A73752">
      <w:pPr>
        <w:spacing w:after="0"/>
        <w:ind w:firstLine="60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A73752" w:rsidRPr="00A73752" w:rsidRDefault="00A73752" w:rsidP="00A73752">
      <w:pPr>
        <w:spacing w:after="0"/>
        <w:ind w:firstLine="60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История Отечества «Лента времени» и историческая карта.</w:t>
      </w:r>
    </w:p>
    <w:p w:rsidR="00A73752" w:rsidRPr="00A73752" w:rsidRDefault="00A73752" w:rsidP="00A73752">
      <w:pPr>
        <w:spacing w:after="0"/>
        <w:ind w:firstLine="60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A73752" w:rsidRPr="00A73752" w:rsidRDefault="00A73752" w:rsidP="00A73752">
      <w:pPr>
        <w:spacing w:after="0"/>
        <w:ind w:firstLine="60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A73752" w:rsidRPr="00A73752" w:rsidRDefault="00A73752" w:rsidP="00A73752">
      <w:pPr>
        <w:spacing w:after="0"/>
        <w:ind w:firstLine="60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A73752" w:rsidRPr="00A73752" w:rsidRDefault="00A73752" w:rsidP="00A73752">
      <w:pPr>
        <w:spacing w:after="0"/>
        <w:ind w:firstLine="600"/>
        <w:jc w:val="both"/>
        <w:rPr>
          <w:rFonts w:ascii="Times New Roman" w:eastAsia="Calibri" w:hAnsi="Times New Roman" w:cs="Times New Roman"/>
          <w:sz w:val="24"/>
          <w:szCs w:val="24"/>
          <w:lang w:val="ru-RU"/>
        </w:rPr>
      </w:pPr>
      <w:r w:rsidRPr="00A73752">
        <w:rPr>
          <w:rFonts w:ascii="Times New Roman" w:eastAsia="Calibri" w:hAnsi="Times New Roman" w:cs="Times New Roman"/>
          <w:i/>
          <w:color w:val="000000"/>
          <w:sz w:val="24"/>
          <w:szCs w:val="24"/>
          <w:lang w:val="ru-RU"/>
        </w:rPr>
        <w:t>Человек и природа</w:t>
      </w:r>
    </w:p>
    <w:p w:rsidR="00A73752" w:rsidRPr="00A73752" w:rsidRDefault="00A73752" w:rsidP="00A73752">
      <w:pPr>
        <w:spacing w:after="0"/>
        <w:ind w:firstLine="60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A73752" w:rsidRPr="00A73752" w:rsidRDefault="00A73752" w:rsidP="00A73752">
      <w:pPr>
        <w:spacing w:after="0"/>
        <w:ind w:firstLine="60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A73752" w:rsidRPr="00A73752" w:rsidRDefault="00A73752" w:rsidP="00A73752">
      <w:pPr>
        <w:spacing w:after="0"/>
        <w:ind w:firstLine="60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A73752" w:rsidRPr="00A73752" w:rsidRDefault="00A73752" w:rsidP="00A73752">
      <w:pPr>
        <w:spacing w:after="0"/>
        <w:ind w:firstLine="60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Наиболее значимые природные объекты списка Всемирного наследия в России и за рубежом (2–3 объекта).</w:t>
      </w:r>
    </w:p>
    <w:p w:rsidR="00A73752" w:rsidRPr="00A73752" w:rsidRDefault="00A73752" w:rsidP="00A73752">
      <w:pPr>
        <w:spacing w:after="0"/>
        <w:ind w:firstLine="60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lastRenderedPageBreak/>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A73752" w:rsidRPr="00A73752" w:rsidRDefault="00A73752" w:rsidP="00A73752">
      <w:pPr>
        <w:spacing w:after="0"/>
        <w:ind w:firstLine="60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A73752" w:rsidRPr="00A73752" w:rsidRDefault="00A73752" w:rsidP="00A73752">
      <w:pPr>
        <w:spacing w:after="0"/>
        <w:ind w:firstLine="600"/>
        <w:jc w:val="both"/>
        <w:rPr>
          <w:rFonts w:ascii="Times New Roman" w:eastAsia="Calibri" w:hAnsi="Times New Roman" w:cs="Times New Roman"/>
          <w:sz w:val="24"/>
          <w:szCs w:val="24"/>
          <w:lang w:val="ru-RU"/>
        </w:rPr>
      </w:pPr>
      <w:r w:rsidRPr="00A73752">
        <w:rPr>
          <w:rFonts w:ascii="Times New Roman" w:eastAsia="Calibri" w:hAnsi="Times New Roman" w:cs="Times New Roman"/>
          <w:i/>
          <w:color w:val="000000"/>
          <w:sz w:val="24"/>
          <w:szCs w:val="24"/>
          <w:lang w:val="ru-RU"/>
        </w:rPr>
        <w:t>Правила безопасной жизнедеятельности</w:t>
      </w:r>
    </w:p>
    <w:p w:rsidR="00A73752" w:rsidRPr="00A73752" w:rsidRDefault="00A73752" w:rsidP="00A73752">
      <w:pPr>
        <w:spacing w:after="0"/>
        <w:ind w:firstLine="60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Здоровый образ жизни: профилактика вредных привычек.</w:t>
      </w:r>
    </w:p>
    <w:p w:rsidR="00A73752" w:rsidRPr="00A73752" w:rsidRDefault="00A73752" w:rsidP="00A73752">
      <w:pPr>
        <w:spacing w:after="0"/>
        <w:ind w:firstLine="60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A73752" w:rsidRPr="00A73752" w:rsidRDefault="00A73752" w:rsidP="00A73752">
      <w:pPr>
        <w:spacing w:after="0"/>
        <w:ind w:firstLine="60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rsidR="00A73752" w:rsidRPr="00A73752" w:rsidRDefault="00A73752" w:rsidP="00A73752">
      <w:pPr>
        <w:spacing w:after="0"/>
        <w:ind w:firstLine="60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73752" w:rsidRPr="00A73752" w:rsidRDefault="00A73752" w:rsidP="00A73752">
      <w:pPr>
        <w:spacing w:after="0"/>
        <w:ind w:firstLine="60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73752" w:rsidRPr="00A73752" w:rsidRDefault="00A73752" w:rsidP="00D0790B">
      <w:pPr>
        <w:numPr>
          <w:ilvl w:val="0"/>
          <w:numId w:val="35"/>
        </w:numPr>
        <w:spacing w:after="0" w:line="276" w:lineRule="auto"/>
        <w:ind w:left="142" w:firstLine="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 xml:space="preserve">устанавливать последовательность этапов возрастного развития человека; </w:t>
      </w:r>
    </w:p>
    <w:p w:rsidR="00A73752" w:rsidRPr="00A73752" w:rsidRDefault="00A73752" w:rsidP="00D0790B">
      <w:pPr>
        <w:numPr>
          <w:ilvl w:val="0"/>
          <w:numId w:val="35"/>
        </w:numPr>
        <w:spacing w:after="0" w:line="276" w:lineRule="auto"/>
        <w:ind w:left="142" w:firstLine="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 xml:space="preserve">конструировать в учебных и игровых ситуациях правила безопасного поведения в среде обитания; </w:t>
      </w:r>
    </w:p>
    <w:p w:rsidR="00A73752" w:rsidRPr="00A73752" w:rsidRDefault="00A73752" w:rsidP="00D0790B">
      <w:pPr>
        <w:numPr>
          <w:ilvl w:val="0"/>
          <w:numId w:val="35"/>
        </w:numPr>
        <w:spacing w:after="0" w:line="276" w:lineRule="auto"/>
        <w:ind w:left="142" w:firstLine="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 xml:space="preserve">моделировать схемы природных объектов (строение почвы; движение реки, форма поверхности); </w:t>
      </w:r>
    </w:p>
    <w:p w:rsidR="00A73752" w:rsidRPr="00A73752" w:rsidRDefault="00A73752" w:rsidP="00D0790B">
      <w:pPr>
        <w:numPr>
          <w:ilvl w:val="0"/>
          <w:numId w:val="35"/>
        </w:numPr>
        <w:spacing w:after="0" w:line="276" w:lineRule="auto"/>
        <w:ind w:left="142" w:firstLine="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 xml:space="preserve">соотносить объекты природы с принадлежностью к определённой природной зоне; </w:t>
      </w:r>
    </w:p>
    <w:p w:rsidR="00A73752" w:rsidRPr="00A73752" w:rsidRDefault="00A73752" w:rsidP="00D0790B">
      <w:pPr>
        <w:numPr>
          <w:ilvl w:val="0"/>
          <w:numId w:val="35"/>
        </w:numPr>
        <w:spacing w:after="0" w:line="276" w:lineRule="auto"/>
        <w:ind w:left="142" w:firstLine="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 xml:space="preserve">классифицировать природные объекты по принадлежности к природной зоне; </w:t>
      </w:r>
    </w:p>
    <w:p w:rsidR="00A73752" w:rsidRPr="00A73752" w:rsidRDefault="00A73752" w:rsidP="00D0790B">
      <w:pPr>
        <w:numPr>
          <w:ilvl w:val="0"/>
          <w:numId w:val="35"/>
        </w:numPr>
        <w:spacing w:after="0" w:line="276" w:lineRule="auto"/>
        <w:ind w:left="142" w:firstLine="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 xml:space="preserve">определять разрыв между реальным и желательным состоянием объекта (ситуации) на основе предложенных учителем вопросов. </w:t>
      </w:r>
    </w:p>
    <w:p w:rsidR="00A73752" w:rsidRPr="00A73752" w:rsidRDefault="00A73752" w:rsidP="00665BC6">
      <w:pPr>
        <w:spacing w:after="0"/>
        <w:ind w:left="142"/>
        <w:jc w:val="both"/>
        <w:rPr>
          <w:rFonts w:ascii="Times New Roman" w:eastAsia="Calibri" w:hAnsi="Times New Roman" w:cs="Times New Roman"/>
          <w:sz w:val="24"/>
          <w:szCs w:val="24"/>
          <w:lang w:val="ru-RU"/>
        </w:rPr>
      </w:pPr>
      <w:r w:rsidRPr="00A73752">
        <w:rPr>
          <w:rFonts w:ascii="Times New Roman" w:eastAsia="Calibri" w:hAnsi="Times New Roman" w:cs="Times New Roman"/>
          <w:i/>
          <w:color w:val="000000"/>
          <w:sz w:val="24"/>
          <w:szCs w:val="24"/>
          <w:lang w:val="ru-RU"/>
        </w:rPr>
        <w:t>Работа с информацией как часть познавательных универсальных учебных действий способствует формированию умений:</w:t>
      </w:r>
    </w:p>
    <w:p w:rsidR="00A73752" w:rsidRPr="00A73752" w:rsidRDefault="00A73752" w:rsidP="00D0790B">
      <w:pPr>
        <w:numPr>
          <w:ilvl w:val="0"/>
          <w:numId w:val="36"/>
        </w:numPr>
        <w:spacing w:after="0" w:line="276" w:lineRule="auto"/>
        <w:ind w:left="142" w:firstLine="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A73752" w:rsidRPr="00A73752" w:rsidRDefault="00A73752" w:rsidP="00D0790B">
      <w:pPr>
        <w:numPr>
          <w:ilvl w:val="0"/>
          <w:numId w:val="36"/>
        </w:numPr>
        <w:spacing w:after="0" w:line="276" w:lineRule="auto"/>
        <w:ind w:left="142" w:firstLine="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 xml:space="preserve">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rsidR="00A73752" w:rsidRPr="00A73752" w:rsidRDefault="00A73752" w:rsidP="00D0790B">
      <w:pPr>
        <w:numPr>
          <w:ilvl w:val="0"/>
          <w:numId w:val="36"/>
        </w:numPr>
        <w:spacing w:after="0" w:line="276" w:lineRule="auto"/>
        <w:ind w:left="142" w:firstLine="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rsidR="00A73752" w:rsidRPr="00A73752" w:rsidRDefault="00A73752" w:rsidP="00665BC6">
      <w:pPr>
        <w:spacing w:after="0"/>
        <w:ind w:left="142"/>
        <w:jc w:val="both"/>
        <w:rPr>
          <w:rFonts w:ascii="Times New Roman" w:eastAsia="Calibri" w:hAnsi="Times New Roman" w:cs="Times New Roman"/>
          <w:sz w:val="24"/>
          <w:szCs w:val="24"/>
          <w:lang w:val="ru-RU"/>
        </w:rPr>
      </w:pPr>
      <w:r w:rsidRPr="00A73752">
        <w:rPr>
          <w:rFonts w:ascii="Times New Roman" w:eastAsia="Calibri" w:hAnsi="Times New Roman" w:cs="Times New Roman"/>
          <w:i/>
          <w:color w:val="000000"/>
          <w:sz w:val="24"/>
          <w:szCs w:val="24"/>
          <w:lang w:val="ru-RU"/>
        </w:rPr>
        <w:t>Коммуникативные универсальные учебные действия способствуют формированию умений:</w:t>
      </w:r>
    </w:p>
    <w:p w:rsidR="00A73752" w:rsidRPr="00A73752" w:rsidRDefault="00A73752" w:rsidP="00D0790B">
      <w:pPr>
        <w:numPr>
          <w:ilvl w:val="0"/>
          <w:numId w:val="37"/>
        </w:numPr>
        <w:spacing w:after="0" w:line="276" w:lineRule="auto"/>
        <w:ind w:left="142" w:firstLine="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lastRenderedPageBreak/>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A73752" w:rsidRPr="00A73752" w:rsidRDefault="00A73752" w:rsidP="00D0790B">
      <w:pPr>
        <w:numPr>
          <w:ilvl w:val="0"/>
          <w:numId w:val="37"/>
        </w:numPr>
        <w:spacing w:after="0" w:line="276" w:lineRule="auto"/>
        <w:ind w:left="142" w:firstLine="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A73752" w:rsidRPr="00A73752" w:rsidRDefault="00A73752" w:rsidP="00D0790B">
      <w:pPr>
        <w:numPr>
          <w:ilvl w:val="0"/>
          <w:numId w:val="37"/>
        </w:numPr>
        <w:spacing w:after="0" w:line="276" w:lineRule="auto"/>
        <w:ind w:left="142" w:firstLine="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 xml:space="preserve">создавать текст-рассуждение: объяснять вред для здоровья и самочувствия организма вредных привычек; </w:t>
      </w:r>
    </w:p>
    <w:p w:rsidR="00A73752" w:rsidRPr="00A73752" w:rsidRDefault="00A73752" w:rsidP="00D0790B">
      <w:pPr>
        <w:numPr>
          <w:ilvl w:val="0"/>
          <w:numId w:val="37"/>
        </w:numPr>
        <w:spacing w:after="0" w:line="276" w:lineRule="auto"/>
        <w:ind w:left="142" w:firstLine="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 xml:space="preserve">описывать ситуации проявления нравственных качеств – отзывчивости, доброты, справедливости и др.; </w:t>
      </w:r>
    </w:p>
    <w:p w:rsidR="00A73752" w:rsidRPr="00A73752" w:rsidRDefault="00A73752" w:rsidP="00D0790B">
      <w:pPr>
        <w:numPr>
          <w:ilvl w:val="0"/>
          <w:numId w:val="37"/>
        </w:numPr>
        <w:spacing w:after="0" w:line="276" w:lineRule="auto"/>
        <w:ind w:left="142" w:firstLine="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A73752" w:rsidRPr="00A73752" w:rsidRDefault="00A73752" w:rsidP="00D0790B">
      <w:pPr>
        <w:numPr>
          <w:ilvl w:val="0"/>
          <w:numId w:val="37"/>
        </w:numPr>
        <w:spacing w:after="0" w:line="276" w:lineRule="auto"/>
        <w:ind w:left="142" w:firstLine="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 xml:space="preserve">составлять небольшие тексты «Права и обязанности гражданина РФ»; </w:t>
      </w:r>
    </w:p>
    <w:p w:rsidR="00A73752" w:rsidRPr="00A73752" w:rsidRDefault="00A73752" w:rsidP="00D0790B">
      <w:pPr>
        <w:numPr>
          <w:ilvl w:val="0"/>
          <w:numId w:val="37"/>
        </w:numPr>
        <w:spacing w:after="0" w:line="276" w:lineRule="auto"/>
        <w:ind w:left="142" w:firstLine="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 xml:space="preserve">создавать небольшие тексты о знаменательных страницах истории нашей страны (в рамках изученного). </w:t>
      </w:r>
    </w:p>
    <w:p w:rsidR="00A73752" w:rsidRPr="00A73752" w:rsidRDefault="00A73752" w:rsidP="00665BC6">
      <w:pPr>
        <w:spacing w:after="0"/>
        <w:ind w:left="142"/>
        <w:jc w:val="both"/>
        <w:rPr>
          <w:rFonts w:ascii="Times New Roman" w:eastAsia="Calibri" w:hAnsi="Times New Roman" w:cs="Times New Roman"/>
          <w:sz w:val="24"/>
          <w:szCs w:val="24"/>
          <w:lang w:val="ru-RU"/>
        </w:rPr>
      </w:pPr>
      <w:r w:rsidRPr="00A73752">
        <w:rPr>
          <w:rFonts w:ascii="Times New Roman" w:eastAsia="Calibri" w:hAnsi="Times New Roman" w:cs="Times New Roman"/>
          <w:i/>
          <w:color w:val="000000"/>
          <w:sz w:val="24"/>
          <w:szCs w:val="24"/>
          <w:lang w:val="ru-RU"/>
        </w:rPr>
        <w:t>Регулятивные универсальные учебные действия способствуют формированию умений:</w:t>
      </w:r>
    </w:p>
    <w:p w:rsidR="00A73752" w:rsidRPr="00A73752" w:rsidRDefault="00A73752" w:rsidP="00D0790B">
      <w:pPr>
        <w:numPr>
          <w:ilvl w:val="0"/>
          <w:numId w:val="38"/>
        </w:numPr>
        <w:spacing w:after="0" w:line="276" w:lineRule="auto"/>
        <w:ind w:left="142" w:firstLine="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 xml:space="preserve">самостоятельно планировать алгоритм решения учебной задачи; предвидеть трудности и возможные ошибки; </w:t>
      </w:r>
    </w:p>
    <w:p w:rsidR="00A73752" w:rsidRPr="00A73752" w:rsidRDefault="00A73752" w:rsidP="00D0790B">
      <w:pPr>
        <w:numPr>
          <w:ilvl w:val="0"/>
          <w:numId w:val="38"/>
        </w:numPr>
        <w:spacing w:after="0" w:line="276" w:lineRule="auto"/>
        <w:ind w:left="142" w:firstLine="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 xml:space="preserve">контролировать процесс и результат выполнения задания, корректировать учебные действия при необходимости; </w:t>
      </w:r>
    </w:p>
    <w:p w:rsidR="00A73752" w:rsidRPr="00A73752" w:rsidRDefault="00A73752" w:rsidP="00D0790B">
      <w:pPr>
        <w:numPr>
          <w:ilvl w:val="0"/>
          <w:numId w:val="38"/>
        </w:numPr>
        <w:spacing w:after="0" w:line="276" w:lineRule="auto"/>
        <w:ind w:left="142" w:firstLine="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 xml:space="preserve">адекватно принимать оценку своей работы; планировать работу над ошибками; </w:t>
      </w:r>
    </w:p>
    <w:p w:rsidR="00A73752" w:rsidRPr="00A73752" w:rsidRDefault="00A73752" w:rsidP="00D0790B">
      <w:pPr>
        <w:numPr>
          <w:ilvl w:val="0"/>
          <w:numId w:val="38"/>
        </w:numPr>
        <w:spacing w:after="0" w:line="276" w:lineRule="auto"/>
        <w:ind w:left="142" w:firstLine="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 xml:space="preserve">находить ошибки в своей и чужих работах, устанавливать их причины. </w:t>
      </w:r>
    </w:p>
    <w:p w:rsidR="00A73752" w:rsidRPr="00A73752" w:rsidRDefault="00A73752" w:rsidP="00665BC6">
      <w:pPr>
        <w:spacing w:after="0"/>
        <w:ind w:left="142"/>
        <w:jc w:val="both"/>
        <w:rPr>
          <w:rFonts w:ascii="Times New Roman" w:eastAsia="Calibri" w:hAnsi="Times New Roman" w:cs="Times New Roman"/>
          <w:sz w:val="24"/>
          <w:szCs w:val="24"/>
          <w:lang w:val="ru-RU"/>
        </w:rPr>
      </w:pPr>
      <w:r w:rsidRPr="00A73752">
        <w:rPr>
          <w:rFonts w:ascii="Times New Roman" w:eastAsia="Calibri" w:hAnsi="Times New Roman" w:cs="Times New Roman"/>
          <w:i/>
          <w:color w:val="000000"/>
          <w:sz w:val="24"/>
          <w:szCs w:val="24"/>
          <w:lang w:val="ru-RU"/>
        </w:rPr>
        <w:t>Совместная деятельность способствует формированию умений:</w:t>
      </w:r>
    </w:p>
    <w:p w:rsidR="00A73752" w:rsidRPr="00A73752" w:rsidRDefault="00A73752" w:rsidP="00D0790B">
      <w:pPr>
        <w:numPr>
          <w:ilvl w:val="0"/>
          <w:numId w:val="39"/>
        </w:numPr>
        <w:spacing w:after="0" w:line="276" w:lineRule="auto"/>
        <w:ind w:left="142" w:firstLine="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 xml:space="preserve">выполнять правила совместной деятельности при выполнении разных ролей – руководитель, подчинённый, напарник, члена большого коллектива; </w:t>
      </w:r>
    </w:p>
    <w:p w:rsidR="00A73752" w:rsidRPr="00A73752" w:rsidRDefault="00A73752" w:rsidP="00D0790B">
      <w:pPr>
        <w:numPr>
          <w:ilvl w:val="0"/>
          <w:numId w:val="39"/>
        </w:numPr>
        <w:spacing w:after="0" w:line="276" w:lineRule="auto"/>
        <w:ind w:left="142" w:firstLine="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 xml:space="preserve">ответственно относиться к своим обязанностям в процессе совместной деятельности, объективно оценивать свой вклад в общее дело; </w:t>
      </w:r>
    </w:p>
    <w:p w:rsidR="00A73752" w:rsidRPr="00A73752" w:rsidRDefault="00A73752" w:rsidP="00D0790B">
      <w:pPr>
        <w:numPr>
          <w:ilvl w:val="0"/>
          <w:numId w:val="39"/>
        </w:numPr>
        <w:spacing w:after="0" w:line="276" w:lineRule="auto"/>
        <w:ind w:left="142" w:firstLine="0"/>
        <w:jc w:val="both"/>
        <w:rPr>
          <w:rFonts w:ascii="Times New Roman" w:eastAsia="Calibri" w:hAnsi="Times New Roman" w:cs="Times New Roman"/>
          <w:sz w:val="24"/>
          <w:szCs w:val="24"/>
          <w:lang w:val="ru-RU"/>
        </w:rPr>
      </w:pPr>
      <w:r w:rsidRPr="00A73752">
        <w:rPr>
          <w:rFonts w:ascii="Times New Roman" w:eastAsia="Calibri" w:hAnsi="Times New Roman" w:cs="Times New Roman"/>
          <w:color w:val="000000"/>
          <w:sz w:val="24"/>
          <w:szCs w:val="24"/>
          <w:lang w:val="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A73752" w:rsidRDefault="00A73752" w:rsidP="0074512B">
      <w:pPr>
        <w:spacing w:after="0" w:line="276" w:lineRule="auto"/>
        <w:jc w:val="both"/>
        <w:rPr>
          <w:rFonts w:ascii="Times New Roman" w:eastAsia="Times New Roman" w:hAnsi="Times New Roman" w:cs="Times New Roman"/>
          <w:sz w:val="24"/>
          <w:szCs w:val="24"/>
          <w:lang w:val="ru-RU"/>
        </w:rPr>
      </w:pPr>
    </w:p>
    <w:p w:rsidR="00A73752" w:rsidRDefault="00A73752" w:rsidP="00641775">
      <w:pPr>
        <w:spacing w:after="0" w:line="240" w:lineRule="auto"/>
        <w:jc w:val="center"/>
        <w:rPr>
          <w:rFonts w:ascii="Times New Roman" w:eastAsia="Times New Roman" w:hAnsi="Times New Roman" w:cs="Times New Roman"/>
          <w:b/>
          <w:bCs/>
          <w:color w:val="000000"/>
          <w:sz w:val="24"/>
          <w:szCs w:val="24"/>
          <w:lang w:val="ru-RU" w:eastAsia="ru-RU"/>
        </w:rPr>
      </w:pPr>
      <w:r w:rsidRPr="00A73752">
        <w:rPr>
          <w:rFonts w:ascii="Times New Roman" w:eastAsia="Times New Roman" w:hAnsi="Times New Roman" w:cs="Times New Roman"/>
          <w:bCs/>
          <w:color w:val="000000"/>
          <w:sz w:val="24"/>
          <w:szCs w:val="24"/>
          <w:lang w:val="ru-RU" w:eastAsia="ru-RU"/>
        </w:rPr>
        <w:t xml:space="preserve">2. </w:t>
      </w:r>
      <w:r w:rsidRPr="00A73752">
        <w:rPr>
          <w:rFonts w:ascii="Times New Roman" w:eastAsia="Times New Roman" w:hAnsi="Times New Roman" w:cs="Times New Roman"/>
          <w:b/>
          <w:bCs/>
          <w:color w:val="000000"/>
          <w:sz w:val="24"/>
          <w:szCs w:val="24"/>
          <w:lang w:val="ru-RU" w:eastAsia="ru-RU"/>
        </w:rPr>
        <w:t>Планируемые образовательные результаты.</w:t>
      </w:r>
    </w:p>
    <w:p w:rsidR="00F65E7C" w:rsidRDefault="00F65E7C" w:rsidP="00641775">
      <w:pPr>
        <w:spacing w:after="0" w:line="240" w:lineRule="auto"/>
        <w:jc w:val="center"/>
        <w:rPr>
          <w:rFonts w:ascii="Times New Roman" w:eastAsia="Times New Roman" w:hAnsi="Times New Roman" w:cs="Times New Roman"/>
          <w:b/>
          <w:bCs/>
          <w:color w:val="000000"/>
          <w:sz w:val="24"/>
          <w:szCs w:val="24"/>
          <w:lang w:val="ru-RU" w:eastAsia="ru-RU"/>
        </w:rPr>
      </w:pPr>
    </w:p>
    <w:p w:rsidR="00F65E7C" w:rsidRPr="0026796A" w:rsidRDefault="00F65E7C" w:rsidP="00F65E7C">
      <w:pPr>
        <w:spacing w:after="0"/>
        <w:ind w:firstLine="600"/>
        <w:jc w:val="both"/>
        <w:rPr>
          <w:sz w:val="24"/>
          <w:szCs w:val="24"/>
          <w:lang w:val="ru-RU"/>
        </w:rPr>
      </w:pPr>
      <w:r w:rsidRPr="0026796A">
        <w:rPr>
          <w:rFonts w:ascii="Times New Roman" w:hAnsi="Times New Roman"/>
          <w:color w:val="000000"/>
          <w:sz w:val="24"/>
          <w:szCs w:val="24"/>
          <w:lang w:val="ru-RU"/>
        </w:rP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F65E7C" w:rsidRDefault="00F65E7C" w:rsidP="00F65E7C">
      <w:pPr>
        <w:spacing w:after="0"/>
        <w:ind w:left="120"/>
        <w:rPr>
          <w:sz w:val="24"/>
          <w:szCs w:val="24"/>
          <w:lang w:val="ru-RU"/>
        </w:rPr>
      </w:pPr>
    </w:p>
    <w:p w:rsidR="00703CE9" w:rsidRPr="00703CE9" w:rsidRDefault="00703CE9" w:rsidP="00703CE9">
      <w:pPr>
        <w:spacing w:after="0"/>
        <w:ind w:left="120"/>
        <w:jc w:val="center"/>
        <w:rPr>
          <w:rFonts w:ascii="Times New Roman" w:hAnsi="Times New Roman" w:cs="Times New Roman"/>
          <w:b/>
          <w:sz w:val="24"/>
          <w:szCs w:val="24"/>
          <w:lang w:val="ru-RU"/>
        </w:rPr>
      </w:pPr>
      <w:r w:rsidRPr="00703CE9">
        <w:rPr>
          <w:rFonts w:ascii="Times New Roman" w:hAnsi="Times New Roman" w:cs="Times New Roman"/>
          <w:b/>
          <w:sz w:val="24"/>
          <w:szCs w:val="24"/>
          <w:lang w:val="ru-RU"/>
        </w:rPr>
        <w:t>1 класс</w:t>
      </w:r>
    </w:p>
    <w:p w:rsidR="00F65E7C" w:rsidRPr="0026796A" w:rsidRDefault="00703CE9" w:rsidP="00F65E7C">
      <w:pPr>
        <w:spacing w:after="0"/>
        <w:ind w:left="120"/>
        <w:rPr>
          <w:sz w:val="24"/>
          <w:szCs w:val="24"/>
          <w:lang w:val="ru-RU"/>
        </w:rPr>
      </w:pPr>
      <w:r>
        <w:rPr>
          <w:rFonts w:ascii="Times New Roman" w:hAnsi="Times New Roman"/>
          <w:b/>
          <w:color w:val="000000"/>
          <w:sz w:val="24"/>
          <w:szCs w:val="24"/>
          <w:lang w:val="ru-RU"/>
        </w:rPr>
        <w:t>Личностные результаты</w:t>
      </w:r>
    </w:p>
    <w:p w:rsidR="00F65E7C" w:rsidRPr="0026796A" w:rsidRDefault="00F65E7C" w:rsidP="00F65E7C">
      <w:pPr>
        <w:spacing w:after="0"/>
        <w:ind w:firstLine="600"/>
        <w:jc w:val="both"/>
        <w:rPr>
          <w:sz w:val="24"/>
          <w:szCs w:val="24"/>
          <w:lang w:val="ru-RU"/>
        </w:rPr>
      </w:pPr>
      <w:r w:rsidRPr="0026796A">
        <w:rPr>
          <w:rFonts w:ascii="Times New Roman" w:hAnsi="Times New Roman"/>
          <w:color w:val="000000"/>
          <w:sz w:val="24"/>
          <w:szCs w:val="24"/>
          <w:lang w:val="ru-RU"/>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65E7C" w:rsidRPr="0026796A" w:rsidRDefault="00F65E7C" w:rsidP="00F65E7C">
      <w:pPr>
        <w:spacing w:after="0"/>
        <w:ind w:firstLine="600"/>
        <w:jc w:val="both"/>
        <w:rPr>
          <w:sz w:val="24"/>
          <w:szCs w:val="24"/>
        </w:rPr>
      </w:pPr>
      <w:r w:rsidRPr="0026796A">
        <w:rPr>
          <w:rFonts w:ascii="Times New Roman" w:hAnsi="Times New Roman"/>
          <w:b/>
          <w:color w:val="000000"/>
          <w:sz w:val="24"/>
          <w:szCs w:val="24"/>
        </w:rPr>
        <w:t>Гражданско-патриотического воспитания:</w:t>
      </w:r>
    </w:p>
    <w:p w:rsidR="00F65E7C" w:rsidRPr="0026796A" w:rsidRDefault="00F65E7C" w:rsidP="00D0790B">
      <w:pPr>
        <w:numPr>
          <w:ilvl w:val="0"/>
          <w:numId w:val="7"/>
        </w:numPr>
        <w:spacing w:after="0"/>
        <w:jc w:val="both"/>
        <w:rPr>
          <w:sz w:val="24"/>
          <w:szCs w:val="24"/>
          <w:lang w:val="ru-RU"/>
        </w:rPr>
      </w:pPr>
      <w:r w:rsidRPr="0026796A">
        <w:rPr>
          <w:rFonts w:ascii="Times New Roman" w:hAnsi="Times New Roman"/>
          <w:color w:val="000000"/>
          <w:sz w:val="24"/>
          <w:szCs w:val="24"/>
          <w:lang w:val="ru-RU"/>
        </w:rPr>
        <w:t xml:space="preserve">становление ценностного отношения к своей Родине – России; понимание особой роли многонациональной России в современном мире; </w:t>
      </w:r>
    </w:p>
    <w:p w:rsidR="00F65E7C" w:rsidRPr="0026796A" w:rsidRDefault="00F65E7C" w:rsidP="00D0790B">
      <w:pPr>
        <w:numPr>
          <w:ilvl w:val="0"/>
          <w:numId w:val="7"/>
        </w:numPr>
        <w:spacing w:after="0"/>
        <w:jc w:val="both"/>
        <w:rPr>
          <w:sz w:val="24"/>
          <w:szCs w:val="24"/>
          <w:lang w:val="ru-RU"/>
        </w:rPr>
      </w:pPr>
      <w:r w:rsidRPr="0026796A">
        <w:rPr>
          <w:rFonts w:ascii="Times New Roman" w:hAnsi="Times New Roman"/>
          <w:color w:val="000000"/>
          <w:sz w:val="24"/>
          <w:szCs w:val="24"/>
          <w:lang w:val="ru-RU"/>
        </w:rPr>
        <w:lastRenderedPageBreak/>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F65E7C" w:rsidRPr="0026796A" w:rsidRDefault="00F65E7C" w:rsidP="00D0790B">
      <w:pPr>
        <w:numPr>
          <w:ilvl w:val="0"/>
          <w:numId w:val="7"/>
        </w:numPr>
        <w:spacing w:after="0"/>
        <w:jc w:val="both"/>
        <w:rPr>
          <w:sz w:val="24"/>
          <w:szCs w:val="24"/>
          <w:lang w:val="ru-RU"/>
        </w:rPr>
      </w:pPr>
      <w:r w:rsidRPr="0026796A">
        <w:rPr>
          <w:rFonts w:ascii="Times New Roman" w:hAnsi="Times New Roman"/>
          <w:color w:val="000000"/>
          <w:sz w:val="24"/>
          <w:szCs w:val="24"/>
          <w:lang w:val="ru-RU"/>
        </w:rPr>
        <w:t xml:space="preserve">сопричастность к прошлому, настоящему и будущему своей страны и родного края; </w:t>
      </w:r>
    </w:p>
    <w:p w:rsidR="00F65E7C" w:rsidRPr="0026796A" w:rsidRDefault="00F65E7C" w:rsidP="00D0790B">
      <w:pPr>
        <w:numPr>
          <w:ilvl w:val="0"/>
          <w:numId w:val="7"/>
        </w:numPr>
        <w:spacing w:after="0"/>
        <w:jc w:val="both"/>
        <w:rPr>
          <w:sz w:val="24"/>
          <w:szCs w:val="24"/>
          <w:lang w:val="ru-RU"/>
        </w:rPr>
      </w:pPr>
      <w:r w:rsidRPr="0026796A">
        <w:rPr>
          <w:rFonts w:ascii="Times New Roman" w:hAnsi="Times New Roman"/>
          <w:color w:val="000000"/>
          <w:sz w:val="24"/>
          <w:szCs w:val="24"/>
          <w:lang w:val="ru-RU"/>
        </w:rPr>
        <w:t xml:space="preserve">проявление интереса к истории и многонациональной культуре своей страны, уважения к своему и другим народам; </w:t>
      </w:r>
    </w:p>
    <w:p w:rsidR="00F65E7C" w:rsidRPr="0026796A" w:rsidRDefault="00F65E7C" w:rsidP="00D0790B">
      <w:pPr>
        <w:numPr>
          <w:ilvl w:val="0"/>
          <w:numId w:val="7"/>
        </w:numPr>
        <w:spacing w:after="0"/>
        <w:jc w:val="both"/>
        <w:rPr>
          <w:sz w:val="24"/>
          <w:szCs w:val="24"/>
          <w:lang w:val="ru-RU"/>
        </w:rPr>
      </w:pPr>
      <w:r w:rsidRPr="0026796A">
        <w:rPr>
          <w:rFonts w:ascii="Times New Roman" w:hAnsi="Times New Roman"/>
          <w:color w:val="000000"/>
          <w:sz w:val="24"/>
          <w:szCs w:val="24"/>
          <w:lang w:val="ru-RU"/>
        </w:rPr>
        <w:t>первоначальные представления о человеке как члене общества, осознание прав и ответственности человека как члена общества.</w:t>
      </w:r>
    </w:p>
    <w:p w:rsidR="00F65E7C" w:rsidRPr="0026796A" w:rsidRDefault="00F65E7C" w:rsidP="00F65E7C">
      <w:pPr>
        <w:spacing w:after="0"/>
        <w:ind w:firstLine="600"/>
        <w:jc w:val="both"/>
        <w:rPr>
          <w:sz w:val="24"/>
          <w:szCs w:val="24"/>
        </w:rPr>
      </w:pPr>
      <w:r w:rsidRPr="0026796A">
        <w:rPr>
          <w:rFonts w:ascii="Times New Roman" w:hAnsi="Times New Roman"/>
          <w:b/>
          <w:color w:val="000000"/>
          <w:sz w:val="24"/>
          <w:szCs w:val="24"/>
        </w:rPr>
        <w:t>Духовно-нравственного воспитания:</w:t>
      </w:r>
    </w:p>
    <w:p w:rsidR="00F65E7C" w:rsidRPr="0026796A" w:rsidRDefault="00F65E7C" w:rsidP="00D0790B">
      <w:pPr>
        <w:numPr>
          <w:ilvl w:val="0"/>
          <w:numId w:val="8"/>
        </w:numPr>
        <w:spacing w:after="0"/>
        <w:jc w:val="both"/>
        <w:rPr>
          <w:sz w:val="24"/>
          <w:szCs w:val="24"/>
          <w:lang w:val="ru-RU"/>
        </w:rPr>
      </w:pPr>
      <w:r w:rsidRPr="0026796A">
        <w:rPr>
          <w:rFonts w:ascii="Times New Roman" w:hAnsi="Times New Roman"/>
          <w:color w:val="000000"/>
          <w:sz w:val="24"/>
          <w:szCs w:val="24"/>
          <w:lang w:val="ru-RU"/>
        </w:rPr>
        <w:t xml:space="preserve">проявление культуры общения, уважительного отношения к людям, их взглядам, признанию их индивидуальности; </w:t>
      </w:r>
    </w:p>
    <w:p w:rsidR="00F65E7C" w:rsidRPr="0026796A" w:rsidRDefault="00F65E7C" w:rsidP="00D0790B">
      <w:pPr>
        <w:numPr>
          <w:ilvl w:val="0"/>
          <w:numId w:val="8"/>
        </w:numPr>
        <w:spacing w:after="0"/>
        <w:jc w:val="both"/>
        <w:rPr>
          <w:sz w:val="24"/>
          <w:szCs w:val="24"/>
          <w:lang w:val="ru-RU"/>
        </w:rPr>
      </w:pPr>
      <w:r w:rsidRPr="0026796A">
        <w:rPr>
          <w:rFonts w:ascii="Times New Roman" w:hAnsi="Times New Roman"/>
          <w:color w:val="000000"/>
          <w:sz w:val="24"/>
          <w:szCs w:val="24"/>
          <w:lang w:val="ru-RU"/>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F65E7C" w:rsidRPr="0026796A" w:rsidRDefault="00F65E7C" w:rsidP="00D0790B">
      <w:pPr>
        <w:numPr>
          <w:ilvl w:val="0"/>
          <w:numId w:val="8"/>
        </w:numPr>
        <w:spacing w:after="0"/>
        <w:jc w:val="both"/>
        <w:rPr>
          <w:sz w:val="24"/>
          <w:szCs w:val="24"/>
          <w:lang w:val="ru-RU"/>
        </w:rPr>
      </w:pPr>
      <w:r w:rsidRPr="0026796A">
        <w:rPr>
          <w:rFonts w:ascii="Times New Roman" w:hAnsi="Times New Roman"/>
          <w:color w:val="000000"/>
          <w:sz w:val="24"/>
          <w:szCs w:val="24"/>
          <w:lang w:val="ru-RU"/>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F65E7C" w:rsidRPr="0026796A" w:rsidRDefault="00F65E7C" w:rsidP="00F65E7C">
      <w:pPr>
        <w:spacing w:after="0"/>
        <w:ind w:firstLine="600"/>
        <w:jc w:val="both"/>
        <w:rPr>
          <w:sz w:val="24"/>
          <w:szCs w:val="24"/>
        </w:rPr>
      </w:pPr>
      <w:r w:rsidRPr="0026796A">
        <w:rPr>
          <w:rFonts w:ascii="Times New Roman" w:hAnsi="Times New Roman"/>
          <w:b/>
          <w:color w:val="000000"/>
          <w:sz w:val="24"/>
          <w:szCs w:val="24"/>
        </w:rPr>
        <w:t>Эстетического воспитания:</w:t>
      </w:r>
    </w:p>
    <w:p w:rsidR="00F65E7C" w:rsidRPr="0026796A" w:rsidRDefault="00F65E7C" w:rsidP="00D0790B">
      <w:pPr>
        <w:numPr>
          <w:ilvl w:val="0"/>
          <w:numId w:val="9"/>
        </w:numPr>
        <w:spacing w:after="0"/>
        <w:jc w:val="both"/>
        <w:rPr>
          <w:sz w:val="24"/>
          <w:szCs w:val="24"/>
          <w:lang w:val="ru-RU"/>
        </w:rPr>
      </w:pPr>
      <w:r w:rsidRPr="0026796A">
        <w:rPr>
          <w:rFonts w:ascii="Times New Roman" w:hAnsi="Times New Roman"/>
          <w:color w:val="000000"/>
          <w:sz w:val="24"/>
          <w:szCs w:val="24"/>
          <w:lang w:val="ru-RU"/>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F65E7C" w:rsidRPr="0026796A" w:rsidRDefault="00F65E7C" w:rsidP="00D0790B">
      <w:pPr>
        <w:numPr>
          <w:ilvl w:val="0"/>
          <w:numId w:val="9"/>
        </w:numPr>
        <w:spacing w:after="0"/>
        <w:jc w:val="both"/>
        <w:rPr>
          <w:sz w:val="24"/>
          <w:szCs w:val="24"/>
          <w:lang w:val="ru-RU"/>
        </w:rPr>
      </w:pPr>
      <w:r w:rsidRPr="0026796A">
        <w:rPr>
          <w:rFonts w:ascii="Times New Roman" w:hAnsi="Times New Roman"/>
          <w:color w:val="000000"/>
          <w:sz w:val="24"/>
          <w:szCs w:val="24"/>
          <w:lang w:val="ru-RU"/>
        </w:rPr>
        <w:t xml:space="preserve">использование полученных знаний в продуктивной и преобразующей деятельности, в разных видах художественной деятельности. </w:t>
      </w:r>
    </w:p>
    <w:p w:rsidR="00F65E7C" w:rsidRPr="0026796A" w:rsidRDefault="00F65E7C" w:rsidP="00F65E7C">
      <w:pPr>
        <w:spacing w:after="0"/>
        <w:ind w:firstLine="600"/>
        <w:jc w:val="both"/>
        <w:rPr>
          <w:sz w:val="24"/>
          <w:szCs w:val="24"/>
          <w:lang w:val="ru-RU"/>
        </w:rPr>
      </w:pPr>
      <w:r w:rsidRPr="0026796A">
        <w:rPr>
          <w:rFonts w:ascii="Times New Roman" w:hAnsi="Times New Roman"/>
          <w:b/>
          <w:color w:val="000000"/>
          <w:sz w:val="24"/>
          <w:szCs w:val="24"/>
          <w:lang w:val="ru-RU"/>
        </w:rPr>
        <w:t>Физического воспитания, формирования культуры здоровья и эмоционального благополучия:</w:t>
      </w:r>
    </w:p>
    <w:p w:rsidR="00F65E7C" w:rsidRPr="0026796A" w:rsidRDefault="00F65E7C" w:rsidP="00D0790B">
      <w:pPr>
        <w:numPr>
          <w:ilvl w:val="0"/>
          <w:numId w:val="10"/>
        </w:numPr>
        <w:spacing w:after="0"/>
        <w:jc w:val="both"/>
        <w:rPr>
          <w:sz w:val="24"/>
          <w:szCs w:val="24"/>
          <w:lang w:val="ru-RU"/>
        </w:rPr>
      </w:pPr>
      <w:r w:rsidRPr="0026796A">
        <w:rPr>
          <w:rFonts w:ascii="Times New Roman" w:hAnsi="Times New Roman"/>
          <w:color w:val="000000"/>
          <w:sz w:val="24"/>
          <w:szCs w:val="24"/>
          <w:lang w:val="ru-RU"/>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F65E7C" w:rsidRPr="0026796A" w:rsidRDefault="00F65E7C" w:rsidP="00D0790B">
      <w:pPr>
        <w:numPr>
          <w:ilvl w:val="0"/>
          <w:numId w:val="10"/>
        </w:numPr>
        <w:spacing w:after="0"/>
        <w:jc w:val="both"/>
        <w:rPr>
          <w:sz w:val="24"/>
          <w:szCs w:val="24"/>
          <w:lang w:val="ru-RU"/>
        </w:rPr>
      </w:pPr>
      <w:r w:rsidRPr="0026796A">
        <w:rPr>
          <w:rFonts w:ascii="Times New Roman" w:hAnsi="Times New Roman"/>
          <w:color w:val="000000"/>
          <w:sz w:val="24"/>
          <w:szCs w:val="24"/>
          <w:lang w:val="ru-RU"/>
        </w:rPr>
        <w:t xml:space="preserve">приобретение опыта эмоционального отношения к среде обитания, бережное отношение к физическому и психическому здоровью. </w:t>
      </w:r>
    </w:p>
    <w:p w:rsidR="00F65E7C" w:rsidRPr="0026796A" w:rsidRDefault="00F65E7C" w:rsidP="00F65E7C">
      <w:pPr>
        <w:spacing w:after="0"/>
        <w:ind w:firstLine="600"/>
        <w:jc w:val="both"/>
        <w:rPr>
          <w:sz w:val="24"/>
          <w:szCs w:val="24"/>
        </w:rPr>
      </w:pPr>
      <w:r w:rsidRPr="0026796A">
        <w:rPr>
          <w:rFonts w:ascii="Times New Roman" w:hAnsi="Times New Roman"/>
          <w:b/>
          <w:color w:val="000000"/>
          <w:sz w:val="24"/>
          <w:szCs w:val="24"/>
        </w:rPr>
        <w:t>Трудового воспитания:</w:t>
      </w:r>
    </w:p>
    <w:p w:rsidR="00F65E7C" w:rsidRPr="0026796A" w:rsidRDefault="00F65E7C" w:rsidP="00D0790B">
      <w:pPr>
        <w:numPr>
          <w:ilvl w:val="0"/>
          <w:numId w:val="11"/>
        </w:numPr>
        <w:spacing w:after="0"/>
        <w:jc w:val="both"/>
        <w:rPr>
          <w:sz w:val="24"/>
          <w:szCs w:val="24"/>
          <w:lang w:val="ru-RU"/>
        </w:rPr>
      </w:pPr>
      <w:r w:rsidRPr="0026796A">
        <w:rPr>
          <w:rFonts w:ascii="Times New Roman" w:hAnsi="Times New Roman"/>
          <w:color w:val="000000"/>
          <w:sz w:val="24"/>
          <w:szCs w:val="24"/>
          <w:lang w:val="ru-RU"/>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F65E7C" w:rsidRPr="0026796A" w:rsidRDefault="00F65E7C" w:rsidP="00F65E7C">
      <w:pPr>
        <w:spacing w:after="0"/>
        <w:ind w:firstLine="600"/>
        <w:jc w:val="both"/>
        <w:rPr>
          <w:sz w:val="24"/>
          <w:szCs w:val="24"/>
        </w:rPr>
      </w:pPr>
      <w:r w:rsidRPr="0026796A">
        <w:rPr>
          <w:rFonts w:ascii="Times New Roman" w:hAnsi="Times New Roman"/>
          <w:b/>
          <w:color w:val="000000"/>
          <w:sz w:val="24"/>
          <w:szCs w:val="24"/>
        </w:rPr>
        <w:t>Экологического воспитания:</w:t>
      </w:r>
    </w:p>
    <w:p w:rsidR="00F65E7C" w:rsidRPr="0026796A" w:rsidRDefault="00F65E7C" w:rsidP="00D0790B">
      <w:pPr>
        <w:numPr>
          <w:ilvl w:val="0"/>
          <w:numId w:val="12"/>
        </w:numPr>
        <w:spacing w:after="0"/>
        <w:jc w:val="both"/>
        <w:rPr>
          <w:sz w:val="24"/>
          <w:szCs w:val="24"/>
          <w:lang w:val="ru-RU"/>
        </w:rPr>
      </w:pPr>
      <w:r w:rsidRPr="0026796A">
        <w:rPr>
          <w:rFonts w:ascii="Times New Roman" w:hAnsi="Times New Roman"/>
          <w:color w:val="000000"/>
          <w:sz w:val="24"/>
          <w:szCs w:val="24"/>
          <w:lang w:val="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F65E7C" w:rsidRPr="0026796A" w:rsidRDefault="00F65E7C" w:rsidP="00F65E7C">
      <w:pPr>
        <w:spacing w:after="0"/>
        <w:ind w:firstLine="600"/>
        <w:jc w:val="both"/>
        <w:rPr>
          <w:sz w:val="24"/>
          <w:szCs w:val="24"/>
        </w:rPr>
      </w:pPr>
      <w:r w:rsidRPr="0026796A">
        <w:rPr>
          <w:rFonts w:ascii="Times New Roman" w:hAnsi="Times New Roman"/>
          <w:b/>
          <w:color w:val="000000"/>
          <w:sz w:val="24"/>
          <w:szCs w:val="24"/>
        </w:rPr>
        <w:t>Ценности научного познания:</w:t>
      </w:r>
    </w:p>
    <w:p w:rsidR="00F65E7C" w:rsidRPr="0026796A" w:rsidRDefault="00F65E7C" w:rsidP="00D0790B">
      <w:pPr>
        <w:numPr>
          <w:ilvl w:val="0"/>
          <w:numId w:val="13"/>
        </w:numPr>
        <w:spacing w:after="0"/>
        <w:jc w:val="both"/>
        <w:rPr>
          <w:sz w:val="24"/>
          <w:szCs w:val="24"/>
          <w:lang w:val="ru-RU"/>
        </w:rPr>
      </w:pPr>
      <w:r w:rsidRPr="0026796A">
        <w:rPr>
          <w:rFonts w:ascii="Times New Roman" w:hAnsi="Times New Roman"/>
          <w:color w:val="000000"/>
          <w:sz w:val="24"/>
          <w:szCs w:val="24"/>
          <w:lang w:val="ru-RU"/>
        </w:rPr>
        <w:t>осознание ценности познания для развития человека, необходимости самообразования и саморазвития;</w:t>
      </w:r>
    </w:p>
    <w:p w:rsidR="00F65E7C" w:rsidRPr="0026796A" w:rsidRDefault="00F65E7C" w:rsidP="00D0790B">
      <w:pPr>
        <w:numPr>
          <w:ilvl w:val="0"/>
          <w:numId w:val="13"/>
        </w:numPr>
        <w:spacing w:after="0"/>
        <w:jc w:val="both"/>
        <w:rPr>
          <w:sz w:val="24"/>
          <w:szCs w:val="24"/>
          <w:lang w:val="ru-RU"/>
        </w:rPr>
      </w:pPr>
      <w:r w:rsidRPr="0026796A">
        <w:rPr>
          <w:rFonts w:ascii="Times New Roman" w:hAnsi="Times New Roman"/>
          <w:color w:val="000000"/>
          <w:sz w:val="24"/>
          <w:szCs w:val="24"/>
          <w:lang w:val="ru-RU"/>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rsidR="00F65E7C" w:rsidRDefault="00F65E7C" w:rsidP="00F65E7C">
      <w:pPr>
        <w:spacing w:after="0"/>
        <w:ind w:left="120"/>
        <w:rPr>
          <w:sz w:val="24"/>
          <w:szCs w:val="24"/>
          <w:lang w:val="ru-RU"/>
        </w:rPr>
      </w:pPr>
    </w:p>
    <w:p w:rsidR="00703CE9" w:rsidRPr="0026796A" w:rsidRDefault="00703CE9" w:rsidP="00F65E7C">
      <w:pPr>
        <w:spacing w:after="0"/>
        <w:ind w:left="120"/>
        <w:rPr>
          <w:sz w:val="24"/>
          <w:szCs w:val="24"/>
          <w:lang w:val="ru-RU"/>
        </w:rPr>
      </w:pPr>
    </w:p>
    <w:p w:rsidR="00F65E7C" w:rsidRDefault="00703CE9" w:rsidP="00F65E7C">
      <w:pPr>
        <w:spacing w:after="0"/>
        <w:ind w:left="120"/>
        <w:rPr>
          <w:rFonts w:ascii="Times New Roman" w:hAnsi="Times New Roman"/>
          <w:b/>
          <w:color w:val="000000"/>
          <w:sz w:val="24"/>
          <w:szCs w:val="24"/>
          <w:lang w:val="ru-RU"/>
        </w:rPr>
      </w:pPr>
      <w:r>
        <w:rPr>
          <w:rFonts w:ascii="Times New Roman" w:hAnsi="Times New Roman"/>
          <w:b/>
          <w:color w:val="000000"/>
          <w:sz w:val="24"/>
          <w:szCs w:val="24"/>
          <w:lang w:val="ru-RU"/>
        </w:rPr>
        <w:lastRenderedPageBreak/>
        <w:t>Метапредметные результаты</w:t>
      </w:r>
    </w:p>
    <w:p w:rsidR="00703CE9" w:rsidRPr="0026796A" w:rsidRDefault="00703CE9" w:rsidP="00F65E7C">
      <w:pPr>
        <w:spacing w:after="0"/>
        <w:ind w:left="120"/>
        <w:rPr>
          <w:sz w:val="24"/>
          <w:szCs w:val="24"/>
          <w:lang w:val="ru-RU"/>
        </w:rPr>
      </w:pPr>
    </w:p>
    <w:p w:rsidR="00F65E7C" w:rsidRPr="0026796A" w:rsidRDefault="00F65E7C" w:rsidP="00F65E7C">
      <w:pPr>
        <w:spacing w:after="0"/>
        <w:ind w:firstLine="600"/>
        <w:jc w:val="both"/>
        <w:rPr>
          <w:sz w:val="24"/>
          <w:szCs w:val="24"/>
          <w:lang w:val="ru-RU"/>
        </w:rPr>
      </w:pPr>
      <w:r w:rsidRPr="0026796A">
        <w:rPr>
          <w:rFonts w:ascii="Times New Roman" w:hAnsi="Times New Roman"/>
          <w:b/>
          <w:color w:val="000000"/>
          <w:sz w:val="24"/>
          <w:szCs w:val="24"/>
          <w:lang w:val="ru-RU"/>
        </w:rPr>
        <w:t>Познавательные универсальные учебные действия:</w:t>
      </w:r>
    </w:p>
    <w:p w:rsidR="00F65E7C" w:rsidRPr="0026796A" w:rsidRDefault="00F65E7C" w:rsidP="00F65E7C">
      <w:pPr>
        <w:spacing w:after="0"/>
        <w:ind w:firstLine="600"/>
        <w:jc w:val="both"/>
        <w:rPr>
          <w:sz w:val="24"/>
          <w:szCs w:val="24"/>
        </w:rPr>
      </w:pPr>
      <w:r w:rsidRPr="0026796A">
        <w:rPr>
          <w:rFonts w:ascii="Times New Roman" w:hAnsi="Times New Roman"/>
          <w:i/>
          <w:color w:val="000000"/>
          <w:sz w:val="24"/>
          <w:szCs w:val="24"/>
        </w:rPr>
        <w:t>1) Базовые логические действия:</w:t>
      </w:r>
    </w:p>
    <w:p w:rsidR="00F65E7C" w:rsidRPr="0026796A" w:rsidRDefault="00F65E7C" w:rsidP="00D0790B">
      <w:pPr>
        <w:numPr>
          <w:ilvl w:val="0"/>
          <w:numId w:val="14"/>
        </w:numPr>
        <w:spacing w:after="0"/>
        <w:jc w:val="both"/>
        <w:rPr>
          <w:sz w:val="24"/>
          <w:szCs w:val="24"/>
          <w:lang w:val="ru-RU"/>
        </w:rPr>
      </w:pPr>
      <w:r w:rsidRPr="0026796A">
        <w:rPr>
          <w:rFonts w:ascii="Times New Roman" w:hAnsi="Times New Roman"/>
          <w:color w:val="000000"/>
          <w:sz w:val="24"/>
          <w:szCs w:val="24"/>
          <w:lang w:val="ru-RU"/>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F65E7C" w:rsidRPr="0026796A" w:rsidRDefault="00F65E7C" w:rsidP="00D0790B">
      <w:pPr>
        <w:numPr>
          <w:ilvl w:val="0"/>
          <w:numId w:val="14"/>
        </w:numPr>
        <w:spacing w:after="0"/>
        <w:jc w:val="both"/>
        <w:rPr>
          <w:sz w:val="24"/>
          <w:szCs w:val="24"/>
          <w:lang w:val="ru-RU"/>
        </w:rPr>
      </w:pPr>
      <w:r w:rsidRPr="0026796A">
        <w:rPr>
          <w:rFonts w:ascii="Times New Roman" w:hAnsi="Times New Roman"/>
          <w:color w:val="000000"/>
          <w:sz w:val="24"/>
          <w:szCs w:val="24"/>
          <w:lang w:val="ru-RU"/>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F65E7C" w:rsidRPr="0026796A" w:rsidRDefault="00F65E7C" w:rsidP="00D0790B">
      <w:pPr>
        <w:numPr>
          <w:ilvl w:val="0"/>
          <w:numId w:val="14"/>
        </w:numPr>
        <w:spacing w:after="0"/>
        <w:jc w:val="both"/>
        <w:rPr>
          <w:sz w:val="24"/>
          <w:szCs w:val="24"/>
          <w:lang w:val="ru-RU"/>
        </w:rPr>
      </w:pPr>
      <w:r w:rsidRPr="0026796A">
        <w:rPr>
          <w:rFonts w:ascii="Times New Roman" w:hAnsi="Times New Roman"/>
          <w:color w:val="000000"/>
          <w:sz w:val="24"/>
          <w:szCs w:val="24"/>
          <w:lang w:val="ru-RU"/>
        </w:rPr>
        <w:t xml:space="preserve">сравнивать объекты окружающего мира, устанавливать основания для сравнения, устанавливать аналогии; </w:t>
      </w:r>
    </w:p>
    <w:p w:rsidR="00F65E7C" w:rsidRPr="0026796A" w:rsidRDefault="00F65E7C" w:rsidP="00D0790B">
      <w:pPr>
        <w:numPr>
          <w:ilvl w:val="0"/>
          <w:numId w:val="14"/>
        </w:numPr>
        <w:spacing w:after="0"/>
        <w:jc w:val="both"/>
        <w:rPr>
          <w:sz w:val="24"/>
          <w:szCs w:val="24"/>
          <w:lang w:val="ru-RU"/>
        </w:rPr>
      </w:pPr>
      <w:r w:rsidRPr="0026796A">
        <w:rPr>
          <w:rFonts w:ascii="Times New Roman" w:hAnsi="Times New Roman"/>
          <w:color w:val="000000"/>
          <w:sz w:val="24"/>
          <w:szCs w:val="24"/>
          <w:lang w:val="ru-RU"/>
        </w:rPr>
        <w:t xml:space="preserve">объединять части объекта (объекты) по определённому признаку; </w:t>
      </w:r>
    </w:p>
    <w:p w:rsidR="00F65E7C" w:rsidRPr="0026796A" w:rsidRDefault="00F65E7C" w:rsidP="00D0790B">
      <w:pPr>
        <w:numPr>
          <w:ilvl w:val="0"/>
          <w:numId w:val="14"/>
        </w:numPr>
        <w:spacing w:after="0"/>
        <w:jc w:val="both"/>
        <w:rPr>
          <w:sz w:val="24"/>
          <w:szCs w:val="24"/>
          <w:lang w:val="ru-RU"/>
        </w:rPr>
      </w:pPr>
      <w:r w:rsidRPr="0026796A">
        <w:rPr>
          <w:rFonts w:ascii="Times New Roman" w:hAnsi="Times New Roman"/>
          <w:color w:val="000000"/>
          <w:sz w:val="24"/>
          <w:szCs w:val="24"/>
          <w:lang w:val="ru-RU"/>
        </w:rPr>
        <w:t xml:space="preserve">определять существенный признак для классификации, классифицировать предложенные объекты; </w:t>
      </w:r>
    </w:p>
    <w:p w:rsidR="00F65E7C" w:rsidRPr="0026796A" w:rsidRDefault="00F65E7C" w:rsidP="00D0790B">
      <w:pPr>
        <w:numPr>
          <w:ilvl w:val="0"/>
          <w:numId w:val="14"/>
        </w:numPr>
        <w:spacing w:after="0"/>
        <w:jc w:val="both"/>
        <w:rPr>
          <w:sz w:val="24"/>
          <w:szCs w:val="24"/>
          <w:lang w:val="ru-RU"/>
        </w:rPr>
      </w:pPr>
      <w:r w:rsidRPr="0026796A">
        <w:rPr>
          <w:rFonts w:ascii="Times New Roman" w:hAnsi="Times New Roman"/>
          <w:color w:val="000000"/>
          <w:sz w:val="24"/>
          <w:szCs w:val="24"/>
          <w:lang w:val="ru-RU"/>
        </w:rPr>
        <w:t xml:space="preserve">находить закономерности и противоречия в рассматриваемых фактах, данных и наблюдениях на основе предложенного алгоритма; </w:t>
      </w:r>
    </w:p>
    <w:p w:rsidR="00F65E7C" w:rsidRPr="0026796A" w:rsidRDefault="00F65E7C" w:rsidP="00D0790B">
      <w:pPr>
        <w:numPr>
          <w:ilvl w:val="0"/>
          <w:numId w:val="14"/>
        </w:numPr>
        <w:spacing w:after="0"/>
        <w:jc w:val="both"/>
        <w:rPr>
          <w:sz w:val="24"/>
          <w:szCs w:val="24"/>
          <w:lang w:val="ru-RU"/>
        </w:rPr>
      </w:pPr>
      <w:r w:rsidRPr="0026796A">
        <w:rPr>
          <w:rFonts w:ascii="Times New Roman" w:hAnsi="Times New Roman"/>
          <w:color w:val="000000"/>
          <w:sz w:val="24"/>
          <w:szCs w:val="24"/>
          <w:lang w:val="ru-RU"/>
        </w:rPr>
        <w:t xml:space="preserve">выявлять недостаток информации для решения учебной (практической) задачи на основе предложенного алгоритма. </w:t>
      </w:r>
    </w:p>
    <w:p w:rsidR="00F65E7C" w:rsidRPr="0026796A" w:rsidRDefault="00F65E7C" w:rsidP="00F65E7C">
      <w:pPr>
        <w:spacing w:after="0"/>
        <w:ind w:firstLine="600"/>
        <w:jc w:val="both"/>
        <w:rPr>
          <w:sz w:val="24"/>
          <w:szCs w:val="24"/>
        </w:rPr>
      </w:pPr>
      <w:r w:rsidRPr="0026796A">
        <w:rPr>
          <w:rFonts w:ascii="Times New Roman" w:hAnsi="Times New Roman"/>
          <w:i/>
          <w:color w:val="000000"/>
          <w:sz w:val="24"/>
          <w:szCs w:val="24"/>
        </w:rPr>
        <w:t>2) Базовые исследовательские действия:</w:t>
      </w:r>
    </w:p>
    <w:p w:rsidR="00F65E7C" w:rsidRPr="0026796A" w:rsidRDefault="00F65E7C" w:rsidP="00D0790B">
      <w:pPr>
        <w:numPr>
          <w:ilvl w:val="0"/>
          <w:numId w:val="15"/>
        </w:numPr>
        <w:spacing w:after="0"/>
        <w:jc w:val="both"/>
        <w:rPr>
          <w:sz w:val="24"/>
          <w:szCs w:val="24"/>
          <w:lang w:val="ru-RU"/>
        </w:rPr>
      </w:pPr>
      <w:r w:rsidRPr="0026796A">
        <w:rPr>
          <w:rFonts w:ascii="Times New Roman" w:hAnsi="Times New Roman"/>
          <w:color w:val="000000"/>
          <w:sz w:val="24"/>
          <w:szCs w:val="24"/>
          <w:lang w:val="ru-RU"/>
        </w:rPr>
        <w:t xml:space="preserve">проводить (по предложенному и самостоятельно составленному плану или выдвинутому предположению) наблюдения, несложные опыты; </w:t>
      </w:r>
    </w:p>
    <w:p w:rsidR="00F65E7C" w:rsidRPr="0026796A" w:rsidRDefault="00F65E7C" w:rsidP="00D0790B">
      <w:pPr>
        <w:numPr>
          <w:ilvl w:val="0"/>
          <w:numId w:val="15"/>
        </w:numPr>
        <w:spacing w:after="0"/>
        <w:jc w:val="both"/>
        <w:rPr>
          <w:sz w:val="24"/>
          <w:szCs w:val="24"/>
          <w:lang w:val="ru-RU"/>
        </w:rPr>
      </w:pPr>
      <w:r w:rsidRPr="0026796A">
        <w:rPr>
          <w:rFonts w:ascii="Times New Roman" w:hAnsi="Times New Roman"/>
          <w:color w:val="000000"/>
          <w:sz w:val="24"/>
          <w:szCs w:val="24"/>
          <w:lang w:val="ru-RU"/>
        </w:rPr>
        <w:t xml:space="preserve">проявлять интерес к экспериментам, проводимым под руководством учителя; </w:t>
      </w:r>
    </w:p>
    <w:p w:rsidR="00F65E7C" w:rsidRPr="0026796A" w:rsidRDefault="00F65E7C" w:rsidP="00D0790B">
      <w:pPr>
        <w:numPr>
          <w:ilvl w:val="0"/>
          <w:numId w:val="15"/>
        </w:numPr>
        <w:spacing w:after="0"/>
        <w:jc w:val="both"/>
        <w:rPr>
          <w:sz w:val="24"/>
          <w:szCs w:val="24"/>
          <w:lang w:val="ru-RU"/>
        </w:rPr>
      </w:pPr>
      <w:r w:rsidRPr="0026796A">
        <w:rPr>
          <w:rFonts w:ascii="Times New Roman" w:hAnsi="Times New Roman"/>
          <w:color w:val="000000"/>
          <w:sz w:val="24"/>
          <w:szCs w:val="24"/>
          <w:lang w:val="ru-RU"/>
        </w:rPr>
        <w:t xml:space="preserve">определять разницу между реальным и желательным состоянием объекта (ситуации) на основе предложенных вопросов; </w:t>
      </w:r>
    </w:p>
    <w:p w:rsidR="00F65E7C" w:rsidRPr="0026796A" w:rsidRDefault="00F65E7C" w:rsidP="00D0790B">
      <w:pPr>
        <w:numPr>
          <w:ilvl w:val="0"/>
          <w:numId w:val="15"/>
        </w:numPr>
        <w:spacing w:after="0"/>
        <w:jc w:val="both"/>
        <w:rPr>
          <w:sz w:val="24"/>
          <w:szCs w:val="24"/>
          <w:lang w:val="ru-RU"/>
        </w:rPr>
      </w:pPr>
      <w:r w:rsidRPr="0026796A">
        <w:rPr>
          <w:rFonts w:ascii="Times New Roman" w:hAnsi="Times New Roman"/>
          <w:color w:val="000000"/>
          <w:sz w:val="24"/>
          <w:szCs w:val="24"/>
          <w:lang w:val="ru-RU"/>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F65E7C" w:rsidRPr="0026796A" w:rsidRDefault="00F65E7C" w:rsidP="00D0790B">
      <w:pPr>
        <w:numPr>
          <w:ilvl w:val="0"/>
          <w:numId w:val="15"/>
        </w:numPr>
        <w:spacing w:after="0"/>
        <w:jc w:val="both"/>
        <w:rPr>
          <w:sz w:val="24"/>
          <w:szCs w:val="24"/>
          <w:lang w:val="ru-RU"/>
        </w:rPr>
      </w:pPr>
      <w:r w:rsidRPr="0026796A">
        <w:rPr>
          <w:rFonts w:ascii="Times New Roman" w:hAnsi="Times New Roman"/>
          <w:color w:val="000000"/>
          <w:sz w:val="24"/>
          <w:szCs w:val="24"/>
          <w:lang w:val="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F65E7C" w:rsidRPr="0026796A" w:rsidRDefault="00F65E7C" w:rsidP="00D0790B">
      <w:pPr>
        <w:numPr>
          <w:ilvl w:val="0"/>
          <w:numId w:val="15"/>
        </w:numPr>
        <w:spacing w:after="0"/>
        <w:jc w:val="both"/>
        <w:rPr>
          <w:sz w:val="24"/>
          <w:szCs w:val="24"/>
          <w:lang w:val="ru-RU"/>
        </w:rPr>
      </w:pPr>
      <w:r w:rsidRPr="0026796A">
        <w:rPr>
          <w:rFonts w:ascii="Times New Roman" w:hAnsi="Times New Roman"/>
          <w:color w:val="000000"/>
          <w:sz w:val="24"/>
          <w:szCs w:val="24"/>
          <w:lang w:val="ru-RU"/>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F65E7C" w:rsidRPr="0026796A" w:rsidRDefault="00F65E7C" w:rsidP="00D0790B">
      <w:pPr>
        <w:numPr>
          <w:ilvl w:val="0"/>
          <w:numId w:val="15"/>
        </w:numPr>
        <w:spacing w:after="0"/>
        <w:jc w:val="both"/>
        <w:rPr>
          <w:sz w:val="24"/>
          <w:szCs w:val="24"/>
          <w:lang w:val="ru-RU"/>
        </w:rPr>
      </w:pPr>
      <w:r w:rsidRPr="0026796A">
        <w:rPr>
          <w:rFonts w:ascii="Times New Roman" w:hAnsi="Times New Roman"/>
          <w:color w:val="000000"/>
          <w:sz w:val="24"/>
          <w:szCs w:val="24"/>
          <w:lang w:val="ru-RU"/>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rsidR="00F65E7C" w:rsidRPr="0026796A" w:rsidRDefault="00F65E7C" w:rsidP="00F65E7C">
      <w:pPr>
        <w:spacing w:after="0"/>
        <w:ind w:firstLine="600"/>
        <w:jc w:val="both"/>
        <w:rPr>
          <w:sz w:val="24"/>
          <w:szCs w:val="24"/>
        </w:rPr>
      </w:pPr>
      <w:r w:rsidRPr="0026796A">
        <w:rPr>
          <w:rFonts w:ascii="Times New Roman" w:hAnsi="Times New Roman"/>
          <w:i/>
          <w:color w:val="000000"/>
          <w:sz w:val="24"/>
          <w:szCs w:val="24"/>
        </w:rPr>
        <w:t>3) Работа с информацией:</w:t>
      </w:r>
    </w:p>
    <w:p w:rsidR="00F65E7C" w:rsidRPr="0026796A" w:rsidRDefault="00F65E7C" w:rsidP="00D0790B">
      <w:pPr>
        <w:numPr>
          <w:ilvl w:val="0"/>
          <w:numId w:val="16"/>
        </w:numPr>
        <w:spacing w:after="0"/>
        <w:jc w:val="both"/>
        <w:rPr>
          <w:sz w:val="24"/>
          <w:szCs w:val="24"/>
          <w:lang w:val="ru-RU"/>
        </w:rPr>
      </w:pPr>
      <w:r w:rsidRPr="0026796A">
        <w:rPr>
          <w:rFonts w:ascii="Times New Roman" w:hAnsi="Times New Roman"/>
          <w:color w:val="000000"/>
          <w:sz w:val="24"/>
          <w:szCs w:val="24"/>
          <w:lang w:val="ru-RU"/>
        </w:rPr>
        <w:t xml:space="preserve">использовать различные источники для поиска информации, выбирать источник получения информации с учётом учебной задачи; </w:t>
      </w:r>
    </w:p>
    <w:p w:rsidR="00F65E7C" w:rsidRPr="0026796A" w:rsidRDefault="00F65E7C" w:rsidP="00D0790B">
      <w:pPr>
        <w:numPr>
          <w:ilvl w:val="0"/>
          <w:numId w:val="16"/>
        </w:numPr>
        <w:spacing w:after="0"/>
        <w:jc w:val="both"/>
        <w:rPr>
          <w:sz w:val="24"/>
          <w:szCs w:val="24"/>
          <w:lang w:val="ru-RU"/>
        </w:rPr>
      </w:pPr>
      <w:r w:rsidRPr="0026796A">
        <w:rPr>
          <w:rFonts w:ascii="Times New Roman" w:hAnsi="Times New Roman"/>
          <w:color w:val="000000"/>
          <w:sz w:val="24"/>
          <w:szCs w:val="24"/>
          <w:lang w:val="ru-RU"/>
        </w:rPr>
        <w:t xml:space="preserve">находить в предложенном источнике информацию, представленную в явном виде, согласно заданному алгоритму; </w:t>
      </w:r>
    </w:p>
    <w:p w:rsidR="00F65E7C" w:rsidRPr="0026796A" w:rsidRDefault="00F65E7C" w:rsidP="00D0790B">
      <w:pPr>
        <w:numPr>
          <w:ilvl w:val="0"/>
          <w:numId w:val="16"/>
        </w:numPr>
        <w:spacing w:after="0"/>
        <w:jc w:val="both"/>
        <w:rPr>
          <w:sz w:val="24"/>
          <w:szCs w:val="24"/>
          <w:lang w:val="ru-RU"/>
        </w:rPr>
      </w:pPr>
      <w:r w:rsidRPr="0026796A">
        <w:rPr>
          <w:rFonts w:ascii="Times New Roman" w:hAnsi="Times New Roman"/>
          <w:color w:val="000000"/>
          <w:sz w:val="24"/>
          <w:szCs w:val="24"/>
          <w:lang w:val="ru-RU"/>
        </w:rPr>
        <w:t xml:space="preserve">распознавать достоверную и недостоверную информацию самостоятельно или на основе предложенного учителем способа её проверки; </w:t>
      </w:r>
    </w:p>
    <w:p w:rsidR="00F65E7C" w:rsidRPr="0026796A" w:rsidRDefault="00F65E7C" w:rsidP="00D0790B">
      <w:pPr>
        <w:numPr>
          <w:ilvl w:val="0"/>
          <w:numId w:val="16"/>
        </w:numPr>
        <w:spacing w:after="0"/>
        <w:jc w:val="both"/>
        <w:rPr>
          <w:sz w:val="24"/>
          <w:szCs w:val="24"/>
          <w:lang w:val="ru-RU"/>
        </w:rPr>
      </w:pPr>
      <w:r w:rsidRPr="0026796A">
        <w:rPr>
          <w:rFonts w:ascii="Times New Roman" w:hAnsi="Times New Roman"/>
          <w:color w:val="000000"/>
          <w:sz w:val="24"/>
          <w:szCs w:val="24"/>
          <w:lang w:val="ru-RU"/>
        </w:rPr>
        <w:t xml:space="preserve">находить и использовать для решения учебных задач текстовую, графическую, аудиовизуальную информацию; </w:t>
      </w:r>
    </w:p>
    <w:p w:rsidR="00F65E7C" w:rsidRPr="0026796A" w:rsidRDefault="00F65E7C" w:rsidP="00D0790B">
      <w:pPr>
        <w:numPr>
          <w:ilvl w:val="0"/>
          <w:numId w:val="16"/>
        </w:numPr>
        <w:spacing w:after="0"/>
        <w:jc w:val="both"/>
        <w:rPr>
          <w:sz w:val="24"/>
          <w:szCs w:val="24"/>
        </w:rPr>
      </w:pPr>
      <w:r w:rsidRPr="0026796A">
        <w:rPr>
          <w:rFonts w:ascii="Times New Roman" w:hAnsi="Times New Roman"/>
          <w:color w:val="000000"/>
          <w:sz w:val="24"/>
          <w:szCs w:val="24"/>
          <w:lang w:val="ru-RU"/>
        </w:rPr>
        <w:lastRenderedPageBreak/>
        <w:t xml:space="preserve">читать и интерпретировать графически представленную информацию </w:t>
      </w:r>
      <w:r w:rsidRPr="0026796A">
        <w:rPr>
          <w:rFonts w:ascii="Times New Roman" w:hAnsi="Times New Roman"/>
          <w:color w:val="000000"/>
          <w:sz w:val="24"/>
          <w:szCs w:val="24"/>
        </w:rPr>
        <w:t xml:space="preserve">(схему, таблицу, иллюстрацию); </w:t>
      </w:r>
    </w:p>
    <w:p w:rsidR="00F65E7C" w:rsidRPr="0026796A" w:rsidRDefault="00F65E7C" w:rsidP="00D0790B">
      <w:pPr>
        <w:numPr>
          <w:ilvl w:val="0"/>
          <w:numId w:val="16"/>
        </w:numPr>
        <w:spacing w:after="0"/>
        <w:jc w:val="both"/>
        <w:rPr>
          <w:sz w:val="24"/>
          <w:szCs w:val="24"/>
          <w:lang w:val="ru-RU"/>
        </w:rPr>
      </w:pPr>
      <w:r w:rsidRPr="0026796A">
        <w:rPr>
          <w:rFonts w:ascii="Times New Roman" w:hAnsi="Times New Roman"/>
          <w:color w:val="000000"/>
          <w:sz w:val="24"/>
          <w:szCs w:val="24"/>
          <w:lang w:val="ru-RU"/>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rsidR="00F65E7C" w:rsidRPr="0026796A" w:rsidRDefault="00F65E7C" w:rsidP="00D0790B">
      <w:pPr>
        <w:numPr>
          <w:ilvl w:val="0"/>
          <w:numId w:val="16"/>
        </w:numPr>
        <w:spacing w:after="0"/>
        <w:jc w:val="both"/>
        <w:rPr>
          <w:sz w:val="24"/>
          <w:szCs w:val="24"/>
          <w:lang w:val="ru-RU"/>
        </w:rPr>
      </w:pPr>
      <w:r w:rsidRPr="0026796A">
        <w:rPr>
          <w:rFonts w:ascii="Times New Roman" w:hAnsi="Times New Roman"/>
          <w:color w:val="000000"/>
          <w:sz w:val="24"/>
          <w:szCs w:val="24"/>
          <w:lang w:val="ru-RU"/>
        </w:rPr>
        <w:t>анализировать и создавать текстовую, видео, графическую, звуковую информацию в соответствии с учебной задачей;</w:t>
      </w:r>
    </w:p>
    <w:p w:rsidR="00F65E7C" w:rsidRPr="0026796A" w:rsidRDefault="00F65E7C" w:rsidP="00D0790B">
      <w:pPr>
        <w:numPr>
          <w:ilvl w:val="0"/>
          <w:numId w:val="16"/>
        </w:numPr>
        <w:spacing w:after="0"/>
        <w:jc w:val="both"/>
        <w:rPr>
          <w:sz w:val="24"/>
          <w:szCs w:val="24"/>
          <w:lang w:val="ru-RU"/>
        </w:rPr>
      </w:pPr>
      <w:r w:rsidRPr="0026796A">
        <w:rPr>
          <w:rFonts w:ascii="Times New Roman" w:hAnsi="Times New Roman"/>
          <w:color w:val="000000"/>
          <w:sz w:val="24"/>
          <w:szCs w:val="24"/>
          <w:lang w:val="ru-RU"/>
        </w:rPr>
        <w:t>фиксировать полученные результаты в текстовой форме (отчёт, выступление, высказывание) и графическом виде (рисунок, схема, диаграмма).</w:t>
      </w:r>
    </w:p>
    <w:p w:rsidR="00F65E7C" w:rsidRPr="0026796A" w:rsidRDefault="00F65E7C" w:rsidP="00F65E7C">
      <w:pPr>
        <w:spacing w:after="0"/>
        <w:ind w:firstLine="600"/>
        <w:jc w:val="both"/>
        <w:rPr>
          <w:sz w:val="24"/>
          <w:szCs w:val="24"/>
        </w:rPr>
      </w:pPr>
      <w:r w:rsidRPr="0026796A">
        <w:rPr>
          <w:rFonts w:ascii="Times New Roman" w:hAnsi="Times New Roman"/>
          <w:b/>
          <w:color w:val="000000"/>
          <w:sz w:val="24"/>
          <w:szCs w:val="24"/>
        </w:rPr>
        <w:t>Коммуникативные универсальные учебные действия:</w:t>
      </w:r>
    </w:p>
    <w:p w:rsidR="00F65E7C" w:rsidRPr="0026796A" w:rsidRDefault="00F65E7C" w:rsidP="00D0790B">
      <w:pPr>
        <w:numPr>
          <w:ilvl w:val="0"/>
          <w:numId w:val="17"/>
        </w:numPr>
        <w:spacing w:after="0"/>
        <w:jc w:val="both"/>
        <w:rPr>
          <w:sz w:val="24"/>
          <w:szCs w:val="24"/>
          <w:lang w:val="ru-RU"/>
        </w:rPr>
      </w:pPr>
      <w:r w:rsidRPr="0026796A">
        <w:rPr>
          <w:rFonts w:ascii="Times New Roman" w:hAnsi="Times New Roman"/>
          <w:color w:val="000000"/>
          <w:sz w:val="24"/>
          <w:szCs w:val="24"/>
          <w:lang w:val="ru-RU"/>
        </w:rPr>
        <w:t xml:space="preserve">в процессе диалогов задавать вопросы, высказывать суждения, оценивать выступления участников; </w:t>
      </w:r>
    </w:p>
    <w:p w:rsidR="00F65E7C" w:rsidRPr="0026796A" w:rsidRDefault="00F65E7C" w:rsidP="00D0790B">
      <w:pPr>
        <w:numPr>
          <w:ilvl w:val="0"/>
          <w:numId w:val="17"/>
        </w:numPr>
        <w:spacing w:after="0"/>
        <w:jc w:val="both"/>
        <w:rPr>
          <w:sz w:val="24"/>
          <w:szCs w:val="24"/>
          <w:lang w:val="ru-RU"/>
        </w:rPr>
      </w:pPr>
      <w:r w:rsidRPr="0026796A">
        <w:rPr>
          <w:rFonts w:ascii="Times New Roman" w:hAnsi="Times New Roman"/>
          <w:color w:val="000000"/>
          <w:sz w:val="24"/>
          <w:szCs w:val="24"/>
          <w:lang w:val="ru-RU"/>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F65E7C" w:rsidRPr="0026796A" w:rsidRDefault="00F65E7C" w:rsidP="00D0790B">
      <w:pPr>
        <w:numPr>
          <w:ilvl w:val="0"/>
          <w:numId w:val="17"/>
        </w:numPr>
        <w:spacing w:after="0"/>
        <w:jc w:val="both"/>
        <w:rPr>
          <w:sz w:val="24"/>
          <w:szCs w:val="24"/>
          <w:lang w:val="ru-RU"/>
        </w:rPr>
      </w:pPr>
      <w:r w:rsidRPr="0026796A">
        <w:rPr>
          <w:rFonts w:ascii="Times New Roman" w:hAnsi="Times New Roman"/>
          <w:color w:val="000000"/>
          <w:sz w:val="24"/>
          <w:szCs w:val="24"/>
          <w:lang w:val="ru-RU"/>
        </w:rPr>
        <w:t xml:space="preserve">соблюдать правила ведения диалога и дискуссии; проявлять уважительное отношение к собеседнику; </w:t>
      </w:r>
    </w:p>
    <w:p w:rsidR="00F65E7C" w:rsidRPr="0026796A" w:rsidRDefault="00F65E7C" w:rsidP="00D0790B">
      <w:pPr>
        <w:numPr>
          <w:ilvl w:val="0"/>
          <w:numId w:val="17"/>
        </w:numPr>
        <w:spacing w:after="0"/>
        <w:jc w:val="both"/>
        <w:rPr>
          <w:sz w:val="24"/>
          <w:szCs w:val="24"/>
          <w:lang w:val="ru-RU"/>
        </w:rPr>
      </w:pPr>
      <w:r w:rsidRPr="0026796A">
        <w:rPr>
          <w:rFonts w:ascii="Times New Roman" w:hAnsi="Times New Roman"/>
          <w:color w:val="000000"/>
          <w:sz w:val="24"/>
          <w:szCs w:val="24"/>
          <w:lang w:val="ru-RU"/>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F65E7C" w:rsidRPr="0026796A" w:rsidRDefault="00F65E7C" w:rsidP="00D0790B">
      <w:pPr>
        <w:numPr>
          <w:ilvl w:val="0"/>
          <w:numId w:val="17"/>
        </w:numPr>
        <w:spacing w:after="0"/>
        <w:jc w:val="both"/>
        <w:rPr>
          <w:sz w:val="24"/>
          <w:szCs w:val="24"/>
          <w:lang w:val="ru-RU"/>
        </w:rPr>
      </w:pPr>
      <w:r w:rsidRPr="0026796A">
        <w:rPr>
          <w:rFonts w:ascii="Times New Roman" w:hAnsi="Times New Roman"/>
          <w:color w:val="000000"/>
          <w:sz w:val="24"/>
          <w:szCs w:val="24"/>
          <w:lang w:val="ru-RU"/>
        </w:rPr>
        <w:t xml:space="preserve">создавать устные и письменные тексты (описание, рассуждение, повествование); </w:t>
      </w:r>
    </w:p>
    <w:p w:rsidR="00F65E7C" w:rsidRPr="0026796A" w:rsidRDefault="00F65E7C" w:rsidP="00D0790B">
      <w:pPr>
        <w:numPr>
          <w:ilvl w:val="0"/>
          <w:numId w:val="17"/>
        </w:numPr>
        <w:spacing w:after="0"/>
        <w:jc w:val="both"/>
        <w:rPr>
          <w:sz w:val="24"/>
          <w:szCs w:val="24"/>
          <w:lang w:val="ru-RU"/>
        </w:rPr>
      </w:pPr>
      <w:r w:rsidRPr="0026796A">
        <w:rPr>
          <w:rFonts w:ascii="Times New Roman" w:hAnsi="Times New Roman"/>
          <w:color w:val="000000"/>
          <w:sz w:val="24"/>
          <w:szCs w:val="24"/>
          <w:lang w:val="ru-RU"/>
        </w:rPr>
        <w:t xml:space="preserve">конструировать обобщения и выводы на основе полученных результатов наблюдений и опытной работы, подкреплять их доказательствами; </w:t>
      </w:r>
    </w:p>
    <w:p w:rsidR="00F65E7C" w:rsidRPr="0026796A" w:rsidRDefault="00F65E7C" w:rsidP="00D0790B">
      <w:pPr>
        <w:numPr>
          <w:ilvl w:val="0"/>
          <w:numId w:val="17"/>
        </w:numPr>
        <w:spacing w:after="0"/>
        <w:jc w:val="both"/>
        <w:rPr>
          <w:sz w:val="24"/>
          <w:szCs w:val="24"/>
          <w:lang w:val="ru-RU"/>
        </w:rPr>
      </w:pPr>
      <w:r w:rsidRPr="0026796A">
        <w:rPr>
          <w:rFonts w:ascii="Times New Roman" w:hAnsi="Times New Roman"/>
          <w:color w:val="000000"/>
          <w:sz w:val="24"/>
          <w:szCs w:val="24"/>
          <w:lang w:val="ru-RU"/>
        </w:rPr>
        <w:t xml:space="preserve">находить ошибки и восстанавливать деформированный текст об изученных объектах и явлениях природы, событиях социальной жизни; </w:t>
      </w:r>
    </w:p>
    <w:p w:rsidR="00F65E7C" w:rsidRPr="0026796A" w:rsidRDefault="00F65E7C" w:rsidP="00D0790B">
      <w:pPr>
        <w:numPr>
          <w:ilvl w:val="0"/>
          <w:numId w:val="17"/>
        </w:numPr>
        <w:spacing w:after="0"/>
        <w:jc w:val="both"/>
        <w:rPr>
          <w:sz w:val="24"/>
          <w:szCs w:val="24"/>
          <w:lang w:val="ru-RU"/>
        </w:rPr>
      </w:pPr>
      <w:r w:rsidRPr="0026796A">
        <w:rPr>
          <w:rFonts w:ascii="Times New Roman" w:hAnsi="Times New Roman"/>
          <w:color w:val="000000"/>
          <w:sz w:val="24"/>
          <w:szCs w:val="24"/>
          <w:lang w:val="ru-RU"/>
        </w:rPr>
        <w:t xml:space="preserve">готовить небольшие публичные выступления с возможной презентацией (текст, рисунки, фото, плакаты и др.) к тексту выступления. </w:t>
      </w:r>
    </w:p>
    <w:p w:rsidR="00F65E7C" w:rsidRPr="0026796A" w:rsidRDefault="00F65E7C" w:rsidP="00F65E7C">
      <w:pPr>
        <w:spacing w:after="0"/>
        <w:ind w:firstLine="600"/>
        <w:jc w:val="both"/>
        <w:rPr>
          <w:sz w:val="24"/>
          <w:szCs w:val="24"/>
          <w:lang w:val="ru-RU"/>
        </w:rPr>
      </w:pPr>
      <w:r w:rsidRPr="0026796A">
        <w:rPr>
          <w:rFonts w:ascii="Times New Roman" w:hAnsi="Times New Roman"/>
          <w:b/>
          <w:color w:val="000000"/>
          <w:sz w:val="24"/>
          <w:szCs w:val="24"/>
          <w:lang w:val="ru-RU"/>
        </w:rPr>
        <w:t>Регулятивные универсальные учебные действия:</w:t>
      </w:r>
    </w:p>
    <w:p w:rsidR="00F65E7C" w:rsidRPr="0026796A" w:rsidRDefault="00F65E7C" w:rsidP="00F65E7C">
      <w:pPr>
        <w:spacing w:after="0"/>
        <w:ind w:firstLine="600"/>
        <w:jc w:val="both"/>
        <w:rPr>
          <w:sz w:val="24"/>
          <w:szCs w:val="24"/>
          <w:lang w:val="ru-RU"/>
        </w:rPr>
      </w:pPr>
      <w:r w:rsidRPr="0026796A">
        <w:rPr>
          <w:rFonts w:ascii="Times New Roman" w:hAnsi="Times New Roman"/>
          <w:i/>
          <w:color w:val="000000"/>
          <w:sz w:val="24"/>
          <w:szCs w:val="24"/>
          <w:lang w:val="ru-RU"/>
        </w:rPr>
        <w:t>1) Самоорганизация:</w:t>
      </w:r>
    </w:p>
    <w:p w:rsidR="00F65E7C" w:rsidRPr="0026796A" w:rsidRDefault="00F65E7C" w:rsidP="00D0790B">
      <w:pPr>
        <w:numPr>
          <w:ilvl w:val="0"/>
          <w:numId w:val="18"/>
        </w:numPr>
        <w:spacing w:after="0"/>
        <w:jc w:val="both"/>
        <w:rPr>
          <w:sz w:val="24"/>
          <w:szCs w:val="24"/>
          <w:lang w:val="ru-RU"/>
        </w:rPr>
      </w:pPr>
      <w:r w:rsidRPr="0026796A">
        <w:rPr>
          <w:rFonts w:ascii="Times New Roman" w:hAnsi="Times New Roman"/>
          <w:color w:val="000000"/>
          <w:sz w:val="24"/>
          <w:szCs w:val="24"/>
          <w:lang w:val="ru-RU"/>
        </w:rPr>
        <w:t xml:space="preserve">планировать самостоятельно или с небольшой помощью учителя действия по решению учебной задачи; </w:t>
      </w:r>
    </w:p>
    <w:p w:rsidR="00F65E7C" w:rsidRPr="0026796A" w:rsidRDefault="00F65E7C" w:rsidP="00D0790B">
      <w:pPr>
        <w:numPr>
          <w:ilvl w:val="0"/>
          <w:numId w:val="18"/>
        </w:numPr>
        <w:spacing w:after="0"/>
        <w:jc w:val="both"/>
        <w:rPr>
          <w:sz w:val="24"/>
          <w:szCs w:val="24"/>
          <w:lang w:val="ru-RU"/>
        </w:rPr>
      </w:pPr>
      <w:r w:rsidRPr="0026796A">
        <w:rPr>
          <w:rFonts w:ascii="Times New Roman" w:hAnsi="Times New Roman"/>
          <w:color w:val="000000"/>
          <w:sz w:val="24"/>
          <w:szCs w:val="24"/>
          <w:lang w:val="ru-RU"/>
        </w:rPr>
        <w:t>выстраивать последовательность выбранных действий и операций.</w:t>
      </w:r>
    </w:p>
    <w:p w:rsidR="00F65E7C" w:rsidRPr="0026796A" w:rsidRDefault="00F65E7C" w:rsidP="00F65E7C">
      <w:pPr>
        <w:spacing w:after="0"/>
        <w:ind w:firstLine="600"/>
        <w:jc w:val="both"/>
        <w:rPr>
          <w:sz w:val="24"/>
          <w:szCs w:val="24"/>
        </w:rPr>
      </w:pPr>
      <w:r w:rsidRPr="0026796A">
        <w:rPr>
          <w:rFonts w:ascii="Times New Roman" w:hAnsi="Times New Roman"/>
          <w:i/>
          <w:color w:val="000000"/>
          <w:sz w:val="24"/>
          <w:szCs w:val="24"/>
        </w:rPr>
        <w:t>2) Самоконтроль и самооценка:</w:t>
      </w:r>
    </w:p>
    <w:p w:rsidR="00F65E7C" w:rsidRPr="0026796A" w:rsidRDefault="00F65E7C" w:rsidP="00D0790B">
      <w:pPr>
        <w:numPr>
          <w:ilvl w:val="0"/>
          <w:numId w:val="19"/>
        </w:numPr>
        <w:spacing w:after="0"/>
        <w:jc w:val="both"/>
        <w:rPr>
          <w:sz w:val="24"/>
          <w:szCs w:val="24"/>
          <w:lang w:val="ru-RU"/>
        </w:rPr>
      </w:pPr>
      <w:r w:rsidRPr="0026796A">
        <w:rPr>
          <w:rFonts w:ascii="Times New Roman" w:hAnsi="Times New Roman"/>
          <w:color w:val="000000"/>
          <w:sz w:val="24"/>
          <w:szCs w:val="24"/>
          <w:lang w:val="ru-RU"/>
        </w:rPr>
        <w:t xml:space="preserve">осуществлять контроль процесса и результата своей деятельности; </w:t>
      </w:r>
    </w:p>
    <w:p w:rsidR="00F65E7C" w:rsidRPr="0026796A" w:rsidRDefault="00F65E7C" w:rsidP="00D0790B">
      <w:pPr>
        <w:numPr>
          <w:ilvl w:val="0"/>
          <w:numId w:val="19"/>
        </w:numPr>
        <w:spacing w:after="0"/>
        <w:jc w:val="both"/>
        <w:rPr>
          <w:sz w:val="24"/>
          <w:szCs w:val="24"/>
          <w:lang w:val="ru-RU"/>
        </w:rPr>
      </w:pPr>
      <w:r w:rsidRPr="0026796A">
        <w:rPr>
          <w:rFonts w:ascii="Times New Roman" w:hAnsi="Times New Roman"/>
          <w:color w:val="000000"/>
          <w:sz w:val="24"/>
          <w:szCs w:val="24"/>
          <w:lang w:val="ru-RU"/>
        </w:rPr>
        <w:t xml:space="preserve">находить ошибки в своей работе и устанавливать их причины; </w:t>
      </w:r>
    </w:p>
    <w:p w:rsidR="00F65E7C" w:rsidRPr="0026796A" w:rsidRDefault="00F65E7C" w:rsidP="00D0790B">
      <w:pPr>
        <w:numPr>
          <w:ilvl w:val="0"/>
          <w:numId w:val="19"/>
        </w:numPr>
        <w:spacing w:after="0"/>
        <w:jc w:val="both"/>
        <w:rPr>
          <w:sz w:val="24"/>
          <w:szCs w:val="24"/>
          <w:lang w:val="ru-RU"/>
        </w:rPr>
      </w:pPr>
      <w:r w:rsidRPr="0026796A">
        <w:rPr>
          <w:rFonts w:ascii="Times New Roman" w:hAnsi="Times New Roman"/>
          <w:color w:val="000000"/>
          <w:sz w:val="24"/>
          <w:szCs w:val="24"/>
          <w:lang w:val="ru-RU"/>
        </w:rPr>
        <w:t xml:space="preserve">корректировать свои действия при необходимости (с небольшой помощью учителя); </w:t>
      </w:r>
    </w:p>
    <w:p w:rsidR="00F65E7C" w:rsidRPr="0026796A" w:rsidRDefault="00F65E7C" w:rsidP="00D0790B">
      <w:pPr>
        <w:numPr>
          <w:ilvl w:val="0"/>
          <w:numId w:val="19"/>
        </w:numPr>
        <w:spacing w:after="0"/>
        <w:jc w:val="both"/>
        <w:rPr>
          <w:sz w:val="24"/>
          <w:szCs w:val="24"/>
          <w:lang w:val="ru-RU"/>
        </w:rPr>
      </w:pPr>
      <w:r w:rsidRPr="0026796A">
        <w:rPr>
          <w:rFonts w:ascii="Times New Roman" w:hAnsi="Times New Roman"/>
          <w:color w:val="000000"/>
          <w:sz w:val="24"/>
          <w:szCs w:val="24"/>
          <w:lang w:val="ru-RU"/>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F65E7C" w:rsidRPr="0026796A" w:rsidRDefault="00F65E7C" w:rsidP="00D0790B">
      <w:pPr>
        <w:numPr>
          <w:ilvl w:val="0"/>
          <w:numId w:val="19"/>
        </w:numPr>
        <w:spacing w:after="0"/>
        <w:jc w:val="both"/>
        <w:rPr>
          <w:sz w:val="24"/>
          <w:szCs w:val="24"/>
          <w:lang w:val="ru-RU"/>
        </w:rPr>
      </w:pPr>
      <w:r w:rsidRPr="0026796A">
        <w:rPr>
          <w:rFonts w:ascii="Times New Roman" w:hAnsi="Times New Roman"/>
          <w:color w:val="000000"/>
          <w:sz w:val="24"/>
          <w:szCs w:val="24"/>
          <w:lang w:val="ru-RU"/>
        </w:rPr>
        <w:t xml:space="preserve">объективно оценивать результаты своей деятельности, соотносить свою оценку с оценкой учителя; </w:t>
      </w:r>
    </w:p>
    <w:p w:rsidR="00F65E7C" w:rsidRPr="0026796A" w:rsidRDefault="00F65E7C" w:rsidP="00D0790B">
      <w:pPr>
        <w:numPr>
          <w:ilvl w:val="0"/>
          <w:numId w:val="19"/>
        </w:numPr>
        <w:spacing w:after="0"/>
        <w:jc w:val="both"/>
        <w:rPr>
          <w:sz w:val="24"/>
          <w:szCs w:val="24"/>
          <w:lang w:val="ru-RU"/>
        </w:rPr>
      </w:pPr>
      <w:r w:rsidRPr="0026796A">
        <w:rPr>
          <w:rFonts w:ascii="Times New Roman" w:hAnsi="Times New Roman"/>
          <w:color w:val="000000"/>
          <w:sz w:val="24"/>
          <w:szCs w:val="24"/>
          <w:lang w:val="ru-RU"/>
        </w:rPr>
        <w:t xml:space="preserve">оценивать целесообразность выбранных способов действия, при необходимости корректировать их. </w:t>
      </w:r>
    </w:p>
    <w:p w:rsidR="00F65E7C" w:rsidRPr="0026796A" w:rsidRDefault="00F65E7C" w:rsidP="00F65E7C">
      <w:pPr>
        <w:spacing w:after="0"/>
        <w:ind w:firstLine="600"/>
        <w:jc w:val="both"/>
        <w:rPr>
          <w:sz w:val="24"/>
          <w:szCs w:val="24"/>
        </w:rPr>
      </w:pPr>
      <w:r w:rsidRPr="0026796A">
        <w:rPr>
          <w:rFonts w:ascii="Times New Roman" w:hAnsi="Times New Roman"/>
          <w:b/>
          <w:color w:val="000000"/>
          <w:sz w:val="24"/>
          <w:szCs w:val="24"/>
        </w:rPr>
        <w:t>Совместная деятельность:</w:t>
      </w:r>
    </w:p>
    <w:p w:rsidR="00F65E7C" w:rsidRPr="0026796A" w:rsidRDefault="00F65E7C" w:rsidP="00D0790B">
      <w:pPr>
        <w:numPr>
          <w:ilvl w:val="0"/>
          <w:numId w:val="20"/>
        </w:numPr>
        <w:spacing w:after="0"/>
        <w:jc w:val="both"/>
        <w:rPr>
          <w:sz w:val="24"/>
          <w:szCs w:val="24"/>
          <w:lang w:val="ru-RU"/>
        </w:rPr>
      </w:pPr>
      <w:r w:rsidRPr="0026796A">
        <w:rPr>
          <w:rFonts w:ascii="Times New Roman" w:hAnsi="Times New Roman"/>
          <w:color w:val="000000"/>
          <w:sz w:val="24"/>
          <w:szCs w:val="24"/>
          <w:lang w:val="ru-RU"/>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w:t>
      </w:r>
      <w:r w:rsidRPr="0026796A">
        <w:rPr>
          <w:rFonts w:ascii="Times New Roman" w:hAnsi="Times New Roman"/>
          <w:color w:val="000000"/>
          <w:sz w:val="24"/>
          <w:szCs w:val="24"/>
          <w:lang w:val="ru-RU"/>
        </w:rPr>
        <w:lastRenderedPageBreak/>
        <w:t xml:space="preserve">долгосрочных целей совместной деятельности (на основе изученного материала по окружающему миру); </w:t>
      </w:r>
    </w:p>
    <w:p w:rsidR="00F65E7C" w:rsidRPr="0026796A" w:rsidRDefault="00F65E7C" w:rsidP="00D0790B">
      <w:pPr>
        <w:numPr>
          <w:ilvl w:val="0"/>
          <w:numId w:val="20"/>
        </w:numPr>
        <w:spacing w:after="0"/>
        <w:jc w:val="both"/>
        <w:rPr>
          <w:sz w:val="24"/>
          <w:szCs w:val="24"/>
          <w:lang w:val="ru-RU"/>
        </w:rPr>
      </w:pPr>
      <w:r w:rsidRPr="0026796A">
        <w:rPr>
          <w:rFonts w:ascii="Times New Roman" w:hAnsi="Times New Roman"/>
          <w:color w:val="000000"/>
          <w:sz w:val="24"/>
          <w:szCs w:val="24"/>
          <w:lang w:val="ru-RU"/>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rsidR="00F65E7C" w:rsidRPr="0026796A" w:rsidRDefault="00F65E7C" w:rsidP="00D0790B">
      <w:pPr>
        <w:numPr>
          <w:ilvl w:val="0"/>
          <w:numId w:val="20"/>
        </w:numPr>
        <w:spacing w:after="0"/>
        <w:jc w:val="both"/>
        <w:rPr>
          <w:sz w:val="24"/>
          <w:szCs w:val="24"/>
          <w:lang w:val="ru-RU"/>
        </w:rPr>
      </w:pPr>
      <w:r w:rsidRPr="0026796A">
        <w:rPr>
          <w:rFonts w:ascii="Times New Roman" w:hAnsi="Times New Roman"/>
          <w:color w:val="000000"/>
          <w:sz w:val="24"/>
          <w:szCs w:val="24"/>
          <w:lang w:val="ru-RU"/>
        </w:rPr>
        <w:t xml:space="preserve">проявлять готовность руководить, выполнять поручения, подчиняться; </w:t>
      </w:r>
    </w:p>
    <w:p w:rsidR="00F65E7C" w:rsidRPr="0026796A" w:rsidRDefault="00F65E7C" w:rsidP="00D0790B">
      <w:pPr>
        <w:numPr>
          <w:ilvl w:val="0"/>
          <w:numId w:val="20"/>
        </w:numPr>
        <w:spacing w:after="0"/>
        <w:jc w:val="both"/>
        <w:rPr>
          <w:sz w:val="24"/>
          <w:szCs w:val="24"/>
          <w:lang w:val="ru-RU"/>
        </w:rPr>
      </w:pPr>
      <w:r w:rsidRPr="0026796A">
        <w:rPr>
          <w:rFonts w:ascii="Times New Roman" w:hAnsi="Times New Roman"/>
          <w:color w:val="000000"/>
          <w:sz w:val="24"/>
          <w:szCs w:val="24"/>
          <w:lang w:val="ru-RU"/>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F65E7C" w:rsidRPr="0026796A" w:rsidRDefault="00F65E7C" w:rsidP="00D0790B">
      <w:pPr>
        <w:numPr>
          <w:ilvl w:val="0"/>
          <w:numId w:val="20"/>
        </w:numPr>
        <w:spacing w:after="0"/>
        <w:jc w:val="both"/>
        <w:rPr>
          <w:sz w:val="24"/>
          <w:szCs w:val="24"/>
          <w:lang w:val="ru-RU"/>
        </w:rPr>
      </w:pPr>
      <w:r w:rsidRPr="0026796A">
        <w:rPr>
          <w:rFonts w:ascii="Times New Roman" w:hAnsi="Times New Roman"/>
          <w:color w:val="000000"/>
          <w:sz w:val="24"/>
          <w:szCs w:val="24"/>
          <w:lang w:val="ru-RU"/>
        </w:rPr>
        <w:t xml:space="preserve">ответственно выполнять свою часть работы. </w:t>
      </w:r>
    </w:p>
    <w:p w:rsidR="00F65E7C" w:rsidRPr="0026796A" w:rsidRDefault="00F65E7C" w:rsidP="00F65E7C">
      <w:pPr>
        <w:spacing w:after="0"/>
        <w:ind w:left="120"/>
        <w:rPr>
          <w:sz w:val="24"/>
          <w:szCs w:val="24"/>
          <w:lang w:val="ru-RU"/>
        </w:rPr>
      </w:pPr>
    </w:p>
    <w:p w:rsidR="00F65E7C" w:rsidRPr="0026796A" w:rsidRDefault="00F65E7C" w:rsidP="00F65E7C">
      <w:pPr>
        <w:spacing w:after="0"/>
        <w:ind w:left="120"/>
        <w:rPr>
          <w:sz w:val="24"/>
          <w:szCs w:val="24"/>
          <w:lang w:val="ru-RU"/>
        </w:rPr>
      </w:pPr>
      <w:r>
        <w:rPr>
          <w:rFonts w:ascii="Times New Roman" w:hAnsi="Times New Roman"/>
          <w:b/>
          <w:color w:val="000000"/>
          <w:sz w:val="24"/>
          <w:szCs w:val="24"/>
          <w:lang w:val="ru-RU"/>
        </w:rPr>
        <w:t>Предметные результаты</w:t>
      </w:r>
    </w:p>
    <w:p w:rsidR="00F65E7C" w:rsidRPr="0026796A" w:rsidRDefault="00F65E7C" w:rsidP="00F65E7C">
      <w:pPr>
        <w:spacing w:after="0"/>
        <w:ind w:firstLine="600"/>
        <w:jc w:val="both"/>
        <w:rPr>
          <w:sz w:val="24"/>
          <w:szCs w:val="24"/>
          <w:lang w:val="ru-RU"/>
        </w:rPr>
      </w:pPr>
      <w:r w:rsidRPr="0026796A">
        <w:rPr>
          <w:rFonts w:ascii="Times New Roman" w:hAnsi="Times New Roman"/>
          <w:color w:val="000000"/>
          <w:sz w:val="24"/>
          <w:szCs w:val="24"/>
          <w:lang w:val="ru-RU"/>
        </w:rPr>
        <w:t xml:space="preserve">К концу обучения в </w:t>
      </w:r>
      <w:r w:rsidRPr="0026796A">
        <w:rPr>
          <w:rFonts w:ascii="Times New Roman" w:hAnsi="Times New Roman"/>
          <w:b/>
          <w:color w:val="000000"/>
          <w:sz w:val="24"/>
          <w:szCs w:val="24"/>
          <w:lang w:val="ru-RU"/>
        </w:rPr>
        <w:t xml:space="preserve">1 классе </w:t>
      </w:r>
      <w:r w:rsidRPr="0026796A">
        <w:rPr>
          <w:rFonts w:ascii="Times New Roman" w:hAnsi="Times New Roman"/>
          <w:color w:val="000000"/>
          <w:sz w:val="24"/>
          <w:szCs w:val="24"/>
          <w:lang w:val="ru-RU"/>
        </w:rPr>
        <w:t>обучающийся научится:</w:t>
      </w:r>
    </w:p>
    <w:p w:rsidR="00F65E7C" w:rsidRPr="0026796A" w:rsidRDefault="00F65E7C" w:rsidP="00D0790B">
      <w:pPr>
        <w:numPr>
          <w:ilvl w:val="0"/>
          <w:numId w:val="21"/>
        </w:numPr>
        <w:spacing w:after="0"/>
        <w:jc w:val="both"/>
        <w:rPr>
          <w:sz w:val="24"/>
          <w:szCs w:val="24"/>
          <w:lang w:val="ru-RU"/>
        </w:rPr>
      </w:pPr>
      <w:r w:rsidRPr="0026796A">
        <w:rPr>
          <w:rFonts w:ascii="Times New Roman" w:hAnsi="Times New Roman"/>
          <w:color w:val="000000"/>
          <w:sz w:val="24"/>
          <w:szCs w:val="24"/>
          <w:lang w:val="ru-RU"/>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F65E7C" w:rsidRPr="0026796A" w:rsidRDefault="00F65E7C" w:rsidP="00D0790B">
      <w:pPr>
        <w:numPr>
          <w:ilvl w:val="0"/>
          <w:numId w:val="21"/>
        </w:numPr>
        <w:spacing w:after="0"/>
        <w:jc w:val="both"/>
        <w:rPr>
          <w:sz w:val="24"/>
          <w:szCs w:val="24"/>
          <w:lang w:val="ru-RU"/>
        </w:rPr>
      </w:pPr>
      <w:r w:rsidRPr="0026796A">
        <w:rPr>
          <w:rFonts w:ascii="Times New Roman" w:hAnsi="Times New Roman"/>
          <w:color w:val="000000"/>
          <w:sz w:val="24"/>
          <w:szCs w:val="24"/>
          <w:lang w:val="ru-RU"/>
        </w:rPr>
        <w:t xml:space="preserve">воспроизводить название своего населённого пункта, региона, страны; </w:t>
      </w:r>
    </w:p>
    <w:p w:rsidR="00F65E7C" w:rsidRPr="0026796A" w:rsidRDefault="00F65E7C" w:rsidP="00D0790B">
      <w:pPr>
        <w:numPr>
          <w:ilvl w:val="0"/>
          <w:numId w:val="21"/>
        </w:numPr>
        <w:spacing w:after="0"/>
        <w:jc w:val="both"/>
        <w:rPr>
          <w:sz w:val="24"/>
          <w:szCs w:val="24"/>
          <w:lang w:val="ru-RU"/>
        </w:rPr>
      </w:pPr>
      <w:r w:rsidRPr="0026796A">
        <w:rPr>
          <w:rFonts w:ascii="Times New Roman" w:hAnsi="Times New Roman"/>
          <w:color w:val="000000"/>
          <w:sz w:val="24"/>
          <w:szCs w:val="24"/>
          <w:lang w:val="ru-RU"/>
        </w:rPr>
        <w:t xml:space="preserve">приводить примеры культурных объектов родного края, школьных традиций и праздников, традиций и ценностей своей семьи, профессий; </w:t>
      </w:r>
    </w:p>
    <w:p w:rsidR="00F65E7C" w:rsidRPr="0026796A" w:rsidRDefault="00F65E7C" w:rsidP="00D0790B">
      <w:pPr>
        <w:numPr>
          <w:ilvl w:val="0"/>
          <w:numId w:val="21"/>
        </w:numPr>
        <w:spacing w:after="0"/>
        <w:jc w:val="both"/>
        <w:rPr>
          <w:sz w:val="24"/>
          <w:szCs w:val="24"/>
          <w:lang w:val="ru-RU"/>
        </w:rPr>
      </w:pPr>
      <w:r w:rsidRPr="0026796A">
        <w:rPr>
          <w:rFonts w:ascii="Times New Roman" w:hAnsi="Times New Roman"/>
          <w:color w:val="000000"/>
          <w:sz w:val="24"/>
          <w:szCs w:val="24"/>
          <w:lang w:val="ru-RU"/>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F65E7C" w:rsidRPr="0026796A" w:rsidRDefault="00F65E7C" w:rsidP="00D0790B">
      <w:pPr>
        <w:numPr>
          <w:ilvl w:val="0"/>
          <w:numId w:val="21"/>
        </w:numPr>
        <w:spacing w:after="0"/>
        <w:jc w:val="both"/>
        <w:rPr>
          <w:sz w:val="24"/>
          <w:szCs w:val="24"/>
          <w:lang w:val="ru-RU"/>
        </w:rPr>
      </w:pPr>
      <w:r w:rsidRPr="0026796A">
        <w:rPr>
          <w:rFonts w:ascii="Times New Roman" w:hAnsi="Times New Roman"/>
          <w:color w:val="000000"/>
          <w:sz w:val="24"/>
          <w:szCs w:val="24"/>
          <w:lang w:val="ru-RU"/>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F65E7C" w:rsidRPr="0026796A" w:rsidRDefault="00F65E7C" w:rsidP="00D0790B">
      <w:pPr>
        <w:numPr>
          <w:ilvl w:val="0"/>
          <w:numId w:val="21"/>
        </w:numPr>
        <w:spacing w:after="0"/>
        <w:jc w:val="both"/>
        <w:rPr>
          <w:sz w:val="24"/>
          <w:szCs w:val="24"/>
          <w:lang w:val="ru-RU"/>
        </w:rPr>
      </w:pPr>
      <w:r w:rsidRPr="0026796A">
        <w:rPr>
          <w:rFonts w:ascii="Times New Roman" w:hAnsi="Times New Roman"/>
          <w:color w:val="000000"/>
          <w:sz w:val="24"/>
          <w:szCs w:val="24"/>
          <w:lang w:val="ru-RU"/>
        </w:rPr>
        <w:t xml:space="preserve">применять правила ухода за комнатными растениями и домашними животными; </w:t>
      </w:r>
    </w:p>
    <w:p w:rsidR="00F65E7C" w:rsidRPr="0026796A" w:rsidRDefault="00F65E7C" w:rsidP="00D0790B">
      <w:pPr>
        <w:numPr>
          <w:ilvl w:val="0"/>
          <w:numId w:val="21"/>
        </w:numPr>
        <w:spacing w:after="0"/>
        <w:jc w:val="both"/>
        <w:rPr>
          <w:sz w:val="24"/>
          <w:szCs w:val="24"/>
          <w:lang w:val="ru-RU"/>
        </w:rPr>
      </w:pPr>
      <w:r w:rsidRPr="0026796A">
        <w:rPr>
          <w:rFonts w:ascii="Times New Roman" w:hAnsi="Times New Roman"/>
          <w:color w:val="000000"/>
          <w:sz w:val="24"/>
          <w:szCs w:val="24"/>
          <w:lang w:val="ru-RU"/>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F65E7C" w:rsidRPr="0026796A" w:rsidRDefault="00F65E7C" w:rsidP="00D0790B">
      <w:pPr>
        <w:numPr>
          <w:ilvl w:val="0"/>
          <w:numId w:val="21"/>
        </w:numPr>
        <w:spacing w:after="0"/>
        <w:jc w:val="both"/>
        <w:rPr>
          <w:sz w:val="24"/>
          <w:szCs w:val="24"/>
          <w:lang w:val="ru-RU"/>
        </w:rPr>
      </w:pPr>
      <w:r w:rsidRPr="0026796A">
        <w:rPr>
          <w:rFonts w:ascii="Times New Roman" w:hAnsi="Times New Roman"/>
          <w:color w:val="000000"/>
          <w:sz w:val="24"/>
          <w:szCs w:val="24"/>
          <w:lang w:val="ru-RU"/>
        </w:rPr>
        <w:t xml:space="preserve">использовать для ответов на вопросы небольшие тексты о природе и обществе; </w:t>
      </w:r>
    </w:p>
    <w:p w:rsidR="00F65E7C" w:rsidRPr="0026796A" w:rsidRDefault="00F65E7C" w:rsidP="00D0790B">
      <w:pPr>
        <w:numPr>
          <w:ilvl w:val="0"/>
          <w:numId w:val="21"/>
        </w:numPr>
        <w:spacing w:after="0"/>
        <w:jc w:val="both"/>
        <w:rPr>
          <w:sz w:val="24"/>
          <w:szCs w:val="24"/>
          <w:lang w:val="ru-RU"/>
        </w:rPr>
      </w:pPr>
      <w:r w:rsidRPr="0026796A">
        <w:rPr>
          <w:rFonts w:ascii="Times New Roman" w:hAnsi="Times New Roman"/>
          <w:color w:val="000000"/>
          <w:sz w:val="24"/>
          <w:szCs w:val="24"/>
          <w:lang w:val="ru-RU"/>
        </w:rPr>
        <w:t xml:space="preserve">оценивать ситуации, раскрывающие положительное и негативное отношение к природе; правила поведения в быту, в общественных местах; </w:t>
      </w:r>
    </w:p>
    <w:p w:rsidR="00F65E7C" w:rsidRPr="0026796A" w:rsidRDefault="00F65E7C" w:rsidP="00D0790B">
      <w:pPr>
        <w:numPr>
          <w:ilvl w:val="0"/>
          <w:numId w:val="21"/>
        </w:numPr>
        <w:spacing w:after="0"/>
        <w:jc w:val="both"/>
        <w:rPr>
          <w:sz w:val="24"/>
          <w:szCs w:val="24"/>
          <w:lang w:val="ru-RU"/>
        </w:rPr>
      </w:pPr>
      <w:r w:rsidRPr="0026796A">
        <w:rPr>
          <w:rFonts w:ascii="Times New Roman" w:hAnsi="Times New Roman"/>
          <w:color w:val="000000"/>
          <w:sz w:val="24"/>
          <w:szCs w:val="24"/>
          <w:lang w:val="ru-RU"/>
        </w:rP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rsidR="00F65E7C" w:rsidRPr="0026796A" w:rsidRDefault="00F65E7C" w:rsidP="00D0790B">
      <w:pPr>
        <w:numPr>
          <w:ilvl w:val="0"/>
          <w:numId w:val="21"/>
        </w:numPr>
        <w:spacing w:after="0"/>
        <w:jc w:val="both"/>
        <w:rPr>
          <w:sz w:val="24"/>
          <w:szCs w:val="24"/>
          <w:lang w:val="ru-RU"/>
        </w:rPr>
      </w:pPr>
      <w:r w:rsidRPr="0026796A">
        <w:rPr>
          <w:rFonts w:ascii="Times New Roman" w:hAnsi="Times New Roman"/>
          <w:color w:val="000000"/>
          <w:sz w:val="24"/>
          <w:szCs w:val="24"/>
          <w:lang w:val="ru-RU"/>
        </w:rPr>
        <w:t>соблюдать правила использования электронных средств, оснащённых экраном;</w:t>
      </w:r>
    </w:p>
    <w:p w:rsidR="00F65E7C" w:rsidRPr="0026796A" w:rsidRDefault="00F65E7C" w:rsidP="00D0790B">
      <w:pPr>
        <w:numPr>
          <w:ilvl w:val="0"/>
          <w:numId w:val="21"/>
        </w:numPr>
        <w:spacing w:after="0"/>
        <w:jc w:val="both"/>
        <w:rPr>
          <w:sz w:val="24"/>
          <w:szCs w:val="24"/>
          <w:lang w:val="ru-RU"/>
        </w:rPr>
      </w:pPr>
      <w:r w:rsidRPr="0026796A">
        <w:rPr>
          <w:rFonts w:ascii="Times New Roman" w:hAnsi="Times New Roman"/>
          <w:color w:val="000000"/>
          <w:sz w:val="24"/>
          <w:szCs w:val="24"/>
          <w:lang w:val="ru-RU"/>
        </w:rPr>
        <w:t xml:space="preserve">соблюдать правила здорового питания и личной гигиены; </w:t>
      </w:r>
    </w:p>
    <w:p w:rsidR="00F65E7C" w:rsidRPr="0026796A" w:rsidRDefault="00F65E7C" w:rsidP="00D0790B">
      <w:pPr>
        <w:numPr>
          <w:ilvl w:val="0"/>
          <w:numId w:val="21"/>
        </w:numPr>
        <w:spacing w:after="0"/>
        <w:jc w:val="both"/>
        <w:rPr>
          <w:sz w:val="24"/>
          <w:szCs w:val="24"/>
          <w:lang w:val="ru-RU"/>
        </w:rPr>
      </w:pPr>
      <w:r w:rsidRPr="0026796A">
        <w:rPr>
          <w:rFonts w:ascii="Times New Roman" w:hAnsi="Times New Roman"/>
          <w:color w:val="000000"/>
          <w:sz w:val="24"/>
          <w:szCs w:val="24"/>
          <w:lang w:val="ru-RU"/>
        </w:rPr>
        <w:t xml:space="preserve">соблюдать правила безопасного поведения пешехода; </w:t>
      </w:r>
    </w:p>
    <w:p w:rsidR="00F65E7C" w:rsidRPr="0026796A" w:rsidRDefault="00F65E7C" w:rsidP="00D0790B">
      <w:pPr>
        <w:numPr>
          <w:ilvl w:val="0"/>
          <w:numId w:val="21"/>
        </w:numPr>
        <w:spacing w:after="0"/>
        <w:jc w:val="both"/>
        <w:rPr>
          <w:sz w:val="24"/>
          <w:szCs w:val="24"/>
          <w:lang w:val="ru-RU"/>
        </w:rPr>
      </w:pPr>
      <w:r w:rsidRPr="0026796A">
        <w:rPr>
          <w:rFonts w:ascii="Times New Roman" w:hAnsi="Times New Roman"/>
          <w:color w:val="000000"/>
          <w:sz w:val="24"/>
          <w:szCs w:val="24"/>
          <w:lang w:val="ru-RU"/>
        </w:rPr>
        <w:t xml:space="preserve">соблюдать правила безопасного поведения в природе; </w:t>
      </w:r>
    </w:p>
    <w:p w:rsidR="00F65E7C" w:rsidRPr="0026796A" w:rsidRDefault="00F65E7C" w:rsidP="00D0790B">
      <w:pPr>
        <w:numPr>
          <w:ilvl w:val="0"/>
          <w:numId w:val="21"/>
        </w:numPr>
        <w:spacing w:after="0"/>
        <w:jc w:val="both"/>
        <w:rPr>
          <w:sz w:val="24"/>
          <w:szCs w:val="24"/>
          <w:lang w:val="ru-RU"/>
        </w:rPr>
      </w:pPr>
      <w:r w:rsidRPr="0026796A">
        <w:rPr>
          <w:rFonts w:ascii="Times New Roman" w:hAnsi="Times New Roman"/>
          <w:color w:val="000000"/>
          <w:sz w:val="24"/>
          <w:szCs w:val="24"/>
          <w:lang w:val="ru-RU"/>
        </w:rPr>
        <w:t>с помощью взрослых (учителя, родители) пользоваться электронным дневником и электронными ресурсами школы.</w:t>
      </w:r>
    </w:p>
    <w:p w:rsidR="00F65E7C" w:rsidRDefault="00F65E7C" w:rsidP="00F65E7C">
      <w:pPr>
        <w:spacing w:after="0"/>
        <w:ind w:left="120"/>
        <w:jc w:val="both"/>
        <w:rPr>
          <w:lang w:val="ru-RU"/>
        </w:rPr>
      </w:pPr>
    </w:p>
    <w:p w:rsidR="00703CE9" w:rsidRDefault="00703CE9" w:rsidP="00F65E7C">
      <w:pPr>
        <w:spacing w:after="0"/>
        <w:ind w:left="120"/>
        <w:jc w:val="both"/>
        <w:rPr>
          <w:lang w:val="ru-RU"/>
        </w:rPr>
      </w:pPr>
    </w:p>
    <w:p w:rsidR="00703CE9" w:rsidRPr="00745C8D" w:rsidRDefault="00703CE9" w:rsidP="00F65E7C">
      <w:pPr>
        <w:spacing w:after="0"/>
        <w:ind w:left="120"/>
        <w:jc w:val="both"/>
        <w:rPr>
          <w:lang w:val="ru-RU"/>
        </w:rPr>
      </w:pPr>
    </w:p>
    <w:p w:rsidR="00F65E7C" w:rsidRPr="00407004" w:rsidRDefault="00F65E7C" w:rsidP="00F65E7C">
      <w:pPr>
        <w:spacing w:after="0"/>
        <w:ind w:left="120"/>
        <w:jc w:val="center"/>
        <w:rPr>
          <w:rFonts w:ascii="Times New Roman" w:hAnsi="Times New Roman" w:cs="Times New Roman"/>
          <w:b/>
          <w:sz w:val="24"/>
          <w:szCs w:val="24"/>
          <w:lang w:val="ru-RU"/>
        </w:rPr>
      </w:pPr>
      <w:r w:rsidRPr="00407004">
        <w:rPr>
          <w:rFonts w:ascii="Times New Roman" w:hAnsi="Times New Roman" w:cs="Times New Roman"/>
          <w:b/>
          <w:sz w:val="24"/>
          <w:szCs w:val="24"/>
          <w:lang w:val="ru-RU"/>
        </w:rPr>
        <w:lastRenderedPageBreak/>
        <w:t>2 класс</w:t>
      </w:r>
    </w:p>
    <w:p w:rsidR="00F65E7C" w:rsidRDefault="00F65E7C" w:rsidP="00F65E7C">
      <w:pPr>
        <w:spacing w:after="0"/>
        <w:ind w:left="120"/>
        <w:jc w:val="both"/>
        <w:rPr>
          <w:rFonts w:ascii="Times New Roman" w:hAnsi="Times New Roman" w:cs="Times New Roman"/>
          <w:sz w:val="24"/>
          <w:szCs w:val="24"/>
          <w:lang w:val="ru-RU"/>
        </w:rPr>
      </w:pPr>
    </w:p>
    <w:p w:rsidR="00F65E7C" w:rsidRPr="00407004" w:rsidRDefault="00F65E7C" w:rsidP="00F65E7C">
      <w:pPr>
        <w:spacing w:after="0" w:line="240" w:lineRule="auto"/>
        <w:ind w:firstLine="227"/>
        <w:jc w:val="both"/>
        <w:rPr>
          <w:rFonts w:ascii="Times New Roman" w:eastAsia="Calibri" w:hAnsi="Times New Roman" w:cs="Times New Roman"/>
          <w:color w:val="000000"/>
          <w:sz w:val="24"/>
          <w:szCs w:val="24"/>
          <w:lang w:val="ru-RU" w:eastAsia="ru-RU"/>
        </w:rPr>
      </w:pPr>
      <w:r w:rsidRPr="00407004">
        <w:rPr>
          <w:rFonts w:ascii="Times New Roman" w:eastAsia="Calibri" w:hAnsi="Times New Roman" w:cs="Times New Roman"/>
          <w:b/>
          <w:color w:val="000000"/>
          <w:sz w:val="24"/>
          <w:szCs w:val="24"/>
          <w:lang w:val="ru-RU" w:eastAsia="ru-RU"/>
        </w:rPr>
        <w:t>Личностные результаты</w:t>
      </w:r>
    </w:p>
    <w:p w:rsidR="00F65E7C" w:rsidRPr="00407004" w:rsidRDefault="00F65E7C" w:rsidP="00F65E7C">
      <w:pPr>
        <w:spacing w:after="0" w:line="240" w:lineRule="auto"/>
        <w:ind w:firstLine="227"/>
        <w:jc w:val="both"/>
        <w:rPr>
          <w:rFonts w:ascii="Times New Roman" w:eastAsia="Calibri" w:hAnsi="Times New Roman" w:cs="Times New Roman"/>
          <w:color w:val="000000"/>
          <w:sz w:val="24"/>
          <w:szCs w:val="24"/>
          <w:lang w:val="ru-RU" w:eastAsia="ru-RU"/>
        </w:rPr>
      </w:pPr>
      <w:r w:rsidRPr="00407004">
        <w:rPr>
          <w:rFonts w:ascii="Times New Roman" w:eastAsia="Calibri" w:hAnsi="Times New Roman" w:cs="Times New Roman"/>
          <w:color w:val="000000"/>
          <w:sz w:val="24"/>
          <w:szCs w:val="24"/>
          <w:lang w:val="ru-RU" w:eastAsia="ru-RU"/>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65E7C" w:rsidRPr="00407004" w:rsidRDefault="00F65E7C" w:rsidP="00F65E7C">
      <w:pPr>
        <w:spacing w:after="0" w:line="240" w:lineRule="auto"/>
        <w:ind w:firstLine="227"/>
        <w:jc w:val="both"/>
        <w:rPr>
          <w:rFonts w:ascii="Times New Roman" w:eastAsia="Calibri" w:hAnsi="Times New Roman" w:cs="Times New Roman"/>
          <w:b/>
          <w:bCs/>
          <w:color w:val="000000"/>
          <w:sz w:val="24"/>
          <w:szCs w:val="24"/>
          <w:lang w:val="ru-RU" w:eastAsia="ru-RU"/>
        </w:rPr>
      </w:pPr>
      <w:r w:rsidRPr="00407004">
        <w:rPr>
          <w:rFonts w:ascii="Times New Roman" w:eastAsia="Calibri" w:hAnsi="Times New Roman" w:cs="Times New Roman"/>
          <w:b/>
          <w:bCs/>
          <w:color w:val="000000"/>
          <w:sz w:val="24"/>
          <w:szCs w:val="24"/>
          <w:lang w:val="ru-RU" w:eastAsia="ru-RU"/>
        </w:rPr>
        <w:t>Гражданско-патриотического воспитания:</w:t>
      </w:r>
    </w:p>
    <w:p w:rsidR="00F65E7C" w:rsidRPr="00407004" w:rsidRDefault="00F65E7C" w:rsidP="00F65E7C">
      <w:pPr>
        <w:spacing w:after="0" w:line="240" w:lineRule="auto"/>
        <w:ind w:firstLine="227"/>
        <w:jc w:val="both"/>
        <w:rPr>
          <w:rFonts w:ascii="Times New Roman" w:eastAsia="Calibri" w:hAnsi="Times New Roman" w:cs="Times New Roman"/>
          <w:color w:val="000000"/>
          <w:sz w:val="24"/>
          <w:szCs w:val="24"/>
          <w:lang w:val="ru-RU" w:eastAsia="ru-RU"/>
        </w:rPr>
      </w:pPr>
      <w:r w:rsidRPr="00407004">
        <w:rPr>
          <w:rFonts w:ascii="Times New Roman" w:eastAsia="Calibri" w:hAnsi="Times New Roman" w:cs="Times New Roman"/>
          <w:color w:val="000000"/>
          <w:sz w:val="24"/>
          <w:szCs w:val="24"/>
          <w:lang w:val="ru-RU" w:eastAsia="ru-RU"/>
        </w:rPr>
        <w:t>становление ценностного отношения к своей Родине — России; понимание особой роли многонациональной России в современном мире; </w:t>
      </w:r>
    </w:p>
    <w:p w:rsidR="00F65E7C" w:rsidRPr="00407004" w:rsidRDefault="00F65E7C" w:rsidP="00D0790B">
      <w:pPr>
        <w:numPr>
          <w:ilvl w:val="0"/>
          <w:numId w:val="40"/>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осознание своей этнокультурной и российской гражданской идентичности, принадлежности к российскому народу, к своей национальной общности;</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40"/>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40"/>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первоначальные представления о человеке как члене общества, осознание прав и ответственности человека как члена общества.</w:t>
      </w:r>
    </w:p>
    <w:p w:rsidR="00F65E7C" w:rsidRPr="00407004" w:rsidRDefault="00F65E7C" w:rsidP="00F65E7C">
      <w:pPr>
        <w:spacing w:after="0" w:line="240" w:lineRule="auto"/>
        <w:ind w:firstLine="227"/>
        <w:jc w:val="both"/>
        <w:rPr>
          <w:rFonts w:ascii="Times New Roman" w:eastAsia="Calibri" w:hAnsi="Times New Roman" w:cs="Times New Roman"/>
          <w:color w:val="000000"/>
          <w:sz w:val="24"/>
          <w:szCs w:val="24"/>
          <w:lang w:val="ru-RU" w:eastAsia="ru-RU"/>
        </w:rPr>
      </w:pPr>
      <w:r w:rsidRPr="00407004">
        <w:rPr>
          <w:rFonts w:ascii="Times New Roman" w:eastAsia="Calibri" w:hAnsi="Times New Roman" w:cs="Times New Roman"/>
          <w:b/>
          <w:bCs/>
          <w:color w:val="000000"/>
          <w:sz w:val="24"/>
          <w:szCs w:val="24"/>
          <w:lang w:val="ru-RU" w:eastAsia="ru-RU"/>
        </w:rPr>
        <w:t>Духовно-нравственного воспитания:</w:t>
      </w:r>
    </w:p>
    <w:p w:rsidR="00F65E7C" w:rsidRPr="00407004" w:rsidRDefault="00F65E7C" w:rsidP="00D0790B">
      <w:pPr>
        <w:numPr>
          <w:ilvl w:val="0"/>
          <w:numId w:val="41"/>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проявление культуры общения, уважительного отношения к людям, их взглядам, признанию их индивидуальности;</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41"/>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41"/>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65E7C" w:rsidRPr="00407004" w:rsidRDefault="00F65E7C" w:rsidP="00F65E7C">
      <w:pPr>
        <w:spacing w:after="0" w:line="240" w:lineRule="auto"/>
        <w:ind w:firstLine="227"/>
        <w:jc w:val="both"/>
        <w:rPr>
          <w:rFonts w:ascii="Times New Roman" w:eastAsia="Calibri" w:hAnsi="Times New Roman" w:cs="Times New Roman"/>
          <w:color w:val="000000"/>
          <w:sz w:val="24"/>
          <w:szCs w:val="24"/>
          <w:lang w:val="ru-RU" w:eastAsia="ru-RU"/>
        </w:rPr>
      </w:pPr>
      <w:r w:rsidRPr="00407004">
        <w:rPr>
          <w:rFonts w:ascii="Times New Roman" w:eastAsia="Calibri" w:hAnsi="Times New Roman" w:cs="Times New Roman"/>
          <w:b/>
          <w:bCs/>
          <w:color w:val="000000"/>
          <w:sz w:val="24"/>
          <w:szCs w:val="24"/>
          <w:lang w:val="ru-RU" w:eastAsia="ru-RU"/>
        </w:rPr>
        <w:t>Эстетического воспитания:</w:t>
      </w:r>
    </w:p>
    <w:p w:rsidR="00F65E7C" w:rsidRPr="00407004" w:rsidRDefault="00F65E7C" w:rsidP="00D0790B">
      <w:pPr>
        <w:numPr>
          <w:ilvl w:val="0"/>
          <w:numId w:val="42"/>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42"/>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использование полученных знаний в продуктивной и преобразующей деятельности, в разных видах художественной деятельности.</w:t>
      </w:r>
    </w:p>
    <w:p w:rsidR="00F65E7C" w:rsidRPr="00407004" w:rsidRDefault="00F65E7C" w:rsidP="00F65E7C">
      <w:pPr>
        <w:spacing w:after="0" w:line="240" w:lineRule="auto"/>
        <w:ind w:firstLine="227"/>
        <w:jc w:val="both"/>
        <w:rPr>
          <w:rFonts w:ascii="Times New Roman" w:eastAsia="Calibri" w:hAnsi="Times New Roman" w:cs="Times New Roman"/>
          <w:color w:val="000000"/>
          <w:sz w:val="24"/>
          <w:szCs w:val="24"/>
          <w:lang w:val="ru-RU" w:eastAsia="ru-RU"/>
        </w:rPr>
      </w:pPr>
      <w:r w:rsidRPr="00407004">
        <w:rPr>
          <w:rFonts w:ascii="Times New Roman" w:eastAsia="Calibri" w:hAnsi="Times New Roman" w:cs="Times New Roman"/>
          <w:b/>
          <w:bCs/>
          <w:color w:val="000000"/>
          <w:sz w:val="24"/>
          <w:szCs w:val="24"/>
          <w:lang w:val="ru-RU" w:eastAsia="ru-RU"/>
        </w:rPr>
        <w:t>Физического воспитания, формирования культуры здоровья и эмоционального благополучия:</w:t>
      </w:r>
    </w:p>
    <w:p w:rsidR="00F65E7C" w:rsidRPr="00407004" w:rsidRDefault="00F65E7C" w:rsidP="00D0790B">
      <w:pPr>
        <w:numPr>
          <w:ilvl w:val="0"/>
          <w:numId w:val="43"/>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43"/>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приобретение опыта эмоционального отношения к среде обитания, бережное отношение к физическому и психическому здоровью.</w:t>
      </w:r>
    </w:p>
    <w:p w:rsidR="00F65E7C" w:rsidRPr="00407004" w:rsidRDefault="00F65E7C" w:rsidP="00F65E7C">
      <w:pPr>
        <w:spacing w:after="0" w:line="240" w:lineRule="auto"/>
        <w:ind w:firstLine="227"/>
        <w:jc w:val="both"/>
        <w:rPr>
          <w:rFonts w:ascii="Times New Roman" w:eastAsia="Calibri" w:hAnsi="Times New Roman" w:cs="Times New Roman"/>
          <w:color w:val="000000"/>
          <w:sz w:val="24"/>
          <w:szCs w:val="24"/>
          <w:lang w:val="ru-RU" w:eastAsia="ru-RU"/>
        </w:rPr>
      </w:pPr>
      <w:r w:rsidRPr="00407004">
        <w:rPr>
          <w:rFonts w:ascii="Times New Roman" w:eastAsia="Calibri" w:hAnsi="Times New Roman" w:cs="Times New Roman"/>
          <w:b/>
          <w:bCs/>
          <w:color w:val="000000"/>
          <w:sz w:val="24"/>
          <w:szCs w:val="24"/>
          <w:lang w:val="ru-RU" w:eastAsia="ru-RU"/>
        </w:rPr>
        <w:t>Трудового воспитания:</w:t>
      </w:r>
    </w:p>
    <w:p w:rsidR="00F65E7C" w:rsidRPr="00407004" w:rsidRDefault="00F65E7C" w:rsidP="00D0790B">
      <w:pPr>
        <w:numPr>
          <w:ilvl w:val="0"/>
          <w:numId w:val="44"/>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65E7C" w:rsidRPr="00407004" w:rsidRDefault="00F65E7C" w:rsidP="00F65E7C">
      <w:pPr>
        <w:spacing w:after="0" w:line="240" w:lineRule="auto"/>
        <w:ind w:firstLine="227"/>
        <w:jc w:val="both"/>
        <w:rPr>
          <w:rFonts w:ascii="Times New Roman" w:eastAsia="Calibri" w:hAnsi="Times New Roman" w:cs="Times New Roman"/>
          <w:color w:val="000000"/>
          <w:sz w:val="24"/>
          <w:szCs w:val="24"/>
          <w:lang w:val="ru-RU" w:eastAsia="ru-RU"/>
        </w:rPr>
      </w:pPr>
      <w:r w:rsidRPr="00407004">
        <w:rPr>
          <w:rFonts w:ascii="Times New Roman" w:eastAsia="Calibri" w:hAnsi="Times New Roman" w:cs="Times New Roman"/>
          <w:b/>
          <w:bCs/>
          <w:color w:val="000000"/>
          <w:sz w:val="24"/>
          <w:szCs w:val="24"/>
          <w:lang w:val="ru-RU" w:eastAsia="ru-RU"/>
        </w:rPr>
        <w:lastRenderedPageBreak/>
        <w:t>Экологического воспитания:</w:t>
      </w:r>
    </w:p>
    <w:p w:rsidR="00F65E7C" w:rsidRPr="00407004" w:rsidRDefault="00F65E7C" w:rsidP="00D0790B">
      <w:pPr>
        <w:numPr>
          <w:ilvl w:val="0"/>
          <w:numId w:val="45"/>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F65E7C" w:rsidRPr="00407004" w:rsidRDefault="00F65E7C" w:rsidP="00F65E7C">
      <w:pPr>
        <w:spacing w:after="0" w:line="240" w:lineRule="auto"/>
        <w:jc w:val="both"/>
        <w:rPr>
          <w:rFonts w:ascii="Times New Roman" w:eastAsia="Calibri" w:hAnsi="Times New Roman" w:cs="Times New Roman"/>
          <w:color w:val="000000"/>
          <w:sz w:val="24"/>
          <w:szCs w:val="24"/>
          <w:lang w:val="ru-RU" w:eastAsia="ru-RU"/>
        </w:rPr>
      </w:pPr>
      <w:r w:rsidRPr="00407004">
        <w:rPr>
          <w:rFonts w:ascii="Times New Roman" w:eastAsia="Calibri" w:hAnsi="Times New Roman" w:cs="Times New Roman"/>
          <w:b/>
          <w:bCs/>
          <w:color w:val="000000"/>
          <w:sz w:val="24"/>
          <w:szCs w:val="24"/>
          <w:lang w:val="ru-RU" w:eastAsia="ru-RU"/>
        </w:rPr>
        <w:t>Ценности научного познания:</w:t>
      </w:r>
    </w:p>
    <w:p w:rsidR="00F65E7C" w:rsidRPr="00407004" w:rsidRDefault="00F65E7C" w:rsidP="00D0790B">
      <w:pPr>
        <w:numPr>
          <w:ilvl w:val="0"/>
          <w:numId w:val="46"/>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ориентация в деятельности на первоначальные представления о научной картине мира;</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46"/>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F65E7C" w:rsidRPr="00407004" w:rsidRDefault="00F65E7C" w:rsidP="00F65E7C">
      <w:pPr>
        <w:spacing w:after="0" w:line="240" w:lineRule="auto"/>
        <w:ind w:firstLine="227"/>
        <w:jc w:val="both"/>
        <w:rPr>
          <w:rFonts w:ascii="Times New Roman" w:eastAsia="Calibri" w:hAnsi="Times New Roman" w:cs="Times New Roman"/>
          <w:b/>
          <w:bCs/>
          <w:color w:val="000000"/>
          <w:sz w:val="24"/>
          <w:szCs w:val="24"/>
          <w:lang w:val="ru-RU" w:eastAsia="ru-RU"/>
        </w:rPr>
      </w:pPr>
      <w:r w:rsidRPr="00407004">
        <w:rPr>
          <w:rFonts w:ascii="Times New Roman" w:eastAsia="Calibri" w:hAnsi="Times New Roman" w:cs="Times New Roman"/>
          <w:b/>
          <w:bCs/>
          <w:color w:val="000000"/>
          <w:sz w:val="24"/>
          <w:szCs w:val="24"/>
          <w:lang w:val="ru-RU" w:eastAsia="ru-RU"/>
        </w:rPr>
        <w:t>Метапредметные результаты</w:t>
      </w:r>
    </w:p>
    <w:p w:rsidR="00F65E7C" w:rsidRPr="00407004" w:rsidRDefault="00F65E7C" w:rsidP="00F65E7C">
      <w:pPr>
        <w:spacing w:after="0" w:line="240" w:lineRule="auto"/>
        <w:ind w:firstLine="227"/>
        <w:jc w:val="both"/>
        <w:rPr>
          <w:rFonts w:ascii="Times New Roman" w:eastAsia="Calibri" w:hAnsi="Times New Roman" w:cs="Times New Roman"/>
          <w:b/>
          <w:bCs/>
          <w:color w:val="000000"/>
          <w:sz w:val="24"/>
          <w:szCs w:val="24"/>
          <w:lang w:val="ru-RU" w:eastAsia="ru-RU"/>
        </w:rPr>
      </w:pPr>
    </w:p>
    <w:p w:rsidR="00F65E7C" w:rsidRPr="00407004" w:rsidRDefault="00F65E7C" w:rsidP="00F65E7C">
      <w:pPr>
        <w:spacing w:after="0" w:line="240" w:lineRule="auto"/>
        <w:ind w:firstLine="227"/>
        <w:jc w:val="both"/>
        <w:rPr>
          <w:rFonts w:ascii="Times New Roman" w:eastAsia="Calibri" w:hAnsi="Times New Roman" w:cs="Times New Roman"/>
          <w:color w:val="000000"/>
          <w:sz w:val="24"/>
          <w:szCs w:val="24"/>
          <w:lang w:val="ru-RU" w:eastAsia="ru-RU"/>
        </w:rPr>
      </w:pPr>
      <w:r w:rsidRPr="00407004">
        <w:rPr>
          <w:rFonts w:ascii="Times New Roman" w:eastAsia="Calibri" w:hAnsi="Times New Roman" w:cs="Times New Roman"/>
          <w:b/>
          <w:bCs/>
          <w:color w:val="000000"/>
          <w:sz w:val="24"/>
          <w:szCs w:val="24"/>
          <w:lang w:val="ru-RU" w:eastAsia="ru-RU"/>
        </w:rPr>
        <w:t>Познавательные универсальные учебные действия:</w:t>
      </w:r>
    </w:p>
    <w:p w:rsidR="00F65E7C" w:rsidRPr="00407004" w:rsidRDefault="00F65E7C" w:rsidP="00F65E7C">
      <w:pPr>
        <w:spacing w:after="0" w:line="240" w:lineRule="auto"/>
        <w:ind w:firstLine="227"/>
        <w:jc w:val="both"/>
        <w:rPr>
          <w:rFonts w:ascii="Times New Roman" w:eastAsia="Calibri" w:hAnsi="Times New Roman" w:cs="Times New Roman"/>
          <w:color w:val="000000"/>
          <w:sz w:val="24"/>
          <w:szCs w:val="24"/>
          <w:lang w:val="ru-RU" w:eastAsia="ru-RU"/>
        </w:rPr>
      </w:pPr>
      <w:r w:rsidRPr="00407004">
        <w:rPr>
          <w:rFonts w:ascii="Times New Roman" w:eastAsia="Calibri" w:hAnsi="Times New Roman" w:cs="Times New Roman"/>
          <w:i/>
          <w:iCs/>
          <w:color w:val="000000"/>
          <w:sz w:val="24"/>
          <w:szCs w:val="24"/>
          <w:lang w:val="ru-RU" w:eastAsia="ru-RU"/>
        </w:rPr>
        <w:t>1)  Базовые логические действия:</w:t>
      </w:r>
    </w:p>
    <w:p w:rsidR="00F65E7C" w:rsidRPr="00407004" w:rsidRDefault="00F65E7C" w:rsidP="00D0790B">
      <w:pPr>
        <w:numPr>
          <w:ilvl w:val="0"/>
          <w:numId w:val="47"/>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47"/>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47"/>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сравнивать объекты окружающего мира, устанавливать основания для сравнения, устанавливать аналогии;</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47"/>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объединять части объекта (объекты) по определённому признаку;</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47"/>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определять существенный признак для классификации, классифицировать предложенные объекты;</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47"/>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находить закономерности и противоречия в рассматриваемых фактах, данных и наблюдениях на основе предложенного алгоритма;</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47"/>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выявлять недостаток информации для решения учебной (практической) задачи на основе предложенного алгоритма.</w:t>
      </w:r>
    </w:p>
    <w:p w:rsidR="00F65E7C" w:rsidRPr="00407004" w:rsidRDefault="00F65E7C" w:rsidP="00F65E7C">
      <w:pPr>
        <w:spacing w:after="0" w:line="240" w:lineRule="auto"/>
        <w:ind w:firstLine="227"/>
        <w:jc w:val="both"/>
        <w:rPr>
          <w:rFonts w:ascii="Times New Roman" w:eastAsia="Calibri" w:hAnsi="Times New Roman" w:cs="Times New Roman"/>
          <w:b/>
          <w:color w:val="000000"/>
          <w:sz w:val="24"/>
          <w:szCs w:val="24"/>
          <w:lang w:val="ru-RU" w:eastAsia="ru-RU"/>
        </w:rPr>
      </w:pPr>
      <w:r w:rsidRPr="00407004">
        <w:rPr>
          <w:rFonts w:ascii="Times New Roman" w:eastAsia="Calibri" w:hAnsi="Times New Roman" w:cs="Times New Roman"/>
          <w:b/>
          <w:i/>
          <w:iCs/>
          <w:color w:val="000000"/>
          <w:sz w:val="24"/>
          <w:szCs w:val="24"/>
          <w:lang w:val="ru-RU" w:eastAsia="ru-RU"/>
        </w:rPr>
        <w:t>2)  Базовые исследовательские действия:</w:t>
      </w:r>
    </w:p>
    <w:p w:rsidR="00F65E7C" w:rsidRPr="00407004" w:rsidRDefault="00F65E7C" w:rsidP="00D0790B">
      <w:pPr>
        <w:numPr>
          <w:ilvl w:val="0"/>
          <w:numId w:val="48"/>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48"/>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определять разницу между реальным и желательным состоянием объекта (ситуации) на основе предложенных вопросов;</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48"/>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48"/>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48"/>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48"/>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формулировать выводы и подкреплять их доказательствами на основе результатов проведённого наблюдения (опыта, измерения, исследования).</w:t>
      </w:r>
    </w:p>
    <w:p w:rsidR="00F65E7C" w:rsidRPr="00407004" w:rsidRDefault="00F65E7C" w:rsidP="00F65E7C">
      <w:pPr>
        <w:spacing w:after="0" w:line="240" w:lineRule="auto"/>
        <w:ind w:firstLine="227"/>
        <w:jc w:val="both"/>
        <w:rPr>
          <w:rFonts w:ascii="Times New Roman" w:eastAsia="Calibri" w:hAnsi="Times New Roman" w:cs="Times New Roman"/>
          <w:b/>
          <w:color w:val="000000"/>
          <w:sz w:val="24"/>
          <w:szCs w:val="24"/>
          <w:lang w:val="ru-RU" w:eastAsia="ru-RU"/>
        </w:rPr>
      </w:pPr>
      <w:r w:rsidRPr="00407004">
        <w:rPr>
          <w:rFonts w:ascii="Times New Roman" w:eastAsia="Calibri" w:hAnsi="Times New Roman" w:cs="Times New Roman"/>
          <w:b/>
          <w:i/>
          <w:iCs/>
          <w:color w:val="000000"/>
          <w:sz w:val="24"/>
          <w:szCs w:val="24"/>
          <w:lang w:val="ru-RU" w:eastAsia="ru-RU"/>
        </w:rPr>
        <w:t>3)  Работа с информацией:</w:t>
      </w:r>
    </w:p>
    <w:p w:rsidR="00F65E7C" w:rsidRPr="00407004" w:rsidRDefault="00F65E7C" w:rsidP="00D0790B">
      <w:pPr>
        <w:numPr>
          <w:ilvl w:val="0"/>
          <w:numId w:val="49"/>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lastRenderedPageBreak/>
        <w:t>использовать различные источники для поиска информации, выбирать источник получения информации с учётом учебной задачи;</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49"/>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согласно заданному алгоритму находить в предложенном источнике информацию, представленную в явном виде;</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49"/>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распознавать достоверную и недостоверную информацию самостоятельно или на основе предложенного учителем способа её проверки;</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49"/>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находить и использовать для решения учебных задач текстовую, графическую, аудиовизуальную информацию;</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49"/>
        </w:numPr>
        <w:spacing w:before="100" w:beforeAutospacing="1" w:after="100" w:afterAutospacing="1" w:line="240" w:lineRule="auto"/>
        <w:ind w:left="227"/>
        <w:jc w:val="both"/>
        <w:rPr>
          <w:rFonts w:ascii="Times New Roman" w:eastAsia="Times New Roman" w:hAnsi="Times New Roman" w:cs="Times New Roman"/>
          <w:color w:val="000000"/>
          <w:sz w:val="24"/>
          <w:szCs w:val="24"/>
        </w:rPr>
      </w:pPr>
      <w:r w:rsidRPr="00407004">
        <w:rPr>
          <w:rFonts w:ascii="Times New Roman" w:eastAsia="Times New Roman" w:hAnsi="Times New Roman" w:cs="Times New Roman"/>
          <w:color w:val="000000"/>
          <w:sz w:val="24"/>
          <w:szCs w:val="24"/>
          <w:lang w:val="ru-RU"/>
        </w:rPr>
        <w:t xml:space="preserve">читать и интерпретировать графически представленную информацию </w:t>
      </w:r>
      <w:r w:rsidRPr="00407004">
        <w:rPr>
          <w:rFonts w:ascii="Times New Roman" w:eastAsia="Times New Roman" w:hAnsi="Times New Roman" w:cs="Times New Roman"/>
          <w:color w:val="000000"/>
          <w:sz w:val="24"/>
          <w:szCs w:val="24"/>
        </w:rPr>
        <w:t>(схему, таблицу, иллюстрацию); </w:t>
      </w:r>
    </w:p>
    <w:p w:rsidR="00F65E7C" w:rsidRPr="00407004" w:rsidRDefault="00F65E7C" w:rsidP="00D0790B">
      <w:pPr>
        <w:numPr>
          <w:ilvl w:val="0"/>
          <w:numId w:val="49"/>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соблюдать правила информационной безопасности в условиях контролируемого доступа в Интернет (с помощью учителя);</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49"/>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анализировать и создавать текстовую, видео, графическую, звуковую информацию в соответствии с учебной задачей;</w:t>
      </w:r>
    </w:p>
    <w:p w:rsidR="00F65E7C" w:rsidRPr="00407004" w:rsidRDefault="00F65E7C" w:rsidP="00D0790B">
      <w:pPr>
        <w:numPr>
          <w:ilvl w:val="0"/>
          <w:numId w:val="49"/>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фиксировать полученные результаты в текстовой форме (отчёт, выступление, высказывание) и графическом виде (рисунок, схема, диаграмма).</w:t>
      </w:r>
    </w:p>
    <w:p w:rsidR="00F65E7C" w:rsidRPr="00407004" w:rsidRDefault="00F65E7C" w:rsidP="00F65E7C">
      <w:pPr>
        <w:spacing w:after="0" w:line="240" w:lineRule="auto"/>
        <w:ind w:firstLine="227"/>
        <w:jc w:val="both"/>
        <w:rPr>
          <w:rFonts w:ascii="Times New Roman" w:eastAsia="Calibri" w:hAnsi="Times New Roman" w:cs="Times New Roman"/>
          <w:color w:val="000000"/>
          <w:sz w:val="24"/>
          <w:szCs w:val="24"/>
          <w:lang w:val="ru-RU" w:eastAsia="ru-RU"/>
        </w:rPr>
      </w:pPr>
      <w:r w:rsidRPr="00407004">
        <w:rPr>
          <w:rFonts w:ascii="Times New Roman" w:eastAsia="Calibri" w:hAnsi="Times New Roman" w:cs="Times New Roman"/>
          <w:b/>
          <w:bCs/>
          <w:color w:val="000000"/>
          <w:sz w:val="24"/>
          <w:szCs w:val="24"/>
          <w:lang w:val="ru-RU" w:eastAsia="ru-RU"/>
        </w:rPr>
        <w:t>Коммуникативные универсальные учебные действия:</w:t>
      </w:r>
    </w:p>
    <w:p w:rsidR="00F65E7C" w:rsidRPr="00407004" w:rsidRDefault="00F65E7C" w:rsidP="00D0790B">
      <w:pPr>
        <w:numPr>
          <w:ilvl w:val="0"/>
          <w:numId w:val="50"/>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в процессе диалогов задавать вопросы, высказывать суждения, оценивать выступления участников;</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0"/>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0"/>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соблюдать правила ведения диалога и дискуссии; проявлять уважительное отношение к собеседнику;</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0"/>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использовать смысловое чтение для определения темы, главной мысли текста о природе, социальной жизни, взаимоотношениях и поступках людей;</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0"/>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создавать устные и письменные тексты (описание, рассуждение, повествование);</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0"/>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конструировать обобщения и выводы на основе полученных результатов наблюдений и опытной работы, подкреплять их доказательствами;</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0"/>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находить ошибки и восстанавливать деформированный текст об изученных объектах и явлениях природы, событиях социальной жизни;</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0"/>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готовить небольшие публичные выступления с возможной презентацией (текст, рисунки, фото, плакаты и др. ) к тексту выступления.</w:t>
      </w:r>
    </w:p>
    <w:p w:rsidR="00F65E7C" w:rsidRPr="00407004" w:rsidRDefault="00F65E7C" w:rsidP="00F65E7C">
      <w:pPr>
        <w:spacing w:after="0" w:line="240" w:lineRule="auto"/>
        <w:ind w:firstLine="227"/>
        <w:jc w:val="both"/>
        <w:rPr>
          <w:rFonts w:ascii="Times New Roman" w:eastAsia="Calibri" w:hAnsi="Times New Roman" w:cs="Times New Roman"/>
          <w:color w:val="000000"/>
          <w:sz w:val="24"/>
          <w:szCs w:val="24"/>
          <w:lang w:val="ru-RU" w:eastAsia="ru-RU"/>
        </w:rPr>
      </w:pPr>
      <w:r w:rsidRPr="00407004">
        <w:rPr>
          <w:rFonts w:ascii="Times New Roman" w:eastAsia="Calibri" w:hAnsi="Times New Roman" w:cs="Times New Roman"/>
          <w:b/>
          <w:bCs/>
          <w:color w:val="000000"/>
          <w:sz w:val="24"/>
          <w:szCs w:val="24"/>
          <w:lang w:val="ru-RU" w:eastAsia="ru-RU"/>
        </w:rPr>
        <w:t>Регулятивные универсальные учебные действия:</w:t>
      </w:r>
    </w:p>
    <w:p w:rsidR="00F65E7C" w:rsidRPr="00407004" w:rsidRDefault="00F65E7C" w:rsidP="00F65E7C">
      <w:pPr>
        <w:spacing w:after="0" w:line="240" w:lineRule="auto"/>
        <w:ind w:firstLine="227"/>
        <w:jc w:val="both"/>
        <w:rPr>
          <w:rFonts w:ascii="Times New Roman" w:eastAsia="Calibri" w:hAnsi="Times New Roman" w:cs="Times New Roman"/>
          <w:color w:val="000000"/>
          <w:sz w:val="24"/>
          <w:szCs w:val="24"/>
          <w:lang w:val="ru-RU" w:eastAsia="ru-RU"/>
        </w:rPr>
      </w:pPr>
      <w:r w:rsidRPr="00407004">
        <w:rPr>
          <w:rFonts w:ascii="Times New Roman" w:eastAsia="Calibri" w:hAnsi="Times New Roman" w:cs="Times New Roman"/>
          <w:i/>
          <w:iCs/>
          <w:color w:val="000000"/>
          <w:sz w:val="24"/>
          <w:szCs w:val="24"/>
          <w:lang w:val="ru-RU" w:eastAsia="ru-RU"/>
        </w:rPr>
        <w:t>1)  Самоорганизация:</w:t>
      </w:r>
    </w:p>
    <w:p w:rsidR="00F65E7C" w:rsidRPr="00407004" w:rsidRDefault="00F65E7C" w:rsidP="00D0790B">
      <w:pPr>
        <w:numPr>
          <w:ilvl w:val="0"/>
          <w:numId w:val="51"/>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планировать самостоятельно или с небольшой помощью учителя действия по решению учебной задачи;</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1"/>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выстраивать последовательность выбранных действий и операций.</w:t>
      </w:r>
    </w:p>
    <w:p w:rsidR="00F65E7C" w:rsidRPr="00407004" w:rsidRDefault="00F65E7C" w:rsidP="00F65E7C">
      <w:pPr>
        <w:spacing w:after="0" w:line="240" w:lineRule="auto"/>
        <w:ind w:firstLine="227"/>
        <w:jc w:val="both"/>
        <w:rPr>
          <w:rFonts w:ascii="Times New Roman" w:eastAsia="Calibri" w:hAnsi="Times New Roman" w:cs="Times New Roman"/>
          <w:color w:val="000000"/>
          <w:sz w:val="24"/>
          <w:szCs w:val="24"/>
          <w:lang w:val="ru-RU" w:eastAsia="ru-RU"/>
        </w:rPr>
      </w:pPr>
      <w:r w:rsidRPr="00407004">
        <w:rPr>
          <w:rFonts w:ascii="Times New Roman" w:eastAsia="Calibri" w:hAnsi="Times New Roman" w:cs="Times New Roman"/>
          <w:i/>
          <w:iCs/>
          <w:color w:val="000000"/>
          <w:sz w:val="24"/>
          <w:szCs w:val="24"/>
          <w:lang w:val="ru-RU" w:eastAsia="ru-RU"/>
        </w:rPr>
        <w:t>2)  Самоконтроль:</w:t>
      </w:r>
    </w:p>
    <w:p w:rsidR="00F65E7C" w:rsidRPr="00407004" w:rsidRDefault="00F65E7C" w:rsidP="00D0790B">
      <w:pPr>
        <w:numPr>
          <w:ilvl w:val="0"/>
          <w:numId w:val="52"/>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осуществлять контроль процесса и результата своей деятельности;</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2"/>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находить ошибки в своей работе и устанавливать их причины; корректировать свои действия при необходимости (с небольшой помощью учителя);</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2"/>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F65E7C" w:rsidRPr="00407004" w:rsidRDefault="00F65E7C" w:rsidP="00F65E7C">
      <w:pPr>
        <w:spacing w:after="0" w:line="240" w:lineRule="auto"/>
        <w:ind w:firstLine="227"/>
        <w:jc w:val="both"/>
        <w:rPr>
          <w:rFonts w:ascii="Times New Roman" w:eastAsia="Calibri" w:hAnsi="Times New Roman" w:cs="Times New Roman"/>
          <w:color w:val="000000"/>
          <w:sz w:val="24"/>
          <w:szCs w:val="24"/>
          <w:lang w:val="ru-RU" w:eastAsia="ru-RU"/>
        </w:rPr>
      </w:pPr>
      <w:r w:rsidRPr="00407004">
        <w:rPr>
          <w:rFonts w:ascii="Times New Roman" w:eastAsia="Calibri" w:hAnsi="Times New Roman" w:cs="Times New Roman"/>
          <w:i/>
          <w:iCs/>
          <w:color w:val="000000"/>
          <w:sz w:val="24"/>
          <w:szCs w:val="24"/>
          <w:lang w:val="ru-RU" w:eastAsia="ru-RU"/>
        </w:rPr>
        <w:t>3)  Самооценка</w:t>
      </w:r>
      <w:r w:rsidRPr="00407004">
        <w:rPr>
          <w:rFonts w:ascii="Times New Roman" w:eastAsia="Calibri" w:hAnsi="Times New Roman" w:cs="Times New Roman"/>
          <w:color w:val="000000"/>
          <w:sz w:val="24"/>
          <w:szCs w:val="24"/>
          <w:lang w:val="ru-RU" w:eastAsia="ru-RU"/>
        </w:rPr>
        <w:t>:</w:t>
      </w:r>
    </w:p>
    <w:p w:rsidR="00F65E7C" w:rsidRPr="00407004" w:rsidRDefault="00F65E7C" w:rsidP="00D0790B">
      <w:pPr>
        <w:numPr>
          <w:ilvl w:val="0"/>
          <w:numId w:val="53"/>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lastRenderedPageBreak/>
        <w:t>объективно оценивать результаты своей деятельности, соотносить свою оценку с оценкой учителя;</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3"/>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оценивать целесообразность выбранных способов действия, при необходимости корректировать их.</w:t>
      </w:r>
    </w:p>
    <w:p w:rsidR="00F65E7C" w:rsidRPr="00407004" w:rsidRDefault="00F65E7C" w:rsidP="00F65E7C">
      <w:pPr>
        <w:spacing w:after="0" w:line="240" w:lineRule="auto"/>
        <w:ind w:firstLine="227"/>
        <w:jc w:val="both"/>
        <w:rPr>
          <w:rFonts w:ascii="Times New Roman" w:eastAsia="Calibri" w:hAnsi="Times New Roman" w:cs="Times New Roman"/>
          <w:color w:val="000000"/>
          <w:sz w:val="24"/>
          <w:szCs w:val="24"/>
          <w:lang w:val="ru-RU" w:eastAsia="ru-RU"/>
        </w:rPr>
      </w:pPr>
      <w:r w:rsidRPr="00407004">
        <w:rPr>
          <w:rFonts w:ascii="Times New Roman" w:eastAsia="Calibri" w:hAnsi="Times New Roman" w:cs="Times New Roman"/>
          <w:b/>
          <w:bCs/>
          <w:color w:val="000000"/>
          <w:sz w:val="24"/>
          <w:szCs w:val="24"/>
          <w:lang w:val="ru-RU" w:eastAsia="ru-RU"/>
        </w:rPr>
        <w:t>Совместная деятельность:</w:t>
      </w:r>
    </w:p>
    <w:p w:rsidR="00F65E7C" w:rsidRPr="00407004" w:rsidRDefault="00F65E7C" w:rsidP="00D0790B">
      <w:pPr>
        <w:numPr>
          <w:ilvl w:val="0"/>
          <w:numId w:val="54"/>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4"/>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коллективно строить действия по достижению общей цели: распределять роли, договариваться, обсуждать процесс и результат совместной работы;</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4"/>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проявлять готовность руководить, выполнять поручения, подчиняться;</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4"/>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w:t>
      </w:r>
      <w:r w:rsidRPr="00407004">
        <w:rPr>
          <w:rFonts w:ascii="Times New Roman" w:eastAsia="Times New Roman" w:hAnsi="Times New Roman" w:cs="Times New Roman"/>
          <w:color w:val="000000"/>
          <w:sz w:val="24"/>
          <w:szCs w:val="24"/>
        </w:rPr>
        <w:t> </w:t>
      </w:r>
      <w:r w:rsidRPr="00407004">
        <w:rPr>
          <w:rFonts w:ascii="Times New Roman" w:eastAsia="Times New Roman" w:hAnsi="Times New Roman" w:cs="Times New Roman"/>
          <w:color w:val="000000"/>
          <w:sz w:val="24"/>
          <w:szCs w:val="24"/>
          <w:lang w:val="ru-RU"/>
        </w:rPr>
        <w:t xml:space="preserve"> конфликтов, при их возникновении мирно разрешать без участия взрослого;</w:t>
      </w:r>
      <w:r w:rsidRPr="00407004">
        <w:rPr>
          <w:rFonts w:ascii="Times New Roman" w:eastAsia="Times New Roman" w:hAnsi="Times New Roman" w:cs="Times New Roman"/>
          <w:color w:val="000000"/>
          <w:sz w:val="24"/>
          <w:szCs w:val="24"/>
        </w:rPr>
        <w:t> </w:t>
      </w:r>
    </w:p>
    <w:p w:rsidR="00F65E7C" w:rsidRPr="00F65E7C" w:rsidRDefault="00F65E7C" w:rsidP="00D0790B">
      <w:pPr>
        <w:numPr>
          <w:ilvl w:val="0"/>
          <w:numId w:val="54"/>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ответстве</w:t>
      </w:r>
      <w:r>
        <w:rPr>
          <w:rFonts w:ascii="Times New Roman" w:eastAsia="Times New Roman" w:hAnsi="Times New Roman" w:cs="Times New Roman"/>
          <w:color w:val="000000"/>
          <w:sz w:val="24"/>
          <w:szCs w:val="24"/>
          <w:lang w:val="ru-RU"/>
        </w:rPr>
        <w:t>нно выполнять свою часть работы.</w:t>
      </w:r>
    </w:p>
    <w:p w:rsidR="00F65E7C" w:rsidRDefault="00F65E7C" w:rsidP="00F65E7C">
      <w:pPr>
        <w:spacing w:after="0" w:line="240" w:lineRule="auto"/>
        <w:ind w:firstLine="227"/>
        <w:jc w:val="both"/>
        <w:rPr>
          <w:rFonts w:ascii="Times New Roman" w:eastAsia="Calibri" w:hAnsi="Times New Roman" w:cs="Times New Roman"/>
          <w:b/>
          <w:color w:val="000000"/>
          <w:sz w:val="24"/>
          <w:szCs w:val="24"/>
          <w:lang w:val="ru-RU" w:eastAsia="ru-RU"/>
        </w:rPr>
      </w:pPr>
      <w:r w:rsidRPr="00407004">
        <w:rPr>
          <w:rFonts w:ascii="Times New Roman" w:eastAsia="Calibri" w:hAnsi="Times New Roman" w:cs="Times New Roman"/>
          <w:b/>
          <w:color w:val="000000"/>
          <w:sz w:val="24"/>
          <w:szCs w:val="24"/>
          <w:lang w:val="ru-RU" w:eastAsia="ru-RU"/>
        </w:rPr>
        <w:t>Предметные результаты</w:t>
      </w:r>
    </w:p>
    <w:p w:rsidR="00F65E7C" w:rsidRPr="00407004" w:rsidRDefault="00F65E7C" w:rsidP="00F65E7C">
      <w:pPr>
        <w:spacing w:after="0" w:line="240" w:lineRule="auto"/>
        <w:ind w:firstLine="227"/>
        <w:jc w:val="both"/>
        <w:rPr>
          <w:rFonts w:ascii="Times New Roman" w:eastAsia="Calibri" w:hAnsi="Times New Roman" w:cs="Times New Roman"/>
          <w:b/>
          <w:color w:val="000000"/>
          <w:sz w:val="24"/>
          <w:szCs w:val="24"/>
          <w:lang w:val="ru-RU" w:eastAsia="ru-RU"/>
        </w:rPr>
      </w:pPr>
    </w:p>
    <w:p w:rsidR="00F65E7C" w:rsidRPr="00407004" w:rsidRDefault="00F65E7C" w:rsidP="00F65E7C">
      <w:pPr>
        <w:spacing w:after="0" w:line="240" w:lineRule="auto"/>
        <w:ind w:firstLine="227"/>
        <w:jc w:val="both"/>
        <w:rPr>
          <w:rFonts w:ascii="Times New Roman" w:eastAsia="Calibri" w:hAnsi="Times New Roman" w:cs="Times New Roman"/>
          <w:color w:val="000000"/>
          <w:sz w:val="24"/>
          <w:szCs w:val="24"/>
          <w:lang w:val="ru-RU" w:eastAsia="ru-RU"/>
        </w:rPr>
      </w:pPr>
      <w:r w:rsidRPr="00407004">
        <w:rPr>
          <w:rFonts w:ascii="Times New Roman" w:eastAsia="Calibri" w:hAnsi="Times New Roman" w:cs="Times New Roman"/>
          <w:color w:val="000000"/>
          <w:sz w:val="24"/>
          <w:szCs w:val="24"/>
          <w:lang w:val="ru-RU" w:eastAsia="ru-RU"/>
        </w:rPr>
        <w:t>К концу обучения во </w:t>
      </w:r>
      <w:r w:rsidRPr="00407004">
        <w:rPr>
          <w:rFonts w:ascii="Times New Roman" w:eastAsia="Calibri" w:hAnsi="Times New Roman" w:cs="Times New Roman"/>
          <w:b/>
          <w:bCs/>
          <w:color w:val="000000"/>
          <w:sz w:val="24"/>
          <w:szCs w:val="24"/>
          <w:lang w:val="ru-RU" w:eastAsia="ru-RU"/>
        </w:rPr>
        <w:t>2 классе </w:t>
      </w:r>
      <w:r w:rsidRPr="00407004">
        <w:rPr>
          <w:rFonts w:ascii="Times New Roman" w:eastAsia="Calibri" w:hAnsi="Times New Roman" w:cs="Times New Roman"/>
          <w:color w:val="000000"/>
          <w:sz w:val="24"/>
          <w:szCs w:val="24"/>
          <w:lang w:val="ru-RU" w:eastAsia="ru-RU"/>
        </w:rPr>
        <w:t>обучающийся научится:</w:t>
      </w:r>
    </w:p>
    <w:p w:rsidR="00F65E7C" w:rsidRPr="00407004" w:rsidRDefault="00F65E7C" w:rsidP="00D0790B">
      <w:pPr>
        <w:numPr>
          <w:ilvl w:val="0"/>
          <w:numId w:val="55"/>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находить Россию на карте мира, на карте России - Москву, свой регион и его главный город;</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5"/>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узнавать государственную символику Российской Федерации (гимн, герб, флаг) и своего региона;</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5"/>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5"/>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распознавать изученные объекты окружающего мира по их описанию, рисункам и фотографиям, различать их в окружающем мире;</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5"/>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5"/>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проводить, соблюдая правила безопасного труда, несложные наблюдения и опыты с природными объектами, измерения;</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5"/>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приводить примеры изученных взаимосвязей в природе, при меры, иллюстрирующие значение природы в жизни человека;</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5"/>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5"/>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описывать на основе предложенного плана или опорных слов изученные природные объекты и явления, в том числе звёзды, созвездия, планеты;</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5"/>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группировать изученные объекты живой и неживой природы по предложенным признакам;</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5"/>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сравнивать объекты живой и неживой природы на основе внешних признаков;</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5"/>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ориентироваться на местности по местным природным при знакам, Солнцу, компасу;</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5"/>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rPr>
        <w:t> </w:t>
      </w:r>
      <w:r w:rsidRPr="00407004">
        <w:rPr>
          <w:rFonts w:ascii="Times New Roman" w:eastAsia="Times New Roman" w:hAnsi="Times New Roman" w:cs="Times New Roman"/>
          <w:color w:val="000000"/>
          <w:sz w:val="24"/>
          <w:szCs w:val="24"/>
          <w:lang w:val="ru-RU"/>
        </w:rPr>
        <w:t>создавать</w:t>
      </w:r>
      <w:r w:rsidRPr="00407004">
        <w:rPr>
          <w:rFonts w:ascii="Times New Roman" w:eastAsia="Times New Roman" w:hAnsi="Times New Roman" w:cs="Times New Roman"/>
          <w:color w:val="000000"/>
          <w:sz w:val="24"/>
          <w:szCs w:val="24"/>
        </w:rPr>
        <w:t> </w:t>
      </w:r>
      <w:r w:rsidRPr="00407004">
        <w:rPr>
          <w:rFonts w:ascii="Times New Roman" w:eastAsia="Times New Roman" w:hAnsi="Times New Roman" w:cs="Times New Roman"/>
          <w:color w:val="000000"/>
          <w:sz w:val="24"/>
          <w:szCs w:val="24"/>
          <w:lang w:val="ru-RU"/>
        </w:rPr>
        <w:t xml:space="preserve"> по</w:t>
      </w:r>
      <w:r w:rsidRPr="00407004">
        <w:rPr>
          <w:rFonts w:ascii="Times New Roman" w:eastAsia="Times New Roman" w:hAnsi="Times New Roman" w:cs="Times New Roman"/>
          <w:color w:val="000000"/>
          <w:sz w:val="24"/>
          <w:szCs w:val="24"/>
        </w:rPr>
        <w:t> </w:t>
      </w:r>
      <w:r w:rsidRPr="00407004">
        <w:rPr>
          <w:rFonts w:ascii="Times New Roman" w:eastAsia="Times New Roman" w:hAnsi="Times New Roman" w:cs="Times New Roman"/>
          <w:color w:val="000000"/>
          <w:sz w:val="24"/>
          <w:szCs w:val="24"/>
          <w:lang w:val="ru-RU"/>
        </w:rPr>
        <w:t xml:space="preserve"> заданному</w:t>
      </w:r>
      <w:r w:rsidRPr="00407004">
        <w:rPr>
          <w:rFonts w:ascii="Times New Roman" w:eastAsia="Times New Roman" w:hAnsi="Times New Roman" w:cs="Times New Roman"/>
          <w:color w:val="000000"/>
          <w:sz w:val="24"/>
          <w:szCs w:val="24"/>
        </w:rPr>
        <w:t> </w:t>
      </w:r>
      <w:r w:rsidRPr="00407004">
        <w:rPr>
          <w:rFonts w:ascii="Times New Roman" w:eastAsia="Times New Roman" w:hAnsi="Times New Roman" w:cs="Times New Roman"/>
          <w:color w:val="000000"/>
          <w:sz w:val="24"/>
          <w:szCs w:val="24"/>
          <w:lang w:val="ru-RU"/>
        </w:rPr>
        <w:t xml:space="preserve"> плану</w:t>
      </w:r>
      <w:r w:rsidRPr="00407004">
        <w:rPr>
          <w:rFonts w:ascii="Times New Roman" w:eastAsia="Times New Roman" w:hAnsi="Times New Roman" w:cs="Times New Roman"/>
          <w:color w:val="000000"/>
          <w:sz w:val="24"/>
          <w:szCs w:val="24"/>
        </w:rPr>
        <w:t> </w:t>
      </w:r>
      <w:r w:rsidRPr="00407004">
        <w:rPr>
          <w:rFonts w:ascii="Times New Roman" w:eastAsia="Times New Roman" w:hAnsi="Times New Roman" w:cs="Times New Roman"/>
          <w:color w:val="000000"/>
          <w:sz w:val="24"/>
          <w:szCs w:val="24"/>
          <w:lang w:val="ru-RU"/>
        </w:rPr>
        <w:t xml:space="preserve"> развёрнутые</w:t>
      </w:r>
      <w:r w:rsidRPr="00407004">
        <w:rPr>
          <w:rFonts w:ascii="Times New Roman" w:eastAsia="Times New Roman" w:hAnsi="Times New Roman" w:cs="Times New Roman"/>
          <w:color w:val="000000"/>
          <w:sz w:val="24"/>
          <w:szCs w:val="24"/>
        </w:rPr>
        <w:t> </w:t>
      </w:r>
      <w:r w:rsidRPr="00407004">
        <w:rPr>
          <w:rFonts w:ascii="Times New Roman" w:eastAsia="Times New Roman" w:hAnsi="Times New Roman" w:cs="Times New Roman"/>
          <w:color w:val="000000"/>
          <w:sz w:val="24"/>
          <w:szCs w:val="24"/>
          <w:lang w:val="ru-RU"/>
        </w:rPr>
        <w:t xml:space="preserve"> высказывания о природе и обществе;</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5"/>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использовать для ответов на вопросы небольшие тексты о природе и обществе;</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5"/>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5"/>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lastRenderedPageBreak/>
        <w:t>соблюдать правила безопасного поведения в школе, правила безопасного поведения пассажира наземного транспорта и метро;</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5"/>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соблюдать режим дня и питания;</w:t>
      </w:r>
      <w:r w:rsidRPr="00407004">
        <w:rPr>
          <w:rFonts w:ascii="Times New Roman" w:eastAsia="Times New Roman" w:hAnsi="Times New Roman" w:cs="Times New Roman"/>
          <w:color w:val="000000"/>
          <w:sz w:val="24"/>
          <w:szCs w:val="24"/>
        </w:rPr>
        <w:t> </w:t>
      </w:r>
    </w:p>
    <w:p w:rsidR="00F65E7C" w:rsidRPr="00407004" w:rsidRDefault="00F65E7C" w:rsidP="00D0790B">
      <w:pPr>
        <w:numPr>
          <w:ilvl w:val="0"/>
          <w:numId w:val="55"/>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безопасно использовать мессенджеры Интернета в условиях контролируемого доступа в Интернет;</w:t>
      </w:r>
      <w:r w:rsidRPr="00407004">
        <w:rPr>
          <w:rFonts w:ascii="Times New Roman" w:eastAsia="Times New Roman" w:hAnsi="Times New Roman" w:cs="Times New Roman"/>
          <w:color w:val="000000"/>
          <w:sz w:val="24"/>
          <w:szCs w:val="24"/>
        </w:rPr>
        <w:t> </w:t>
      </w:r>
    </w:p>
    <w:p w:rsidR="00703CE9" w:rsidRPr="00703CE9" w:rsidRDefault="00F65E7C" w:rsidP="00D0790B">
      <w:pPr>
        <w:numPr>
          <w:ilvl w:val="0"/>
          <w:numId w:val="55"/>
        </w:numPr>
        <w:spacing w:before="100" w:beforeAutospacing="1" w:after="100" w:afterAutospacing="1" w:line="240" w:lineRule="auto"/>
        <w:ind w:left="227"/>
        <w:jc w:val="both"/>
        <w:rPr>
          <w:rFonts w:ascii="Times New Roman" w:eastAsia="Times New Roman" w:hAnsi="Times New Roman" w:cs="Times New Roman"/>
          <w:color w:val="000000"/>
          <w:sz w:val="24"/>
          <w:szCs w:val="24"/>
          <w:lang w:val="ru-RU"/>
        </w:rPr>
      </w:pPr>
      <w:r w:rsidRPr="00407004">
        <w:rPr>
          <w:rFonts w:ascii="Times New Roman" w:eastAsia="Times New Roman" w:hAnsi="Times New Roman" w:cs="Times New Roman"/>
          <w:color w:val="000000"/>
          <w:sz w:val="24"/>
          <w:szCs w:val="24"/>
          <w:lang w:val="ru-RU"/>
        </w:rPr>
        <w:t>безопасно осуществлять коммуникацию в школьных сообществах с помощью учителя в случае необходимости.</w:t>
      </w:r>
    </w:p>
    <w:p w:rsidR="00703CE9" w:rsidRDefault="00F65E7C" w:rsidP="00703CE9">
      <w:pPr>
        <w:spacing w:after="200" w:line="276" w:lineRule="auto"/>
        <w:jc w:val="center"/>
        <w:rPr>
          <w:rFonts w:ascii="Times New Roman" w:eastAsia="Times New Roman" w:hAnsi="Times New Roman" w:cs="Times New Roman"/>
          <w:b/>
          <w:sz w:val="24"/>
          <w:szCs w:val="24"/>
          <w:lang w:val="ru-RU"/>
        </w:rPr>
      </w:pPr>
      <w:r w:rsidRPr="00B052CB">
        <w:rPr>
          <w:rFonts w:ascii="Times New Roman" w:eastAsia="Times New Roman" w:hAnsi="Times New Roman" w:cs="Times New Roman"/>
          <w:b/>
          <w:sz w:val="24"/>
          <w:szCs w:val="24"/>
          <w:lang w:val="ru-RU"/>
        </w:rPr>
        <w:t>3 класс</w:t>
      </w:r>
    </w:p>
    <w:p w:rsidR="00F65E7C" w:rsidRPr="00703CE9" w:rsidRDefault="00F65E7C" w:rsidP="00703CE9">
      <w:pPr>
        <w:spacing w:after="200" w:line="276" w:lineRule="auto"/>
        <w:rPr>
          <w:rFonts w:ascii="Times New Roman" w:eastAsia="Times New Roman" w:hAnsi="Times New Roman" w:cs="Times New Roman"/>
          <w:b/>
          <w:sz w:val="24"/>
          <w:szCs w:val="24"/>
          <w:lang w:val="ru-RU"/>
        </w:rPr>
      </w:pPr>
      <w:r w:rsidRPr="00E602BC">
        <w:rPr>
          <w:rFonts w:ascii="Times New Roman" w:eastAsia="Times New Roman" w:hAnsi="Times New Roman" w:cs="Times New Roman"/>
          <w:b/>
          <w:color w:val="000000"/>
          <w:sz w:val="24"/>
          <w:szCs w:val="22"/>
          <w:lang w:val="ru-RU" w:eastAsia="ru-RU"/>
        </w:rPr>
        <w:t>Личностные результаты</w:t>
      </w:r>
    </w:p>
    <w:p w:rsidR="00F65E7C" w:rsidRPr="00C14E2F" w:rsidRDefault="00F65E7C" w:rsidP="00F65E7C">
      <w:pPr>
        <w:autoSpaceDE w:val="0"/>
        <w:autoSpaceDN w:val="0"/>
        <w:spacing w:before="346" w:after="0" w:line="276" w:lineRule="auto"/>
        <w:ind w:right="720" w:firstLine="180"/>
        <w:rPr>
          <w:rFonts w:ascii="Calibri" w:eastAsia="Times New Roman" w:hAnsi="Calibri" w:cs="Times New Roman"/>
          <w:sz w:val="22"/>
          <w:szCs w:val="22"/>
          <w:lang w:val="ru-RU" w:eastAsia="ru-RU"/>
        </w:rPr>
      </w:pPr>
      <w:r w:rsidRPr="00C14E2F">
        <w:rPr>
          <w:rFonts w:ascii="Times New Roman" w:eastAsia="Times New Roman" w:hAnsi="Times New Roman" w:cs="Times New Roman"/>
          <w:color w:val="000000"/>
          <w:sz w:val="24"/>
          <w:szCs w:val="22"/>
          <w:lang w:val="ru-RU" w:eastAsia="ru-RU"/>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65E7C" w:rsidRPr="00C14E2F" w:rsidRDefault="00F65E7C" w:rsidP="00F65E7C">
      <w:pPr>
        <w:spacing w:after="0"/>
        <w:jc w:val="both"/>
        <w:rPr>
          <w:rFonts w:ascii="Calibri" w:eastAsia="Times New Roman" w:hAnsi="Calibri"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К концу обучения в </w:t>
      </w:r>
      <w:r w:rsidRPr="00C14E2F">
        <w:rPr>
          <w:rFonts w:ascii="Times New Roman" w:eastAsia="Times New Roman" w:hAnsi="Times New Roman" w:cs="Times New Roman"/>
          <w:b/>
          <w:color w:val="000000"/>
          <w:sz w:val="24"/>
          <w:szCs w:val="24"/>
          <w:lang w:val="ru-RU" w:eastAsia="ru-RU"/>
        </w:rPr>
        <w:t xml:space="preserve">3 классе </w:t>
      </w:r>
      <w:r w:rsidRPr="00C14E2F">
        <w:rPr>
          <w:rFonts w:ascii="Times New Roman" w:eastAsia="Times New Roman" w:hAnsi="Times New Roman" w:cs="Times New Roman"/>
          <w:color w:val="000000"/>
          <w:sz w:val="24"/>
          <w:szCs w:val="24"/>
          <w:lang w:val="ru-RU" w:eastAsia="ru-RU"/>
        </w:rPr>
        <w:t>обучающийся научится:</w:t>
      </w:r>
    </w:p>
    <w:p w:rsidR="00F65E7C" w:rsidRPr="00C14E2F" w:rsidRDefault="00F65E7C" w:rsidP="00D0790B">
      <w:pPr>
        <w:numPr>
          <w:ilvl w:val="0"/>
          <w:numId w:val="64"/>
        </w:numPr>
        <w:spacing w:after="0" w:line="276" w:lineRule="auto"/>
        <w:ind w:left="0" w:firstLine="0"/>
        <w:jc w:val="both"/>
        <w:rPr>
          <w:rFonts w:ascii="Calibri" w:eastAsia="Times New Roman" w:hAnsi="Calibri"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F65E7C" w:rsidRPr="00C14E2F" w:rsidRDefault="00F65E7C" w:rsidP="00D0790B">
      <w:pPr>
        <w:numPr>
          <w:ilvl w:val="0"/>
          <w:numId w:val="64"/>
        </w:numPr>
        <w:spacing w:after="0" w:line="276" w:lineRule="auto"/>
        <w:jc w:val="both"/>
        <w:rPr>
          <w:rFonts w:ascii="Calibri" w:eastAsia="Times New Roman" w:hAnsi="Calibri"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F65E7C" w:rsidRPr="00C14E2F" w:rsidRDefault="00F65E7C" w:rsidP="00D0790B">
      <w:pPr>
        <w:numPr>
          <w:ilvl w:val="0"/>
          <w:numId w:val="64"/>
        </w:numPr>
        <w:spacing w:after="0" w:line="276" w:lineRule="auto"/>
        <w:jc w:val="both"/>
        <w:rPr>
          <w:rFonts w:ascii="Calibri" w:eastAsia="Times New Roman" w:hAnsi="Calibri"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F65E7C" w:rsidRPr="00C14E2F" w:rsidRDefault="00F65E7C" w:rsidP="00D0790B">
      <w:pPr>
        <w:numPr>
          <w:ilvl w:val="0"/>
          <w:numId w:val="64"/>
        </w:numPr>
        <w:spacing w:after="0" w:line="276" w:lineRule="auto"/>
        <w:jc w:val="both"/>
        <w:rPr>
          <w:rFonts w:ascii="Calibri" w:eastAsia="Times New Roman" w:hAnsi="Calibri"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показывать на карте мира материки, изученные страны мира; </w:t>
      </w:r>
    </w:p>
    <w:p w:rsidR="00F65E7C" w:rsidRPr="00C14E2F" w:rsidRDefault="00F65E7C" w:rsidP="00D0790B">
      <w:pPr>
        <w:numPr>
          <w:ilvl w:val="0"/>
          <w:numId w:val="64"/>
        </w:numPr>
        <w:spacing w:after="0" w:line="276" w:lineRule="auto"/>
        <w:jc w:val="both"/>
        <w:rPr>
          <w:rFonts w:ascii="Calibri" w:eastAsia="Times New Roman" w:hAnsi="Calibri"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различать расходы и доходы семейного бюджета; </w:t>
      </w:r>
    </w:p>
    <w:p w:rsidR="00F65E7C" w:rsidRPr="00C14E2F" w:rsidRDefault="00F65E7C" w:rsidP="00D0790B">
      <w:pPr>
        <w:numPr>
          <w:ilvl w:val="0"/>
          <w:numId w:val="64"/>
        </w:numPr>
        <w:spacing w:after="0" w:line="276" w:lineRule="auto"/>
        <w:jc w:val="both"/>
        <w:rPr>
          <w:rFonts w:ascii="Calibri" w:eastAsia="Times New Roman" w:hAnsi="Calibri"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распознавать изученные объекты природы по их описанию, рисункам и фотографиям, различать их в окружающем мире; </w:t>
      </w:r>
    </w:p>
    <w:p w:rsidR="00F65E7C" w:rsidRPr="00C14E2F" w:rsidRDefault="00F65E7C" w:rsidP="00D0790B">
      <w:pPr>
        <w:numPr>
          <w:ilvl w:val="0"/>
          <w:numId w:val="64"/>
        </w:numPr>
        <w:spacing w:after="0" w:line="276" w:lineRule="auto"/>
        <w:jc w:val="both"/>
        <w:rPr>
          <w:rFonts w:ascii="Calibri" w:eastAsia="Times New Roman" w:hAnsi="Calibri"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F65E7C" w:rsidRPr="00C14E2F" w:rsidRDefault="00F65E7C" w:rsidP="00D0790B">
      <w:pPr>
        <w:numPr>
          <w:ilvl w:val="0"/>
          <w:numId w:val="64"/>
        </w:numPr>
        <w:spacing w:after="0" w:line="276" w:lineRule="auto"/>
        <w:jc w:val="both"/>
        <w:rPr>
          <w:rFonts w:ascii="Calibri" w:eastAsia="Times New Roman" w:hAnsi="Calibri"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группировать изученные объекты живой и неживой природы, проводить простейшую классификацию; </w:t>
      </w:r>
    </w:p>
    <w:p w:rsidR="00F65E7C" w:rsidRPr="00C14E2F" w:rsidRDefault="00F65E7C" w:rsidP="00D0790B">
      <w:pPr>
        <w:numPr>
          <w:ilvl w:val="0"/>
          <w:numId w:val="64"/>
        </w:numPr>
        <w:spacing w:after="0" w:line="276" w:lineRule="auto"/>
        <w:jc w:val="both"/>
        <w:rPr>
          <w:rFonts w:ascii="Calibri" w:eastAsia="Times New Roman" w:hAnsi="Calibri"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сравнивать по заданному количеству признаков объекты живой и неживой природы; </w:t>
      </w:r>
    </w:p>
    <w:p w:rsidR="00F65E7C" w:rsidRPr="00C14E2F" w:rsidRDefault="00F65E7C" w:rsidP="00D0790B">
      <w:pPr>
        <w:numPr>
          <w:ilvl w:val="0"/>
          <w:numId w:val="64"/>
        </w:numPr>
        <w:spacing w:after="0" w:line="276" w:lineRule="auto"/>
        <w:jc w:val="both"/>
        <w:rPr>
          <w:rFonts w:ascii="Calibri" w:eastAsia="Times New Roman" w:hAnsi="Calibri"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F65E7C" w:rsidRPr="00C14E2F" w:rsidRDefault="00F65E7C" w:rsidP="00D0790B">
      <w:pPr>
        <w:numPr>
          <w:ilvl w:val="0"/>
          <w:numId w:val="64"/>
        </w:numPr>
        <w:spacing w:after="0" w:line="276" w:lineRule="auto"/>
        <w:jc w:val="both"/>
        <w:rPr>
          <w:rFonts w:ascii="Calibri" w:eastAsia="Times New Roman" w:hAnsi="Calibri"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использовать различные источники информации о природе и обществе для поиска и извлечения информации, ответов на вопросы; </w:t>
      </w:r>
    </w:p>
    <w:p w:rsidR="00F65E7C" w:rsidRPr="00C14E2F" w:rsidRDefault="00F65E7C" w:rsidP="00D0790B">
      <w:pPr>
        <w:numPr>
          <w:ilvl w:val="0"/>
          <w:numId w:val="64"/>
        </w:numPr>
        <w:spacing w:after="0" w:line="276" w:lineRule="auto"/>
        <w:jc w:val="both"/>
        <w:rPr>
          <w:rFonts w:ascii="Calibri" w:eastAsia="Times New Roman" w:hAnsi="Calibri"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F65E7C" w:rsidRPr="00C14E2F" w:rsidRDefault="00F65E7C" w:rsidP="00D0790B">
      <w:pPr>
        <w:numPr>
          <w:ilvl w:val="0"/>
          <w:numId w:val="64"/>
        </w:numPr>
        <w:spacing w:after="0" w:line="276" w:lineRule="auto"/>
        <w:jc w:val="both"/>
        <w:rPr>
          <w:rFonts w:ascii="Calibri" w:eastAsia="Times New Roman" w:hAnsi="Calibri"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F65E7C" w:rsidRPr="00C14E2F" w:rsidRDefault="00F65E7C" w:rsidP="00D0790B">
      <w:pPr>
        <w:numPr>
          <w:ilvl w:val="0"/>
          <w:numId w:val="64"/>
        </w:numPr>
        <w:spacing w:after="0" w:line="276" w:lineRule="auto"/>
        <w:jc w:val="both"/>
        <w:rPr>
          <w:rFonts w:ascii="Calibri" w:eastAsia="Times New Roman" w:hAnsi="Calibri"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lastRenderedPageBreak/>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F65E7C" w:rsidRPr="00C14E2F" w:rsidRDefault="00F65E7C" w:rsidP="00D0790B">
      <w:pPr>
        <w:numPr>
          <w:ilvl w:val="0"/>
          <w:numId w:val="64"/>
        </w:numPr>
        <w:spacing w:after="0" w:line="276" w:lineRule="auto"/>
        <w:jc w:val="both"/>
        <w:rPr>
          <w:rFonts w:ascii="Calibri" w:eastAsia="Times New Roman" w:hAnsi="Calibri"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соблюдать правила безопасного поведения пассажира железнодорожного, водного и авиатранспорта; </w:t>
      </w:r>
    </w:p>
    <w:p w:rsidR="00F65E7C" w:rsidRPr="00C14E2F" w:rsidRDefault="00F65E7C" w:rsidP="00D0790B">
      <w:pPr>
        <w:numPr>
          <w:ilvl w:val="0"/>
          <w:numId w:val="64"/>
        </w:numPr>
        <w:spacing w:after="0" w:line="276" w:lineRule="auto"/>
        <w:jc w:val="both"/>
        <w:rPr>
          <w:rFonts w:ascii="Calibri" w:eastAsia="Times New Roman" w:hAnsi="Calibri"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соблюдать основы здорового образа жизни, в том числе требования к двигательной активности и принципы здорового питания;</w:t>
      </w:r>
    </w:p>
    <w:p w:rsidR="00F65E7C" w:rsidRPr="00C14E2F" w:rsidRDefault="00F65E7C" w:rsidP="00D0790B">
      <w:pPr>
        <w:numPr>
          <w:ilvl w:val="0"/>
          <w:numId w:val="64"/>
        </w:numPr>
        <w:spacing w:after="0" w:line="276" w:lineRule="auto"/>
        <w:jc w:val="both"/>
        <w:rPr>
          <w:rFonts w:ascii="Calibri" w:eastAsia="Times New Roman" w:hAnsi="Calibri"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соблюдать основы профилактики заболеваний;</w:t>
      </w:r>
    </w:p>
    <w:p w:rsidR="00F65E7C" w:rsidRPr="00C14E2F" w:rsidRDefault="00F65E7C" w:rsidP="00D0790B">
      <w:pPr>
        <w:numPr>
          <w:ilvl w:val="0"/>
          <w:numId w:val="64"/>
        </w:numPr>
        <w:spacing w:after="0" w:line="276" w:lineRule="auto"/>
        <w:jc w:val="both"/>
        <w:rPr>
          <w:rFonts w:ascii="Calibri" w:eastAsia="Times New Roman" w:hAnsi="Calibri"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соблюдать правила безопасного поведения во дворе жилого дома; </w:t>
      </w:r>
    </w:p>
    <w:p w:rsidR="00F65E7C" w:rsidRPr="00C14E2F" w:rsidRDefault="00F65E7C" w:rsidP="00D0790B">
      <w:pPr>
        <w:numPr>
          <w:ilvl w:val="0"/>
          <w:numId w:val="64"/>
        </w:numPr>
        <w:spacing w:after="0" w:line="276" w:lineRule="auto"/>
        <w:jc w:val="both"/>
        <w:rPr>
          <w:rFonts w:ascii="Calibri" w:eastAsia="Times New Roman" w:hAnsi="Calibri"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соблюдать правила нравственного поведения на природе; </w:t>
      </w:r>
    </w:p>
    <w:p w:rsidR="00F65E7C" w:rsidRPr="00C14E2F" w:rsidRDefault="00F65E7C" w:rsidP="00D0790B">
      <w:pPr>
        <w:numPr>
          <w:ilvl w:val="0"/>
          <w:numId w:val="64"/>
        </w:numPr>
        <w:spacing w:after="0" w:line="276" w:lineRule="auto"/>
        <w:jc w:val="both"/>
        <w:rPr>
          <w:rFonts w:ascii="Calibri" w:eastAsia="Times New Roman" w:hAnsi="Calibri"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безопасно использовать персональные данные в условиях контролируемого доступа в информационно-телекоммуникационную сеть Интернет; </w:t>
      </w:r>
    </w:p>
    <w:p w:rsidR="00F65E7C" w:rsidRPr="00C14E2F" w:rsidRDefault="00F65E7C" w:rsidP="00D0790B">
      <w:pPr>
        <w:numPr>
          <w:ilvl w:val="0"/>
          <w:numId w:val="64"/>
        </w:numPr>
        <w:spacing w:after="0" w:line="276" w:lineRule="auto"/>
        <w:jc w:val="both"/>
        <w:rPr>
          <w:rFonts w:ascii="Calibri" w:eastAsia="Times New Roman" w:hAnsi="Calibri"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ориентироваться в возможных мошеннических действиях при общении в мессенджерах.</w:t>
      </w:r>
    </w:p>
    <w:p w:rsidR="00F65E7C" w:rsidRDefault="00703CE9" w:rsidP="00F65E7C">
      <w:pPr>
        <w:autoSpaceDE w:val="0"/>
        <w:autoSpaceDN w:val="0"/>
        <w:spacing w:before="286" w:after="0" w:line="230" w:lineRule="auto"/>
        <w:rPr>
          <w:rFonts w:ascii="Times New Roman" w:eastAsia="Times New Roman" w:hAnsi="Times New Roman" w:cs="Times New Roman"/>
          <w:b/>
          <w:color w:val="000000"/>
          <w:sz w:val="24"/>
          <w:szCs w:val="24"/>
          <w:lang w:val="ru-RU" w:eastAsia="ru-RU"/>
        </w:rPr>
      </w:pPr>
      <w:r>
        <w:rPr>
          <w:rFonts w:ascii="Times New Roman" w:eastAsia="Times New Roman" w:hAnsi="Times New Roman" w:cs="Times New Roman"/>
          <w:b/>
          <w:color w:val="000000"/>
          <w:sz w:val="24"/>
          <w:szCs w:val="24"/>
          <w:lang w:val="ru-RU" w:eastAsia="ru-RU"/>
        </w:rPr>
        <w:t>Метапредметные результаты</w:t>
      </w:r>
    </w:p>
    <w:p w:rsidR="00703CE9" w:rsidRPr="00C14E2F" w:rsidRDefault="00703CE9" w:rsidP="00F65E7C">
      <w:pPr>
        <w:autoSpaceDE w:val="0"/>
        <w:autoSpaceDN w:val="0"/>
        <w:spacing w:before="286" w:after="0" w:line="230" w:lineRule="auto"/>
        <w:rPr>
          <w:rFonts w:ascii="Times New Roman" w:eastAsia="Times New Roman" w:hAnsi="Times New Roman" w:cs="Times New Roman"/>
          <w:sz w:val="24"/>
          <w:szCs w:val="24"/>
          <w:lang w:val="ru-RU" w:eastAsia="ru-RU"/>
        </w:rPr>
      </w:pPr>
    </w:p>
    <w:p w:rsidR="00F65E7C" w:rsidRPr="00C14E2F" w:rsidRDefault="00F65E7C" w:rsidP="00F65E7C">
      <w:pPr>
        <w:spacing w:after="0"/>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b/>
          <w:color w:val="000000"/>
          <w:sz w:val="24"/>
          <w:szCs w:val="24"/>
          <w:lang w:val="ru-RU" w:eastAsia="ru-RU"/>
        </w:rPr>
        <w:t>Познавательные универсальные учебные действия:</w:t>
      </w:r>
    </w:p>
    <w:p w:rsidR="00F65E7C" w:rsidRPr="00C14E2F" w:rsidRDefault="00F65E7C" w:rsidP="00F65E7C">
      <w:pPr>
        <w:spacing w:after="0"/>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i/>
          <w:color w:val="000000"/>
          <w:sz w:val="24"/>
          <w:szCs w:val="24"/>
          <w:lang w:val="ru-RU" w:eastAsia="ru-RU"/>
        </w:rPr>
        <w:t>1) Базовые логические действия:</w:t>
      </w:r>
    </w:p>
    <w:p w:rsidR="00F65E7C" w:rsidRPr="00C14E2F" w:rsidRDefault="00F65E7C" w:rsidP="00D0790B">
      <w:pPr>
        <w:numPr>
          <w:ilvl w:val="0"/>
          <w:numId w:val="56"/>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F65E7C" w:rsidRPr="00C14E2F" w:rsidRDefault="00F65E7C" w:rsidP="00D0790B">
      <w:pPr>
        <w:numPr>
          <w:ilvl w:val="0"/>
          <w:numId w:val="56"/>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F65E7C" w:rsidRPr="00C14E2F" w:rsidRDefault="00F65E7C" w:rsidP="00D0790B">
      <w:pPr>
        <w:numPr>
          <w:ilvl w:val="0"/>
          <w:numId w:val="56"/>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сравнивать объекты окружающего мира, устанавливать основания для сравнения, устанавливать аналогии; </w:t>
      </w:r>
    </w:p>
    <w:p w:rsidR="00F65E7C" w:rsidRPr="00C14E2F" w:rsidRDefault="00F65E7C" w:rsidP="00D0790B">
      <w:pPr>
        <w:numPr>
          <w:ilvl w:val="0"/>
          <w:numId w:val="56"/>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объединять части объекта (объекты) по определённому признаку; </w:t>
      </w:r>
    </w:p>
    <w:p w:rsidR="00F65E7C" w:rsidRPr="00C14E2F" w:rsidRDefault="00F65E7C" w:rsidP="00D0790B">
      <w:pPr>
        <w:numPr>
          <w:ilvl w:val="0"/>
          <w:numId w:val="56"/>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определять существенный признак для классификации, классифицировать предложенные объекты; </w:t>
      </w:r>
    </w:p>
    <w:p w:rsidR="00F65E7C" w:rsidRPr="00C14E2F" w:rsidRDefault="00F65E7C" w:rsidP="00D0790B">
      <w:pPr>
        <w:numPr>
          <w:ilvl w:val="0"/>
          <w:numId w:val="56"/>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находить закономерности и противоречия в рассматриваемых фактах, данных и наблюдениях на основе предложенного алгоритма; </w:t>
      </w:r>
    </w:p>
    <w:p w:rsidR="00F65E7C" w:rsidRPr="00C14E2F" w:rsidRDefault="00F65E7C" w:rsidP="00D0790B">
      <w:pPr>
        <w:numPr>
          <w:ilvl w:val="0"/>
          <w:numId w:val="56"/>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выявлять недостаток информации для решения учебной (практической) задачи на основе предложенного алгоритма. </w:t>
      </w:r>
    </w:p>
    <w:p w:rsidR="00F65E7C" w:rsidRPr="00C14E2F" w:rsidRDefault="00F65E7C" w:rsidP="00F65E7C">
      <w:pPr>
        <w:spacing w:after="0"/>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i/>
          <w:color w:val="000000"/>
          <w:sz w:val="24"/>
          <w:szCs w:val="24"/>
          <w:lang w:val="ru-RU" w:eastAsia="ru-RU"/>
        </w:rPr>
        <w:t>2) Базовые исследовательские действия:</w:t>
      </w:r>
    </w:p>
    <w:p w:rsidR="00F65E7C" w:rsidRPr="00C14E2F" w:rsidRDefault="00F65E7C" w:rsidP="00D0790B">
      <w:pPr>
        <w:numPr>
          <w:ilvl w:val="0"/>
          <w:numId w:val="57"/>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проводить (по предложенному и самостоятельно составленному плану или выдвинутому предположению) наблюдения, несложные опыты; </w:t>
      </w:r>
    </w:p>
    <w:p w:rsidR="00F65E7C" w:rsidRPr="00C14E2F" w:rsidRDefault="00F65E7C" w:rsidP="00D0790B">
      <w:pPr>
        <w:numPr>
          <w:ilvl w:val="0"/>
          <w:numId w:val="57"/>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проявлять интерес к экспериментам, проводимым под руководством учителя; </w:t>
      </w:r>
    </w:p>
    <w:p w:rsidR="00F65E7C" w:rsidRPr="00C14E2F" w:rsidRDefault="00F65E7C" w:rsidP="00D0790B">
      <w:pPr>
        <w:numPr>
          <w:ilvl w:val="0"/>
          <w:numId w:val="57"/>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определять разницу между реальным и желательным состоянием объекта (ситуации) на основе предложенных вопросов; </w:t>
      </w:r>
    </w:p>
    <w:p w:rsidR="00F65E7C" w:rsidRPr="00C14E2F" w:rsidRDefault="00F65E7C" w:rsidP="00D0790B">
      <w:pPr>
        <w:numPr>
          <w:ilvl w:val="0"/>
          <w:numId w:val="57"/>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F65E7C" w:rsidRPr="00C14E2F" w:rsidRDefault="00F65E7C" w:rsidP="00D0790B">
      <w:pPr>
        <w:numPr>
          <w:ilvl w:val="0"/>
          <w:numId w:val="57"/>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w:t>
      </w:r>
      <w:r w:rsidRPr="00C14E2F">
        <w:rPr>
          <w:rFonts w:ascii="Times New Roman" w:eastAsia="Times New Roman" w:hAnsi="Times New Roman" w:cs="Times New Roman"/>
          <w:color w:val="000000"/>
          <w:sz w:val="24"/>
          <w:szCs w:val="24"/>
          <w:lang w:val="ru-RU" w:eastAsia="ru-RU"/>
        </w:rPr>
        <w:lastRenderedPageBreak/>
        <w:t xml:space="preserve">(лента времени; поведение и его последствия; коллективный труд и его результаты и др.); </w:t>
      </w:r>
    </w:p>
    <w:p w:rsidR="00F65E7C" w:rsidRPr="00C14E2F" w:rsidRDefault="00F65E7C" w:rsidP="00D0790B">
      <w:pPr>
        <w:numPr>
          <w:ilvl w:val="0"/>
          <w:numId w:val="57"/>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F65E7C" w:rsidRPr="00C14E2F" w:rsidRDefault="00F65E7C" w:rsidP="00D0790B">
      <w:pPr>
        <w:numPr>
          <w:ilvl w:val="0"/>
          <w:numId w:val="57"/>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rsidR="00F65E7C" w:rsidRPr="00C14E2F" w:rsidRDefault="00F65E7C" w:rsidP="00F65E7C">
      <w:pPr>
        <w:spacing w:after="0"/>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i/>
          <w:color w:val="000000"/>
          <w:sz w:val="24"/>
          <w:szCs w:val="24"/>
          <w:lang w:val="ru-RU" w:eastAsia="ru-RU"/>
        </w:rPr>
        <w:t>3) Работа с информацией:</w:t>
      </w:r>
    </w:p>
    <w:p w:rsidR="00F65E7C" w:rsidRPr="00C14E2F" w:rsidRDefault="00F65E7C" w:rsidP="00D0790B">
      <w:pPr>
        <w:numPr>
          <w:ilvl w:val="0"/>
          <w:numId w:val="58"/>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использовать различные источники для поиска информации, выбирать источник получения информации с учётом учебной задачи; </w:t>
      </w:r>
    </w:p>
    <w:p w:rsidR="00F65E7C" w:rsidRPr="00C14E2F" w:rsidRDefault="00F65E7C" w:rsidP="00D0790B">
      <w:pPr>
        <w:numPr>
          <w:ilvl w:val="0"/>
          <w:numId w:val="58"/>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находить в предложенном источнике информацию, представленную в явном виде, согласно заданному алгоритму; </w:t>
      </w:r>
    </w:p>
    <w:p w:rsidR="00F65E7C" w:rsidRPr="00C14E2F" w:rsidRDefault="00F65E7C" w:rsidP="00D0790B">
      <w:pPr>
        <w:numPr>
          <w:ilvl w:val="0"/>
          <w:numId w:val="58"/>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распознавать достоверную и недостоверную информацию самостоятельно или на основе предложенного учителем способа её проверки; </w:t>
      </w:r>
    </w:p>
    <w:p w:rsidR="00F65E7C" w:rsidRPr="00C14E2F" w:rsidRDefault="00F65E7C" w:rsidP="00D0790B">
      <w:pPr>
        <w:numPr>
          <w:ilvl w:val="0"/>
          <w:numId w:val="58"/>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находить и использовать для решения учебных задач текстовую, графическую, аудиовизуальную информацию; </w:t>
      </w:r>
    </w:p>
    <w:p w:rsidR="00F65E7C" w:rsidRPr="00C14E2F" w:rsidRDefault="00F65E7C" w:rsidP="00D0790B">
      <w:pPr>
        <w:numPr>
          <w:ilvl w:val="0"/>
          <w:numId w:val="58"/>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читать и интерпретировать графически представленную информацию (схему, таблицу, иллюстрацию); </w:t>
      </w:r>
    </w:p>
    <w:p w:rsidR="00F65E7C" w:rsidRPr="00C14E2F" w:rsidRDefault="00F65E7C" w:rsidP="00D0790B">
      <w:pPr>
        <w:numPr>
          <w:ilvl w:val="0"/>
          <w:numId w:val="58"/>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rsidR="00F65E7C" w:rsidRPr="00C14E2F" w:rsidRDefault="00F65E7C" w:rsidP="00D0790B">
      <w:pPr>
        <w:numPr>
          <w:ilvl w:val="0"/>
          <w:numId w:val="58"/>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анализировать и создавать текстовую, видео, графическую, звуковую информацию в соответствии с учебной задачей;</w:t>
      </w:r>
    </w:p>
    <w:p w:rsidR="00F65E7C" w:rsidRPr="00C14E2F" w:rsidRDefault="00F65E7C" w:rsidP="00D0790B">
      <w:pPr>
        <w:numPr>
          <w:ilvl w:val="0"/>
          <w:numId w:val="58"/>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фиксировать полученные результаты в текстовой форме (отчёт, выступление, высказывание) и графическом виде (рисунок, схема, диаграмма).</w:t>
      </w:r>
    </w:p>
    <w:p w:rsidR="00F65E7C" w:rsidRPr="00C14E2F" w:rsidRDefault="00F65E7C" w:rsidP="00F65E7C">
      <w:pPr>
        <w:spacing w:after="0"/>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b/>
          <w:color w:val="000000"/>
          <w:sz w:val="24"/>
          <w:szCs w:val="24"/>
          <w:lang w:val="ru-RU" w:eastAsia="ru-RU"/>
        </w:rPr>
        <w:t>Коммуникативные универсальные учебные действия:</w:t>
      </w:r>
    </w:p>
    <w:p w:rsidR="00F65E7C" w:rsidRPr="00C14E2F" w:rsidRDefault="00F65E7C" w:rsidP="00D0790B">
      <w:pPr>
        <w:numPr>
          <w:ilvl w:val="0"/>
          <w:numId w:val="59"/>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в процессе диалогов задавать вопросы, высказывать суждения, оценивать выступления участников; </w:t>
      </w:r>
    </w:p>
    <w:p w:rsidR="00F65E7C" w:rsidRPr="00C14E2F" w:rsidRDefault="00F65E7C" w:rsidP="00D0790B">
      <w:pPr>
        <w:numPr>
          <w:ilvl w:val="0"/>
          <w:numId w:val="59"/>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F65E7C" w:rsidRPr="00C14E2F" w:rsidRDefault="00F65E7C" w:rsidP="00D0790B">
      <w:pPr>
        <w:numPr>
          <w:ilvl w:val="0"/>
          <w:numId w:val="59"/>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соблюдать правила ведения диалога и дискуссии; проявлять уважительное отношение к собеседнику; </w:t>
      </w:r>
    </w:p>
    <w:p w:rsidR="00F65E7C" w:rsidRPr="00C14E2F" w:rsidRDefault="00F65E7C" w:rsidP="00D0790B">
      <w:pPr>
        <w:numPr>
          <w:ilvl w:val="0"/>
          <w:numId w:val="59"/>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F65E7C" w:rsidRPr="00C14E2F" w:rsidRDefault="00F65E7C" w:rsidP="00D0790B">
      <w:pPr>
        <w:numPr>
          <w:ilvl w:val="0"/>
          <w:numId w:val="59"/>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создавать устные и письменные тексты (описание, рассуждение, повествование); </w:t>
      </w:r>
    </w:p>
    <w:p w:rsidR="00F65E7C" w:rsidRPr="00C14E2F" w:rsidRDefault="00F65E7C" w:rsidP="00D0790B">
      <w:pPr>
        <w:numPr>
          <w:ilvl w:val="0"/>
          <w:numId w:val="59"/>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конструировать обобщения и выводы на основе полученных результатов наблюдений и опытной работы, подкреплять их доказательствами; </w:t>
      </w:r>
    </w:p>
    <w:p w:rsidR="00F65E7C" w:rsidRPr="00C14E2F" w:rsidRDefault="00F65E7C" w:rsidP="00D0790B">
      <w:pPr>
        <w:numPr>
          <w:ilvl w:val="0"/>
          <w:numId w:val="59"/>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находить ошибки и восстанавливать деформированный текст об изученных объектах и явлениях природы, событиях социальной жизни; </w:t>
      </w:r>
    </w:p>
    <w:p w:rsidR="00F65E7C" w:rsidRPr="00C14E2F" w:rsidRDefault="00F65E7C" w:rsidP="00D0790B">
      <w:pPr>
        <w:numPr>
          <w:ilvl w:val="0"/>
          <w:numId w:val="59"/>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готовить небольшие публичные выступления с возможной презентацией (текст, рисунки, фото, плакаты и др.) к тексту выступления. </w:t>
      </w:r>
    </w:p>
    <w:p w:rsidR="00F65E7C" w:rsidRPr="00C14E2F" w:rsidRDefault="00F65E7C" w:rsidP="00F65E7C">
      <w:pPr>
        <w:spacing w:after="0"/>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b/>
          <w:color w:val="000000"/>
          <w:sz w:val="24"/>
          <w:szCs w:val="24"/>
          <w:lang w:val="ru-RU" w:eastAsia="ru-RU"/>
        </w:rPr>
        <w:t>Регулятивные универсальные учебные действия:</w:t>
      </w:r>
    </w:p>
    <w:p w:rsidR="00F65E7C" w:rsidRPr="00C14E2F" w:rsidRDefault="00F65E7C" w:rsidP="00F65E7C">
      <w:pPr>
        <w:spacing w:after="0"/>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i/>
          <w:color w:val="000000"/>
          <w:sz w:val="24"/>
          <w:szCs w:val="24"/>
          <w:lang w:val="ru-RU" w:eastAsia="ru-RU"/>
        </w:rPr>
        <w:t>1) Самоорганизация:</w:t>
      </w:r>
    </w:p>
    <w:p w:rsidR="00F65E7C" w:rsidRPr="00C14E2F" w:rsidRDefault="00F65E7C" w:rsidP="00D0790B">
      <w:pPr>
        <w:numPr>
          <w:ilvl w:val="0"/>
          <w:numId w:val="60"/>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lastRenderedPageBreak/>
        <w:t xml:space="preserve">планировать самостоятельно или с небольшой помощью учителя действия по решению учебной задачи; </w:t>
      </w:r>
    </w:p>
    <w:p w:rsidR="00F65E7C" w:rsidRPr="00C14E2F" w:rsidRDefault="00F65E7C" w:rsidP="00D0790B">
      <w:pPr>
        <w:numPr>
          <w:ilvl w:val="0"/>
          <w:numId w:val="60"/>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выстраивать последовательность выбранных действий и операций.</w:t>
      </w:r>
    </w:p>
    <w:p w:rsidR="00F65E7C" w:rsidRPr="00C14E2F" w:rsidRDefault="00F65E7C" w:rsidP="00F65E7C">
      <w:pPr>
        <w:spacing w:after="0"/>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i/>
          <w:color w:val="000000"/>
          <w:sz w:val="24"/>
          <w:szCs w:val="24"/>
          <w:lang w:val="ru-RU" w:eastAsia="ru-RU"/>
        </w:rPr>
        <w:t>2) Самоконтроль и самооценка:</w:t>
      </w:r>
    </w:p>
    <w:p w:rsidR="00F65E7C" w:rsidRPr="00C14E2F" w:rsidRDefault="00F65E7C" w:rsidP="00D0790B">
      <w:pPr>
        <w:numPr>
          <w:ilvl w:val="0"/>
          <w:numId w:val="61"/>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осуществлять контроль процесса и результата своей деятельности; </w:t>
      </w:r>
    </w:p>
    <w:p w:rsidR="00F65E7C" w:rsidRPr="00C14E2F" w:rsidRDefault="00F65E7C" w:rsidP="00D0790B">
      <w:pPr>
        <w:numPr>
          <w:ilvl w:val="0"/>
          <w:numId w:val="61"/>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находить ошибки в своей работе и устанавливать их причины; </w:t>
      </w:r>
    </w:p>
    <w:p w:rsidR="00F65E7C" w:rsidRPr="00C14E2F" w:rsidRDefault="00F65E7C" w:rsidP="00D0790B">
      <w:pPr>
        <w:numPr>
          <w:ilvl w:val="0"/>
          <w:numId w:val="61"/>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корректировать свои действия при необходимости (с небольшой помощью учителя); </w:t>
      </w:r>
    </w:p>
    <w:p w:rsidR="00F65E7C" w:rsidRPr="00C14E2F" w:rsidRDefault="00F65E7C" w:rsidP="00D0790B">
      <w:pPr>
        <w:numPr>
          <w:ilvl w:val="0"/>
          <w:numId w:val="61"/>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F65E7C" w:rsidRPr="00C14E2F" w:rsidRDefault="00F65E7C" w:rsidP="00D0790B">
      <w:pPr>
        <w:numPr>
          <w:ilvl w:val="0"/>
          <w:numId w:val="61"/>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объективно оценивать результаты своей деятельности, соотносить свою оценку с оценкой учителя; </w:t>
      </w:r>
    </w:p>
    <w:p w:rsidR="00F65E7C" w:rsidRPr="00C14E2F" w:rsidRDefault="00F65E7C" w:rsidP="00D0790B">
      <w:pPr>
        <w:numPr>
          <w:ilvl w:val="0"/>
          <w:numId w:val="61"/>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оценивать целесообразность выбранных способов действия, при необходимости корректировать их. </w:t>
      </w:r>
    </w:p>
    <w:p w:rsidR="00F65E7C" w:rsidRPr="00C14E2F" w:rsidRDefault="00F65E7C" w:rsidP="00F65E7C">
      <w:pPr>
        <w:spacing w:after="0"/>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b/>
          <w:color w:val="000000"/>
          <w:sz w:val="24"/>
          <w:szCs w:val="24"/>
          <w:lang w:val="ru-RU" w:eastAsia="ru-RU"/>
        </w:rPr>
        <w:t>Совместная деятельность:</w:t>
      </w:r>
    </w:p>
    <w:p w:rsidR="00F65E7C" w:rsidRPr="00C14E2F" w:rsidRDefault="00F65E7C" w:rsidP="00D0790B">
      <w:pPr>
        <w:numPr>
          <w:ilvl w:val="0"/>
          <w:numId w:val="62"/>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F65E7C" w:rsidRPr="00C14E2F" w:rsidRDefault="00F65E7C" w:rsidP="00D0790B">
      <w:pPr>
        <w:numPr>
          <w:ilvl w:val="0"/>
          <w:numId w:val="62"/>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rsidR="00F65E7C" w:rsidRPr="00C14E2F" w:rsidRDefault="00F65E7C" w:rsidP="00D0790B">
      <w:pPr>
        <w:numPr>
          <w:ilvl w:val="0"/>
          <w:numId w:val="62"/>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проявлять готовность руководить, выполнять поручения, подчиняться; </w:t>
      </w:r>
    </w:p>
    <w:p w:rsidR="00F65E7C" w:rsidRPr="00C14E2F" w:rsidRDefault="00F65E7C" w:rsidP="00D0790B">
      <w:pPr>
        <w:numPr>
          <w:ilvl w:val="0"/>
          <w:numId w:val="62"/>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F65E7C" w:rsidRPr="00C14E2F" w:rsidRDefault="00F65E7C" w:rsidP="00D0790B">
      <w:pPr>
        <w:numPr>
          <w:ilvl w:val="0"/>
          <w:numId w:val="62"/>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ответственно выполнять свою часть работы. </w:t>
      </w:r>
    </w:p>
    <w:p w:rsidR="00703CE9" w:rsidRPr="00703CE9" w:rsidRDefault="00703CE9" w:rsidP="00F65E7C">
      <w:pPr>
        <w:autoSpaceDE w:val="0"/>
        <w:autoSpaceDN w:val="0"/>
        <w:spacing w:before="288" w:after="0" w:line="230" w:lineRule="auto"/>
        <w:rPr>
          <w:rFonts w:ascii="Times New Roman" w:eastAsia="Times New Roman" w:hAnsi="Times New Roman" w:cs="Times New Roman"/>
          <w:b/>
          <w:color w:val="000000"/>
          <w:sz w:val="24"/>
          <w:szCs w:val="24"/>
          <w:lang w:val="ru-RU" w:eastAsia="ru-RU"/>
        </w:rPr>
      </w:pPr>
      <w:r>
        <w:rPr>
          <w:rFonts w:ascii="Times New Roman" w:eastAsia="Times New Roman" w:hAnsi="Times New Roman" w:cs="Times New Roman"/>
          <w:b/>
          <w:color w:val="000000"/>
          <w:sz w:val="24"/>
          <w:szCs w:val="24"/>
          <w:lang w:val="ru-RU" w:eastAsia="ru-RU"/>
        </w:rPr>
        <w:t>Предметные результаты</w:t>
      </w:r>
    </w:p>
    <w:p w:rsidR="00F65E7C" w:rsidRPr="00C14E2F" w:rsidRDefault="00F65E7C" w:rsidP="00F65E7C">
      <w:pPr>
        <w:spacing w:after="0"/>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К концу обучения в </w:t>
      </w:r>
      <w:r w:rsidRPr="00C14E2F">
        <w:rPr>
          <w:rFonts w:ascii="Times New Roman" w:eastAsia="Times New Roman" w:hAnsi="Times New Roman" w:cs="Times New Roman"/>
          <w:b/>
          <w:color w:val="000000"/>
          <w:sz w:val="24"/>
          <w:szCs w:val="24"/>
          <w:lang w:val="ru-RU" w:eastAsia="ru-RU"/>
        </w:rPr>
        <w:t xml:space="preserve">3 классе </w:t>
      </w:r>
      <w:r w:rsidRPr="00C14E2F">
        <w:rPr>
          <w:rFonts w:ascii="Times New Roman" w:eastAsia="Times New Roman" w:hAnsi="Times New Roman" w:cs="Times New Roman"/>
          <w:color w:val="000000"/>
          <w:sz w:val="24"/>
          <w:szCs w:val="24"/>
          <w:lang w:val="ru-RU" w:eastAsia="ru-RU"/>
        </w:rPr>
        <w:t>обучающийся научится:</w:t>
      </w:r>
    </w:p>
    <w:p w:rsidR="00F65E7C" w:rsidRPr="00C14E2F" w:rsidRDefault="00F65E7C" w:rsidP="00D0790B">
      <w:pPr>
        <w:numPr>
          <w:ilvl w:val="0"/>
          <w:numId w:val="63"/>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проявлять уважение к семейным ценностям и традициям, традициям своего народа и других народов, государственным символам России; </w:t>
      </w:r>
    </w:p>
    <w:p w:rsidR="00F65E7C" w:rsidRPr="00C14E2F" w:rsidRDefault="00F65E7C" w:rsidP="00D0790B">
      <w:pPr>
        <w:numPr>
          <w:ilvl w:val="0"/>
          <w:numId w:val="63"/>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соблюдать правила нравственного поведения в социуме; </w:t>
      </w:r>
    </w:p>
    <w:p w:rsidR="00F65E7C" w:rsidRPr="00C14E2F" w:rsidRDefault="00F65E7C" w:rsidP="00D0790B">
      <w:pPr>
        <w:numPr>
          <w:ilvl w:val="0"/>
          <w:numId w:val="63"/>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показывать на физической карте изученные крупные географические объекты России (горы, равнины, реки, озёра, моря, омывающие территорию России); </w:t>
      </w:r>
    </w:p>
    <w:p w:rsidR="00F65E7C" w:rsidRPr="00C14E2F" w:rsidRDefault="00F65E7C" w:rsidP="00D0790B">
      <w:pPr>
        <w:numPr>
          <w:ilvl w:val="0"/>
          <w:numId w:val="63"/>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показывать на исторической карте места изученных исторических событий; </w:t>
      </w:r>
    </w:p>
    <w:p w:rsidR="00F65E7C" w:rsidRPr="00C14E2F" w:rsidRDefault="00F65E7C" w:rsidP="00D0790B">
      <w:pPr>
        <w:numPr>
          <w:ilvl w:val="0"/>
          <w:numId w:val="63"/>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находить место изученных событий на «ленте времени»; </w:t>
      </w:r>
    </w:p>
    <w:p w:rsidR="00F65E7C" w:rsidRPr="00C14E2F" w:rsidRDefault="00F65E7C" w:rsidP="00D0790B">
      <w:pPr>
        <w:numPr>
          <w:ilvl w:val="0"/>
          <w:numId w:val="63"/>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знать основные права и обязанности гражданина Российской Федерации; </w:t>
      </w:r>
    </w:p>
    <w:p w:rsidR="00F65E7C" w:rsidRPr="00C14E2F" w:rsidRDefault="00F65E7C" w:rsidP="00D0790B">
      <w:pPr>
        <w:numPr>
          <w:ilvl w:val="0"/>
          <w:numId w:val="63"/>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соотносить изученные исторические события и исторических деятелей с веками и периодами истории России; </w:t>
      </w:r>
    </w:p>
    <w:p w:rsidR="00F65E7C" w:rsidRPr="00C14E2F" w:rsidRDefault="00F65E7C" w:rsidP="00D0790B">
      <w:pPr>
        <w:numPr>
          <w:ilvl w:val="0"/>
          <w:numId w:val="63"/>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F65E7C" w:rsidRPr="00C14E2F" w:rsidRDefault="00F65E7C" w:rsidP="00D0790B">
      <w:pPr>
        <w:numPr>
          <w:ilvl w:val="0"/>
          <w:numId w:val="63"/>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lastRenderedPageBreak/>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F65E7C" w:rsidRPr="00C14E2F" w:rsidRDefault="00F65E7C" w:rsidP="00D0790B">
      <w:pPr>
        <w:numPr>
          <w:ilvl w:val="0"/>
          <w:numId w:val="63"/>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F65E7C" w:rsidRPr="00C14E2F" w:rsidRDefault="00F65E7C" w:rsidP="00D0790B">
      <w:pPr>
        <w:numPr>
          <w:ilvl w:val="0"/>
          <w:numId w:val="63"/>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F65E7C" w:rsidRPr="00C14E2F" w:rsidRDefault="00F65E7C" w:rsidP="00D0790B">
      <w:pPr>
        <w:numPr>
          <w:ilvl w:val="0"/>
          <w:numId w:val="63"/>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F65E7C" w:rsidRPr="00C14E2F" w:rsidRDefault="00F65E7C" w:rsidP="00D0790B">
      <w:pPr>
        <w:numPr>
          <w:ilvl w:val="0"/>
          <w:numId w:val="63"/>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сравнивать объекты живой и неживой природы на основе их внешних признаков и известных характерных свойств; </w:t>
      </w:r>
    </w:p>
    <w:p w:rsidR="00F65E7C" w:rsidRPr="00C14E2F" w:rsidRDefault="00F65E7C" w:rsidP="00D0790B">
      <w:pPr>
        <w:numPr>
          <w:ilvl w:val="0"/>
          <w:numId w:val="63"/>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F65E7C" w:rsidRPr="00C14E2F" w:rsidRDefault="00F65E7C" w:rsidP="00D0790B">
      <w:pPr>
        <w:numPr>
          <w:ilvl w:val="0"/>
          <w:numId w:val="63"/>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называть наиболее значимые природные объекты Всемирного наследия в России и за рубежом (в пределах изученного);</w:t>
      </w:r>
    </w:p>
    <w:p w:rsidR="00F65E7C" w:rsidRPr="00C14E2F" w:rsidRDefault="00F65E7C" w:rsidP="00D0790B">
      <w:pPr>
        <w:numPr>
          <w:ilvl w:val="0"/>
          <w:numId w:val="63"/>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называть экологические проблемы и определять пути их решения; </w:t>
      </w:r>
    </w:p>
    <w:p w:rsidR="00F65E7C" w:rsidRPr="00C14E2F" w:rsidRDefault="00F65E7C" w:rsidP="00D0790B">
      <w:pPr>
        <w:numPr>
          <w:ilvl w:val="0"/>
          <w:numId w:val="63"/>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создавать по заданному плану собственные развёрнутые высказывания о природе и обществе; </w:t>
      </w:r>
    </w:p>
    <w:p w:rsidR="00F65E7C" w:rsidRPr="00C14E2F" w:rsidRDefault="00F65E7C" w:rsidP="00D0790B">
      <w:pPr>
        <w:numPr>
          <w:ilvl w:val="0"/>
          <w:numId w:val="63"/>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использовать различные источники информации для поиска и извлечения информации, ответов на вопросы; </w:t>
      </w:r>
    </w:p>
    <w:p w:rsidR="00F65E7C" w:rsidRPr="00C14E2F" w:rsidRDefault="00F65E7C" w:rsidP="00D0790B">
      <w:pPr>
        <w:numPr>
          <w:ilvl w:val="0"/>
          <w:numId w:val="63"/>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соблюдать правила нравственного поведения на природе; </w:t>
      </w:r>
    </w:p>
    <w:p w:rsidR="00F65E7C" w:rsidRPr="00C14E2F" w:rsidRDefault="00F65E7C" w:rsidP="00D0790B">
      <w:pPr>
        <w:numPr>
          <w:ilvl w:val="0"/>
          <w:numId w:val="63"/>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осознавать возможные последствия вредных привычек для здоровья и жизни человека; </w:t>
      </w:r>
    </w:p>
    <w:p w:rsidR="00F65E7C" w:rsidRPr="00C14E2F" w:rsidRDefault="00F65E7C" w:rsidP="00D0790B">
      <w:pPr>
        <w:numPr>
          <w:ilvl w:val="0"/>
          <w:numId w:val="63"/>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F65E7C" w:rsidRPr="00C14E2F" w:rsidRDefault="00F65E7C" w:rsidP="00D0790B">
      <w:pPr>
        <w:numPr>
          <w:ilvl w:val="0"/>
          <w:numId w:val="63"/>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соблюдать правила безопасного поведения при езде на велосипеде, самокате; </w:t>
      </w:r>
    </w:p>
    <w:p w:rsidR="00F65E7C" w:rsidRPr="00C14E2F" w:rsidRDefault="00F65E7C" w:rsidP="00D0790B">
      <w:pPr>
        <w:numPr>
          <w:ilvl w:val="0"/>
          <w:numId w:val="63"/>
        </w:numPr>
        <w:spacing w:after="0" w:line="276" w:lineRule="auto"/>
        <w:jc w:val="both"/>
        <w:rPr>
          <w:rFonts w:ascii="Times New Roman" w:eastAsia="Times New Roman" w:hAnsi="Times New Roman"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F65E7C" w:rsidRPr="00C14E2F" w:rsidRDefault="00F65E7C" w:rsidP="00D0790B">
      <w:pPr>
        <w:numPr>
          <w:ilvl w:val="0"/>
          <w:numId w:val="63"/>
        </w:numPr>
        <w:spacing w:after="0" w:line="276" w:lineRule="auto"/>
        <w:jc w:val="both"/>
        <w:rPr>
          <w:rFonts w:ascii="Calibri" w:eastAsia="Times New Roman" w:hAnsi="Calibri" w:cs="Times New Roman"/>
          <w:sz w:val="24"/>
          <w:szCs w:val="24"/>
          <w:lang w:val="ru-RU" w:eastAsia="ru-RU"/>
        </w:rPr>
      </w:pPr>
      <w:r w:rsidRPr="00C14E2F">
        <w:rPr>
          <w:rFonts w:ascii="Times New Roman" w:eastAsia="Times New Roman" w:hAnsi="Times New Roman" w:cs="Times New Roman"/>
          <w:color w:val="000000"/>
          <w:sz w:val="24"/>
          <w:szCs w:val="24"/>
          <w:lang w:val="ru-RU" w:eastAsia="ru-RU"/>
        </w:rPr>
        <w:t xml:space="preserve">соблюдать правила безопасного для здоровья использования электронных образовательных и информационных ресурсов. </w:t>
      </w:r>
    </w:p>
    <w:p w:rsidR="00F65E7C" w:rsidRDefault="00F65E7C" w:rsidP="00F65E7C">
      <w:pPr>
        <w:spacing w:after="0"/>
        <w:ind w:left="120"/>
        <w:jc w:val="both"/>
        <w:rPr>
          <w:rFonts w:ascii="Times New Roman" w:hAnsi="Times New Roman" w:cs="Times New Roman"/>
          <w:sz w:val="24"/>
          <w:szCs w:val="24"/>
          <w:lang w:val="ru-RU"/>
        </w:rPr>
      </w:pPr>
    </w:p>
    <w:p w:rsidR="00F65E7C" w:rsidRDefault="00F65E7C" w:rsidP="00F65E7C">
      <w:pPr>
        <w:spacing w:after="0"/>
        <w:ind w:left="120"/>
        <w:jc w:val="center"/>
        <w:rPr>
          <w:rFonts w:ascii="Times New Roman" w:hAnsi="Times New Roman" w:cs="Times New Roman"/>
          <w:b/>
          <w:sz w:val="24"/>
          <w:szCs w:val="24"/>
          <w:lang w:val="ru-RU"/>
        </w:rPr>
      </w:pPr>
      <w:r w:rsidRPr="00C14E2F">
        <w:rPr>
          <w:rFonts w:ascii="Times New Roman" w:hAnsi="Times New Roman" w:cs="Times New Roman"/>
          <w:b/>
          <w:sz w:val="24"/>
          <w:szCs w:val="24"/>
          <w:lang w:val="ru-RU"/>
        </w:rPr>
        <w:t>4 класс</w:t>
      </w:r>
    </w:p>
    <w:p w:rsidR="00F65E7C" w:rsidRDefault="00F65E7C" w:rsidP="00F65E7C">
      <w:pPr>
        <w:spacing w:after="0"/>
        <w:ind w:left="120"/>
        <w:jc w:val="center"/>
        <w:rPr>
          <w:rFonts w:ascii="Times New Roman" w:hAnsi="Times New Roman" w:cs="Times New Roman"/>
          <w:b/>
          <w:sz w:val="24"/>
          <w:szCs w:val="24"/>
          <w:lang w:val="ru-RU"/>
        </w:rPr>
      </w:pPr>
    </w:p>
    <w:p w:rsidR="00F65E7C" w:rsidRPr="00C14E2F" w:rsidRDefault="00F65E7C" w:rsidP="00F65E7C">
      <w:pPr>
        <w:spacing w:after="0"/>
        <w:ind w:left="120"/>
        <w:rPr>
          <w:rFonts w:ascii="Times New Roman" w:hAnsi="Times New Roman" w:cs="Times New Roman"/>
          <w:b/>
          <w:sz w:val="24"/>
          <w:szCs w:val="24"/>
          <w:lang w:val="ru-RU"/>
        </w:rPr>
      </w:pPr>
    </w:p>
    <w:p w:rsidR="00F65E7C" w:rsidRPr="00B907FD" w:rsidRDefault="00703CE9" w:rsidP="00F65E7C">
      <w:pPr>
        <w:spacing w:after="0"/>
        <w:ind w:left="120"/>
        <w:rPr>
          <w:rFonts w:ascii="Times New Roman" w:eastAsia="Calibri" w:hAnsi="Times New Roman" w:cs="Times New Roman"/>
          <w:sz w:val="24"/>
          <w:szCs w:val="24"/>
          <w:lang w:val="ru-RU"/>
        </w:rPr>
      </w:pPr>
      <w:r>
        <w:rPr>
          <w:rFonts w:ascii="Times New Roman" w:eastAsia="Calibri" w:hAnsi="Times New Roman" w:cs="Times New Roman"/>
          <w:b/>
          <w:color w:val="000000"/>
          <w:sz w:val="24"/>
          <w:szCs w:val="24"/>
          <w:lang w:val="ru-RU"/>
        </w:rPr>
        <w:t>Личностные результаты</w:t>
      </w:r>
    </w:p>
    <w:p w:rsidR="00F65E7C" w:rsidRPr="00B907FD" w:rsidRDefault="00F65E7C" w:rsidP="00F65E7C">
      <w:pPr>
        <w:spacing w:after="0"/>
        <w:ind w:firstLine="600"/>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65E7C" w:rsidRPr="00B907FD" w:rsidRDefault="00F65E7C" w:rsidP="00F65E7C">
      <w:pPr>
        <w:spacing w:after="0"/>
        <w:ind w:firstLine="600"/>
        <w:jc w:val="both"/>
        <w:rPr>
          <w:rFonts w:ascii="Times New Roman" w:eastAsia="Calibri" w:hAnsi="Times New Roman" w:cs="Times New Roman"/>
          <w:sz w:val="24"/>
          <w:szCs w:val="24"/>
        </w:rPr>
      </w:pPr>
      <w:r w:rsidRPr="00B907FD">
        <w:rPr>
          <w:rFonts w:ascii="Times New Roman" w:eastAsia="Calibri" w:hAnsi="Times New Roman" w:cs="Times New Roman"/>
          <w:b/>
          <w:color w:val="000000"/>
          <w:sz w:val="24"/>
          <w:szCs w:val="24"/>
        </w:rPr>
        <w:lastRenderedPageBreak/>
        <w:t>Гражданско-патриотического воспитания:</w:t>
      </w:r>
    </w:p>
    <w:p w:rsidR="00F65E7C" w:rsidRPr="00B907FD" w:rsidRDefault="00F65E7C" w:rsidP="00D0790B">
      <w:pPr>
        <w:numPr>
          <w:ilvl w:val="0"/>
          <w:numId w:val="65"/>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становление ценностного отношения к своей Родине – России; понимание особой роли многонациональной России в современном мире; </w:t>
      </w:r>
    </w:p>
    <w:p w:rsidR="00F65E7C" w:rsidRPr="00B907FD" w:rsidRDefault="00F65E7C" w:rsidP="00D0790B">
      <w:pPr>
        <w:numPr>
          <w:ilvl w:val="0"/>
          <w:numId w:val="65"/>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F65E7C" w:rsidRPr="00B907FD" w:rsidRDefault="00F65E7C" w:rsidP="00D0790B">
      <w:pPr>
        <w:numPr>
          <w:ilvl w:val="0"/>
          <w:numId w:val="65"/>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сопричастность к прошлому, настоящему и будущему своей страны и родного края; </w:t>
      </w:r>
    </w:p>
    <w:p w:rsidR="00F65E7C" w:rsidRPr="00B907FD" w:rsidRDefault="00F65E7C" w:rsidP="00D0790B">
      <w:pPr>
        <w:numPr>
          <w:ilvl w:val="0"/>
          <w:numId w:val="65"/>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проявление интереса к истории и многонациональной культуре своей страны, уважения к своему и другим народам; </w:t>
      </w:r>
    </w:p>
    <w:p w:rsidR="00F65E7C" w:rsidRPr="00B907FD" w:rsidRDefault="00F65E7C" w:rsidP="00D0790B">
      <w:pPr>
        <w:numPr>
          <w:ilvl w:val="0"/>
          <w:numId w:val="65"/>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первоначальные представления о человеке как члене общества, осознание прав и ответственности человека как члена общества.</w:t>
      </w:r>
    </w:p>
    <w:p w:rsidR="00F65E7C" w:rsidRPr="00B907FD" w:rsidRDefault="00F65E7C" w:rsidP="00F65E7C">
      <w:pPr>
        <w:spacing w:after="0"/>
        <w:ind w:firstLine="600"/>
        <w:jc w:val="both"/>
        <w:rPr>
          <w:rFonts w:ascii="Times New Roman" w:eastAsia="Calibri" w:hAnsi="Times New Roman" w:cs="Times New Roman"/>
          <w:sz w:val="24"/>
          <w:szCs w:val="24"/>
        </w:rPr>
      </w:pPr>
      <w:r w:rsidRPr="00B907FD">
        <w:rPr>
          <w:rFonts w:ascii="Times New Roman" w:eastAsia="Calibri" w:hAnsi="Times New Roman" w:cs="Times New Roman"/>
          <w:b/>
          <w:color w:val="000000"/>
          <w:sz w:val="24"/>
          <w:szCs w:val="24"/>
        </w:rPr>
        <w:t>Духовно-нравственного воспитания:</w:t>
      </w:r>
    </w:p>
    <w:p w:rsidR="00F65E7C" w:rsidRPr="00B907FD" w:rsidRDefault="00F65E7C" w:rsidP="00D0790B">
      <w:pPr>
        <w:numPr>
          <w:ilvl w:val="0"/>
          <w:numId w:val="66"/>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проявление культуры общения, уважительного отношения к людям, их взглядам, признанию их индивидуальности; </w:t>
      </w:r>
    </w:p>
    <w:p w:rsidR="00F65E7C" w:rsidRPr="00B907FD" w:rsidRDefault="00F65E7C" w:rsidP="00D0790B">
      <w:pPr>
        <w:numPr>
          <w:ilvl w:val="0"/>
          <w:numId w:val="66"/>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F65E7C" w:rsidRPr="00B907FD" w:rsidRDefault="00F65E7C" w:rsidP="00D0790B">
      <w:pPr>
        <w:numPr>
          <w:ilvl w:val="0"/>
          <w:numId w:val="66"/>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F65E7C" w:rsidRPr="00B907FD" w:rsidRDefault="00F65E7C" w:rsidP="00F65E7C">
      <w:pPr>
        <w:spacing w:after="0"/>
        <w:ind w:firstLine="600"/>
        <w:jc w:val="both"/>
        <w:rPr>
          <w:rFonts w:ascii="Times New Roman" w:eastAsia="Calibri" w:hAnsi="Times New Roman" w:cs="Times New Roman"/>
          <w:sz w:val="24"/>
          <w:szCs w:val="24"/>
        </w:rPr>
      </w:pPr>
      <w:r w:rsidRPr="00B907FD">
        <w:rPr>
          <w:rFonts w:ascii="Times New Roman" w:eastAsia="Calibri" w:hAnsi="Times New Roman" w:cs="Times New Roman"/>
          <w:b/>
          <w:color w:val="000000"/>
          <w:sz w:val="24"/>
          <w:szCs w:val="24"/>
        </w:rPr>
        <w:t>Эстетического воспитания:</w:t>
      </w:r>
    </w:p>
    <w:p w:rsidR="00F65E7C" w:rsidRPr="00B907FD" w:rsidRDefault="00F65E7C" w:rsidP="00D0790B">
      <w:pPr>
        <w:numPr>
          <w:ilvl w:val="0"/>
          <w:numId w:val="67"/>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F65E7C" w:rsidRPr="00B907FD" w:rsidRDefault="00F65E7C" w:rsidP="00D0790B">
      <w:pPr>
        <w:numPr>
          <w:ilvl w:val="0"/>
          <w:numId w:val="67"/>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использование полученных знаний в продуктивной и преобразующей деятельности, в разных видах художественной деятельности. </w:t>
      </w:r>
    </w:p>
    <w:p w:rsidR="00F65E7C" w:rsidRPr="00B907FD" w:rsidRDefault="00F65E7C" w:rsidP="00F65E7C">
      <w:pPr>
        <w:spacing w:after="0"/>
        <w:ind w:firstLine="600"/>
        <w:jc w:val="both"/>
        <w:rPr>
          <w:rFonts w:ascii="Times New Roman" w:eastAsia="Calibri" w:hAnsi="Times New Roman" w:cs="Times New Roman"/>
          <w:sz w:val="24"/>
          <w:szCs w:val="24"/>
          <w:lang w:val="ru-RU"/>
        </w:rPr>
      </w:pPr>
      <w:r w:rsidRPr="00B907FD">
        <w:rPr>
          <w:rFonts w:ascii="Times New Roman" w:eastAsia="Calibri" w:hAnsi="Times New Roman" w:cs="Times New Roman"/>
          <w:b/>
          <w:color w:val="000000"/>
          <w:sz w:val="24"/>
          <w:szCs w:val="24"/>
          <w:lang w:val="ru-RU"/>
        </w:rPr>
        <w:t>Физического воспитания, формирования культуры здоровья и эмоционального благополучия:</w:t>
      </w:r>
    </w:p>
    <w:p w:rsidR="00F65E7C" w:rsidRPr="00B907FD" w:rsidRDefault="00F65E7C" w:rsidP="00D0790B">
      <w:pPr>
        <w:numPr>
          <w:ilvl w:val="0"/>
          <w:numId w:val="68"/>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F65E7C" w:rsidRPr="00B907FD" w:rsidRDefault="00F65E7C" w:rsidP="00D0790B">
      <w:pPr>
        <w:numPr>
          <w:ilvl w:val="0"/>
          <w:numId w:val="68"/>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приобретение опыта эмоционального отношения к среде обитания, бережное отношение к физическому и психическому здоровью. </w:t>
      </w:r>
    </w:p>
    <w:p w:rsidR="00F65E7C" w:rsidRPr="00B907FD" w:rsidRDefault="00F65E7C" w:rsidP="00F65E7C">
      <w:pPr>
        <w:spacing w:after="0"/>
        <w:ind w:firstLine="600"/>
        <w:jc w:val="both"/>
        <w:rPr>
          <w:rFonts w:ascii="Times New Roman" w:eastAsia="Calibri" w:hAnsi="Times New Roman" w:cs="Times New Roman"/>
          <w:sz w:val="24"/>
          <w:szCs w:val="24"/>
        </w:rPr>
      </w:pPr>
      <w:r w:rsidRPr="00B907FD">
        <w:rPr>
          <w:rFonts w:ascii="Times New Roman" w:eastAsia="Calibri" w:hAnsi="Times New Roman" w:cs="Times New Roman"/>
          <w:b/>
          <w:color w:val="000000"/>
          <w:sz w:val="24"/>
          <w:szCs w:val="24"/>
        </w:rPr>
        <w:t>Трудового воспитания:</w:t>
      </w:r>
    </w:p>
    <w:p w:rsidR="00F65E7C" w:rsidRPr="00B907FD" w:rsidRDefault="00F65E7C" w:rsidP="00D0790B">
      <w:pPr>
        <w:numPr>
          <w:ilvl w:val="0"/>
          <w:numId w:val="69"/>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F65E7C" w:rsidRPr="00B907FD" w:rsidRDefault="00F65E7C" w:rsidP="00F65E7C">
      <w:pPr>
        <w:spacing w:after="0"/>
        <w:ind w:firstLine="600"/>
        <w:jc w:val="both"/>
        <w:rPr>
          <w:rFonts w:ascii="Times New Roman" w:eastAsia="Calibri" w:hAnsi="Times New Roman" w:cs="Times New Roman"/>
          <w:sz w:val="24"/>
          <w:szCs w:val="24"/>
        </w:rPr>
      </w:pPr>
      <w:r w:rsidRPr="00B907FD">
        <w:rPr>
          <w:rFonts w:ascii="Times New Roman" w:eastAsia="Calibri" w:hAnsi="Times New Roman" w:cs="Times New Roman"/>
          <w:b/>
          <w:color w:val="000000"/>
          <w:sz w:val="24"/>
          <w:szCs w:val="24"/>
        </w:rPr>
        <w:t>Экологического воспитания:</w:t>
      </w:r>
    </w:p>
    <w:p w:rsidR="00F65E7C" w:rsidRPr="00B907FD" w:rsidRDefault="00F65E7C" w:rsidP="00D0790B">
      <w:pPr>
        <w:numPr>
          <w:ilvl w:val="0"/>
          <w:numId w:val="70"/>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F65E7C" w:rsidRPr="00B907FD" w:rsidRDefault="00F65E7C" w:rsidP="00F65E7C">
      <w:pPr>
        <w:spacing w:after="0"/>
        <w:ind w:firstLine="600"/>
        <w:jc w:val="both"/>
        <w:rPr>
          <w:rFonts w:ascii="Times New Roman" w:eastAsia="Calibri" w:hAnsi="Times New Roman" w:cs="Times New Roman"/>
          <w:sz w:val="24"/>
          <w:szCs w:val="24"/>
        </w:rPr>
      </w:pPr>
      <w:r w:rsidRPr="00B907FD">
        <w:rPr>
          <w:rFonts w:ascii="Times New Roman" w:eastAsia="Calibri" w:hAnsi="Times New Roman" w:cs="Times New Roman"/>
          <w:b/>
          <w:color w:val="000000"/>
          <w:sz w:val="24"/>
          <w:szCs w:val="24"/>
        </w:rPr>
        <w:t>Ценности научного познания:</w:t>
      </w:r>
    </w:p>
    <w:p w:rsidR="00F65E7C" w:rsidRPr="00B907FD" w:rsidRDefault="00F65E7C" w:rsidP="00D0790B">
      <w:pPr>
        <w:numPr>
          <w:ilvl w:val="0"/>
          <w:numId w:val="71"/>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осознание ценности познания для развития человека, необходимости самообразования и саморазвития;</w:t>
      </w:r>
    </w:p>
    <w:p w:rsidR="00F65E7C" w:rsidRPr="00B907FD" w:rsidRDefault="00F65E7C" w:rsidP="00D0790B">
      <w:pPr>
        <w:numPr>
          <w:ilvl w:val="0"/>
          <w:numId w:val="71"/>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lastRenderedPageBreak/>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rsidR="00F65E7C" w:rsidRPr="00B907FD" w:rsidRDefault="00F65E7C" w:rsidP="00F65E7C">
      <w:pPr>
        <w:spacing w:after="0" w:line="276" w:lineRule="auto"/>
        <w:ind w:left="120"/>
        <w:rPr>
          <w:rFonts w:ascii="Times New Roman" w:eastAsia="Calibri" w:hAnsi="Times New Roman" w:cs="Times New Roman"/>
          <w:sz w:val="24"/>
          <w:szCs w:val="24"/>
          <w:lang w:val="ru-RU"/>
        </w:rPr>
      </w:pPr>
    </w:p>
    <w:p w:rsidR="00F65E7C" w:rsidRPr="00B907FD" w:rsidRDefault="002770DC" w:rsidP="00F65E7C">
      <w:pPr>
        <w:spacing w:after="0" w:line="276" w:lineRule="auto"/>
        <w:ind w:left="120"/>
        <w:rPr>
          <w:rFonts w:ascii="Times New Roman" w:eastAsia="Calibri" w:hAnsi="Times New Roman" w:cs="Times New Roman"/>
          <w:sz w:val="24"/>
          <w:szCs w:val="24"/>
          <w:lang w:val="ru-RU"/>
        </w:rPr>
      </w:pPr>
      <w:r>
        <w:rPr>
          <w:rFonts w:ascii="Times New Roman" w:eastAsia="Calibri" w:hAnsi="Times New Roman" w:cs="Times New Roman"/>
          <w:b/>
          <w:color w:val="000000"/>
          <w:sz w:val="24"/>
          <w:szCs w:val="24"/>
          <w:lang w:val="ru-RU"/>
        </w:rPr>
        <w:t>Метапредметные результаты</w:t>
      </w:r>
    </w:p>
    <w:p w:rsidR="00F65E7C" w:rsidRPr="00B907FD" w:rsidRDefault="00F65E7C" w:rsidP="00F65E7C">
      <w:pPr>
        <w:spacing w:after="0"/>
        <w:ind w:firstLine="600"/>
        <w:jc w:val="both"/>
        <w:rPr>
          <w:rFonts w:ascii="Times New Roman" w:eastAsia="Calibri" w:hAnsi="Times New Roman" w:cs="Times New Roman"/>
          <w:sz w:val="24"/>
          <w:szCs w:val="24"/>
          <w:lang w:val="ru-RU"/>
        </w:rPr>
      </w:pPr>
      <w:r w:rsidRPr="00B907FD">
        <w:rPr>
          <w:rFonts w:ascii="Times New Roman" w:eastAsia="Calibri" w:hAnsi="Times New Roman" w:cs="Times New Roman"/>
          <w:b/>
          <w:color w:val="000000"/>
          <w:sz w:val="24"/>
          <w:szCs w:val="24"/>
          <w:lang w:val="ru-RU"/>
        </w:rPr>
        <w:t>Познавательные универсальные учебные действия:</w:t>
      </w:r>
    </w:p>
    <w:p w:rsidR="00F65E7C" w:rsidRPr="00B907FD" w:rsidRDefault="00F65E7C" w:rsidP="00F65E7C">
      <w:pPr>
        <w:spacing w:after="0"/>
        <w:ind w:firstLine="600"/>
        <w:jc w:val="both"/>
        <w:rPr>
          <w:rFonts w:ascii="Times New Roman" w:eastAsia="Calibri" w:hAnsi="Times New Roman" w:cs="Times New Roman"/>
          <w:sz w:val="24"/>
          <w:szCs w:val="24"/>
        </w:rPr>
      </w:pPr>
      <w:r w:rsidRPr="00B907FD">
        <w:rPr>
          <w:rFonts w:ascii="Times New Roman" w:eastAsia="Calibri" w:hAnsi="Times New Roman" w:cs="Times New Roman"/>
          <w:i/>
          <w:color w:val="000000"/>
          <w:sz w:val="24"/>
          <w:szCs w:val="24"/>
        </w:rPr>
        <w:t>1) Базовые логические действия:</w:t>
      </w:r>
    </w:p>
    <w:p w:rsidR="00F65E7C" w:rsidRPr="00B907FD" w:rsidRDefault="00F65E7C" w:rsidP="00D0790B">
      <w:pPr>
        <w:numPr>
          <w:ilvl w:val="0"/>
          <w:numId w:val="72"/>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F65E7C" w:rsidRPr="00B907FD" w:rsidRDefault="00F65E7C" w:rsidP="00D0790B">
      <w:pPr>
        <w:numPr>
          <w:ilvl w:val="0"/>
          <w:numId w:val="72"/>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F65E7C" w:rsidRPr="00B907FD" w:rsidRDefault="00F65E7C" w:rsidP="00D0790B">
      <w:pPr>
        <w:numPr>
          <w:ilvl w:val="0"/>
          <w:numId w:val="72"/>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сравнивать объекты окружающего мира, устанавливать основания для сравнения, устанавливать аналогии; </w:t>
      </w:r>
    </w:p>
    <w:p w:rsidR="00F65E7C" w:rsidRPr="00B907FD" w:rsidRDefault="00F65E7C" w:rsidP="00D0790B">
      <w:pPr>
        <w:numPr>
          <w:ilvl w:val="0"/>
          <w:numId w:val="72"/>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объединять части объекта (объекты) по определённому признаку; </w:t>
      </w:r>
    </w:p>
    <w:p w:rsidR="00F65E7C" w:rsidRPr="00B907FD" w:rsidRDefault="00F65E7C" w:rsidP="00D0790B">
      <w:pPr>
        <w:numPr>
          <w:ilvl w:val="0"/>
          <w:numId w:val="72"/>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определять существенный признак для классификации, классифицировать предложенные объекты; </w:t>
      </w:r>
    </w:p>
    <w:p w:rsidR="00F65E7C" w:rsidRPr="00B907FD" w:rsidRDefault="00F65E7C" w:rsidP="00D0790B">
      <w:pPr>
        <w:numPr>
          <w:ilvl w:val="0"/>
          <w:numId w:val="72"/>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находить закономерности и противоречия в рассматриваемых фактах, данных и наблюдениях на основе предложенного алгоритма; </w:t>
      </w:r>
    </w:p>
    <w:p w:rsidR="00F65E7C" w:rsidRPr="00B907FD" w:rsidRDefault="00F65E7C" w:rsidP="00D0790B">
      <w:pPr>
        <w:numPr>
          <w:ilvl w:val="0"/>
          <w:numId w:val="72"/>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выявлять недостаток информации для решения учебной (практической) задачи на основе предложенного алгоритма. </w:t>
      </w:r>
    </w:p>
    <w:p w:rsidR="00F65E7C" w:rsidRPr="00B907FD" w:rsidRDefault="00F65E7C" w:rsidP="00F65E7C">
      <w:pPr>
        <w:spacing w:after="0"/>
        <w:ind w:firstLine="600"/>
        <w:jc w:val="both"/>
        <w:rPr>
          <w:rFonts w:ascii="Times New Roman" w:eastAsia="Calibri" w:hAnsi="Times New Roman" w:cs="Times New Roman"/>
          <w:sz w:val="24"/>
          <w:szCs w:val="24"/>
        </w:rPr>
      </w:pPr>
      <w:r w:rsidRPr="00B907FD">
        <w:rPr>
          <w:rFonts w:ascii="Times New Roman" w:eastAsia="Calibri" w:hAnsi="Times New Roman" w:cs="Times New Roman"/>
          <w:i/>
          <w:color w:val="000000"/>
          <w:sz w:val="24"/>
          <w:szCs w:val="24"/>
        </w:rPr>
        <w:t>2) Базовые исследовательские действия:</w:t>
      </w:r>
    </w:p>
    <w:p w:rsidR="00F65E7C" w:rsidRPr="00B907FD" w:rsidRDefault="00F65E7C" w:rsidP="00D0790B">
      <w:pPr>
        <w:numPr>
          <w:ilvl w:val="0"/>
          <w:numId w:val="73"/>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проводить (по предложенному и самостоятельно составленному плану или выдвинутому предположению) наблюдения, несложные опыты; </w:t>
      </w:r>
    </w:p>
    <w:p w:rsidR="00F65E7C" w:rsidRPr="00B907FD" w:rsidRDefault="00F65E7C" w:rsidP="00D0790B">
      <w:pPr>
        <w:numPr>
          <w:ilvl w:val="0"/>
          <w:numId w:val="73"/>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проявлять интерес к экспериментам, проводимым под руководством учителя; </w:t>
      </w:r>
    </w:p>
    <w:p w:rsidR="00F65E7C" w:rsidRPr="00B907FD" w:rsidRDefault="00F65E7C" w:rsidP="00D0790B">
      <w:pPr>
        <w:numPr>
          <w:ilvl w:val="0"/>
          <w:numId w:val="73"/>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определять разницу между реальным и желательным состоянием объекта (ситуации) на основе предложенных вопросов; </w:t>
      </w:r>
    </w:p>
    <w:p w:rsidR="00F65E7C" w:rsidRPr="00B907FD" w:rsidRDefault="00F65E7C" w:rsidP="00D0790B">
      <w:pPr>
        <w:numPr>
          <w:ilvl w:val="0"/>
          <w:numId w:val="73"/>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F65E7C" w:rsidRPr="00B907FD" w:rsidRDefault="00F65E7C" w:rsidP="00D0790B">
      <w:pPr>
        <w:numPr>
          <w:ilvl w:val="0"/>
          <w:numId w:val="73"/>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F65E7C" w:rsidRPr="00B907FD" w:rsidRDefault="00F65E7C" w:rsidP="00D0790B">
      <w:pPr>
        <w:numPr>
          <w:ilvl w:val="0"/>
          <w:numId w:val="73"/>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F65E7C" w:rsidRPr="00B907FD" w:rsidRDefault="00F65E7C" w:rsidP="00D0790B">
      <w:pPr>
        <w:numPr>
          <w:ilvl w:val="0"/>
          <w:numId w:val="73"/>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rsidR="00F65E7C" w:rsidRPr="00B907FD" w:rsidRDefault="00F65E7C" w:rsidP="00F65E7C">
      <w:pPr>
        <w:spacing w:after="0"/>
        <w:ind w:firstLine="600"/>
        <w:jc w:val="both"/>
        <w:rPr>
          <w:rFonts w:ascii="Times New Roman" w:eastAsia="Calibri" w:hAnsi="Times New Roman" w:cs="Times New Roman"/>
          <w:sz w:val="24"/>
          <w:szCs w:val="24"/>
        </w:rPr>
      </w:pPr>
      <w:r w:rsidRPr="00B907FD">
        <w:rPr>
          <w:rFonts w:ascii="Times New Roman" w:eastAsia="Calibri" w:hAnsi="Times New Roman" w:cs="Times New Roman"/>
          <w:i/>
          <w:color w:val="000000"/>
          <w:sz w:val="24"/>
          <w:szCs w:val="24"/>
        </w:rPr>
        <w:t>3) Работа с информацией:</w:t>
      </w:r>
    </w:p>
    <w:p w:rsidR="00F65E7C" w:rsidRPr="00B907FD" w:rsidRDefault="00F65E7C" w:rsidP="00D0790B">
      <w:pPr>
        <w:numPr>
          <w:ilvl w:val="0"/>
          <w:numId w:val="74"/>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использовать различные источники для поиска информации, выбирать источник получения информации с учётом учебной задачи; </w:t>
      </w:r>
    </w:p>
    <w:p w:rsidR="00F65E7C" w:rsidRPr="00B907FD" w:rsidRDefault="00F65E7C" w:rsidP="00D0790B">
      <w:pPr>
        <w:numPr>
          <w:ilvl w:val="0"/>
          <w:numId w:val="74"/>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находить в предложенном источнике информацию, представленную в явном виде, согласно заданному алгоритму; </w:t>
      </w:r>
    </w:p>
    <w:p w:rsidR="00F65E7C" w:rsidRPr="00B907FD" w:rsidRDefault="00F65E7C" w:rsidP="00D0790B">
      <w:pPr>
        <w:numPr>
          <w:ilvl w:val="0"/>
          <w:numId w:val="74"/>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lastRenderedPageBreak/>
        <w:t xml:space="preserve">распознавать достоверную и недостоверную информацию самостоятельно или на основе предложенного учителем способа её проверки; </w:t>
      </w:r>
    </w:p>
    <w:p w:rsidR="00F65E7C" w:rsidRPr="00B907FD" w:rsidRDefault="00F65E7C" w:rsidP="00D0790B">
      <w:pPr>
        <w:numPr>
          <w:ilvl w:val="0"/>
          <w:numId w:val="74"/>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находить и использовать для решения учебных задач текстовую, графическую, аудиовизуальную информацию; </w:t>
      </w:r>
    </w:p>
    <w:p w:rsidR="00F65E7C" w:rsidRPr="00B907FD" w:rsidRDefault="00F65E7C" w:rsidP="00D0790B">
      <w:pPr>
        <w:numPr>
          <w:ilvl w:val="0"/>
          <w:numId w:val="74"/>
        </w:numPr>
        <w:spacing w:after="0" w:line="276" w:lineRule="auto"/>
        <w:jc w:val="both"/>
        <w:rPr>
          <w:rFonts w:ascii="Times New Roman" w:eastAsia="Calibri" w:hAnsi="Times New Roman" w:cs="Times New Roman"/>
          <w:sz w:val="24"/>
          <w:szCs w:val="24"/>
        </w:rPr>
      </w:pPr>
      <w:r w:rsidRPr="00B907FD">
        <w:rPr>
          <w:rFonts w:ascii="Times New Roman" w:eastAsia="Calibri" w:hAnsi="Times New Roman" w:cs="Times New Roman"/>
          <w:color w:val="000000"/>
          <w:sz w:val="24"/>
          <w:szCs w:val="24"/>
          <w:lang w:val="ru-RU"/>
        </w:rPr>
        <w:t xml:space="preserve">читать и интерпретировать графически представленную информацию </w:t>
      </w:r>
      <w:r w:rsidRPr="00B907FD">
        <w:rPr>
          <w:rFonts w:ascii="Times New Roman" w:eastAsia="Calibri" w:hAnsi="Times New Roman" w:cs="Times New Roman"/>
          <w:color w:val="000000"/>
          <w:sz w:val="24"/>
          <w:szCs w:val="24"/>
        </w:rPr>
        <w:t xml:space="preserve">(схему, таблицу, иллюстрацию); </w:t>
      </w:r>
    </w:p>
    <w:p w:rsidR="00F65E7C" w:rsidRPr="00B907FD" w:rsidRDefault="00F65E7C" w:rsidP="00D0790B">
      <w:pPr>
        <w:numPr>
          <w:ilvl w:val="0"/>
          <w:numId w:val="74"/>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rsidR="00F65E7C" w:rsidRPr="00B907FD" w:rsidRDefault="00F65E7C" w:rsidP="00D0790B">
      <w:pPr>
        <w:numPr>
          <w:ilvl w:val="0"/>
          <w:numId w:val="74"/>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анализировать и создавать текстовую, видео, графическую, звуковую информацию в соответствии с учебной задачей;</w:t>
      </w:r>
    </w:p>
    <w:p w:rsidR="00F65E7C" w:rsidRPr="00B907FD" w:rsidRDefault="00F65E7C" w:rsidP="00D0790B">
      <w:pPr>
        <w:numPr>
          <w:ilvl w:val="0"/>
          <w:numId w:val="74"/>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фиксировать полученные результаты в текстовой форме (отчёт, выступление, высказывание) и графическом виде (рисунок, схема, диаграмма).</w:t>
      </w:r>
    </w:p>
    <w:p w:rsidR="00F65E7C" w:rsidRPr="00B907FD" w:rsidRDefault="00F65E7C" w:rsidP="00F65E7C">
      <w:pPr>
        <w:spacing w:after="0"/>
        <w:ind w:firstLine="600"/>
        <w:jc w:val="both"/>
        <w:rPr>
          <w:rFonts w:ascii="Times New Roman" w:eastAsia="Calibri" w:hAnsi="Times New Roman" w:cs="Times New Roman"/>
          <w:sz w:val="24"/>
          <w:szCs w:val="24"/>
        </w:rPr>
      </w:pPr>
      <w:r w:rsidRPr="00B907FD">
        <w:rPr>
          <w:rFonts w:ascii="Times New Roman" w:eastAsia="Calibri" w:hAnsi="Times New Roman" w:cs="Times New Roman"/>
          <w:b/>
          <w:color w:val="000000"/>
          <w:sz w:val="24"/>
          <w:szCs w:val="24"/>
        </w:rPr>
        <w:t>Коммуникативные универсальные учебные действия:</w:t>
      </w:r>
    </w:p>
    <w:p w:rsidR="00F65E7C" w:rsidRPr="00B907FD" w:rsidRDefault="00F65E7C" w:rsidP="00D0790B">
      <w:pPr>
        <w:numPr>
          <w:ilvl w:val="0"/>
          <w:numId w:val="75"/>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в процессе диалогов задавать вопросы, высказывать суждения, оценивать выступления участников; </w:t>
      </w:r>
    </w:p>
    <w:p w:rsidR="00F65E7C" w:rsidRPr="00B907FD" w:rsidRDefault="00F65E7C" w:rsidP="00D0790B">
      <w:pPr>
        <w:numPr>
          <w:ilvl w:val="0"/>
          <w:numId w:val="75"/>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F65E7C" w:rsidRPr="00B907FD" w:rsidRDefault="00F65E7C" w:rsidP="00D0790B">
      <w:pPr>
        <w:numPr>
          <w:ilvl w:val="0"/>
          <w:numId w:val="75"/>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соблюдать правила ведения диалога и дискуссии; проявлять уважительное отношение к собеседнику; </w:t>
      </w:r>
    </w:p>
    <w:p w:rsidR="00F65E7C" w:rsidRPr="00B907FD" w:rsidRDefault="00F65E7C" w:rsidP="00D0790B">
      <w:pPr>
        <w:numPr>
          <w:ilvl w:val="0"/>
          <w:numId w:val="75"/>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F65E7C" w:rsidRPr="00B907FD" w:rsidRDefault="00F65E7C" w:rsidP="00D0790B">
      <w:pPr>
        <w:numPr>
          <w:ilvl w:val="0"/>
          <w:numId w:val="75"/>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создавать устные и письменные тексты (описание, рассуждение, повествование); </w:t>
      </w:r>
    </w:p>
    <w:p w:rsidR="00F65E7C" w:rsidRPr="00B907FD" w:rsidRDefault="00F65E7C" w:rsidP="00D0790B">
      <w:pPr>
        <w:numPr>
          <w:ilvl w:val="0"/>
          <w:numId w:val="75"/>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конструировать обобщения и выводы на основе полученных результатов наблюдений и опытной работы, подкреплять их доказательствами; </w:t>
      </w:r>
    </w:p>
    <w:p w:rsidR="00F65E7C" w:rsidRPr="00B907FD" w:rsidRDefault="00F65E7C" w:rsidP="00D0790B">
      <w:pPr>
        <w:numPr>
          <w:ilvl w:val="0"/>
          <w:numId w:val="75"/>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находить ошибки и восстанавливать деформированный текст об изученных объектах и явлениях природы, событиях социальной жизни; </w:t>
      </w:r>
    </w:p>
    <w:p w:rsidR="00F65E7C" w:rsidRPr="00B907FD" w:rsidRDefault="00F65E7C" w:rsidP="00D0790B">
      <w:pPr>
        <w:numPr>
          <w:ilvl w:val="0"/>
          <w:numId w:val="75"/>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готовить небольшие публичные выступления с возможной презентацией (текст, рисунки, фото, плакаты и др.) к тексту выступления. </w:t>
      </w:r>
    </w:p>
    <w:p w:rsidR="00F65E7C" w:rsidRPr="00B907FD" w:rsidRDefault="00F65E7C" w:rsidP="00F65E7C">
      <w:pPr>
        <w:spacing w:after="0"/>
        <w:ind w:firstLine="600"/>
        <w:jc w:val="both"/>
        <w:rPr>
          <w:rFonts w:ascii="Times New Roman" w:eastAsia="Calibri" w:hAnsi="Times New Roman" w:cs="Times New Roman"/>
          <w:sz w:val="24"/>
          <w:szCs w:val="24"/>
          <w:lang w:val="ru-RU"/>
        </w:rPr>
      </w:pPr>
      <w:r w:rsidRPr="00B907FD">
        <w:rPr>
          <w:rFonts w:ascii="Times New Roman" w:eastAsia="Calibri" w:hAnsi="Times New Roman" w:cs="Times New Roman"/>
          <w:b/>
          <w:color w:val="000000"/>
          <w:sz w:val="24"/>
          <w:szCs w:val="24"/>
          <w:lang w:val="ru-RU"/>
        </w:rPr>
        <w:t>Регулятивные универсальные учебные действия:</w:t>
      </w:r>
    </w:p>
    <w:p w:rsidR="00F65E7C" w:rsidRPr="00B907FD" w:rsidRDefault="00F65E7C" w:rsidP="00F65E7C">
      <w:pPr>
        <w:spacing w:after="0"/>
        <w:ind w:firstLine="600"/>
        <w:jc w:val="both"/>
        <w:rPr>
          <w:rFonts w:ascii="Times New Roman" w:eastAsia="Calibri" w:hAnsi="Times New Roman" w:cs="Times New Roman"/>
          <w:sz w:val="24"/>
          <w:szCs w:val="24"/>
          <w:lang w:val="ru-RU"/>
        </w:rPr>
      </w:pPr>
      <w:r w:rsidRPr="00B907FD">
        <w:rPr>
          <w:rFonts w:ascii="Times New Roman" w:eastAsia="Calibri" w:hAnsi="Times New Roman" w:cs="Times New Roman"/>
          <w:i/>
          <w:color w:val="000000"/>
          <w:sz w:val="24"/>
          <w:szCs w:val="24"/>
          <w:lang w:val="ru-RU"/>
        </w:rPr>
        <w:t>1) Самоорганизация:</w:t>
      </w:r>
    </w:p>
    <w:p w:rsidR="00F65E7C" w:rsidRPr="00B907FD" w:rsidRDefault="00F65E7C" w:rsidP="00D0790B">
      <w:pPr>
        <w:numPr>
          <w:ilvl w:val="0"/>
          <w:numId w:val="76"/>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планировать самостоятельно или с небольшой помощью учителя действия по решению учебной задачи; </w:t>
      </w:r>
    </w:p>
    <w:p w:rsidR="00F65E7C" w:rsidRPr="00B907FD" w:rsidRDefault="00F65E7C" w:rsidP="00D0790B">
      <w:pPr>
        <w:numPr>
          <w:ilvl w:val="0"/>
          <w:numId w:val="76"/>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выстраивать последовательность выбранных действий и операций.</w:t>
      </w:r>
    </w:p>
    <w:p w:rsidR="00F65E7C" w:rsidRPr="00B907FD" w:rsidRDefault="00F65E7C" w:rsidP="00F65E7C">
      <w:pPr>
        <w:spacing w:after="0"/>
        <w:ind w:firstLine="600"/>
        <w:jc w:val="both"/>
        <w:rPr>
          <w:rFonts w:ascii="Times New Roman" w:eastAsia="Calibri" w:hAnsi="Times New Roman" w:cs="Times New Roman"/>
          <w:sz w:val="24"/>
          <w:szCs w:val="24"/>
        </w:rPr>
      </w:pPr>
      <w:r w:rsidRPr="00B907FD">
        <w:rPr>
          <w:rFonts w:ascii="Times New Roman" w:eastAsia="Calibri" w:hAnsi="Times New Roman" w:cs="Times New Roman"/>
          <w:i/>
          <w:color w:val="000000"/>
          <w:sz w:val="24"/>
          <w:szCs w:val="24"/>
        </w:rPr>
        <w:t>2) Самоконтроль и самооценка:</w:t>
      </w:r>
    </w:p>
    <w:p w:rsidR="00F65E7C" w:rsidRPr="00B907FD" w:rsidRDefault="00F65E7C" w:rsidP="00D0790B">
      <w:pPr>
        <w:numPr>
          <w:ilvl w:val="0"/>
          <w:numId w:val="77"/>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осуществлять контроль процесса и результата своей деятельности; </w:t>
      </w:r>
    </w:p>
    <w:p w:rsidR="00F65E7C" w:rsidRPr="00B907FD" w:rsidRDefault="00F65E7C" w:rsidP="00D0790B">
      <w:pPr>
        <w:numPr>
          <w:ilvl w:val="0"/>
          <w:numId w:val="77"/>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находить ошибки в своей работе и устанавливать их причины; </w:t>
      </w:r>
    </w:p>
    <w:p w:rsidR="00F65E7C" w:rsidRPr="00B907FD" w:rsidRDefault="00F65E7C" w:rsidP="00D0790B">
      <w:pPr>
        <w:numPr>
          <w:ilvl w:val="0"/>
          <w:numId w:val="77"/>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корректировать свои действия при необходимости (с небольшой помощью учителя); </w:t>
      </w:r>
    </w:p>
    <w:p w:rsidR="00F65E7C" w:rsidRPr="00B907FD" w:rsidRDefault="00F65E7C" w:rsidP="00D0790B">
      <w:pPr>
        <w:numPr>
          <w:ilvl w:val="0"/>
          <w:numId w:val="77"/>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F65E7C" w:rsidRPr="00B907FD" w:rsidRDefault="00F65E7C" w:rsidP="00D0790B">
      <w:pPr>
        <w:numPr>
          <w:ilvl w:val="0"/>
          <w:numId w:val="77"/>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объективно оценивать результаты своей деятельности, соотносить свою оценку с оценкой учителя; </w:t>
      </w:r>
    </w:p>
    <w:p w:rsidR="00F65E7C" w:rsidRPr="00B907FD" w:rsidRDefault="00F65E7C" w:rsidP="00D0790B">
      <w:pPr>
        <w:numPr>
          <w:ilvl w:val="0"/>
          <w:numId w:val="77"/>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lastRenderedPageBreak/>
        <w:t xml:space="preserve">оценивать целесообразность выбранных способов действия, при необходимости корректировать их. </w:t>
      </w:r>
    </w:p>
    <w:p w:rsidR="00F65E7C" w:rsidRPr="00B907FD" w:rsidRDefault="00F65E7C" w:rsidP="00F65E7C">
      <w:pPr>
        <w:spacing w:after="0"/>
        <w:ind w:firstLine="600"/>
        <w:jc w:val="both"/>
        <w:rPr>
          <w:rFonts w:ascii="Times New Roman" w:eastAsia="Calibri" w:hAnsi="Times New Roman" w:cs="Times New Roman"/>
          <w:sz w:val="24"/>
          <w:szCs w:val="24"/>
        </w:rPr>
      </w:pPr>
      <w:r w:rsidRPr="00B907FD">
        <w:rPr>
          <w:rFonts w:ascii="Times New Roman" w:eastAsia="Calibri" w:hAnsi="Times New Roman" w:cs="Times New Roman"/>
          <w:b/>
          <w:color w:val="000000"/>
          <w:sz w:val="24"/>
          <w:szCs w:val="24"/>
        </w:rPr>
        <w:t>Совместная деятельность:</w:t>
      </w:r>
    </w:p>
    <w:p w:rsidR="00F65E7C" w:rsidRPr="00B907FD" w:rsidRDefault="00F65E7C" w:rsidP="00D0790B">
      <w:pPr>
        <w:numPr>
          <w:ilvl w:val="0"/>
          <w:numId w:val="78"/>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F65E7C" w:rsidRPr="00B907FD" w:rsidRDefault="00F65E7C" w:rsidP="00D0790B">
      <w:pPr>
        <w:numPr>
          <w:ilvl w:val="0"/>
          <w:numId w:val="78"/>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rsidR="00F65E7C" w:rsidRPr="00B907FD" w:rsidRDefault="00F65E7C" w:rsidP="00D0790B">
      <w:pPr>
        <w:numPr>
          <w:ilvl w:val="0"/>
          <w:numId w:val="78"/>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проявлять готовность руководить, выполнять поручения, подчиняться; </w:t>
      </w:r>
    </w:p>
    <w:p w:rsidR="00F65E7C" w:rsidRPr="00B907FD" w:rsidRDefault="00F65E7C" w:rsidP="00D0790B">
      <w:pPr>
        <w:numPr>
          <w:ilvl w:val="0"/>
          <w:numId w:val="78"/>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F65E7C" w:rsidRPr="00B907FD" w:rsidRDefault="00F65E7C" w:rsidP="00D0790B">
      <w:pPr>
        <w:numPr>
          <w:ilvl w:val="0"/>
          <w:numId w:val="78"/>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ответственно выполнять свою часть работы. </w:t>
      </w:r>
    </w:p>
    <w:p w:rsidR="00F65E7C" w:rsidRPr="00B907FD" w:rsidRDefault="00F65E7C" w:rsidP="00F65E7C">
      <w:pPr>
        <w:spacing w:after="0" w:line="276" w:lineRule="auto"/>
        <w:ind w:left="120"/>
        <w:rPr>
          <w:rFonts w:ascii="Times New Roman" w:eastAsia="Calibri" w:hAnsi="Times New Roman" w:cs="Times New Roman"/>
          <w:sz w:val="24"/>
          <w:szCs w:val="24"/>
          <w:lang w:val="ru-RU"/>
        </w:rPr>
      </w:pPr>
    </w:p>
    <w:p w:rsidR="00F65E7C" w:rsidRPr="00B907FD" w:rsidRDefault="002770DC" w:rsidP="00F65E7C">
      <w:pPr>
        <w:spacing w:after="0" w:line="276" w:lineRule="auto"/>
        <w:ind w:left="120"/>
        <w:rPr>
          <w:rFonts w:ascii="Times New Roman" w:eastAsia="Calibri" w:hAnsi="Times New Roman" w:cs="Times New Roman"/>
          <w:sz w:val="24"/>
          <w:szCs w:val="24"/>
          <w:lang w:val="ru-RU"/>
        </w:rPr>
      </w:pPr>
      <w:r>
        <w:rPr>
          <w:rFonts w:ascii="Times New Roman" w:eastAsia="Calibri" w:hAnsi="Times New Roman" w:cs="Times New Roman"/>
          <w:b/>
          <w:color w:val="000000"/>
          <w:sz w:val="24"/>
          <w:szCs w:val="24"/>
          <w:lang w:val="ru-RU"/>
        </w:rPr>
        <w:t>Предметные результаты</w:t>
      </w:r>
    </w:p>
    <w:p w:rsidR="00F65E7C" w:rsidRPr="00B907FD" w:rsidRDefault="00F65E7C" w:rsidP="00F65E7C">
      <w:pPr>
        <w:spacing w:after="0"/>
        <w:jc w:val="both"/>
        <w:rPr>
          <w:rFonts w:ascii="Times New Roman" w:eastAsia="Calibri" w:hAnsi="Times New Roman" w:cs="Times New Roman"/>
          <w:sz w:val="24"/>
          <w:szCs w:val="24"/>
          <w:lang w:val="ru-RU"/>
        </w:rPr>
      </w:pPr>
    </w:p>
    <w:p w:rsidR="00F65E7C" w:rsidRPr="00B907FD" w:rsidRDefault="00F65E7C" w:rsidP="00F65E7C">
      <w:pPr>
        <w:spacing w:after="0"/>
        <w:ind w:firstLine="600"/>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К концу обучения в </w:t>
      </w:r>
      <w:r w:rsidRPr="00B907FD">
        <w:rPr>
          <w:rFonts w:ascii="Times New Roman" w:eastAsia="Calibri" w:hAnsi="Times New Roman" w:cs="Times New Roman"/>
          <w:b/>
          <w:color w:val="000000"/>
          <w:sz w:val="24"/>
          <w:szCs w:val="24"/>
          <w:lang w:val="ru-RU"/>
        </w:rPr>
        <w:t xml:space="preserve">4 классе </w:t>
      </w:r>
      <w:r w:rsidRPr="00B907FD">
        <w:rPr>
          <w:rFonts w:ascii="Times New Roman" w:eastAsia="Calibri" w:hAnsi="Times New Roman" w:cs="Times New Roman"/>
          <w:color w:val="000000"/>
          <w:sz w:val="24"/>
          <w:szCs w:val="24"/>
          <w:lang w:val="ru-RU"/>
        </w:rPr>
        <w:t>обучающийся научится:</w:t>
      </w:r>
    </w:p>
    <w:p w:rsidR="00F65E7C" w:rsidRPr="00B907FD" w:rsidRDefault="00F65E7C" w:rsidP="00D0790B">
      <w:pPr>
        <w:numPr>
          <w:ilvl w:val="0"/>
          <w:numId w:val="79"/>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проявлять уважение к семейным ценностям и традициям, традициям своего народа и других народов, государственным символам России; </w:t>
      </w:r>
    </w:p>
    <w:p w:rsidR="00F65E7C" w:rsidRPr="00B907FD" w:rsidRDefault="00F65E7C" w:rsidP="00D0790B">
      <w:pPr>
        <w:numPr>
          <w:ilvl w:val="0"/>
          <w:numId w:val="79"/>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соблюдать правила нравственного поведения в социуме; </w:t>
      </w:r>
    </w:p>
    <w:p w:rsidR="00F65E7C" w:rsidRPr="00B907FD" w:rsidRDefault="00F65E7C" w:rsidP="00D0790B">
      <w:pPr>
        <w:numPr>
          <w:ilvl w:val="0"/>
          <w:numId w:val="79"/>
        </w:numPr>
        <w:spacing w:after="0" w:line="276" w:lineRule="auto"/>
        <w:jc w:val="both"/>
        <w:rPr>
          <w:rFonts w:ascii="Times New Roman" w:eastAsia="Calibri" w:hAnsi="Times New Roman" w:cs="Times New Roman"/>
          <w:sz w:val="24"/>
          <w:szCs w:val="24"/>
        </w:rPr>
      </w:pPr>
      <w:r w:rsidRPr="00B907FD">
        <w:rPr>
          <w:rFonts w:ascii="Times New Roman" w:eastAsia="Calibri" w:hAnsi="Times New Roman" w:cs="Times New Roman"/>
          <w:color w:val="000000"/>
          <w:sz w:val="24"/>
          <w:szCs w:val="24"/>
          <w:lang w:val="ru-RU"/>
        </w:rPr>
        <w:t xml:space="preserve">показывать на физической карте изученные крупные географические объекты России (горы, равнины, реки, озёра, моря, омывающие территорию </w:t>
      </w:r>
      <w:r w:rsidRPr="00B907FD">
        <w:rPr>
          <w:rFonts w:ascii="Times New Roman" w:eastAsia="Calibri" w:hAnsi="Times New Roman" w:cs="Times New Roman"/>
          <w:color w:val="000000"/>
          <w:sz w:val="24"/>
          <w:szCs w:val="24"/>
        </w:rPr>
        <w:t xml:space="preserve">России); </w:t>
      </w:r>
    </w:p>
    <w:p w:rsidR="00F65E7C" w:rsidRPr="00B907FD" w:rsidRDefault="00F65E7C" w:rsidP="00D0790B">
      <w:pPr>
        <w:numPr>
          <w:ilvl w:val="0"/>
          <w:numId w:val="79"/>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показывать на исторической карте места изученных исторических событий; </w:t>
      </w:r>
    </w:p>
    <w:p w:rsidR="00F65E7C" w:rsidRPr="00B907FD" w:rsidRDefault="00F65E7C" w:rsidP="00D0790B">
      <w:pPr>
        <w:numPr>
          <w:ilvl w:val="0"/>
          <w:numId w:val="79"/>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находить место изученных событий на «ленте времени»; </w:t>
      </w:r>
    </w:p>
    <w:p w:rsidR="00F65E7C" w:rsidRPr="00B907FD" w:rsidRDefault="00F65E7C" w:rsidP="00D0790B">
      <w:pPr>
        <w:numPr>
          <w:ilvl w:val="0"/>
          <w:numId w:val="79"/>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знать основные права и обязанности гражданина Российской Федерации; </w:t>
      </w:r>
    </w:p>
    <w:p w:rsidR="00F65E7C" w:rsidRPr="00B907FD" w:rsidRDefault="00F65E7C" w:rsidP="00D0790B">
      <w:pPr>
        <w:numPr>
          <w:ilvl w:val="0"/>
          <w:numId w:val="79"/>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соотносить изученные исторические события и исторических деятелей с веками и периодами истории России; </w:t>
      </w:r>
    </w:p>
    <w:p w:rsidR="00F65E7C" w:rsidRPr="00B907FD" w:rsidRDefault="00F65E7C" w:rsidP="00D0790B">
      <w:pPr>
        <w:numPr>
          <w:ilvl w:val="0"/>
          <w:numId w:val="79"/>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F65E7C" w:rsidRPr="00B907FD" w:rsidRDefault="00F65E7C" w:rsidP="00D0790B">
      <w:pPr>
        <w:numPr>
          <w:ilvl w:val="0"/>
          <w:numId w:val="79"/>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F65E7C" w:rsidRPr="00B907FD" w:rsidRDefault="00F65E7C" w:rsidP="00D0790B">
      <w:pPr>
        <w:numPr>
          <w:ilvl w:val="0"/>
          <w:numId w:val="79"/>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F65E7C" w:rsidRPr="00B907FD" w:rsidRDefault="00F65E7C" w:rsidP="00D0790B">
      <w:pPr>
        <w:numPr>
          <w:ilvl w:val="0"/>
          <w:numId w:val="79"/>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F65E7C" w:rsidRPr="00B907FD" w:rsidRDefault="00F65E7C" w:rsidP="00D0790B">
      <w:pPr>
        <w:numPr>
          <w:ilvl w:val="0"/>
          <w:numId w:val="79"/>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F65E7C" w:rsidRPr="00B907FD" w:rsidRDefault="00F65E7C" w:rsidP="00D0790B">
      <w:pPr>
        <w:numPr>
          <w:ilvl w:val="0"/>
          <w:numId w:val="79"/>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сравнивать объекты живой и неживой природы на основе их внешних признаков и известных характерных свойств; </w:t>
      </w:r>
    </w:p>
    <w:p w:rsidR="00F65E7C" w:rsidRPr="00B907FD" w:rsidRDefault="00F65E7C" w:rsidP="00D0790B">
      <w:pPr>
        <w:numPr>
          <w:ilvl w:val="0"/>
          <w:numId w:val="79"/>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lastRenderedPageBreak/>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F65E7C" w:rsidRPr="00B907FD" w:rsidRDefault="00F65E7C" w:rsidP="00D0790B">
      <w:pPr>
        <w:numPr>
          <w:ilvl w:val="0"/>
          <w:numId w:val="79"/>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называть наиболее значимые природные объекты Всемирного наследия в России и за рубежом (в пределах изученного);</w:t>
      </w:r>
    </w:p>
    <w:p w:rsidR="00F65E7C" w:rsidRPr="00B907FD" w:rsidRDefault="00F65E7C" w:rsidP="00D0790B">
      <w:pPr>
        <w:numPr>
          <w:ilvl w:val="0"/>
          <w:numId w:val="79"/>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называть экологические проблемы и определять пути их решения; </w:t>
      </w:r>
    </w:p>
    <w:p w:rsidR="00F65E7C" w:rsidRPr="00B907FD" w:rsidRDefault="00F65E7C" w:rsidP="00D0790B">
      <w:pPr>
        <w:numPr>
          <w:ilvl w:val="0"/>
          <w:numId w:val="79"/>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создавать по заданному плану собственные развёрнутые высказывания о природе и обществе; </w:t>
      </w:r>
    </w:p>
    <w:p w:rsidR="00F65E7C" w:rsidRPr="00B907FD" w:rsidRDefault="00F65E7C" w:rsidP="00D0790B">
      <w:pPr>
        <w:numPr>
          <w:ilvl w:val="0"/>
          <w:numId w:val="79"/>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использовать различные источники информации для поиска и извлечения информации, ответов на вопросы; </w:t>
      </w:r>
    </w:p>
    <w:p w:rsidR="00F65E7C" w:rsidRPr="00B907FD" w:rsidRDefault="00F65E7C" w:rsidP="00D0790B">
      <w:pPr>
        <w:numPr>
          <w:ilvl w:val="0"/>
          <w:numId w:val="79"/>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соблюдать правила нравственного поведения на природе; </w:t>
      </w:r>
    </w:p>
    <w:p w:rsidR="00F65E7C" w:rsidRPr="00B907FD" w:rsidRDefault="00F65E7C" w:rsidP="00D0790B">
      <w:pPr>
        <w:numPr>
          <w:ilvl w:val="0"/>
          <w:numId w:val="79"/>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осознавать возможные последствия вредных привычек для здоровья и жизни человека; </w:t>
      </w:r>
    </w:p>
    <w:p w:rsidR="00F65E7C" w:rsidRPr="00B907FD" w:rsidRDefault="00F65E7C" w:rsidP="00D0790B">
      <w:pPr>
        <w:numPr>
          <w:ilvl w:val="0"/>
          <w:numId w:val="79"/>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F65E7C" w:rsidRPr="00B907FD" w:rsidRDefault="00F65E7C" w:rsidP="00D0790B">
      <w:pPr>
        <w:numPr>
          <w:ilvl w:val="0"/>
          <w:numId w:val="79"/>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 xml:space="preserve">соблюдать правила безопасного поведения при езде на велосипеде, самокате; </w:t>
      </w:r>
    </w:p>
    <w:p w:rsidR="00F65E7C" w:rsidRPr="00B907FD" w:rsidRDefault="00F65E7C" w:rsidP="00D0790B">
      <w:pPr>
        <w:numPr>
          <w:ilvl w:val="0"/>
          <w:numId w:val="79"/>
        </w:numPr>
        <w:spacing w:after="0" w:line="276" w:lineRule="auto"/>
        <w:jc w:val="both"/>
        <w:rPr>
          <w:rFonts w:ascii="Times New Roman" w:eastAsia="Calibri" w:hAnsi="Times New Roman" w:cs="Times New Roman"/>
          <w:sz w:val="24"/>
          <w:szCs w:val="24"/>
          <w:lang w:val="ru-RU"/>
        </w:rPr>
      </w:pPr>
      <w:r w:rsidRPr="00B907FD">
        <w:rPr>
          <w:rFonts w:ascii="Times New Roman" w:eastAsia="Calibri" w:hAnsi="Times New Roman" w:cs="Times New Roman"/>
          <w:color w:val="000000"/>
          <w:sz w:val="24"/>
          <w:szCs w:val="24"/>
          <w:lang w:val="ru-RU"/>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F65E7C" w:rsidRPr="003E01F1" w:rsidRDefault="00F65E7C" w:rsidP="00F65E7C">
      <w:pPr>
        <w:spacing w:after="0"/>
        <w:jc w:val="both"/>
        <w:rPr>
          <w:rFonts w:ascii="Times New Roman" w:hAnsi="Times New Roman" w:cs="Times New Roman"/>
          <w:sz w:val="24"/>
          <w:szCs w:val="24"/>
          <w:lang w:val="ru-RU"/>
        </w:rPr>
      </w:pPr>
      <w:r w:rsidRPr="00B907FD">
        <w:rPr>
          <w:rFonts w:ascii="Times New Roman" w:eastAsia="Calibri" w:hAnsi="Times New Roman" w:cs="Times New Roman"/>
          <w:color w:val="000000"/>
          <w:sz w:val="24"/>
          <w:szCs w:val="24"/>
          <w:lang w:val="ru-RU"/>
        </w:rPr>
        <w:t>соблюдать правила безопасного для здоровья использования электронных образовательных и информационных ресурсов</w:t>
      </w:r>
    </w:p>
    <w:p w:rsidR="00F65E7C" w:rsidRDefault="00F65E7C" w:rsidP="00F65E7C">
      <w:pPr>
        <w:rPr>
          <w:lang w:val="ru-RU"/>
        </w:rPr>
      </w:pPr>
    </w:p>
    <w:p w:rsidR="00F65E7C" w:rsidRPr="003E01F1" w:rsidRDefault="00F65E7C" w:rsidP="00F65E7C">
      <w:pPr>
        <w:rPr>
          <w:lang w:val="ru-RU"/>
        </w:rPr>
      </w:pPr>
    </w:p>
    <w:p w:rsidR="00F65E7C" w:rsidRPr="003E01F1" w:rsidRDefault="00F65E7C" w:rsidP="00F65E7C">
      <w:pPr>
        <w:rPr>
          <w:lang w:val="ru-RU"/>
        </w:rPr>
      </w:pPr>
    </w:p>
    <w:p w:rsidR="00F65E7C" w:rsidRPr="003E01F1" w:rsidRDefault="00F65E7C" w:rsidP="00F65E7C">
      <w:pPr>
        <w:rPr>
          <w:lang w:val="ru-RU"/>
        </w:rPr>
      </w:pPr>
    </w:p>
    <w:p w:rsidR="00F65E7C" w:rsidRPr="003E01F1" w:rsidRDefault="00F65E7C" w:rsidP="00F65E7C">
      <w:pPr>
        <w:rPr>
          <w:lang w:val="ru-RU"/>
        </w:rPr>
      </w:pPr>
    </w:p>
    <w:p w:rsidR="00F65E7C" w:rsidRPr="003E01F1" w:rsidRDefault="00F65E7C" w:rsidP="00F65E7C">
      <w:pPr>
        <w:tabs>
          <w:tab w:val="left" w:pos="5328"/>
        </w:tabs>
        <w:rPr>
          <w:lang w:val="ru-RU"/>
        </w:rPr>
        <w:sectPr w:rsidR="00F65E7C" w:rsidRPr="003E01F1" w:rsidSect="004B654D">
          <w:pgSz w:w="11906" w:h="16383"/>
          <w:pgMar w:top="426" w:right="991" w:bottom="1134" w:left="1560" w:header="720" w:footer="720" w:gutter="0"/>
          <w:cols w:space="720"/>
        </w:sectPr>
      </w:pPr>
    </w:p>
    <w:p w:rsidR="002770DC" w:rsidRPr="00CF41FF" w:rsidRDefault="002770DC" w:rsidP="00CF41FF">
      <w:pPr>
        <w:spacing w:after="0" w:line="276" w:lineRule="auto"/>
        <w:ind w:left="120"/>
        <w:rPr>
          <w:rFonts w:ascii="Times New Roman" w:eastAsia="Times New Roman" w:hAnsi="Times New Roman" w:cs="Times New Roman"/>
          <w:b/>
          <w:bCs/>
          <w:color w:val="000000"/>
          <w:sz w:val="24"/>
          <w:szCs w:val="24"/>
          <w:lang w:val="ru-RU" w:eastAsia="ru-RU"/>
        </w:rPr>
      </w:pPr>
      <w:bookmarkStart w:id="2" w:name="block-614381"/>
      <w:bookmarkEnd w:id="0"/>
      <w:r w:rsidRPr="00CF41FF">
        <w:rPr>
          <w:rFonts w:ascii="Times New Roman" w:eastAsia="Times New Roman" w:hAnsi="Times New Roman" w:cs="Times New Roman"/>
          <w:b/>
          <w:bCs/>
          <w:color w:val="000000"/>
          <w:sz w:val="24"/>
          <w:szCs w:val="24"/>
          <w:lang w:val="ru-RU" w:eastAsia="ru-RU"/>
        </w:rPr>
        <w:lastRenderedPageBreak/>
        <w:t>Тематическое планирование с указанием академических часов, отводимых на освоение каждой темы учебного предмета и возможность использования по этой теме электронных (цифровых) образовательных ресурсов (далее – ЭОР).</w:t>
      </w:r>
    </w:p>
    <w:p w:rsidR="00790CDE" w:rsidRPr="00790CDE" w:rsidRDefault="00790CDE" w:rsidP="00790CDE">
      <w:pPr>
        <w:spacing w:after="0"/>
        <w:ind w:left="720"/>
        <w:contextualSpacing/>
        <w:jc w:val="center"/>
        <w:rPr>
          <w:rFonts w:ascii="Times New Roman" w:eastAsia="Calibri" w:hAnsi="Times New Roman" w:cs="Times New Roman"/>
          <w:b/>
          <w:color w:val="000000"/>
          <w:sz w:val="24"/>
          <w:szCs w:val="24"/>
          <w:lang w:val="ru-RU"/>
        </w:rPr>
      </w:pPr>
    </w:p>
    <w:p w:rsidR="00790CDE" w:rsidRPr="00790CDE" w:rsidRDefault="00790CDE" w:rsidP="00EB4007">
      <w:pPr>
        <w:spacing w:after="0"/>
        <w:ind w:left="720"/>
        <w:contextualSpacing/>
        <w:jc w:val="center"/>
        <w:rPr>
          <w:rFonts w:ascii="Times New Roman" w:eastAsia="Calibri" w:hAnsi="Times New Roman" w:cs="Times New Roman"/>
          <w:b/>
          <w:color w:val="000000"/>
          <w:sz w:val="24"/>
          <w:szCs w:val="24"/>
          <w:lang w:val="ru-RU"/>
        </w:rPr>
      </w:pPr>
      <w:r w:rsidRPr="00790CDE">
        <w:rPr>
          <w:rFonts w:ascii="Times New Roman" w:eastAsia="Calibri" w:hAnsi="Times New Roman" w:cs="Times New Roman"/>
          <w:b/>
          <w:color w:val="000000"/>
          <w:sz w:val="24"/>
          <w:szCs w:val="24"/>
          <w:lang w:val="ru-RU"/>
        </w:rPr>
        <w:t>1 класс</w:t>
      </w:r>
    </w:p>
    <w:p w:rsidR="00790CDE" w:rsidRPr="00790CDE" w:rsidRDefault="00790CDE" w:rsidP="00790CDE">
      <w:pPr>
        <w:spacing w:after="0"/>
        <w:ind w:left="720"/>
        <w:contextualSpacing/>
        <w:jc w:val="center"/>
        <w:rPr>
          <w:rFonts w:ascii="Times New Roman" w:eastAsia="Calibri" w:hAnsi="Times New Roman" w:cs="Times New Roman"/>
          <w:b/>
          <w:color w:val="000000"/>
          <w:sz w:val="24"/>
          <w:szCs w:val="24"/>
          <w:lang w:val="ru-RU"/>
        </w:rPr>
      </w:pPr>
    </w:p>
    <w:tbl>
      <w:tblPr>
        <w:tblW w:w="1413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31"/>
        <w:gridCol w:w="5323"/>
        <w:gridCol w:w="992"/>
        <w:gridCol w:w="142"/>
        <w:gridCol w:w="1134"/>
        <w:gridCol w:w="2268"/>
        <w:gridCol w:w="3536"/>
        <w:gridCol w:w="8"/>
      </w:tblGrid>
      <w:tr w:rsidR="00790CDE" w:rsidRPr="00790CDE" w:rsidTr="00A54599">
        <w:trPr>
          <w:trHeight w:val="144"/>
          <w:tblCellSpacing w:w="20" w:type="nil"/>
        </w:trPr>
        <w:tc>
          <w:tcPr>
            <w:tcW w:w="731" w:type="dxa"/>
            <w:tcMar>
              <w:top w:w="50" w:type="dxa"/>
              <w:left w:w="100" w:type="dxa"/>
            </w:tcMar>
            <w:vAlign w:val="center"/>
          </w:tcPr>
          <w:p w:rsidR="00790CDE" w:rsidRPr="00790CDE" w:rsidRDefault="00790CDE" w:rsidP="00790CDE">
            <w:pPr>
              <w:spacing w:after="0"/>
              <w:rPr>
                <w:rFonts w:ascii="Times New Roman" w:eastAsia="Times New Roman" w:hAnsi="Times New Roman" w:cs="Times New Roman"/>
                <w:color w:val="000000"/>
                <w:sz w:val="24"/>
                <w:szCs w:val="24"/>
                <w:lang w:val="ru-RU"/>
              </w:rPr>
            </w:pPr>
          </w:p>
        </w:tc>
        <w:tc>
          <w:tcPr>
            <w:tcW w:w="5323" w:type="dxa"/>
            <w:tcMar>
              <w:top w:w="50" w:type="dxa"/>
              <w:left w:w="100" w:type="dxa"/>
            </w:tcMar>
            <w:vAlign w:val="center"/>
          </w:tcPr>
          <w:p w:rsidR="00790CDE" w:rsidRPr="00790CDE" w:rsidRDefault="00790CDE" w:rsidP="00790CDE">
            <w:pPr>
              <w:spacing w:after="0"/>
              <w:ind w:left="135"/>
              <w:rPr>
                <w:rFonts w:ascii="Times New Roman" w:eastAsia="Times New Roman" w:hAnsi="Times New Roman" w:cs="Times New Roman"/>
                <w:color w:val="000000"/>
                <w:sz w:val="24"/>
                <w:szCs w:val="24"/>
                <w:lang w:val="ru-RU"/>
              </w:rPr>
            </w:pPr>
          </w:p>
        </w:tc>
        <w:tc>
          <w:tcPr>
            <w:tcW w:w="2268" w:type="dxa"/>
            <w:gridSpan w:val="3"/>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b/>
                <w:sz w:val="24"/>
                <w:szCs w:val="24"/>
              </w:rPr>
            </w:pPr>
            <w:r w:rsidRPr="00790CDE">
              <w:rPr>
                <w:rFonts w:ascii="Times New Roman" w:eastAsia="Times New Roman" w:hAnsi="Times New Roman" w:cs="Times New Roman"/>
                <w:b/>
                <w:color w:val="000000"/>
                <w:sz w:val="24"/>
                <w:szCs w:val="24"/>
              </w:rPr>
              <w:t>Количество часов</w:t>
            </w:r>
          </w:p>
        </w:tc>
        <w:tc>
          <w:tcPr>
            <w:tcW w:w="2268" w:type="dxa"/>
            <w:tcBorders>
              <w:right w:val="single" w:sz="4" w:space="0" w:color="auto"/>
            </w:tcBorders>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color w:val="000000"/>
                <w:sz w:val="24"/>
                <w:szCs w:val="24"/>
              </w:rPr>
            </w:pPr>
          </w:p>
        </w:tc>
        <w:tc>
          <w:tcPr>
            <w:tcW w:w="3544" w:type="dxa"/>
            <w:gridSpan w:val="2"/>
            <w:tcBorders>
              <w:left w:val="single" w:sz="4" w:space="0" w:color="auto"/>
            </w:tcBorders>
            <w:vAlign w:val="center"/>
          </w:tcPr>
          <w:p w:rsidR="00790CDE" w:rsidRPr="00790CDE" w:rsidRDefault="00790CDE" w:rsidP="00790CDE">
            <w:pPr>
              <w:spacing w:after="0"/>
              <w:ind w:left="135"/>
              <w:jc w:val="center"/>
              <w:rPr>
                <w:rFonts w:ascii="Times New Roman" w:eastAsia="Times New Roman" w:hAnsi="Times New Roman" w:cs="Times New Roman"/>
                <w:color w:val="000000"/>
                <w:sz w:val="24"/>
                <w:szCs w:val="24"/>
              </w:rPr>
            </w:pPr>
          </w:p>
        </w:tc>
      </w:tr>
      <w:tr w:rsidR="00790CDE" w:rsidRPr="00790CDE" w:rsidTr="00A54599">
        <w:trPr>
          <w:trHeight w:val="144"/>
          <w:tblCellSpacing w:w="20" w:type="nil"/>
        </w:trPr>
        <w:tc>
          <w:tcPr>
            <w:tcW w:w="731" w:type="dxa"/>
            <w:tcMar>
              <w:top w:w="50" w:type="dxa"/>
              <w:left w:w="100" w:type="dxa"/>
            </w:tcMar>
            <w:vAlign w:val="center"/>
          </w:tcPr>
          <w:p w:rsidR="00790CDE" w:rsidRPr="00790CDE" w:rsidRDefault="00790CDE" w:rsidP="00790CDE">
            <w:pPr>
              <w:spacing w:after="0"/>
              <w:ind w:left="135"/>
              <w:rPr>
                <w:rFonts w:ascii="Times New Roman" w:eastAsia="Times New Roman" w:hAnsi="Times New Roman" w:cs="Times New Roman"/>
                <w:b/>
                <w:sz w:val="24"/>
                <w:szCs w:val="24"/>
              </w:rPr>
            </w:pPr>
            <w:r w:rsidRPr="00790CDE">
              <w:rPr>
                <w:rFonts w:ascii="Times New Roman" w:eastAsia="Times New Roman" w:hAnsi="Times New Roman" w:cs="Times New Roman"/>
                <w:b/>
                <w:color w:val="000000"/>
                <w:sz w:val="24"/>
                <w:szCs w:val="24"/>
              </w:rPr>
              <w:t xml:space="preserve">№ п/п </w:t>
            </w:r>
          </w:p>
          <w:p w:rsidR="00790CDE" w:rsidRPr="00790CDE" w:rsidRDefault="00790CDE" w:rsidP="00790CDE">
            <w:pPr>
              <w:spacing w:after="0"/>
              <w:ind w:left="135"/>
              <w:rPr>
                <w:rFonts w:ascii="Times New Roman" w:eastAsia="Times New Roman" w:hAnsi="Times New Roman" w:cs="Times New Roman"/>
                <w:b/>
                <w:color w:val="000000"/>
                <w:sz w:val="24"/>
                <w:szCs w:val="24"/>
              </w:rPr>
            </w:pPr>
          </w:p>
        </w:tc>
        <w:tc>
          <w:tcPr>
            <w:tcW w:w="5323" w:type="dxa"/>
            <w:tcMar>
              <w:top w:w="50" w:type="dxa"/>
              <w:left w:w="100" w:type="dxa"/>
            </w:tcMar>
            <w:vAlign w:val="center"/>
          </w:tcPr>
          <w:p w:rsidR="00790CDE" w:rsidRPr="00790CDE" w:rsidRDefault="00790CDE" w:rsidP="00790CDE">
            <w:pPr>
              <w:spacing w:after="0"/>
              <w:ind w:left="135"/>
              <w:rPr>
                <w:rFonts w:ascii="Times New Roman" w:eastAsia="Times New Roman" w:hAnsi="Times New Roman" w:cs="Times New Roman"/>
                <w:b/>
                <w:sz w:val="24"/>
                <w:szCs w:val="24"/>
              </w:rPr>
            </w:pPr>
            <w:r w:rsidRPr="00790CDE">
              <w:rPr>
                <w:rFonts w:ascii="Times New Roman" w:eastAsia="Times New Roman" w:hAnsi="Times New Roman" w:cs="Times New Roman"/>
                <w:b/>
                <w:color w:val="000000"/>
                <w:sz w:val="24"/>
                <w:szCs w:val="24"/>
              </w:rPr>
              <w:t xml:space="preserve">Наименование разделов и тем программы </w:t>
            </w:r>
          </w:p>
          <w:p w:rsidR="00790CDE" w:rsidRPr="00790CDE" w:rsidRDefault="00790CDE" w:rsidP="00790CDE">
            <w:pPr>
              <w:spacing w:after="0"/>
              <w:ind w:left="135"/>
              <w:rPr>
                <w:rFonts w:ascii="Times New Roman" w:eastAsia="Times New Roman" w:hAnsi="Times New Roman" w:cs="Times New Roman"/>
                <w:b/>
                <w:color w:val="000000"/>
                <w:sz w:val="24"/>
                <w:szCs w:val="24"/>
              </w:rPr>
            </w:pPr>
          </w:p>
        </w:tc>
        <w:tc>
          <w:tcPr>
            <w:tcW w:w="992" w:type="dxa"/>
            <w:tcMar>
              <w:top w:w="50" w:type="dxa"/>
              <w:left w:w="100" w:type="dxa"/>
            </w:tcMar>
            <w:vAlign w:val="center"/>
          </w:tcPr>
          <w:p w:rsidR="00790CDE" w:rsidRPr="00790CDE" w:rsidRDefault="00790CDE" w:rsidP="00790CDE">
            <w:pPr>
              <w:spacing w:after="0"/>
              <w:ind w:left="135"/>
              <w:rPr>
                <w:rFonts w:ascii="Times New Roman" w:eastAsia="Times New Roman" w:hAnsi="Times New Roman" w:cs="Times New Roman"/>
                <w:sz w:val="24"/>
                <w:szCs w:val="24"/>
              </w:rPr>
            </w:pPr>
            <w:r w:rsidRPr="00790CDE">
              <w:rPr>
                <w:rFonts w:ascii="Times New Roman" w:eastAsia="Times New Roman" w:hAnsi="Times New Roman" w:cs="Times New Roman"/>
                <w:b/>
                <w:color w:val="000000"/>
                <w:sz w:val="24"/>
                <w:szCs w:val="24"/>
              </w:rPr>
              <w:t xml:space="preserve">Всего </w:t>
            </w:r>
          </w:p>
          <w:p w:rsidR="00790CDE" w:rsidRPr="00790CDE" w:rsidRDefault="00790CDE" w:rsidP="00790CDE">
            <w:pPr>
              <w:spacing w:after="0"/>
              <w:ind w:left="135"/>
              <w:rPr>
                <w:rFonts w:ascii="Times New Roman" w:eastAsia="Times New Roman" w:hAnsi="Times New Roman" w:cs="Times New Roman"/>
                <w:sz w:val="24"/>
                <w:szCs w:val="24"/>
              </w:rPr>
            </w:pPr>
          </w:p>
        </w:tc>
        <w:tc>
          <w:tcPr>
            <w:tcW w:w="1276" w:type="dxa"/>
            <w:gridSpan w:val="2"/>
            <w:tcMar>
              <w:top w:w="50" w:type="dxa"/>
              <w:left w:w="100" w:type="dxa"/>
            </w:tcMar>
            <w:vAlign w:val="center"/>
          </w:tcPr>
          <w:p w:rsidR="00790CDE" w:rsidRPr="00790CDE" w:rsidRDefault="00790CDE" w:rsidP="00790CDE">
            <w:pPr>
              <w:spacing w:after="0"/>
              <w:ind w:left="135"/>
              <w:rPr>
                <w:rFonts w:ascii="Times New Roman" w:eastAsia="Times New Roman" w:hAnsi="Times New Roman" w:cs="Times New Roman"/>
                <w:sz w:val="24"/>
                <w:szCs w:val="24"/>
              </w:rPr>
            </w:pPr>
            <w:r w:rsidRPr="00790CDE">
              <w:rPr>
                <w:rFonts w:ascii="Times New Roman" w:eastAsia="Times New Roman" w:hAnsi="Times New Roman" w:cs="Times New Roman"/>
                <w:b/>
                <w:color w:val="000000"/>
                <w:sz w:val="24"/>
                <w:szCs w:val="24"/>
              </w:rPr>
              <w:t xml:space="preserve">Контрольные работы </w:t>
            </w:r>
          </w:p>
          <w:p w:rsidR="00790CDE" w:rsidRPr="00790CDE" w:rsidRDefault="00790CDE" w:rsidP="00790CDE">
            <w:pPr>
              <w:spacing w:after="0"/>
              <w:ind w:left="135"/>
              <w:rPr>
                <w:rFonts w:ascii="Times New Roman" w:eastAsia="Times New Roman" w:hAnsi="Times New Roman" w:cs="Times New Roman"/>
                <w:sz w:val="24"/>
                <w:szCs w:val="24"/>
              </w:rPr>
            </w:pPr>
          </w:p>
        </w:tc>
        <w:tc>
          <w:tcPr>
            <w:tcW w:w="2268" w:type="dxa"/>
            <w:tcBorders>
              <w:right w:val="single" w:sz="4" w:space="0" w:color="auto"/>
            </w:tcBorders>
            <w:tcMar>
              <w:top w:w="50" w:type="dxa"/>
              <w:left w:w="100" w:type="dxa"/>
            </w:tcMar>
            <w:vAlign w:val="center"/>
          </w:tcPr>
          <w:p w:rsidR="00790CDE" w:rsidRPr="00790CDE" w:rsidRDefault="00790CDE" w:rsidP="00790CDE">
            <w:pPr>
              <w:spacing w:after="0"/>
              <w:ind w:left="135"/>
              <w:rPr>
                <w:rFonts w:ascii="Times New Roman" w:eastAsia="Times New Roman" w:hAnsi="Times New Roman" w:cs="Times New Roman"/>
              </w:rPr>
            </w:pPr>
            <w:r w:rsidRPr="00790CDE">
              <w:rPr>
                <w:rFonts w:ascii="Times New Roman" w:eastAsia="Times New Roman" w:hAnsi="Times New Roman" w:cs="Times New Roman"/>
                <w:b/>
                <w:color w:val="000000"/>
              </w:rPr>
              <w:t xml:space="preserve">Электронные (цифровые) образовательные ресурсы </w:t>
            </w:r>
          </w:p>
          <w:p w:rsidR="00790CDE" w:rsidRPr="00790CDE" w:rsidRDefault="00790CDE" w:rsidP="00790CDE">
            <w:pPr>
              <w:spacing w:after="0"/>
              <w:ind w:left="135"/>
              <w:jc w:val="center"/>
              <w:rPr>
                <w:rFonts w:ascii="Times New Roman" w:eastAsia="Times New Roman" w:hAnsi="Times New Roman" w:cs="Times New Roman"/>
                <w:color w:val="000000"/>
                <w:sz w:val="24"/>
                <w:szCs w:val="24"/>
              </w:rPr>
            </w:pPr>
          </w:p>
        </w:tc>
        <w:tc>
          <w:tcPr>
            <w:tcW w:w="3544" w:type="dxa"/>
            <w:gridSpan w:val="2"/>
            <w:tcBorders>
              <w:left w:val="single" w:sz="4" w:space="0" w:color="auto"/>
            </w:tcBorders>
            <w:vAlign w:val="center"/>
          </w:tcPr>
          <w:p w:rsidR="00790CDE" w:rsidRPr="00790CDE" w:rsidRDefault="00790CDE" w:rsidP="00790CDE">
            <w:pPr>
              <w:spacing w:after="0"/>
              <w:ind w:left="135"/>
              <w:jc w:val="center"/>
              <w:rPr>
                <w:rFonts w:ascii="Times New Roman" w:eastAsia="Times New Roman" w:hAnsi="Times New Roman" w:cs="Times New Roman"/>
                <w:b/>
                <w:color w:val="000000"/>
                <w:sz w:val="24"/>
                <w:szCs w:val="24"/>
                <w:lang w:val="ru-RU"/>
              </w:rPr>
            </w:pPr>
            <w:r w:rsidRPr="00790CDE">
              <w:rPr>
                <w:rFonts w:ascii="Times New Roman" w:eastAsia="Times New Roman" w:hAnsi="Times New Roman" w:cs="Times New Roman"/>
                <w:b/>
                <w:color w:val="000000"/>
                <w:sz w:val="24"/>
                <w:szCs w:val="24"/>
                <w:lang w:val="ru-RU"/>
              </w:rPr>
              <w:t>Воспитательный компонент</w:t>
            </w:r>
          </w:p>
        </w:tc>
      </w:tr>
      <w:tr w:rsidR="00790CDE" w:rsidRPr="00790CDE" w:rsidTr="00A54599">
        <w:trPr>
          <w:trHeight w:val="144"/>
          <w:tblCellSpacing w:w="20" w:type="nil"/>
        </w:trPr>
        <w:tc>
          <w:tcPr>
            <w:tcW w:w="10590" w:type="dxa"/>
            <w:gridSpan w:val="6"/>
            <w:tcBorders>
              <w:right w:val="single" w:sz="4" w:space="0" w:color="auto"/>
            </w:tcBorders>
            <w:tcMar>
              <w:top w:w="50" w:type="dxa"/>
              <w:left w:w="100" w:type="dxa"/>
            </w:tcMar>
            <w:vAlign w:val="center"/>
          </w:tcPr>
          <w:p w:rsidR="00790CDE" w:rsidRPr="00790CDE" w:rsidRDefault="00790CDE" w:rsidP="00790CDE">
            <w:pPr>
              <w:spacing w:after="0"/>
              <w:ind w:left="135"/>
              <w:rPr>
                <w:rFonts w:ascii="Times New Roman" w:eastAsia="Times New Roman" w:hAnsi="Times New Roman" w:cs="Times New Roman"/>
                <w:b/>
                <w:color w:val="000000"/>
              </w:rPr>
            </w:pPr>
            <w:r w:rsidRPr="00790CDE">
              <w:rPr>
                <w:rFonts w:ascii="Times New Roman" w:eastAsia="Times New Roman" w:hAnsi="Times New Roman" w:cs="Times New Roman"/>
                <w:b/>
                <w:color w:val="000000"/>
                <w:sz w:val="24"/>
                <w:szCs w:val="24"/>
              </w:rPr>
              <w:t>Раздел 1.Человек и общество</w:t>
            </w:r>
          </w:p>
        </w:tc>
        <w:tc>
          <w:tcPr>
            <w:tcW w:w="3544" w:type="dxa"/>
            <w:gridSpan w:val="2"/>
            <w:tcBorders>
              <w:left w:val="single" w:sz="4" w:space="0" w:color="auto"/>
            </w:tcBorders>
            <w:vAlign w:val="center"/>
          </w:tcPr>
          <w:p w:rsidR="00790CDE" w:rsidRPr="00790CDE" w:rsidRDefault="00790CDE" w:rsidP="00790CDE">
            <w:pPr>
              <w:spacing w:after="0"/>
              <w:rPr>
                <w:rFonts w:ascii="Times New Roman" w:eastAsia="Times New Roman" w:hAnsi="Times New Roman" w:cs="Times New Roman"/>
                <w:b/>
                <w:color w:val="000000"/>
              </w:rPr>
            </w:pPr>
          </w:p>
        </w:tc>
      </w:tr>
      <w:tr w:rsidR="00790CDE" w:rsidRPr="0046724E" w:rsidTr="00A54599">
        <w:trPr>
          <w:trHeight w:val="144"/>
          <w:tblCellSpacing w:w="20" w:type="nil"/>
        </w:trPr>
        <w:tc>
          <w:tcPr>
            <w:tcW w:w="731" w:type="dxa"/>
            <w:tcMar>
              <w:top w:w="50" w:type="dxa"/>
              <w:left w:w="100" w:type="dxa"/>
            </w:tcMar>
            <w:vAlign w:val="center"/>
          </w:tcPr>
          <w:p w:rsidR="00790CDE" w:rsidRPr="00790CDE" w:rsidRDefault="00790CDE" w:rsidP="00790CDE">
            <w:pPr>
              <w:spacing w:after="0"/>
              <w:rPr>
                <w:rFonts w:ascii="Times New Roman" w:eastAsia="Times New Roman" w:hAnsi="Times New Roman" w:cs="Times New Roman"/>
                <w:sz w:val="24"/>
                <w:szCs w:val="24"/>
              </w:rPr>
            </w:pPr>
            <w:r w:rsidRPr="00790CDE">
              <w:rPr>
                <w:rFonts w:ascii="Times New Roman" w:eastAsia="Times New Roman" w:hAnsi="Times New Roman" w:cs="Times New Roman"/>
                <w:color w:val="000000"/>
                <w:sz w:val="24"/>
                <w:szCs w:val="24"/>
              </w:rPr>
              <w:t>1.1</w:t>
            </w:r>
          </w:p>
        </w:tc>
        <w:tc>
          <w:tcPr>
            <w:tcW w:w="5323" w:type="dxa"/>
            <w:tcMar>
              <w:top w:w="50" w:type="dxa"/>
              <w:left w:w="100" w:type="dxa"/>
            </w:tcMar>
            <w:vAlign w:val="center"/>
          </w:tcPr>
          <w:p w:rsidR="00790CDE" w:rsidRPr="00790CDE" w:rsidRDefault="00790CDE" w:rsidP="00790CDE">
            <w:pPr>
              <w:spacing w:after="0"/>
              <w:rPr>
                <w:rFonts w:ascii="Times New Roman" w:eastAsia="Times New Roman" w:hAnsi="Times New Roman" w:cs="Times New Roman"/>
                <w:sz w:val="24"/>
                <w:szCs w:val="24"/>
              </w:rPr>
            </w:pPr>
            <w:r w:rsidRPr="00790CDE">
              <w:rPr>
                <w:rFonts w:ascii="Times New Roman" w:eastAsia="Times New Roman" w:hAnsi="Times New Roman" w:cs="Times New Roman"/>
                <w:color w:val="000000"/>
                <w:sz w:val="24"/>
                <w:szCs w:val="24"/>
                <w:lang w:val="ru-RU"/>
              </w:rPr>
              <w:t>Школа.  Школьная жизнь</w:t>
            </w:r>
          </w:p>
        </w:tc>
        <w:tc>
          <w:tcPr>
            <w:tcW w:w="992" w:type="dxa"/>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rPr>
            </w:pPr>
            <w:r w:rsidRPr="00790CDE">
              <w:rPr>
                <w:rFonts w:ascii="Times New Roman" w:eastAsia="Times New Roman" w:hAnsi="Times New Roman" w:cs="Times New Roman"/>
                <w:color w:val="000000"/>
                <w:sz w:val="24"/>
                <w:szCs w:val="24"/>
              </w:rPr>
              <w:t xml:space="preserve"> 4</w:t>
            </w:r>
          </w:p>
        </w:tc>
        <w:tc>
          <w:tcPr>
            <w:tcW w:w="1276" w:type="dxa"/>
            <w:gridSpan w:val="2"/>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rPr>
            </w:pPr>
          </w:p>
        </w:tc>
        <w:tc>
          <w:tcPr>
            <w:tcW w:w="2268" w:type="dxa"/>
            <w:tcBorders>
              <w:right w:val="single" w:sz="4" w:space="0" w:color="auto"/>
            </w:tcBorders>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rPr>
            </w:pPr>
          </w:p>
        </w:tc>
        <w:tc>
          <w:tcPr>
            <w:tcW w:w="3544" w:type="dxa"/>
            <w:gridSpan w:val="2"/>
            <w:vMerge w:val="restart"/>
            <w:tcBorders>
              <w:left w:val="single" w:sz="4" w:space="0" w:color="auto"/>
            </w:tcBorders>
            <w:vAlign w:val="center"/>
          </w:tcPr>
          <w:p w:rsidR="00790CDE" w:rsidRPr="00790CDE" w:rsidRDefault="00790CDE" w:rsidP="00790CDE">
            <w:pPr>
              <w:spacing w:after="0"/>
              <w:jc w:val="both"/>
              <w:rPr>
                <w:rFonts w:ascii="Times New Roman" w:eastAsia="Times New Roman" w:hAnsi="Times New Roman" w:cs="Times New Roman"/>
                <w:sz w:val="24"/>
                <w:szCs w:val="24"/>
                <w:lang w:val="ru-RU"/>
              </w:rPr>
            </w:pPr>
            <w:r w:rsidRPr="00790CDE">
              <w:rPr>
                <w:rFonts w:ascii="Times New Roman" w:eastAsia="Times New Roman" w:hAnsi="Times New Roman" w:cs="Times New Roman"/>
                <w:b/>
                <w:color w:val="000000"/>
                <w:sz w:val="24"/>
                <w:szCs w:val="24"/>
                <w:lang w:val="ru-RU"/>
              </w:rPr>
              <w:t>Гражданско-патриотическое воспитание:</w:t>
            </w:r>
          </w:p>
          <w:p w:rsidR="00790CDE" w:rsidRPr="00790CDE" w:rsidRDefault="00790CDE" w:rsidP="00790CDE">
            <w:pPr>
              <w:spacing w:after="0"/>
              <w:jc w:val="both"/>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 xml:space="preserve">становление ценностного отношения к своей Родине – России; понимание особой роли многонациональной России в современном мире; </w:t>
            </w:r>
          </w:p>
          <w:p w:rsidR="00790CDE" w:rsidRPr="00790CDE" w:rsidRDefault="00790CDE" w:rsidP="00790CDE">
            <w:pPr>
              <w:spacing w:after="0"/>
              <w:jc w:val="both"/>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790CDE" w:rsidRPr="00790CDE" w:rsidRDefault="00790CDE" w:rsidP="00790CDE">
            <w:pPr>
              <w:spacing w:after="0"/>
              <w:jc w:val="both"/>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 xml:space="preserve">сопричастность к прошлому, настоящему и будущему своей страны и родного края; </w:t>
            </w:r>
          </w:p>
          <w:p w:rsidR="00790CDE" w:rsidRPr="00790CDE" w:rsidRDefault="00790CDE" w:rsidP="00790CDE">
            <w:pPr>
              <w:spacing w:after="0"/>
              <w:jc w:val="both"/>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 xml:space="preserve">проявление интереса к истории и многонациональной культуре </w:t>
            </w:r>
            <w:r w:rsidRPr="00790CDE">
              <w:rPr>
                <w:rFonts w:ascii="Times New Roman" w:eastAsia="Times New Roman" w:hAnsi="Times New Roman" w:cs="Times New Roman"/>
                <w:color w:val="000000"/>
                <w:sz w:val="24"/>
                <w:szCs w:val="24"/>
                <w:lang w:val="ru-RU"/>
              </w:rPr>
              <w:lastRenderedPageBreak/>
              <w:t xml:space="preserve">своей страны, уважения к своему и другим народам; </w:t>
            </w:r>
          </w:p>
          <w:p w:rsidR="00790CDE" w:rsidRPr="00790CDE" w:rsidRDefault="00790CDE" w:rsidP="00790CDE">
            <w:pPr>
              <w:spacing w:after="0"/>
              <w:jc w:val="both"/>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первоначальные представления о человеке как члене общества, осознание прав и ответственности человека как члена общества.</w:t>
            </w:r>
          </w:p>
          <w:p w:rsidR="00790CDE" w:rsidRPr="00790CDE" w:rsidRDefault="00790CDE" w:rsidP="00790CDE">
            <w:pPr>
              <w:spacing w:after="0"/>
              <w:jc w:val="both"/>
              <w:rPr>
                <w:rFonts w:ascii="Times New Roman" w:eastAsia="Times New Roman" w:hAnsi="Times New Roman" w:cs="Times New Roman"/>
                <w:sz w:val="24"/>
                <w:szCs w:val="24"/>
                <w:lang w:val="ru-RU"/>
              </w:rPr>
            </w:pPr>
            <w:r w:rsidRPr="00790CDE">
              <w:rPr>
                <w:rFonts w:ascii="Times New Roman" w:eastAsia="Times New Roman" w:hAnsi="Times New Roman" w:cs="Times New Roman"/>
                <w:b/>
                <w:color w:val="000000"/>
                <w:sz w:val="24"/>
                <w:szCs w:val="24"/>
                <w:lang w:val="ru-RU"/>
              </w:rPr>
              <w:t>Духовно-нравственное воспитание:</w:t>
            </w:r>
          </w:p>
          <w:p w:rsidR="00790CDE" w:rsidRPr="00790CDE" w:rsidRDefault="00790CDE" w:rsidP="00790CDE">
            <w:pPr>
              <w:spacing w:after="0"/>
              <w:jc w:val="both"/>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 xml:space="preserve">проявление культуры общения, уважительного отношения к людям, их взглядам, признанию их индивидуальности; </w:t>
            </w:r>
          </w:p>
          <w:p w:rsidR="00790CDE" w:rsidRPr="00790CDE" w:rsidRDefault="00790CDE" w:rsidP="00790CDE">
            <w:pPr>
              <w:spacing w:after="0"/>
              <w:jc w:val="both"/>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790CDE" w:rsidRPr="00790CDE" w:rsidRDefault="00790CDE" w:rsidP="00790CDE">
            <w:pPr>
              <w:spacing w:after="0"/>
              <w:jc w:val="both"/>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790CDE" w:rsidRPr="00790CDE" w:rsidRDefault="00790CDE" w:rsidP="00790CDE">
            <w:pPr>
              <w:spacing w:after="0"/>
              <w:jc w:val="center"/>
              <w:rPr>
                <w:rFonts w:ascii="Times New Roman" w:eastAsia="Times New Roman" w:hAnsi="Times New Roman" w:cs="Times New Roman"/>
                <w:sz w:val="24"/>
                <w:szCs w:val="24"/>
                <w:lang w:val="ru-RU"/>
              </w:rPr>
            </w:pPr>
          </w:p>
        </w:tc>
      </w:tr>
      <w:tr w:rsidR="00790CDE" w:rsidRPr="0046724E" w:rsidTr="00A54599">
        <w:trPr>
          <w:trHeight w:val="144"/>
          <w:tblCellSpacing w:w="20" w:type="nil"/>
        </w:trPr>
        <w:tc>
          <w:tcPr>
            <w:tcW w:w="731" w:type="dxa"/>
            <w:tcMar>
              <w:top w:w="50" w:type="dxa"/>
              <w:left w:w="100" w:type="dxa"/>
            </w:tcMar>
            <w:vAlign w:val="center"/>
          </w:tcPr>
          <w:p w:rsidR="00790CDE" w:rsidRPr="00790CDE" w:rsidRDefault="00790CDE" w:rsidP="00790CDE">
            <w:pPr>
              <w:spacing w:after="0"/>
              <w:rPr>
                <w:rFonts w:ascii="Times New Roman" w:eastAsia="Times New Roman" w:hAnsi="Times New Roman" w:cs="Times New Roman"/>
                <w:sz w:val="24"/>
                <w:szCs w:val="24"/>
              </w:rPr>
            </w:pPr>
            <w:r w:rsidRPr="00790CDE">
              <w:rPr>
                <w:rFonts w:ascii="Times New Roman" w:eastAsia="Times New Roman" w:hAnsi="Times New Roman" w:cs="Times New Roman"/>
                <w:color w:val="000000"/>
                <w:sz w:val="24"/>
                <w:szCs w:val="24"/>
              </w:rPr>
              <w:t>1.2</w:t>
            </w:r>
          </w:p>
        </w:tc>
        <w:tc>
          <w:tcPr>
            <w:tcW w:w="5323" w:type="dxa"/>
            <w:tcMar>
              <w:top w:w="50" w:type="dxa"/>
              <w:left w:w="100" w:type="dxa"/>
            </w:tcMar>
            <w:vAlign w:val="center"/>
          </w:tcPr>
          <w:p w:rsidR="00790CDE" w:rsidRPr="00790CDE" w:rsidRDefault="00790CDE" w:rsidP="00790CDE">
            <w:pPr>
              <w:spacing w:after="0"/>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Семья. Взаимоотношения и взаимопомощь в семье</w:t>
            </w:r>
          </w:p>
        </w:tc>
        <w:tc>
          <w:tcPr>
            <w:tcW w:w="992" w:type="dxa"/>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 xml:space="preserve">2 </w:t>
            </w:r>
          </w:p>
        </w:tc>
        <w:tc>
          <w:tcPr>
            <w:tcW w:w="1276" w:type="dxa"/>
            <w:gridSpan w:val="2"/>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lang w:val="ru-RU"/>
              </w:rPr>
            </w:pPr>
          </w:p>
        </w:tc>
        <w:tc>
          <w:tcPr>
            <w:tcW w:w="2268" w:type="dxa"/>
            <w:tcBorders>
              <w:right w:val="single" w:sz="4" w:space="0" w:color="auto"/>
            </w:tcBorders>
            <w:tcMar>
              <w:top w:w="50" w:type="dxa"/>
              <w:left w:w="100" w:type="dxa"/>
            </w:tcMar>
            <w:vAlign w:val="center"/>
          </w:tcPr>
          <w:p w:rsidR="00790CDE" w:rsidRPr="00790CDE" w:rsidRDefault="00161CFB" w:rsidP="00790CDE">
            <w:pPr>
              <w:spacing w:after="0"/>
              <w:ind w:left="135"/>
              <w:jc w:val="center"/>
              <w:rPr>
                <w:rFonts w:ascii="Times New Roman" w:eastAsia="Times New Roman" w:hAnsi="Times New Roman" w:cs="Times New Roman"/>
                <w:sz w:val="24"/>
                <w:szCs w:val="24"/>
                <w:lang w:val="ru-RU"/>
              </w:rPr>
            </w:pPr>
            <w:hyperlink r:id="rId9" w:history="1">
              <w:r w:rsidR="00B15259" w:rsidRPr="00664147">
                <w:rPr>
                  <w:rStyle w:val="ac"/>
                  <w:rFonts w:ascii="Times New Roman" w:eastAsia="Times New Roman" w:hAnsi="Times New Roman" w:cs="Times New Roman"/>
                  <w:sz w:val="24"/>
                  <w:szCs w:val="24"/>
                </w:rPr>
                <w:t>https</w:t>
              </w:r>
              <w:r w:rsidR="00B15259" w:rsidRPr="00664147">
                <w:rPr>
                  <w:rStyle w:val="ac"/>
                  <w:rFonts w:ascii="Times New Roman" w:eastAsia="Times New Roman" w:hAnsi="Times New Roman" w:cs="Times New Roman"/>
                  <w:sz w:val="24"/>
                  <w:szCs w:val="24"/>
                  <w:lang w:val="ru-RU"/>
                </w:rPr>
                <w:t>://</w:t>
              </w:r>
              <w:r w:rsidR="00B15259" w:rsidRPr="00664147">
                <w:rPr>
                  <w:rStyle w:val="ac"/>
                  <w:rFonts w:ascii="Times New Roman" w:eastAsia="Times New Roman" w:hAnsi="Times New Roman" w:cs="Times New Roman"/>
                  <w:sz w:val="24"/>
                  <w:szCs w:val="24"/>
                </w:rPr>
                <w:t>resh</w:t>
              </w:r>
              <w:r w:rsidR="00B15259" w:rsidRPr="00664147">
                <w:rPr>
                  <w:rStyle w:val="ac"/>
                  <w:rFonts w:ascii="Times New Roman" w:eastAsia="Times New Roman" w:hAnsi="Times New Roman" w:cs="Times New Roman"/>
                  <w:sz w:val="24"/>
                  <w:szCs w:val="24"/>
                  <w:lang w:val="ru-RU"/>
                </w:rPr>
                <w:t>.</w:t>
              </w:r>
              <w:r w:rsidR="00B15259" w:rsidRPr="00664147">
                <w:rPr>
                  <w:rStyle w:val="ac"/>
                  <w:rFonts w:ascii="Times New Roman" w:eastAsia="Times New Roman" w:hAnsi="Times New Roman" w:cs="Times New Roman"/>
                  <w:sz w:val="24"/>
                  <w:szCs w:val="24"/>
                </w:rPr>
                <w:t>edu</w:t>
              </w:r>
              <w:r w:rsidR="00B15259" w:rsidRPr="00664147">
                <w:rPr>
                  <w:rStyle w:val="ac"/>
                  <w:rFonts w:ascii="Times New Roman" w:eastAsia="Times New Roman" w:hAnsi="Times New Roman" w:cs="Times New Roman"/>
                  <w:sz w:val="24"/>
                  <w:szCs w:val="24"/>
                  <w:lang w:val="ru-RU"/>
                </w:rPr>
                <w:t>.</w:t>
              </w:r>
              <w:r w:rsidR="00B15259" w:rsidRPr="00664147">
                <w:rPr>
                  <w:rStyle w:val="ac"/>
                  <w:rFonts w:ascii="Times New Roman" w:eastAsia="Times New Roman" w:hAnsi="Times New Roman" w:cs="Times New Roman"/>
                  <w:sz w:val="24"/>
                  <w:szCs w:val="24"/>
                </w:rPr>
                <w:t>ru</w:t>
              </w:r>
              <w:r w:rsidR="00B15259" w:rsidRPr="00664147">
                <w:rPr>
                  <w:rStyle w:val="ac"/>
                  <w:rFonts w:ascii="Times New Roman" w:eastAsia="Times New Roman" w:hAnsi="Times New Roman" w:cs="Times New Roman"/>
                  <w:sz w:val="24"/>
                  <w:szCs w:val="24"/>
                  <w:lang w:val="ru-RU"/>
                </w:rPr>
                <w:t>/</w:t>
              </w:r>
              <w:r w:rsidR="00B15259" w:rsidRPr="00664147">
                <w:rPr>
                  <w:rStyle w:val="ac"/>
                  <w:rFonts w:ascii="Times New Roman" w:eastAsia="Times New Roman" w:hAnsi="Times New Roman" w:cs="Times New Roman"/>
                  <w:sz w:val="24"/>
                  <w:szCs w:val="24"/>
                </w:rPr>
                <w:t>subject</w:t>
              </w:r>
              <w:r w:rsidR="00B15259" w:rsidRPr="00664147">
                <w:rPr>
                  <w:rStyle w:val="ac"/>
                  <w:rFonts w:ascii="Times New Roman" w:eastAsia="Times New Roman" w:hAnsi="Times New Roman" w:cs="Times New Roman"/>
                  <w:sz w:val="24"/>
                  <w:szCs w:val="24"/>
                  <w:lang w:val="ru-RU"/>
                </w:rPr>
                <w:t>/43/1/</w:t>
              </w:r>
            </w:hyperlink>
          </w:p>
        </w:tc>
        <w:tc>
          <w:tcPr>
            <w:tcW w:w="3544" w:type="dxa"/>
            <w:gridSpan w:val="2"/>
            <w:vMerge/>
            <w:tcBorders>
              <w:left w:val="single" w:sz="4" w:space="0" w:color="auto"/>
            </w:tcBorders>
            <w:vAlign w:val="center"/>
          </w:tcPr>
          <w:p w:rsidR="00790CDE" w:rsidRPr="00790CDE" w:rsidRDefault="00790CDE" w:rsidP="00790CDE">
            <w:pPr>
              <w:spacing w:after="0"/>
              <w:ind w:left="135"/>
              <w:jc w:val="center"/>
              <w:rPr>
                <w:rFonts w:ascii="Times New Roman" w:eastAsia="Times New Roman" w:hAnsi="Times New Roman" w:cs="Times New Roman"/>
                <w:sz w:val="24"/>
                <w:szCs w:val="24"/>
                <w:lang w:val="ru-RU"/>
              </w:rPr>
            </w:pPr>
          </w:p>
        </w:tc>
      </w:tr>
      <w:tr w:rsidR="00790CDE" w:rsidRPr="0046724E" w:rsidTr="00A54599">
        <w:trPr>
          <w:trHeight w:val="144"/>
          <w:tblCellSpacing w:w="20" w:type="nil"/>
        </w:trPr>
        <w:tc>
          <w:tcPr>
            <w:tcW w:w="731" w:type="dxa"/>
            <w:tcMar>
              <w:top w:w="50" w:type="dxa"/>
              <w:left w:w="100" w:type="dxa"/>
            </w:tcMar>
            <w:vAlign w:val="center"/>
          </w:tcPr>
          <w:p w:rsidR="00790CDE" w:rsidRPr="00790CDE" w:rsidRDefault="00790CDE" w:rsidP="00790CDE">
            <w:pPr>
              <w:spacing w:after="0"/>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1.3</w:t>
            </w:r>
          </w:p>
        </w:tc>
        <w:tc>
          <w:tcPr>
            <w:tcW w:w="5323" w:type="dxa"/>
            <w:tcMar>
              <w:top w:w="50" w:type="dxa"/>
              <w:left w:w="100" w:type="dxa"/>
            </w:tcMar>
            <w:vAlign w:val="center"/>
          </w:tcPr>
          <w:p w:rsidR="00790CDE" w:rsidRPr="00790CDE" w:rsidRDefault="00790CDE" w:rsidP="00790CDE">
            <w:pPr>
              <w:spacing w:after="0"/>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Россия – наша Родина</w:t>
            </w:r>
          </w:p>
        </w:tc>
        <w:tc>
          <w:tcPr>
            <w:tcW w:w="992" w:type="dxa"/>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 xml:space="preserve"> 13 </w:t>
            </w:r>
          </w:p>
        </w:tc>
        <w:tc>
          <w:tcPr>
            <w:tcW w:w="1276" w:type="dxa"/>
            <w:gridSpan w:val="2"/>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lang w:val="ru-RU"/>
              </w:rPr>
            </w:pPr>
            <w:r w:rsidRPr="00790CDE">
              <w:rPr>
                <w:rFonts w:ascii="Times New Roman" w:eastAsia="Times New Roman" w:hAnsi="Times New Roman" w:cs="Times New Roman"/>
                <w:sz w:val="24"/>
                <w:szCs w:val="24"/>
                <w:lang w:val="ru-RU"/>
              </w:rPr>
              <w:t>1</w:t>
            </w:r>
          </w:p>
        </w:tc>
        <w:tc>
          <w:tcPr>
            <w:tcW w:w="2268" w:type="dxa"/>
            <w:tcBorders>
              <w:right w:val="single" w:sz="4" w:space="0" w:color="auto"/>
            </w:tcBorders>
            <w:tcMar>
              <w:top w:w="50" w:type="dxa"/>
              <w:left w:w="100" w:type="dxa"/>
            </w:tcMar>
            <w:vAlign w:val="center"/>
          </w:tcPr>
          <w:p w:rsidR="00790CDE" w:rsidRPr="00790CDE" w:rsidRDefault="00161CFB" w:rsidP="00790CDE">
            <w:pPr>
              <w:spacing w:after="0"/>
              <w:ind w:left="135"/>
              <w:jc w:val="center"/>
              <w:rPr>
                <w:rFonts w:ascii="Times New Roman" w:eastAsia="Times New Roman" w:hAnsi="Times New Roman" w:cs="Times New Roman"/>
                <w:sz w:val="24"/>
                <w:szCs w:val="24"/>
                <w:lang w:val="ru-RU"/>
              </w:rPr>
            </w:pPr>
            <w:hyperlink r:id="rId10" w:history="1">
              <w:r w:rsidR="00B15259" w:rsidRPr="00664147">
                <w:rPr>
                  <w:rStyle w:val="ac"/>
                  <w:rFonts w:ascii="Times New Roman" w:eastAsia="Times New Roman" w:hAnsi="Times New Roman" w:cs="Times New Roman"/>
                  <w:sz w:val="24"/>
                  <w:szCs w:val="24"/>
                </w:rPr>
                <w:t>https</w:t>
              </w:r>
              <w:r w:rsidR="00B15259" w:rsidRPr="00664147">
                <w:rPr>
                  <w:rStyle w:val="ac"/>
                  <w:rFonts w:ascii="Times New Roman" w:eastAsia="Times New Roman" w:hAnsi="Times New Roman" w:cs="Times New Roman"/>
                  <w:sz w:val="24"/>
                  <w:szCs w:val="24"/>
                  <w:lang w:val="ru-RU"/>
                </w:rPr>
                <w:t>://</w:t>
              </w:r>
              <w:r w:rsidR="00B15259" w:rsidRPr="00664147">
                <w:rPr>
                  <w:rStyle w:val="ac"/>
                  <w:rFonts w:ascii="Times New Roman" w:eastAsia="Times New Roman" w:hAnsi="Times New Roman" w:cs="Times New Roman"/>
                  <w:sz w:val="24"/>
                  <w:szCs w:val="24"/>
                </w:rPr>
                <w:t>resh</w:t>
              </w:r>
              <w:r w:rsidR="00B15259" w:rsidRPr="00664147">
                <w:rPr>
                  <w:rStyle w:val="ac"/>
                  <w:rFonts w:ascii="Times New Roman" w:eastAsia="Times New Roman" w:hAnsi="Times New Roman" w:cs="Times New Roman"/>
                  <w:sz w:val="24"/>
                  <w:szCs w:val="24"/>
                  <w:lang w:val="ru-RU"/>
                </w:rPr>
                <w:t>.</w:t>
              </w:r>
              <w:r w:rsidR="00B15259" w:rsidRPr="00664147">
                <w:rPr>
                  <w:rStyle w:val="ac"/>
                  <w:rFonts w:ascii="Times New Roman" w:eastAsia="Times New Roman" w:hAnsi="Times New Roman" w:cs="Times New Roman"/>
                  <w:sz w:val="24"/>
                  <w:szCs w:val="24"/>
                </w:rPr>
                <w:t>edu</w:t>
              </w:r>
              <w:r w:rsidR="00B15259" w:rsidRPr="00664147">
                <w:rPr>
                  <w:rStyle w:val="ac"/>
                  <w:rFonts w:ascii="Times New Roman" w:eastAsia="Times New Roman" w:hAnsi="Times New Roman" w:cs="Times New Roman"/>
                  <w:sz w:val="24"/>
                  <w:szCs w:val="24"/>
                  <w:lang w:val="ru-RU"/>
                </w:rPr>
                <w:t>.</w:t>
              </w:r>
              <w:r w:rsidR="00B15259" w:rsidRPr="00664147">
                <w:rPr>
                  <w:rStyle w:val="ac"/>
                  <w:rFonts w:ascii="Times New Roman" w:eastAsia="Times New Roman" w:hAnsi="Times New Roman" w:cs="Times New Roman"/>
                  <w:sz w:val="24"/>
                  <w:szCs w:val="24"/>
                </w:rPr>
                <w:t>ru</w:t>
              </w:r>
              <w:r w:rsidR="00B15259" w:rsidRPr="00664147">
                <w:rPr>
                  <w:rStyle w:val="ac"/>
                  <w:rFonts w:ascii="Times New Roman" w:eastAsia="Times New Roman" w:hAnsi="Times New Roman" w:cs="Times New Roman"/>
                  <w:sz w:val="24"/>
                  <w:szCs w:val="24"/>
                  <w:lang w:val="ru-RU"/>
                </w:rPr>
                <w:t>/</w:t>
              </w:r>
              <w:r w:rsidR="00B15259" w:rsidRPr="00664147">
                <w:rPr>
                  <w:rStyle w:val="ac"/>
                  <w:rFonts w:ascii="Times New Roman" w:eastAsia="Times New Roman" w:hAnsi="Times New Roman" w:cs="Times New Roman"/>
                  <w:sz w:val="24"/>
                  <w:szCs w:val="24"/>
                </w:rPr>
                <w:t>subject</w:t>
              </w:r>
              <w:r w:rsidR="00B15259" w:rsidRPr="00664147">
                <w:rPr>
                  <w:rStyle w:val="ac"/>
                  <w:rFonts w:ascii="Times New Roman" w:eastAsia="Times New Roman" w:hAnsi="Times New Roman" w:cs="Times New Roman"/>
                  <w:sz w:val="24"/>
                  <w:szCs w:val="24"/>
                  <w:lang w:val="ru-RU"/>
                </w:rPr>
                <w:t>/43/1/</w:t>
              </w:r>
            </w:hyperlink>
          </w:p>
        </w:tc>
        <w:tc>
          <w:tcPr>
            <w:tcW w:w="3544" w:type="dxa"/>
            <w:gridSpan w:val="2"/>
            <w:vMerge/>
            <w:tcBorders>
              <w:left w:val="single" w:sz="4" w:space="0" w:color="auto"/>
            </w:tcBorders>
            <w:vAlign w:val="center"/>
          </w:tcPr>
          <w:p w:rsidR="00790CDE" w:rsidRPr="00790CDE" w:rsidRDefault="00790CDE" w:rsidP="00790CDE">
            <w:pPr>
              <w:spacing w:after="0"/>
              <w:ind w:left="135"/>
              <w:jc w:val="center"/>
              <w:rPr>
                <w:rFonts w:ascii="Times New Roman" w:eastAsia="Times New Roman" w:hAnsi="Times New Roman" w:cs="Times New Roman"/>
                <w:sz w:val="24"/>
                <w:szCs w:val="24"/>
                <w:lang w:val="ru-RU"/>
              </w:rPr>
            </w:pPr>
          </w:p>
        </w:tc>
      </w:tr>
      <w:tr w:rsidR="00082A08" w:rsidRPr="00790CDE" w:rsidTr="00082A08">
        <w:trPr>
          <w:gridAfter w:val="1"/>
          <w:wAfter w:w="8" w:type="dxa"/>
          <w:trHeight w:val="144"/>
          <w:tblCellSpacing w:w="20" w:type="nil"/>
        </w:trPr>
        <w:tc>
          <w:tcPr>
            <w:tcW w:w="6054" w:type="dxa"/>
            <w:gridSpan w:val="2"/>
            <w:tcMar>
              <w:top w:w="50" w:type="dxa"/>
              <w:left w:w="100" w:type="dxa"/>
            </w:tcMar>
            <w:vAlign w:val="center"/>
          </w:tcPr>
          <w:p w:rsidR="00790CDE" w:rsidRPr="00790CDE" w:rsidRDefault="00790CDE" w:rsidP="00790CDE">
            <w:pPr>
              <w:spacing w:after="0"/>
              <w:rPr>
                <w:rFonts w:ascii="Times New Roman" w:eastAsia="Times New Roman" w:hAnsi="Times New Roman" w:cs="Times New Roman"/>
                <w:sz w:val="24"/>
                <w:szCs w:val="24"/>
              </w:rPr>
            </w:pPr>
            <w:r w:rsidRPr="00790CDE">
              <w:rPr>
                <w:rFonts w:ascii="Times New Roman" w:eastAsia="Times New Roman" w:hAnsi="Times New Roman" w:cs="Times New Roman"/>
                <w:color w:val="000000"/>
                <w:sz w:val="24"/>
                <w:szCs w:val="24"/>
              </w:rPr>
              <w:lastRenderedPageBreak/>
              <w:t>Итого по разделу</w:t>
            </w:r>
          </w:p>
        </w:tc>
        <w:tc>
          <w:tcPr>
            <w:tcW w:w="992" w:type="dxa"/>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rPr>
            </w:pPr>
            <w:r w:rsidRPr="00790CDE">
              <w:rPr>
                <w:rFonts w:ascii="Times New Roman" w:eastAsia="Times New Roman" w:hAnsi="Times New Roman" w:cs="Times New Roman"/>
                <w:color w:val="000000"/>
                <w:sz w:val="24"/>
                <w:szCs w:val="24"/>
              </w:rPr>
              <w:t xml:space="preserve"> 19</w:t>
            </w:r>
          </w:p>
        </w:tc>
        <w:tc>
          <w:tcPr>
            <w:tcW w:w="7080" w:type="dxa"/>
            <w:gridSpan w:val="4"/>
            <w:tcBorders>
              <w:top w:val="single" w:sz="4" w:space="0" w:color="auto"/>
              <w:bottom w:val="single" w:sz="4" w:space="0" w:color="auto"/>
              <w:right w:val="single" w:sz="4" w:space="0" w:color="auto"/>
            </w:tcBorders>
            <w:shd w:val="clear" w:color="auto" w:fill="auto"/>
          </w:tcPr>
          <w:p w:rsidR="00082A08" w:rsidRPr="00790CDE" w:rsidRDefault="00082A08"/>
        </w:tc>
      </w:tr>
      <w:tr w:rsidR="00790CDE" w:rsidRPr="00790CDE" w:rsidTr="00A54599">
        <w:trPr>
          <w:trHeight w:val="144"/>
          <w:tblCellSpacing w:w="20" w:type="nil"/>
        </w:trPr>
        <w:tc>
          <w:tcPr>
            <w:tcW w:w="10590" w:type="dxa"/>
            <w:gridSpan w:val="6"/>
            <w:tcBorders>
              <w:right w:val="single" w:sz="4" w:space="0" w:color="auto"/>
            </w:tcBorders>
            <w:tcMar>
              <w:top w:w="50" w:type="dxa"/>
              <w:left w:w="100" w:type="dxa"/>
            </w:tcMar>
            <w:vAlign w:val="center"/>
          </w:tcPr>
          <w:p w:rsidR="00790CDE" w:rsidRPr="00790CDE" w:rsidRDefault="00790CDE" w:rsidP="00790CDE">
            <w:pPr>
              <w:spacing w:after="0"/>
              <w:ind w:left="135"/>
              <w:rPr>
                <w:rFonts w:ascii="Times New Roman" w:eastAsia="Times New Roman" w:hAnsi="Times New Roman" w:cs="Times New Roman"/>
                <w:b/>
                <w:color w:val="000000"/>
              </w:rPr>
            </w:pPr>
            <w:r w:rsidRPr="00790CDE">
              <w:rPr>
                <w:rFonts w:ascii="Times New Roman" w:eastAsia="Times New Roman" w:hAnsi="Times New Roman" w:cs="Times New Roman"/>
                <w:b/>
                <w:color w:val="000000"/>
                <w:sz w:val="24"/>
                <w:szCs w:val="24"/>
              </w:rPr>
              <w:lastRenderedPageBreak/>
              <w:t>Раздел 1.Человек и природа</w:t>
            </w:r>
          </w:p>
        </w:tc>
        <w:tc>
          <w:tcPr>
            <w:tcW w:w="3544" w:type="dxa"/>
            <w:gridSpan w:val="2"/>
            <w:tcBorders>
              <w:left w:val="single" w:sz="4" w:space="0" w:color="auto"/>
            </w:tcBorders>
            <w:vAlign w:val="center"/>
          </w:tcPr>
          <w:p w:rsidR="00790CDE" w:rsidRPr="00790CDE" w:rsidRDefault="00790CDE" w:rsidP="00790CDE">
            <w:pPr>
              <w:spacing w:after="0"/>
              <w:rPr>
                <w:rFonts w:ascii="Times New Roman" w:eastAsia="Times New Roman" w:hAnsi="Times New Roman" w:cs="Times New Roman"/>
                <w:b/>
                <w:color w:val="000000"/>
              </w:rPr>
            </w:pPr>
          </w:p>
        </w:tc>
      </w:tr>
      <w:tr w:rsidR="00790CDE" w:rsidRPr="0046724E" w:rsidTr="00A54599">
        <w:trPr>
          <w:trHeight w:val="144"/>
          <w:tblCellSpacing w:w="20" w:type="nil"/>
        </w:trPr>
        <w:tc>
          <w:tcPr>
            <w:tcW w:w="731" w:type="dxa"/>
            <w:tcMar>
              <w:top w:w="50" w:type="dxa"/>
              <w:left w:w="100" w:type="dxa"/>
            </w:tcMar>
            <w:vAlign w:val="center"/>
          </w:tcPr>
          <w:p w:rsidR="00790CDE" w:rsidRPr="00790CDE" w:rsidRDefault="00790CDE" w:rsidP="00790CDE">
            <w:pPr>
              <w:spacing w:after="0"/>
              <w:rPr>
                <w:rFonts w:ascii="Times New Roman" w:eastAsia="Times New Roman" w:hAnsi="Times New Roman" w:cs="Times New Roman"/>
                <w:sz w:val="24"/>
                <w:szCs w:val="24"/>
              </w:rPr>
            </w:pPr>
            <w:r w:rsidRPr="00790CDE">
              <w:rPr>
                <w:rFonts w:ascii="Times New Roman" w:eastAsia="Times New Roman" w:hAnsi="Times New Roman" w:cs="Times New Roman"/>
                <w:color w:val="000000"/>
                <w:sz w:val="24"/>
                <w:szCs w:val="24"/>
              </w:rPr>
              <w:t>2.1</w:t>
            </w:r>
          </w:p>
        </w:tc>
        <w:tc>
          <w:tcPr>
            <w:tcW w:w="5323" w:type="dxa"/>
            <w:tcMar>
              <w:top w:w="50" w:type="dxa"/>
              <w:left w:w="100" w:type="dxa"/>
            </w:tcMar>
            <w:vAlign w:val="center"/>
          </w:tcPr>
          <w:p w:rsidR="00790CDE" w:rsidRPr="00790CDE" w:rsidRDefault="00790CDE" w:rsidP="00790CDE">
            <w:pPr>
              <w:spacing w:after="0"/>
              <w:ind w:left="135"/>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Природа – среда обитания человека. Взаимосвязи между человеком и природой</w:t>
            </w:r>
          </w:p>
        </w:tc>
        <w:tc>
          <w:tcPr>
            <w:tcW w:w="1134" w:type="dxa"/>
            <w:gridSpan w:val="2"/>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 xml:space="preserve"> 18 </w:t>
            </w:r>
          </w:p>
        </w:tc>
        <w:tc>
          <w:tcPr>
            <w:tcW w:w="1134" w:type="dxa"/>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lang w:val="ru-RU"/>
              </w:rPr>
            </w:pPr>
          </w:p>
        </w:tc>
        <w:tc>
          <w:tcPr>
            <w:tcW w:w="2268" w:type="dxa"/>
            <w:tcBorders>
              <w:right w:val="single" w:sz="4" w:space="0" w:color="auto"/>
            </w:tcBorders>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lang w:val="ru-RU"/>
              </w:rPr>
            </w:pPr>
            <w:r w:rsidRPr="00790CDE">
              <w:rPr>
                <w:rFonts w:ascii="Times New Roman" w:eastAsia="Times New Roman" w:hAnsi="Times New Roman" w:cs="Times New Roman"/>
                <w:sz w:val="24"/>
                <w:szCs w:val="24"/>
              </w:rPr>
              <w:t>https</w:t>
            </w:r>
            <w:r w:rsidRPr="00790CDE">
              <w:rPr>
                <w:rFonts w:ascii="Times New Roman" w:eastAsia="Times New Roman" w:hAnsi="Times New Roman" w:cs="Times New Roman"/>
                <w:sz w:val="24"/>
                <w:szCs w:val="24"/>
                <w:lang w:val="ru-RU"/>
              </w:rPr>
              <w:t>://</w:t>
            </w:r>
            <w:r w:rsidRPr="00790CDE">
              <w:rPr>
                <w:rFonts w:ascii="Times New Roman" w:eastAsia="Times New Roman" w:hAnsi="Times New Roman" w:cs="Times New Roman"/>
                <w:sz w:val="24"/>
                <w:szCs w:val="24"/>
              </w:rPr>
              <w:t>resh</w:t>
            </w:r>
            <w:r w:rsidRPr="00790CDE">
              <w:rPr>
                <w:rFonts w:ascii="Times New Roman" w:eastAsia="Times New Roman" w:hAnsi="Times New Roman" w:cs="Times New Roman"/>
                <w:sz w:val="24"/>
                <w:szCs w:val="24"/>
                <w:lang w:val="ru-RU"/>
              </w:rPr>
              <w:t>.</w:t>
            </w:r>
            <w:r w:rsidRPr="00790CDE">
              <w:rPr>
                <w:rFonts w:ascii="Times New Roman" w:eastAsia="Times New Roman" w:hAnsi="Times New Roman" w:cs="Times New Roman"/>
                <w:sz w:val="24"/>
                <w:szCs w:val="24"/>
              </w:rPr>
              <w:t>edu</w:t>
            </w:r>
            <w:r w:rsidRPr="00790CDE">
              <w:rPr>
                <w:rFonts w:ascii="Times New Roman" w:eastAsia="Times New Roman" w:hAnsi="Times New Roman" w:cs="Times New Roman"/>
                <w:sz w:val="24"/>
                <w:szCs w:val="24"/>
                <w:lang w:val="ru-RU"/>
              </w:rPr>
              <w:t>.</w:t>
            </w:r>
            <w:r w:rsidRPr="00790CDE">
              <w:rPr>
                <w:rFonts w:ascii="Times New Roman" w:eastAsia="Times New Roman" w:hAnsi="Times New Roman" w:cs="Times New Roman"/>
                <w:sz w:val="24"/>
                <w:szCs w:val="24"/>
              </w:rPr>
              <w:t>ru</w:t>
            </w:r>
            <w:r w:rsidRPr="00790CDE">
              <w:rPr>
                <w:rFonts w:ascii="Times New Roman" w:eastAsia="Times New Roman" w:hAnsi="Times New Roman" w:cs="Times New Roman"/>
                <w:sz w:val="24"/>
                <w:szCs w:val="24"/>
                <w:lang w:val="ru-RU"/>
              </w:rPr>
              <w:t>/</w:t>
            </w:r>
            <w:r w:rsidRPr="00790CDE">
              <w:rPr>
                <w:rFonts w:ascii="Times New Roman" w:eastAsia="Times New Roman" w:hAnsi="Times New Roman" w:cs="Times New Roman"/>
                <w:sz w:val="24"/>
                <w:szCs w:val="24"/>
              </w:rPr>
              <w:t>subject</w:t>
            </w:r>
            <w:r w:rsidRPr="00790CDE">
              <w:rPr>
                <w:rFonts w:ascii="Times New Roman" w:eastAsia="Times New Roman" w:hAnsi="Times New Roman" w:cs="Times New Roman"/>
                <w:sz w:val="24"/>
                <w:szCs w:val="24"/>
                <w:lang w:val="ru-RU"/>
              </w:rPr>
              <w:t xml:space="preserve">/43/1/ </w:t>
            </w:r>
          </w:p>
        </w:tc>
        <w:tc>
          <w:tcPr>
            <w:tcW w:w="3544" w:type="dxa"/>
            <w:gridSpan w:val="2"/>
            <w:vMerge w:val="restart"/>
            <w:tcBorders>
              <w:left w:val="single" w:sz="4" w:space="0" w:color="auto"/>
            </w:tcBorders>
            <w:vAlign w:val="center"/>
          </w:tcPr>
          <w:p w:rsidR="00790CDE" w:rsidRPr="00790CDE" w:rsidRDefault="00790CDE" w:rsidP="00790CDE">
            <w:pPr>
              <w:spacing w:after="0"/>
              <w:jc w:val="both"/>
              <w:rPr>
                <w:rFonts w:ascii="Times New Roman" w:eastAsia="Times New Roman" w:hAnsi="Times New Roman" w:cs="Times New Roman"/>
                <w:sz w:val="24"/>
                <w:szCs w:val="24"/>
                <w:lang w:val="ru-RU"/>
              </w:rPr>
            </w:pPr>
            <w:r w:rsidRPr="00790CDE">
              <w:rPr>
                <w:rFonts w:ascii="Times New Roman" w:eastAsia="Times New Roman" w:hAnsi="Times New Roman" w:cs="Times New Roman"/>
                <w:b/>
                <w:color w:val="000000"/>
                <w:sz w:val="24"/>
                <w:szCs w:val="24"/>
                <w:lang w:val="ru-RU"/>
              </w:rPr>
              <w:t>Экологическое воспитание:</w:t>
            </w:r>
          </w:p>
          <w:p w:rsidR="00790CDE" w:rsidRPr="00790CDE" w:rsidRDefault="00790CDE" w:rsidP="00790CDE">
            <w:pPr>
              <w:spacing w:after="0"/>
              <w:jc w:val="both"/>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790CDE" w:rsidRPr="00790CDE" w:rsidRDefault="00790CDE" w:rsidP="00790CDE">
            <w:pPr>
              <w:spacing w:after="0"/>
              <w:jc w:val="both"/>
              <w:rPr>
                <w:rFonts w:ascii="Times New Roman" w:eastAsia="Times New Roman" w:hAnsi="Times New Roman" w:cs="Times New Roman"/>
                <w:sz w:val="24"/>
                <w:szCs w:val="24"/>
                <w:lang w:val="ru-RU"/>
              </w:rPr>
            </w:pPr>
            <w:r w:rsidRPr="00790CDE">
              <w:rPr>
                <w:rFonts w:ascii="Times New Roman" w:eastAsia="Times New Roman" w:hAnsi="Times New Roman" w:cs="Times New Roman"/>
                <w:b/>
                <w:color w:val="000000"/>
                <w:sz w:val="24"/>
                <w:szCs w:val="24"/>
                <w:lang w:val="ru-RU"/>
              </w:rPr>
              <w:t>Ценности научного познания:</w:t>
            </w:r>
          </w:p>
          <w:p w:rsidR="00790CDE" w:rsidRPr="00790CDE" w:rsidRDefault="00790CDE" w:rsidP="0076180B">
            <w:pPr>
              <w:spacing w:after="0"/>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осознание ценности познания для развития человека, необходимости самообразования и саморазвития;</w:t>
            </w:r>
          </w:p>
          <w:p w:rsidR="00790CDE" w:rsidRPr="00790CDE" w:rsidRDefault="00790CDE" w:rsidP="0076180B">
            <w:pPr>
              <w:spacing w:after="0"/>
              <w:ind w:left="135"/>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tc>
      </w:tr>
      <w:tr w:rsidR="00790CDE" w:rsidRPr="00790CDE" w:rsidTr="00A54599">
        <w:trPr>
          <w:trHeight w:val="144"/>
          <w:tblCellSpacing w:w="20" w:type="nil"/>
        </w:trPr>
        <w:tc>
          <w:tcPr>
            <w:tcW w:w="731" w:type="dxa"/>
            <w:tcMar>
              <w:top w:w="50" w:type="dxa"/>
              <w:left w:w="100" w:type="dxa"/>
            </w:tcMar>
            <w:vAlign w:val="center"/>
          </w:tcPr>
          <w:p w:rsidR="00790CDE" w:rsidRPr="00790CDE" w:rsidRDefault="00790CDE" w:rsidP="00790CDE">
            <w:pPr>
              <w:spacing w:after="0"/>
              <w:rPr>
                <w:rFonts w:ascii="Times New Roman" w:eastAsia="Times New Roman" w:hAnsi="Times New Roman" w:cs="Times New Roman"/>
                <w:sz w:val="24"/>
                <w:szCs w:val="24"/>
              </w:rPr>
            </w:pPr>
            <w:r w:rsidRPr="00790CDE">
              <w:rPr>
                <w:rFonts w:ascii="Times New Roman" w:eastAsia="Times New Roman" w:hAnsi="Times New Roman" w:cs="Times New Roman"/>
                <w:color w:val="000000"/>
                <w:sz w:val="24"/>
                <w:szCs w:val="24"/>
              </w:rPr>
              <w:t>2.2</w:t>
            </w:r>
          </w:p>
        </w:tc>
        <w:tc>
          <w:tcPr>
            <w:tcW w:w="5323" w:type="dxa"/>
            <w:tcMar>
              <w:top w:w="50" w:type="dxa"/>
              <w:left w:w="100" w:type="dxa"/>
            </w:tcMar>
            <w:vAlign w:val="center"/>
          </w:tcPr>
          <w:p w:rsidR="00790CDE" w:rsidRPr="00790CDE" w:rsidRDefault="00790CDE" w:rsidP="00790CDE">
            <w:pPr>
              <w:spacing w:after="0"/>
              <w:ind w:left="135"/>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Растительный мир. Растения ближайшего окружения</w:t>
            </w:r>
          </w:p>
        </w:tc>
        <w:tc>
          <w:tcPr>
            <w:tcW w:w="1134" w:type="dxa"/>
            <w:gridSpan w:val="2"/>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lang w:val="ru-RU"/>
              </w:rPr>
            </w:pPr>
            <w:r w:rsidRPr="00790CDE">
              <w:rPr>
                <w:rFonts w:ascii="Times New Roman" w:eastAsia="Times New Roman" w:hAnsi="Times New Roman" w:cs="Times New Roman"/>
                <w:sz w:val="24"/>
                <w:szCs w:val="24"/>
                <w:lang w:val="ru-RU"/>
              </w:rPr>
              <w:t>6</w:t>
            </w:r>
          </w:p>
        </w:tc>
        <w:tc>
          <w:tcPr>
            <w:tcW w:w="1134" w:type="dxa"/>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rPr>
            </w:pPr>
          </w:p>
        </w:tc>
        <w:tc>
          <w:tcPr>
            <w:tcW w:w="2268" w:type="dxa"/>
            <w:tcBorders>
              <w:right w:val="single" w:sz="4" w:space="0" w:color="auto"/>
            </w:tcBorders>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rPr>
            </w:pPr>
            <w:r w:rsidRPr="00790CDE">
              <w:rPr>
                <w:rFonts w:ascii="Times New Roman" w:eastAsia="Times New Roman" w:hAnsi="Times New Roman" w:cs="Times New Roman"/>
                <w:sz w:val="24"/>
                <w:szCs w:val="24"/>
              </w:rPr>
              <w:t>https://resh.edu.ru/subject/43/1/</w:t>
            </w:r>
          </w:p>
        </w:tc>
        <w:tc>
          <w:tcPr>
            <w:tcW w:w="3544" w:type="dxa"/>
            <w:gridSpan w:val="2"/>
            <w:vMerge/>
            <w:tcBorders>
              <w:left w:val="single" w:sz="4" w:space="0" w:color="auto"/>
            </w:tcBorders>
            <w:vAlign w:val="center"/>
          </w:tcPr>
          <w:p w:rsidR="00790CDE" w:rsidRPr="00790CDE" w:rsidRDefault="00790CDE" w:rsidP="00790CDE">
            <w:pPr>
              <w:spacing w:after="0"/>
              <w:ind w:left="135"/>
              <w:jc w:val="center"/>
              <w:rPr>
                <w:rFonts w:ascii="Times New Roman" w:eastAsia="Times New Roman" w:hAnsi="Times New Roman" w:cs="Times New Roman"/>
                <w:sz w:val="24"/>
                <w:szCs w:val="24"/>
              </w:rPr>
            </w:pPr>
          </w:p>
        </w:tc>
      </w:tr>
      <w:tr w:rsidR="00790CDE" w:rsidRPr="0046724E" w:rsidTr="00A54599">
        <w:trPr>
          <w:trHeight w:val="144"/>
          <w:tblCellSpacing w:w="20" w:type="nil"/>
        </w:trPr>
        <w:tc>
          <w:tcPr>
            <w:tcW w:w="731" w:type="dxa"/>
            <w:tcMar>
              <w:top w:w="50" w:type="dxa"/>
              <w:left w:w="100" w:type="dxa"/>
            </w:tcMar>
            <w:vAlign w:val="center"/>
          </w:tcPr>
          <w:p w:rsidR="00790CDE" w:rsidRPr="00790CDE" w:rsidRDefault="00790CDE" w:rsidP="00790CDE">
            <w:pPr>
              <w:spacing w:after="0"/>
              <w:rPr>
                <w:rFonts w:ascii="Times New Roman" w:eastAsia="Times New Roman" w:hAnsi="Times New Roman" w:cs="Times New Roman"/>
                <w:sz w:val="24"/>
                <w:szCs w:val="24"/>
              </w:rPr>
            </w:pPr>
            <w:r w:rsidRPr="00790CDE">
              <w:rPr>
                <w:rFonts w:ascii="Times New Roman" w:eastAsia="Times New Roman" w:hAnsi="Times New Roman" w:cs="Times New Roman"/>
                <w:color w:val="000000"/>
                <w:sz w:val="24"/>
                <w:szCs w:val="24"/>
              </w:rPr>
              <w:t>2.3</w:t>
            </w:r>
          </w:p>
        </w:tc>
        <w:tc>
          <w:tcPr>
            <w:tcW w:w="5323" w:type="dxa"/>
            <w:tcMar>
              <w:top w:w="50" w:type="dxa"/>
              <w:left w:w="100" w:type="dxa"/>
            </w:tcMar>
            <w:vAlign w:val="center"/>
          </w:tcPr>
          <w:p w:rsidR="00790CDE" w:rsidRPr="00790CDE" w:rsidRDefault="00790CDE" w:rsidP="00790CDE">
            <w:pPr>
              <w:spacing w:after="0"/>
              <w:ind w:left="135"/>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 xml:space="preserve">Мир животных. Разные группы животных </w:t>
            </w:r>
          </w:p>
        </w:tc>
        <w:tc>
          <w:tcPr>
            <w:tcW w:w="1134" w:type="dxa"/>
            <w:gridSpan w:val="2"/>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lang w:val="ru-RU"/>
              </w:rPr>
            </w:pPr>
            <w:r w:rsidRPr="00790CDE">
              <w:rPr>
                <w:rFonts w:ascii="Times New Roman" w:eastAsia="Times New Roman" w:hAnsi="Times New Roman" w:cs="Times New Roman"/>
                <w:sz w:val="24"/>
                <w:szCs w:val="24"/>
                <w:lang w:val="ru-RU"/>
              </w:rPr>
              <w:t>15</w:t>
            </w:r>
          </w:p>
        </w:tc>
        <w:tc>
          <w:tcPr>
            <w:tcW w:w="1134" w:type="dxa"/>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lang w:val="ru-RU"/>
              </w:rPr>
            </w:pPr>
            <w:r w:rsidRPr="00790CDE">
              <w:rPr>
                <w:rFonts w:ascii="Times New Roman" w:eastAsia="Times New Roman" w:hAnsi="Times New Roman" w:cs="Times New Roman"/>
                <w:sz w:val="24"/>
                <w:szCs w:val="24"/>
                <w:lang w:val="ru-RU"/>
              </w:rPr>
              <w:t>1</w:t>
            </w:r>
          </w:p>
        </w:tc>
        <w:tc>
          <w:tcPr>
            <w:tcW w:w="2268" w:type="dxa"/>
            <w:tcBorders>
              <w:right w:val="single" w:sz="4" w:space="0" w:color="auto"/>
            </w:tcBorders>
            <w:tcMar>
              <w:top w:w="50" w:type="dxa"/>
              <w:left w:w="100" w:type="dxa"/>
            </w:tcMar>
            <w:vAlign w:val="center"/>
          </w:tcPr>
          <w:p w:rsidR="00790CDE" w:rsidRPr="00790CDE" w:rsidRDefault="00161CFB" w:rsidP="00790CDE">
            <w:pPr>
              <w:spacing w:after="0"/>
              <w:ind w:left="135"/>
              <w:jc w:val="center"/>
              <w:rPr>
                <w:rFonts w:ascii="Times New Roman" w:eastAsia="Times New Roman" w:hAnsi="Times New Roman" w:cs="Times New Roman"/>
                <w:sz w:val="24"/>
                <w:szCs w:val="24"/>
                <w:lang w:val="ru-RU"/>
              </w:rPr>
            </w:pPr>
            <w:hyperlink r:id="rId11" w:history="1">
              <w:r w:rsidR="00790CDE" w:rsidRPr="00790CDE">
                <w:rPr>
                  <w:rFonts w:ascii="Times New Roman" w:eastAsia="Times New Roman" w:hAnsi="Times New Roman" w:cs="Times New Roman"/>
                  <w:color w:val="0000FF"/>
                  <w:sz w:val="24"/>
                  <w:szCs w:val="24"/>
                  <w:u w:val="single"/>
                </w:rPr>
                <w:t>https</w:t>
              </w:r>
              <w:r w:rsidR="00790CDE" w:rsidRPr="00790CDE">
                <w:rPr>
                  <w:rFonts w:ascii="Times New Roman" w:eastAsia="Times New Roman" w:hAnsi="Times New Roman" w:cs="Times New Roman"/>
                  <w:color w:val="0000FF"/>
                  <w:sz w:val="24"/>
                  <w:szCs w:val="24"/>
                  <w:u w:val="single"/>
                  <w:lang w:val="ru-RU"/>
                </w:rPr>
                <w:t>://</w:t>
              </w:r>
              <w:r w:rsidR="00790CDE" w:rsidRPr="00790CDE">
                <w:rPr>
                  <w:rFonts w:ascii="Times New Roman" w:eastAsia="Times New Roman" w:hAnsi="Times New Roman" w:cs="Times New Roman"/>
                  <w:color w:val="0000FF"/>
                  <w:sz w:val="24"/>
                  <w:szCs w:val="24"/>
                  <w:u w:val="single"/>
                </w:rPr>
                <w:t>resh</w:t>
              </w:r>
              <w:r w:rsidR="00790CDE" w:rsidRPr="00790CDE">
                <w:rPr>
                  <w:rFonts w:ascii="Times New Roman" w:eastAsia="Times New Roman" w:hAnsi="Times New Roman" w:cs="Times New Roman"/>
                  <w:color w:val="0000FF"/>
                  <w:sz w:val="24"/>
                  <w:szCs w:val="24"/>
                  <w:u w:val="single"/>
                  <w:lang w:val="ru-RU"/>
                </w:rPr>
                <w:t>.</w:t>
              </w:r>
              <w:r w:rsidR="00790CDE" w:rsidRPr="00790CDE">
                <w:rPr>
                  <w:rFonts w:ascii="Times New Roman" w:eastAsia="Times New Roman" w:hAnsi="Times New Roman" w:cs="Times New Roman"/>
                  <w:color w:val="0000FF"/>
                  <w:sz w:val="24"/>
                  <w:szCs w:val="24"/>
                  <w:u w:val="single"/>
                </w:rPr>
                <w:t>edu</w:t>
              </w:r>
              <w:r w:rsidR="00790CDE" w:rsidRPr="00790CDE">
                <w:rPr>
                  <w:rFonts w:ascii="Times New Roman" w:eastAsia="Times New Roman" w:hAnsi="Times New Roman" w:cs="Times New Roman"/>
                  <w:color w:val="0000FF"/>
                  <w:sz w:val="24"/>
                  <w:szCs w:val="24"/>
                  <w:u w:val="single"/>
                  <w:lang w:val="ru-RU"/>
                </w:rPr>
                <w:t>.</w:t>
              </w:r>
              <w:r w:rsidR="00790CDE" w:rsidRPr="00790CDE">
                <w:rPr>
                  <w:rFonts w:ascii="Times New Roman" w:eastAsia="Times New Roman" w:hAnsi="Times New Roman" w:cs="Times New Roman"/>
                  <w:color w:val="0000FF"/>
                  <w:sz w:val="24"/>
                  <w:szCs w:val="24"/>
                  <w:u w:val="single"/>
                </w:rPr>
                <w:t>ru</w:t>
              </w:r>
              <w:r w:rsidR="00790CDE" w:rsidRPr="00790CDE">
                <w:rPr>
                  <w:rFonts w:ascii="Times New Roman" w:eastAsia="Times New Roman" w:hAnsi="Times New Roman" w:cs="Times New Roman"/>
                  <w:color w:val="0000FF"/>
                  <w:sz w:val="24"/>
                  <w:szCs w:val="24"/>
                  <w:u w:val="single"/>
                  <w:lang w:val="ru-RU"/>
                </w:rPr>
                <w:t>/</w:t>
              </w:r>
              <w:r w:rsidR="00790CDE" w:rsidRPr="00790CDE">
                <w:rPr>
                  <w:rFonts w:ascii="Times New Roman" w:eastAsia="Times New Roman" w:hAnsi="Times New Roman" w:cs="Times New Roman"/>
                  <w:color w:val="0000FF"/>
                  <w:sz w:val="24"/>
                  <w:szCs w:val="24"/>
                  <w:u w:val="single"/>
                </w:rPr>
                <w:t>subject</w:t>
              </w:r>
              <w:r w:rsidR="00790CDE" w:rsidRPr="00790CDE">
                <w:rPr>
                  <w:rFonts w:ascii="Times New Roman" w:eastAsia="Times New Roman" w:hAnsi="Times New Roman" w:cs="Times New Roman"/>
                  <w:color w:val="0000FF"/>
                  <w:sz w:val="24"/>
                  <w:szCs w:val="24"/>
                  <w:u w:val="single"/>
                  <w:lang w:val="ru-RU"/>
                </w:rPr>
                <w:t>/43/1/</w:t>
              </w:r>
            </w:hyperlink>
          </w:p>
        </w:tc>
        <w:tc>
          <w:tcPr>
            <w:tcW w:w="3544" w:type="dxa"/>
            <w:gridSpan w:val="2"/>
            <w:vMerge/>
            <w:tcBorders>
              <w:left w:val="single" w:sz="4" w:space="0" w:color="auto"/>
            </w:tcBorders>
            <w:vAlign w:val="center"/>
          </w:tcPr>
          <w:p w:rsidR="00790CDE" w:rsidRPr="00790CDE" w:rsidRDefault="00790CDE" w:rsidP="00790CDE">
            <w:pPr>
              <w:spacing w:after="0"/>
              <w:ind w:left="135"/>
              <w:jc w:val="center"/>
              <w:rPr>
                <w:rFonts w:ascii="Times New Roman" w:eastAsia="Times New Roman" w:hAnsi="Times New Roman" w:cs="Times New Roman"/>
                <w:sz w:val="24"/>
                <w:szCs w:val="24"/>
                <w:lang w:val="ru-RU"/>
              </w:rPr>
            </w:pPr>
          </w:p>
        </w:tc>
      </w:tr>
      <w:tr w:rsidR="00790CDE" w:rsidRPr="00790CDE" w:rsidTr="00A54599">
        <w:trPr>
          <w:gridAfter w:val="4"/>
          <w:wAfter w:w="6946" w:type="dxa"/>
          <w:trHeight w:val="144"/>
          <w:tblCellSpacing w:w="20" w:type="nil"/>
        </w:trPr>
        <w:tc>
          <w:tcPr>
            <w:tcW w:w="6054" w:type="dxa"/>
            <w:gridSpan w:val="2"/>
            <w:tcMar>
              <w:top w:w="50" w:type="dxa"/>
              <w:left w:w="100" w:type="dxa"/>
            </w:tcMar>
            <w:vAlign w:val="center"/>
          </w:tcPr>
          <w:p w:rsidR="00790CDE" w:rsidRPr="00790CDE" w:rsidRDefault="00790CDE" w:rsidP="00790CDE">
            <w:pPr>
              <w:spacing w:after="0"/>
              <w:rPr>
                <w:rFonts w:ascii="Times New Roman" w:eastAsia="Times New Roman" w:hAnsi="Times New Roman" w:cs="Times New Roman"/>
                <w:sz w:val="24"/>
                <w:szCs w:val="24"/>
              </w:rPr>
            </w:pPr>
            <w:r w:rsidRPr="00790CDE">
              <w:rPr>
                <w:rFonts w:ascii="Times New Roman" w:eastAsia="Times New Roman" w:hAnsi="Times New Roman" w:cs="Times New Roman"/>
                <w:color w:val="000000"/>
                <w:sz w:val="24"/>
                <w:szCs w:val="24"/>
              </w:rPr>
              <w:t>Итого по разделу</w:t>
            </w:r>
          </w:p>
        </w:tc>
        <w:tc>
          <w:tcPr>
            <w:tcW w:w="1134" w:type="dxa"/>
            <w:gridSpan w:val="2"/>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rPr>
            </w:pPr>
            <w:r w:rsidRPr="00790CDE">
              <w:rPr>
                <w:rFonts w:ascii="Times New Roman" w:eastAsia="Times New Roman" w:hAnsi="Times New Roman" w:cs="Times New Roman"/>
                <w:color w:val="000000"/>
                <w:sz w:val="24"/>
                <w:szCs w:val="24"/>
              </w:rPr>
              <w:t xml:space="preserve"> 39 </w:t>
            </w:r>
          </w:p>
        </w:tc>
      </w:tr>
      <w:tr w:rsidR="00790CDE" w:rsidRPr="00790CDE" w:rsidTr="00081158">
        <w:trPr>
          <w:trHeight w:val="144"/>
          <w:tblCellSpacing w:w="20" w:type="nil"/>
        </w:trPr>
        <w:tc>
          <w:tcPr>
            <w:tcW w:w="10590" w:type="dxa"/>
            <w:gridSpan w:val="6"/>
            <w:tcBorders>
              <w:right w:val="single" w:sz="4" w:space="0" w:color="auto"/>
            </w:tcBorders>
            <w:tcMar>
              <w:top w:w="50" w:type="dxa"/>
              <w:left w:w="100" w:type="dxa"/>
            </w:tcMar>
            <w:vAlign w:val="center"/>
          </w:tcPr>
          <w:p w:rsidR="00790CDE" w:rsidRPr="00790CDE" w:rsidRDefault="00790CDE" w:rsidP="00790CDE">
            <w:pPr>
              <w:spacing w:after="0"/>
              <w:ind w:left="135"/>
              <w:rPr>
                <w:rFonts w:ascii="Times New Roman" w:eastAsia="Times New Roman" w:hAnsi="Times New Roman" w:cs="Times New Roman"/>
                <w:b/>
                <w:color w:val="000000"/>
                <w:lang w:val="ru-RU"/>
              </w:rPr>
            </w:pPr>
            <w:r w:rsidRPr="00790CDE">
              <w:rPr>
                <w:rFonts w:ascii="Times New Roman" w:eastAsia="Times New Roman" w:hAnsi="Times New Roman" w:cs="Times New Roman"/>
                <w:b/>
                <w:color w:val="000000"/>
                <w:sz w:val="24"/>
                <w:szCs w:val="24"/>
                <w:lang w:val="ru-RU"/>
              </w:rPr>
              <w:t>Раздел 3. Правила безопасной жизнедеятельности</w:t>
            </w:r>
          </w:p>
        </w:tc>
        <w:tc>
          <w:tcPr>
            <w:tcW w:w="3544" w:type="dxa"/>
            <w:gridSpan w:val="2"/>
            <w:tcBorders>
              <w:left w:val="single" w:sz="4" w:space="0" w:color="auto"/>
            </w:tcBorders>
            <w:vAlign w:val="center"/>
          </w:tcPr>
          <w:p w:rsidR="00790CDE" w:rsidRPr="00790CDE" w:rsidRDefault="00790CDE" w:rsidP="00790CDE">
            <w:pPr>
              <w:spacing w:after="0"/>
              <w:rPr>
                <w:rFonts w:ascii="Times New Roman" w:eastAsia="Times New Roman" w:hAnsi="Times New Roman" w:cs="Times New Roman"/>
                <w:b/>
                <w:color w:val="000000"/>
                <w:lang w:val="ru-RU"/>
              </w:rPr>
            </w:pPr>
          </w:p>
        </w:tc>
      </w:tr>
      <w:tr w:rsidR="00790CDE" w:rsidRPr="0046724E" w:rsidTr="00081158">
        <w:trPr>
          <w:trHeight w:val="144"/>
          <w:tblCellSpacing w:w="20" w:type="nil"/>
        </w:trPr>
        <w:tc>
          <w:tcPr>
            <w:tcW w:w="731" w:type="dxa"/>
            <w:tcMar>
              <w:top w:w="50" w:type="dxa"/>
              <w:left w:w="100" w:type="dxa"/>
            </w:tcMar>
            <w:vAlign w:val="center"/>
          </w:tcPr>
          <w:p w:rsidR="00790CDE" w:rsidRPr="00790CDE" w:rsidRDefault="00790CDE" w:rsidP="00790CDE">
            <w:pPr>
              <w:spacing w:after="0"/>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3.1</w:t>
            </w:r>
          </w:p>
        </w:tc>
        <w:tc>
          <w:tcPr>
            <w:tcW w:w="5323" w:type="dxa"/>
            <w:tcMar>
              <w:top w:w="50" w:type="dxa"/>
              <w:left w:w="100" w:type="dxa"/>
            </w:tcMar>
            <w:vAlign w:val="center"/>
          </w:tcPr>
          <w:p w:rsidR="00790CDE" w:rsidRPr="00790CDE" w:rsidRDefault="00790CDE" w:rsidP="00790CDE">
            <w:pPr>
              <w:spacing w:after="0"/>
              <w:ind w:left="135"/>
              <w:rPr>
                <w:rFonts w:ascii="Times New Roman" w:eastAsia="Times New Roman" w:hAnsi="Times New Roman" w:cs="Times New Roman"/>
                <w:sz w:val="24"/>
                <w:szCs w:val="24"/>
                <w:lang w:val="ru-RU"/>
              </w:rPr>
            </w:pPr>
            <w:r w:rsidRPr="00790CDE">
              <w:rPr>
                <w:rFonts w:ascii="Times New Roman" w:eastAsia="Times New Roman" w:hAnsi="Times New Roman" w:cs="Times New Roman"/>
                <w:sz w:val="24"/>
                <w:szCs w:val="24"/>
                <w:lang w:val="ru-RU"/>
              </w:rPr>
              <w:t>Режим дня школьника</w:t>
            </w:r>
          </w:p>
        </w:tc>
        <w:tc>
          <w:tcPr>
            <w:tcW w:w="1134" w:type="dxa"/>
            <w:gridSpan w:val="2"/>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 xml:space="preserve"> 3 </w:t>
            </w:r>
          </w:p>
        </w:tc>
        <w:tc>
          <w:tcPr>
            <w:tcW w:w="1134" w:type="dxa"/>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lang w:val="ru-RU"/>
              </w:rPr>
            </w:pPr>
          </w:p>
        </w:tc>
        <w:tc>
          <w:tcPr>
            <w:tcW w:w="2268" w:type="dxa"/>
            <w:tcBorders>
              <w:right w:val="single" w:sz="4" w:space="0" w:color="auto"/>
            </w:tcBorders>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lang w:val="ru-RU"/>
              </w:rPr>
            </w:pPr>
            <w:r w:rsidRPr="00790CDE">
              <w:rPr>
                <w:rFonts w:ascii="Times New Roman" w:eastAsia="Times New Roman" w:hAnsi="Times New Roman" w:cs="Times New Roman"/>
                <w:sz w:val="24"/>
                <w:szCs w:val="24"/>
                <w:lang w:val="ru-RU"/>
              </w:rPr>
              <w:t>https://resh.edu.ru/subject/43/1/</w:t>
            </w:r>
          </w:p>
        </w:tc>
        <w:tc>
          <w:tcPr>
            <w:tcW w:w="3544" w:type="dxa"/>
            <w:gridSpan w:val="2"/>
            <w:vMerge w:val="restart"/>
            <w:tcBorders>
              <w:left w:val="single" w:sz="4" w:space="0" w:color="auto"/>
            </w:tcBorders>
            <w:vAlign w:val="center"/>
          </w:tcPr>
          <w:p w:rsidR="00790CDE" w:rsidRPr="00790CDE" w:rsidRDefault="00790CDE" w:rsidP="00790CDE">
            <w:pPr>
              <w:spacing w:after="0"/>
              <w:jc w:val="both"/>
              <w:rPr>
                <w:rFonts w:ascii="Times New Roman" w:eastAsia="Times New Roman" w:hAnsi="Times New Roman" w:cs="Times New Roman"/>
                <w:sz w:val="24"/>
                <w:szCs w:val="24"/>
                <w:lang w:val="ru-RU"/>
              </w:rPr>
            </w:pPr>
            <w:r w:rsidRPr="00790CDE">
              <w:rPr>
                <w:rFonts w:ascii="Times New Roman" w:eastAsia="Times New Roman" w:hAnsi="Times New Roman" w:cs="Times New Roman"/>
                <w:b/>
                <w:color w:val="000000"/>
                <w:sz w:val="24"/>
                <w:szCs w:val="24"/>
                <w:lang w:val="ru-RU"/>
              </w:rPr>
              <w:t>Физическое воспитание, формирование культуры здоровья и эмоционального благополучия:</w:t>
            </w:r>
          </w:p>
          <w:p w:rsidR="00790CDE" w:rsidRPr="00790CDE" w:rsidRDefault="00790CDE" w:rsidP="00790CDE">
            <w:pPr>
              <w:spacing w:after="0"/>
              <w:jc w:val="both"/>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 xml:space="preserve">соблюдение правил </w:t>
            </w:r>
            <w:r w:rsidRPr="00790CDE">
              <w:rPr>
                <w:rFonts w:ascii="Times New Roman" w:eastAsia="Times New Roman" w:hAnsi="Times New Roman" w:cs="Times New Roman"/>
                <w:color w:val="000000"/>
                <w:sz w:val="24"/>
                <w:szCs w:val="24"/>
                <w:lang w:val="ru-RU"/>
              </w:rPr>
              <w:lastRenderedPageBreak/>
              <w:t xml:space="preserve">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790CDE" w:rsidRPr="00790CDE" w:rsidRDefault="00790CDE" w:rsidP="00790CDE">
            <w:pPr>
              <w:spacing w:after="0"/>
              <w:jc w:val="both"/>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 xml:space="preserve">приобретение опыта эмоционального отношения к среде обитания, бережное отношение к физическому и психическому здоровью. </w:t>
            </w:r>
          </w:p>
          <w:p w:rsidR="00790CDE" w:rsidRPr="00790CDE" w:rsidRDefault="00790CDE" w:rsidP="00790CDE">
            <w:pPr>
              <w:spacing w:after="0"/>
              <w:jc w:val="both"/>
              <w:rPr>
                <w:rFonts w:ascii="Times New Roman" w:eastAsia="Times New Roman" w:hAnsi="Times New Roman" w:cs="Times New Roman"/>
                <w:sz w:val="24"/>
                <w:szCs w:val="24"/>
                <w:lang w:val="ru-RU"/>
              </w:rPr>
            </w:pPr>
            <w:r w:rsidRPr="00790CDE">
              <w:rPr>
                <w:rFonts w:ascii="Times New Roman" w:eastAsia="Times New Roman" w:hAnsi="Times New Roman" w:cs="Times New Roman"/>
                <w:b/>
                <w:color w:val="000000"/>
                <w:sz w:val="24"/>
                <w:szCs w:val="24"/>
                <w:lang w:val="ru-RU"/>
              </w:rPr>
              <w:t>Трудовое воспитание:</w:t>
            </w:r>
          </w:p>
          <w:p w:rsidR="00790CDE" w:rsidRPr="00790CDE" w:rsidRDefault="00790CDE" w:rsidP="00790CDE">
            <w:pPr>
              <w:spacing w:after="0"/>
              <w:ind w:left="135"/>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tc>
      </w:tr>
      <w:tr w:rsidR="00790CDE" w:rsidRPr="00790CDE" w:rsidTr="00081158">
        <w:trPr>
          <w:trHeight w:val="144"/>
          <w:tblCellSpacing w:w="20" w:type="nil"/>
        </w:trPr>
        <w:tc>
          <w:tcPr>
            <w:tcW w:w="731" w:type="dxa"/>
            <w:tcMar>
              <w:top w:w="50" w:type="dxa"/>
              <w:left w:w="100" w:type="dxa"/>
            </w:tcMar>
            <w:vAlign w:val="center"/>
          </w:tcPr>
          <w:p w:rsidR="00790CDE" w:rsidRPr="00790CDE" w:rsidRDefault="00790CDE" w:rsidP="00790CDE">
            <w:pPr>
              <w:spacing w:after="0"/>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3.2</w:t>
            </w:r>
          </w:p>
        </w:tc>
        <w:tc>
          <w:tcPr>
            <w:tcW w:w="5323" w:type="dxa"/>
            <w:tcMar>
              <w:top w:w="50" w:type="dxa"/>
              <w:left w:w="100" w:type="dxa"/>
            </w:tcMar>
            <w:vAlign w:val="center"/>
          </w:tcPr>
          <w:p w:rsidR="00790CDE" w:rsidRPr="00790CDE" w:rsidRDefault="00790CDE" w:rsidP="00790CDE">
            <w:pPr>
              <w:spacing w:after="0"/>
              <w:ind w:left="135"/>
              <w:rPr>
                <w:rFonts w:ascii="Times New Roman" w:eastAsia="Times New Roman" w:hAnsi="Times New Roman" w:cs="Times New Roman"/>
                <w:sz w:val="24"/>
                <w:szCs w:val="24"/>
                <w:lang w:val="ru-RU"/>
              </w:rPr>
            </w:pPr>
            <w:r w:rsidRPr="00790CDE">
              <w:rPr>
                <w:rFonts w:ascii="Times New Roman" w:eastAsia="Times New Roman" w:hAnsi="Times New Roman" w:cs="Times New Roman"/>
                <w:sz w:val="24"/>
                <w:szCs w:val="24"/>
                <w:lang w:val="ru-RU"/>
              </w:rPr>
              <w:t>Безопасность в быту, безопасность пешеходов, безопасность в сети Интернет</w:t>
            </w:r>
          </w:p>
        </w:tc>
        <w:tc>
          <w:tcPr>
            <w:tcW w:w="1134" w:type="dxa"/>
            <w:gridSpan w:val="2"/>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rPr>
            </w:pPr>
            <w:r w:rsidRPr="00790CDE">
              <w:rPr>
                <w:rFonts w:ascii="Times New Roman" w:eastAsia="Times New Roman" w:hAnsi="Times New Roman" w:cs="Times New Roman"/>
                <w:color w:val="000000"/>
                <w:sz w:val="24"/>
                <w:szCs w:val="24"/>
              </w:rPr>
              <w:t xml:space="preserve">4 </w:t>
            </w:r>
          </w:p>
        </w:tc>
        <w:tc>
          <w:tcPr>
            <w:tcW w:w="1134" w:type="dxa"/>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rPr>
            </w:pPr>
          </w:p>
        </w:tc>
        <w:tc>
          <w:tcPr>
            <w:tcW w:w="2268" w:type="dxa"/>
            <w:tcBorders>
              <w:right w:val="single" w:sz="4" w:space="0" w:color="auto"/>
            </w:tcBorders>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rPr>
            </w:pPr>
            <w:r w:rsidRPr="00790CDE">
              <w:rPr>
                <w:rFonts w:ascii="Times New Roman" w:eastAsia="Times New Roman" w:hAnsi="Times New Roman" w:cs="Times New Roman"/>
                <w:sz w:val="24"/>
                <w:szCs w:val="24"/>
              </w:rPr>
              <w:t>https://resh.edu.ru/subject/43/1/</w:t>
            </w:r>
          </w:p>
        </w:tc>
        <w:tc>
          <w:tcPr>
            <w:tcW w:w="3544" w:type="dxa"/>
            <w:gridSpan w:val="2"/>
            <w:vMerge/>
            <w:tcBorders>
              <w:left w:val="single" w:sz="4" w:space="0" w:color="auto"/>
            </w:tcBorders>
            <w:vAlign w:val="center"/>
          </w:tcPr>
          <w:p w:rsidR="00790CDE" w:rsidRPr="00790CDE" w:rsidRDefault="00790CDE" w:rsidP="00790CDE">
            <w:pPr>
              <w:spacing w:after="0"/>
              <w:ind w:left="135"/>
              <w:jc w:val="center"/>
              <w:rPr>
                <w:rFonts w:ascii="Times New Roman" w:eastAsia="Times New Roman" w:hAnsi="Times New Roman" w:cs="Times New Roman"/>
                <w:sz w:val="24"/>
                <w:szCs w:val="24"/>
              </w:rPr>
            </w:pPr>
          </w:p>
        </w:tc>
      </w:tr>
      <w:tr w:rsidR="00790CDE" w:rsidRPr="00790CDE" w:rsidTr="00081158">
        <w:trPr>
          <w:gridAfter w:val="4"/>
          <w:wAfter w:w="6946" w:type="dxa"/>
          <w:trHeight w:val="144"/>
          <w:tblCellSpacing w:w="20" w:type="nil"/>
        </w:trPr>
        <w:tc>
          <w:tcPr>
            <w:tcW w:w="6054" w:type="dxa"/>
            <w:gridSpan w:val="2"/>
            <w:tcMar>
              <w:top w:w="50" w:type="dxa"/>
              <w:left w:w="100" w:type="dxa"/>
            </w:tcMar>
            <w:vAlign w:val="center"/>
          </w:tcPr>
          <w:p w:rsidR="00790CDE" w:rsidRPr="00790CDE" w:rsidRDefault="00790CDE" w:rsidP="00790CDE">
            <w:pPr>
              <w:spacing w:after="0"/>
              <w:ind w:left="135"/>
              <w:rPr>
                <w:rFonts w:ascii="Times New Roman" w:eastAsia="Times New Roman" w:hAnsi="Times New Roman" w:cs="Times New Roman"/>
                <w:sz w:val="24"/>
                <w:szCs w:val="24"/>
              </w:rPr>
            </w:pPr>
            <w:r w:rsidRPr="00790CDE">
              <w:rPr>
                <w:rFonts w:ascii="Times New Roman" w:eastAsia="Times New Roman" w:hAnsi="Times New Roman" w:cs="Times New Roman"/>
                <w:color w:val="000000"/>
                <w:sz w:val="24"/>
                <w:szCs w:val="24"/>
              </w:rPr>
              <w:lastRenderedPageBreak/>
              <w:t>Итого по разделу</w:t>
            </w:r>
          </w:p>
        </w:tc>
        <w:tc>
          <w:tcPr>
            <w:tcW w:w="1134" w:type="dxa"/>
            <w:gridSpan w:val="2"/>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rPr>
            </w:pPr>
            <w:r w:rsidRPr="00790CDE">
              <w:rPr>
                <w:rFonts w:ascii="Times New Roman" w:eastAsia="Times New Roman" w:hAnsi="Times New Roman" w:cs="Times New Roman"/>
                <w:color w:val="000000"/>
                <w:sz w:val="24"/>
                <w:szCs w:val="24"/>
              </w:rPr>
              <w:t xml:space="preserve"> 7 </w:t>
            </w:r>
          </w:p>
        </w:tc>
      </w:tr>
      <w:tr w:rsidR="00790CDE" w:rsidRPr="00790CDE" w:rsidTr="00C843C5">
        <w:trPr>
          <w:trHeight w:val="144"/>
          <w:tblCellSpacing w:w="20" w:type="nil"/>
        </w:trPr>
        <w:tc>
          <w:tcPr>
            <w:tcW w:w="6054" w:type="dxa"/>
            <w:gridSpan w:val="2"/>
            <w:tcMar>
              <w:top w:w="50" w:type="dxa"/>
              <w:left w:w="100" w:type="dxa"/>
            </w:tcMar>
            <w:vAlign w:val="center"/>
          </w:tcPr>
          <w:p w:rsidR="00790CDE" w:rsidRPr="00790CDE" w:rsidRDefault="00790CDE" w:rsidP="00790CDE">
            <w:pPr>
              <w:spacing w:after="0"/>
              <w:ind w:left="135"/>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ОБЩЕЕ КОЛИЧЕСТВО ЧАСОВ ПО ПРОГРАММЕ</w:t>
            </w:r>
          </w:p>
        </w:tc>
        <w:tc>
          <w:tcPr>
            <w:tcW w:w="1134" w:type="dxa"/>
            <w:gridSpan w:val="2"/>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rPr>
            </w:pPr>
            <w:r w:rsidRPr="00790CDE">
              <w:rPr>
                <w:rFonts w:ascii="Times New Roman" w:eastAsia="Times New Roman" w:hAnsi="Times New Roman" w:cs="Times New Roman"/>
                <w:color w:val="000000"/>
                <w:sz w:val="24"/>
                <w:szCs w:val="24"/>
              </w:rPr>
              <w:t xml:space="preserve">66 </w:t>
            </w:r>
          </w:p>
        </w:tc>
        <w:tc>
          <w:tcPr>
            <w:tcW w:w="1134" w:type="dxa"/>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lang w:val="ru-RU"/>
              </w:rPr>
            </w:pPr>
            <w:r w:rsidRPr="00790CDE">
              <w:rPr>
                <w:rFonts w:ascii="Times New Roman" w:eastAsia="Times New Roman" w:hAnsi="Times New Roman" w:cs="Times New Roman"/>
                <w:color w:val="000000"/>
                <w:sz w:val="24"/>
                <w:szCs w:val="24"/>
                <w:lang w:val="ru-RU"/>
              </w:rPr>
              <w:t>2</w:t>
            </w:r>
          </w:p>
        </w:tc>
        <w:tc>
          <w:tcPr>
            <w:tcW w:w="2268" w:type="dxa"/>
            <w:tcBorders>
              <w:right w:val="single" w:sz="4" w:space="0" w:color="auto"/>
            </w:tcBorders>
            <w:tcMar>
              <w:top w:w="50" w:type="dxa"/>
              <w:left w:w="100" w:type="dxa"/>
            </w:tcMar>
            <w:vAlign w:val="center"/>
          </w:tcPr>
          <w:p w:rsidR="00790CDE" w:rsidRPr="00790CDE" w:rsidRDefault="00790CDE" w:rsidP="00790CDE">
            <w:pPr>
              <w:spacing w:after="0"/>
              <w:ind w:left="135"/>
              <w:jc w:val="center"/>
              <w:rPr>
                <w:rFonts w:ascii="Times New Roman" w:eastAsia="Times New Roman" w:hAnsi="Times New Roman" w:cs="Times New Roman"/>
                <w:sz w:val="24"/>
                <w:szCs w:val="24"/>
              </w:rPr>
            </w:pPr>
          </w:p>
        </w:tc>
        <w:tc>
          <w:tcPr>
            <w:tcW w:w="3544" w:type="dxa"/>
            <w:gridSpan w:val="2"/>
            <w:tcBorders>
              <w:left w:val="single" w:sz="4" w:space="0" w:color="auto"/>
            </w:tcBorders>
            <w:vAlign w:val="center"/>
          </w:tcPr>
          <w:p w:rsidR="00790CDE" w:rsidRPr="00790CDE" w:rsidRDefault="00790CDE" w:rsidP="00790CDE">
            <w:pPr>
              <w:spacing w:after="0"/>
              <w:jc w:val="center"/>
              <w:rPr>
                <w:rFonts w:ascii="Times New Roman" w:eastAsia="Times New Roman" w:hAnsi="Times New Roman" w:cs="Times New Roman"/>
                <w:sz w:val="24"/>
                <w:szCs w:val="24"/>
              </w:rPr>
            </w:pPr>
          </w:p>
        </w:tc>
      </w:tr>
    </w:tbl>
    <w:p w:rsidR="00790CDE" w:rsidRPr="00790CDE" w:rsidRDefault="00790CDE" w:rsidP="00790CDE">
      <w:pPr>
        <w:spacing w:after="0"/>
        <w:ind w:left="720"/>
        <w:contextualSpacing/>
        <w:jc w:val="center"/>
        <w:rPr>
          <w:rFonts w:ascii="Times New Roman" w:eastAsia="Calibri" w:hAnsi="Times New Roman" w:cs="Times New Roman"/>
          <w:b/>
          <w:color w:val="000000"/>
          <w:sz w:val="24"/>
          <w:szCs w:val="24"/>
          <w:lang w:val="ru-RU"/>
        </w:rPr>
      </w:pPr>
    </w:p>
    <w:p w:rsidR="00790CDE" w:rsidRDefault="00790CDE" w:rsidP="00790CDE">
      <w:pPr>
        <w:spacing w:after="0"/>
        <w:ind w:left="720"/>
        <w:contextualSpacing/>
        <w:jc w:val="center"/>
        <w:rPr>
          <w:rFonts w:ascii="Times New Roman" w:eastAsia="Calibri" w:hAnsi="Times New Roman" w:cs="Times New Roman"/>
          <w:b/>
          <w:color w:val="000000"/>
          <w:sz w:val="24"/>
          <w:szCs w:val="24"/>
          <w:lang w:val="ru-RU"/>
        </w:rPr>
      </w:pPr>
    </w:p>
    <w:p w:rsidR="00EB4007" w:rsidRDefault="00EB4007" w:rsidP="00790CDE">
      <w:pPr>
        <w:spacing w:after="0"/>
        <w:ind w:left="720"/>
        <w:contextualSpacing/>
        <w:jc w:val="center"/>
        <w:rPr>
          <w:rFonts w:ascii="Times New Roman" w:eastAsia="Calibri" w:hAnsi="Times New Roman" w:cs="Times New Roman"/>
          <w:b/>
          <w:color w:val="000000"/>
          <w:sz w:val="24"/>
          <w:szCs w:val="24"/>
          <w:lang w:val="ru-RU"/>
        </w:rPr>
      </w:pPr>
    </w:p>
    <w:p w:rsidR="00EB4007" w:rsidRDefault="00EB4007" w:rsidP="00790CDE">
      <w:pPr>
        <w:spacing w:after="0"/>
        <w:ind w:left="720"/>
        <w:contextualSpacing/>
        <w:jc w:val="center"/>
        <w:rPr>
          <w:rFonts w:ascii="Times New Roman" w:eastAsia="Calibri" w:hAnsi="Times New Roman" w:cs="Times New Roman"/>
          <w:b/>
          <w:color w:val="000000"/>
          <w:sz w:val="24"/>
          <w:szCs w:val="24"/>
          <w:lang w:val="ru-RU"/>
        </w:rPr>
      </w:pPr>
    </w:p>
    <w:p w:rsidR="00EB4007" w:rsidRDefault="00EB4007" w:rsidP="00790CDE">
      <w:pPr>
        <w:spacing w:after="0"/>
        <w:ind w:left="720"/>
        <w:contextualSpacing/>
        <w:jc w:val="center"/>
        <w:rPr>
          <w:rFonts w:ascii="Times New Roman" w:eastAsia="Calibri" w:hAnsi="Times New Roman" w:cs="Times New Roman"/>
          <w:b/>
          <w:color w:val="000000"/>
          <w:sz w:val="24"/>
          <w:szCs w:val="24"/>
          <w:lang w:val="ru-RU"/>
        </w:rPr>
      </w:pPr>
    </w:p>
    <w:p w:rsidR="00EB4007" w:rsidRDefault="00EB4007" w:rsidP="00790CDE">
      <w:pPr>
        <w:spacing w:after="0"/>
        <w:ind w:left="720"/>
        <w:contextualSpacing/>
        <w:jc w:val="center"/>
        <w:rPr>
          <w:rFonts w:ascii="Times New Roman" w:eastAsia="Calibri" w:hAnsi="Times New Roman" w:cs="Times New Roman"/>
          <w:b/>
          <w:color w:val="000000"/>
          <w:sz w:val="24"/>
          <w:szCs w:val="24"/>
          <w:lang w:val="ru-RU"/>
        </w:rPr>
      </w:pPr>
    </w:p>
    <w:p w:rsidR="00EB4007" w:rsidRDefault="00EB4007" w:rsidP="00790CDE">
      <w:pPr>
        <w:spacing w:after="0"/>
        <w:ind w:left="720"/>
        <w:contextualSpacing/>
        <w:jc w:val="center"/>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lastRenderedPageBreak/>
        <w:t>2 класс</w:t>
      </w:r>
    </w:p>
    <w:p w:rsidR="00EB4007" w:rsidRDefault="00EB4007" w:rsidP="00790CDE">
      <w:pPr>
        <w:spacing w:after="0"/>
        <w:ind w:left="720"/>
        <w:contextualSpacing/>
        <w:jc w:val="center"/>
        <w:rPr>
          <w:rFonts w:ascii="Times New Roman" w:eastAsia="Calibri" w:hAnsi="Times New Roman" w:cs="Times New Roman"/>
          <w:b/>
          <w:color w:val="000000"/>
          <w:sz w:val="24"/>
          <w:szCs w:val="24"/>
          <w:lang w:val="ru-RU"/>
        </w:rPr>
      </w:pPr>
    </w:p>
    <w:tbl>
      <w:tblPr>
        <w:tblW w:w="21668" w:type="dxa"/>
        <w:tblCellSpacing w:w="20" w:type="nil"/>
        <w:tblInd w:w="-6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848"/>
        <w:gridCol w:w="635"/>
        <w:gridCol w:w="5180"/>
        <w:gridCol w:w="1134"/>
        <w:gridCol w:w="1134"/>
        <w:gridCol w:w="2268"/>
        <w:gridCol w:w="3544"/>
        <w:gridCol w:w="6925"/>
      </w:tblGrid>
      <w:tr w:rsidR="00EB4007" w:rsidRPr="00EB4007" w:rsidTr="00C843C5">
        <w:trPr>
          <w:gridAfter w:val="1"/>
          <w:wAfter w:w="6925" w:type="dxa"/>
          <w:trHeight w:val="1233"/>
          <w:tblCellSpacing w:w="20" w:type="nil"/>
        </w:trPr>
        <w:tc>
          <w:tcPr>
            <w:tcW w:w="848" w:type="dxa"/>
            <w:vMerge w:val="restart"/>
            <w:shd w:val="clear" w:color="auto" w:fill="auto"/>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rPr>
            </w:pPr>
            <w:r w:rsidRPr="00EB4007">
              <w:rPr>
                <w:rFonts w:ascii="Times New Roman" w:eastAsia="Times New Roman" w:hAnsi="Times New Roman" w:cs="Times New Roman"/>
                <w:b/>
                <w:color w:val="000000"/>
                <w:sz w:val="24"/>
                <w:szCs w:val="24"/>
              </w:rPr>
              <w:t xml:space="preserve">№ п/п </w:t>
            </w:r>
          </w:p>
          <w:p w:rsidR="00EB4007" w:rsidRPr="00EB4007" w:rsidRDefault="00EB4007" w:rsidP="00EB4007">
            <w:pPr>
              <w:spacing w:after="0" w:line="276" w:lineRule="auto"/>
              <w:ind w:left="135"/>
              <w:rPr>
                <w:rFonts w:ascii="Times New Roman" w:eastAsia="Times New Roman" w:hAnsi="Times New Roman" w:cs="Times New Roman"/>
                <w:sz w:val="24"/>
                <w:szCs w:val="24"/>
              </w:rPr>
            </w:pPr>
          </w:p>
        </w:tc>
        <w:tc>
          <w:tcPr>
            <w:tcW w:w="5815" w:type="dxa"/>
            <w:gridSpan w:val="2"/>
            <w:vMerge w:val="restart"/>
            <w:shd w:val="clear" w:color="auto" w:fill="auto"/>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rPr>
            </w:pPr>
            <w:r w:rsidRPr="00EB4007">
              <w:rPr>
                <w:rFonts w:ascii="Times New Roman" w:eastAsia="Times New Roman" w:hAnsi="Times New Roman" w:cs="Times New Roman"/>
                <w:b/>
                <w:color w:val="000000"/>
                <w:sz w:val="24"/>
                <w:szCs w:val="24"/>
              </w:rPr>
              <w:t xml:space="preserve">Наименование разделов и тем программы </w:t>
            </w:r>
          </w:p>
          <w:p w:rsidR="00EB4007" w:rsidRPr="00EB4007" w:rsidRDefault="00EB4007" w:rsidP="00EB4007">
            <w:pPr>
              <w:spacing w:after="0" w:line="276" w:lineRule="auto"/>
              <w:ind w:left="135"/>
              <w:rPr>
                <w:rFonts w:ascii="Times New Roman" w:eastAsia="Times New Roman" w:hAnsi="Times New Roman" w:cs="Times New Roman"/>
                <w:sz w:val="24"/>
                <w:szCs w:val="24"/>
              </w:rPr>
            </w:pPr>
          </w:p>
        </w:tc>
        <w:tc>
          <w:tcPr>
            <w:tcW w:w="2268" w:type="dxa"/>
            <w:gridSpan w:val="2"/>
            <w:tcBorders>
              <w:right w:val="single" w:sz="4" w:space="0" w:color="auto"/>
            </w:tcBorders>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b/>
                <w:color w:val="000000"/>
                <w:sz w:val="24"/>
                <w:szCs w:val="24"/>
                <w:lang w:val="ru-RU"/>
              </w:rPr>
            </w:pPr>
            <w:r w:rsidRPr="00EB4007">
              <w:rPr>
                <w:rFonts w:ascii="Times New Roman" w:eastAsia="Times New Roman" w:hAnsi="Times New Roman" w:cs="Times New Roman"/>
                <w:b/>
                <w:color w:val="000000"/>
                <w:sz w:val="24"/>
                <w:szCs w:val="24"/>
                <w:lang w:val="ru-RU"/>
              </w:rPr>
              <w:t xml:space="preserve">       Количество часов</w:t>
            </w:r>
          </w:p>
          <w:p w:rsidR="00EB4007" w:rsidRPr="00EB4007" w:rsidRDefault="00EB4007" w:rsidP="00EB4007">
            <w:pPr>
              <w:spacing w:after="0" w:line="276" w:lineRule="auto"/>
              <w:rPr>
                <w:rFonts w:ascii="Times New Roman" w:eastAsia="Times New Roman" w:hAnsi="Times New Roman" w:cs="Times New Roman"/>
                <w:sz w:val="24"/>
                <w:szCs w:val="24"/>
              </w:rPr>
            </w:pPr>
          </w:p>
        </w:tc>
        <w:tc>
          <w:tcPr>
            <w:tcW w:w="2268" w:type="dxa"/>
            <w:vMerge w:val="restart"/>
            <w:tcBorders>
              <w:right w:val="single" w:sz="4" w:space="0" w:color="auto"/>
            </w:tcBorders>
            <w:vAlign w:val="center"/>
          </w:tcPr>
          <w:p w:rsidR="00EB4007" w:rsidRPr="00EB4007" w:rsidRDefault="00EB4007" w:rsidP="00EB4007">
            <w:pPr>
              <w:spacing w:after="0" w:line="276" w:lineRule="auto"/>
              <w:ind w:left="131"/>
              <w:rPr>
                <w:rFonts w:ascii="Times New Roman" w:eastAsia="Times New Roman" w:hAnsi="Times New Roman" w:cs="Times New Roman"/>
                <w:sz w:val="24"/>
                <w:szCs w:val="24"/>
              </w:rPr>
            </w:pPr>
            <w:r w:rsidRPr="00EB4007">
              <w:rPr>
                <w:rFonts w:ascii="Times New Roman" w:eastAsia="Times New Roman" w:hAnsi="Times New Roman" w:cs="Times New Roman"/>
                <w:b/>
                <w:color w:val="000000"/>
                <w:sz w:val="24"/>
                <w:szCs w:val="24"/>
              </w:rPr>
              <w:t xml:space="preserve">Электронные (цифровые) образовательные ресурсы </w:t>
            </w:r>
          </w:p>
          <w:p w:rsidR="00EB4007" w:rsidRPr="00EB4007" w:rsidRDefault="00EB4007" w:rsidP="00EB4007">
            <w:pPr>
              <w:spacing w:after="0" w:line="276" w:lineRule="auto"/>
              <w:rPr>
                <w:rFonts w:ascii="Times New Roman" w:eastAsia="Times New Roman" w:hAnsi="Times New Roman" w:cs="Times New Roman"/>
                <w:sz w:val="24"/>
                <w:szCs w:val="24"/>
              </w:rPr>
            </w:pPr>
          </w:p>
        </w:tc>
        <w:tc>
          <w:tcPr>
            <w:tcW w:w="3544" w:type="dxa"/>
            <w:vMerge w:val="restart"/>
            <w:tcBorders>
              <w:right w:val="single" w:sz="4" w:space="0" w:color="auto"/>
            </w:tcBorders>
          </w:tcPr>
          <w:p w:rsidR="00EB4007" w:rsidRPr="00EB4007" w:rsidRDefault="00EB4007" w:rsidP="00EB4007">
            <w:pPr>
              <w:spacing w:after="0" w:line="276" w:lineRule="auto"/>
              <w:ind w:left="131"/>
              <w:rPr>
                <w:rFonts w:ascii="Times New Roman" w:eastAsia="Times New Roman" w:hAnsi="Times New Roman" w:cs="Times New Roman"/>
                <w:b/>
                <w:color w:val="000000"/>
                <w:sz w:val="24"/>
                <w:szCs w:val="24"/>
                <w:lang w:val="ru-RU"/>
              </w:rPr>
            </w:pPr>
          </w:p>
          <w:p w:rsidR="00EB4007" w:rsidRPr="00EB4007" w:rsidRDefault="00EB4007" w:rsidP="00EB4007">
            <w:pPr>
              <w:spacing w:after="0" w:line="276" w:lineRule="auto"/>
              <w:ind w:left="131"/>
              <w:rPr>
                <w:rFonts w:ascii="Times New Roman" w:eastAsia="Times New Roman" w:hAnsi="Times New Roman" w:cs="Times New Roman"/>
                <w:b/>
                <w:color w:val="000000"/>
                <w:sz w:val="24"/>
                <w:szCs w:val="24"/>
                <w:lang w:val="ru-RU"/>
              </w:rPr>
            </w:pPr>
          </w:p>
          <w:p w:rsidR="00EB4007" w:rsidRPr="00EB4007" w:rsidRDefault="00EB4007" w:rsidP="00EB4007">
            <w:pPr>
              <w:spacing w:after="0" w:line="276" w:lineRule="auto"/>
              <w:ind w:left="131"/>
              <w:rPr>
                <w:rFonts w:ascii="Times New Roman" w:eastAsia="Times New Roman" w:hAnsi="Times New Roman" w:cs="Times New Roman"/>
                <w:b/>
                <w:color w:val="000000"/>
                <w:sz w:val="24"/>
                <w:szCs w:val="24"/>
              </w:rPr>
            </w:pPr>
            <w:r w:rsidRPr="00EB4007">
              <w:rPr>
                <w:rFonts w:ascii="Times New Roman" w:eastAsia="Times New Roman" w:hAnsi="Times New Roman" w:cs="Times New Roman"/>
                <w:b/>
                <w:color w:val="000000"/>
                <w:sz w:val="24"/>
                <w:szCs w:val="24"/>
                <w:lang w:val="ru-RU"/>
              </w:rPr>
              <w:t xml:space="preserve">Воспитательный компонент </w:t>
            </w:r>
          </w:p>
        </w:tc>
      </w:tr>
      <w:tr w:rsidR="00EB4007" w:rsidRPr="00EB4007" w:rsidTr="00C843C5">
        <w:trPr>
          <w:gridAfter w:val="1"/>
          <w:wAfter w:w="6925" w:type="dxa"/>
          <w:trHeight w:val="473"/>
          <w:tblCellSpacing w:w="20" w:type="nil"/>
        </w:trPr>
        <w:tc>
          <w:tcPr>
            <w:tcW w:w="848" w:type="dxa"/>
            <w:vMerge/>
            <w:shd w:val="clear" w:color="auto" w:fill="auto"/>
            <w:tcMar>
              <w:top w:w="50" w:type="dxa"/>
              <w:left w:w="100" w:type="dxa"/>
            </w:tcMar>
          </w:tcPr>
          <w:p w:rsidR="00EB4007" w:rsidRPr="00EB4007" w:rsidRDefault="00EB4007" w:rsidP="00EB4007">
            <w:pPr>
              <w:spacing w:after="200" w:line="276" w:lineRule="auto"/>
              <w:rPr>
                <w:rFonts w:ascii="Times New Roman" w:eastAsia="Times New Roman" w:hAnsi="Times New Roman" w:cs="Times New Roman"/>
                <w:sz w:val="24"/>
                <w:szCs w:val="24"/>
              </w:rPr>
            </w:pPr>
          </w:p>
        </w:tc>
        <w:tc>
          <w:tcPr>
            <w:tcW w:w="5815" w:type="dxa"/>
            <w:gridSpan w:val="2"/>
            <w:vMerge/>
            <w:shd w:val="clear" w:color="auto" w:fill="auto"/>
            <w:tcMar>
              <w:top w:w="50" w:type="dxa"/>
              <w:left w:w="100" w:type="dxa"/>
            </w:tcMar>
          </w:tcPr>
          <w:p w:rsidR="00EB4007" w:rsidRPr="00EB4007" w:rsidRDefault="00EB4007" w:rsidP="00EB4007">
            <w:pPr>
              <w:spacing w:after="200" w:line="276" w:lineRule="auto"/>
              <w:rPr>
                <w:rFonts w:ascii="Times New Roman" w:eastAsia="Times New Roman" w:hAnsi="Times New Roman" w:cs="Times New Roman"/>
                <w:sz w:val="24"/>
                <w:szCs w:val="24"/>
              </w:rPr>
            </w:pPr>
          </w:p>
        </w:tc>
        <w:tc>
          <w:tcPr>
            <w:tcW w:w="1134" w:type="dxa"/>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lang w:val="ru-RU"/>
              </w:rPr>
            </w:pPr>
          </w:p>
          <w:p w:rsidR="00EB4007" w:rsidRPr="00EB4007" w:rsidRDefault="00EB4007" w:rsidP="00EB4007">
            <w:pPr>
              <w:spacing w:after="0" w:line="276" w:lineRule="auto"/>
              <w:ind w:left="135"/>
              <w:rPr>
                <w:rFonts w:ascii="Times New Roman" w:eastAsia="Times New Roman" w:hAnsi="Times New Roman" w:cs="Times New Roman"/>
                <w:sz w:val="24"/>
                <w:szCs w:val="24"/>
              </w:rPr>
            </w:pPr>
            <w:r w:rsidRPr="00EB4007">
              <w:rPr>
                <w:rFonts w:ascii="Times New Roman" w:eastAsia="Times New Roman" w:hAnsi="Times New Roman" w:cs="Times New Roman"/>
                <w:b/>
                <w:color w:val="000000"/>
                <w:sz w:val="24"/>
                <w:szCs w:val="24"/>
              </w:rPr>
              <w:t xml:space="preserve">Всего </w:t>
            </w:r>
          </w:p>
          <w:p w:rsidR="00EB4007" w:rsidRPr="00EB4007" w:rsidRDefault="00EB4007" w:rsidP="00EB4007">
            <w:pPr>
              <w:spacing w:after="0" w:line="276" w:lineRule="auto"/>
              <w:ind w:left="135"/>
              <w:rPr>
                <w:rFonts w:ascii="Times New Roman" w:eastAsia="Times New Roman" w:hAnsi="Times New Roman" w:cs="Times New Roman"/>
                <w:sz w:val="24"/>
                <w:szCs w:val="24"/>
              </w:rPr>
            </w:pPr>
          </w:p>
        </w:tc>
        <w:tc>
          <w:tcPr>
            <w:tcW w:w="1134" w:type="dxa"/>
            <w:shd w:val="clear" w:color="auto" w:fill="auto"/>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rPr>
            </w:pPr>
            <w:r w:rsidRPr="00EB4007">
              <w:rPr>
                <w:rFonts w:ascii="Times New Roman" w:eastAsia="Times New Roman" w:hAnsi="Times New Roman" w:cs="Times New Roman"/>
                <w:b/>
                <w:color w:val="000000"/>
                <w:sz w:val="24"/>
                <w:szCs w:val="24"/>
              </w:rPr>
              <w:t xml:space="preserve">Контрольные работы </w:t>
            </w:r>
          </w:p>
          <w:p w:rsidR="00EB4007" w:rsidRPr="00EB4007" w:rsidRDefault="00EB4007" w:rsidP="00EB4007">
            <w:pPr>
              <w:spacing w:after="0" w:line="276" w:lineRule="auto"/>
              <w:ind w:left="135"/>
              <w:rPr>
                <w:rFonts w:ascii="Times New Roman" w:eastAsia="Times New Roman" w:hAnsi="Times New Roman" w:cs="Times New Roman"/>
                <w:sz w:val="24"/>
                <w:szCs w:val="24"/>
              </w:rPr>
            </w:pPr>
          </w:p>
        </w:tc>
        <w:tc>
          <w:tcPr>
            <w:tcW w:w="2268" w:type="dxa"/>
            <w:vMerge/>
            <w:shd w:val="clear" w:color="auto" w:fill="auto"/>
          </w:tcPr>
          <w:p w:rsidR="00EB4007" w:rsidRPr="00EB4007" w:rsidRDefault="00EB4007" w:rsidP="00EB4007">
            <w:pPr>
              <w:spacing w:after="200" w:line="276" w:lineRule="auto"/>
              <w:rPr>
                <w:rFonts w:ascii="Times New Roman" w:eastAsia="Times New Roman" w:hAnsi="Times New Roman" w:cs="Times New Roman"/>
                <w:sz w:val="24"/>
                <w:szCs w:val="24"/>
              </w:rPr>
            </w:pPr>
          </w:p>
        </w:tc>
        <w:tc>
          <w:tcPr>
            <w:tcW w:w="3544" w:type="dxa"/>
            <w:vMerge/>
            <w:tcBorders>
              <w:right w:val="single" w:sz="4" w:space="0" w:color="auto"/>
            </w:tcBorders>
            <w:shd w:val="clear" w:color="auto" w:fill="auto"/>
            <w:tcMar>
              <w:top w:w="50" w:type="dxa"/>
              <w:left w:w="100" w:type="dxa"/>
            </w:tcMar>
          </w:tcPr>
          <w:p w:rsidR="00EB4007" w:rsidRPr="00EB4007" w:rsidRDefault="00EB4007" w:rsidP="00EB4007">
            <w:pPr>
              <w:spacing w:after="200" w:line="276" w:lineRule="auto"/>
              <w:rPr>
                <w:rFonts w:ascii="Times New Roman" w:eastAsia="Times New Roman" w:hAnsi="Times New Roman" w:cs="Times New Roman"/>
                <w:sz w:val="24"/>
                <w:szCs w:val="24"/>
              </w:rPr>
            </w:pPr>
          </w:p>
        </w:tc>
      </w:tr>
      <w:tr w:rsidR="00EB4007" w:rsidRPr="00EB4007" w:rsidTr="00C843C5">
        <w:trPr>
          <w:gridAfter w:val="1"/>
          <w:wAfter w:w="6925" w:type="dxa"/>
          <w:trHeight w:val="492"/>
          <w:tblCellSpacing w:w="20" w:type="nil"/>
        </w:trPr>
        <w:tc>
          <w:tcPr>
            <w:tcW w:w="14743" w:type="dxa"/>
            <w:gridSpan w:val="7"/>
            <w:shd w:val="clear" w:color="auto" w:fill="auto"/>
            <w:tcMar>
              <w:top w:w="50" w:type="dxa"/>
              <w:left w:w="100" w:type="dxa"/>
            </w:tcMar>
          </w:tcPr>
          <w:p w:rsidR="00EB4007" w:rsidRPr="00EB4007" w:rsidRDefault="00EB4007" w:rsidP="00EB4007">
            <w:pPr>
              <w:spacing w:after="20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b/>
                <w:color w:val="000000"/>
                <w:sz w:val="24"/>
                <w:szCs w:val="24"/>
              </w:rPr>
              <w:t>Раздел 1.Человек и общество</w:t>
            </w:r>
          </w:p>
        </w:tc>
      </w:tr>
      <w:tr w:rsidR="00EB4007" w:rsidRPr="0046724E" w:rsidTr="00C843C5">
        <w:trPr>
          <w:gridAfter w:val="1"/>
          <w:wAfter w:w="6925" w:type="dxa"/>
          <w:trHeight w:val="144"/>
          <w:tblCellSpacing w:w="20" w:type="nil"/>
        </w:trPr>
        <w:tc>
          <w:tcPr>
            <w:tcW w:w="848" w:type="dxa"/>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1.1</w:t>
            </w:r>
          </w:p>
        </w:tc>
        <w:tc>
          <w:tcPr>
            <w:tcW w:w="5815" w:type="dxa"/>
            <w:gridSpan w:val="2"/>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lang w:val="ru-RU"/>
              </w:rPr>
              <w:t xml:space="preserve">Наша Родина – Россия, Российская Федерация. Россия и её столица на карте. </w:t>
            </w:r>
            <w:r w:rsidRPr="00EB4007">
              <w:rPr>
                <w:rFonts w:ascii="Times New Roman" w:eastAsia="Times New Roman" w:hAnsi="Times New Roman" w:cs="Times New Roman"/>
                <w:color w:val="000000"/>
                <w:sz w:val="24"/>
                <w:szCs w:val="24"/>
              </w:rPr>
              <w:t>Государственные символы России</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 xml:space="preserve"> 1 </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12">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val="restart"/>
            <w:tcMar>
              <w:top w:w="50" w:type="dxa"/>
              <w:left w:w="100" w:type="dxa"/>
            </w:tcMar>
            <w:vAlign w:val="center"/>
          </w:tcPr>
          <w:p w:rsidR="00EB4007" w:rsidRPr="00EB4007" w:rsidRDefault="00EB4007" w:rsidP="00EB4007">
            <w:pPr>
              <w:spacing w:after="0"/>
              <w:jc w:val="both"/>
              <w:rPr>
                <w:rFonts w:ascii="Times New Roman" w:eastAsia="Times New Roman" w:hAnsi="Times New Roman" w:cs="Times New Roman"/>
                <w:sz w:val="24"/>
                <w:szCs w:val="24"/>
                <w:lang w:val="ru-RU"/>
              </w:rPr>
            </w:pPr>
            <w:r w:rsidRPr="00EB4007">
              <w:rPr>
                <w:rFonts w:ascii="Times New Roman" w:eastAsia="Times New Roman" w:hAnsi="Times New Roman" w:cs="Times New Roman"/>
                <w:b/>
                <w:color w:val="000000"/>
                <w:sz w:val="24"/>
                <w:szCs w:val="24"/>
                <w:lang w:val="ru-RU"/>
              </w:rPr>
              <w:t>Гражданско-патриотическое воспитание:</w:t>
            </w:r>
          </w:p>
          <w:p w:rsidR="00EB4007" w:rsidRPr="00EB4007" w:rsidRDefault="00EB4007" w:rsidP="00EB4007">
            <w:pPr>
              <w:spacing w:after="0"/>
              <w:jc w:val="both"/>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 xml:space="preserve">становление ценностного отношения к своей Родине – России; понимание особой роли многонациональной России в современном мире; </w:t>
            </w:r>
          </w:p>
          <w:p w:rsidR="00EB4007" w:rsidRPr="00EB4007" w:rsidRDefault="00EB4007" w:rsidP="00EB4007">
            <w:pPr>
              <w:spacing w:after="0"/>
              <w:jc w:val="both"/>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EB4007" w:rsidRPr="00EB4007" w:rsidRDefault="00EB4007" w:rsidP="00EB4007">
            <w:pPr>
              <w:spacing w:after="0"/>
              <w:jc w:val="both"/>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 xml:space="preserve">сопричастность к прошлому, настоящему и будущему своей страны и родного края; </w:t>
            </w:r>
          </w:p>
          <w:p w:rsidR="00EB4007" w:rsidRPr="00EB4007" w:rsidRDefault="00EB4007" w:rsidP="00EB4007">
            <w:pPr>
              <w:spacing w:after="0"/>
              <w:jc w:val="both"/>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lastRenderedPageBreak/>
              <w:t xml:space="preserve">проявление интереса к истории и многонациональной культуре своей страны, уважения к своему и другим народам; </w:t>
            </w:r>
          </w:p>
          <w:p w:rsidR="00EB4007" w:rsidRPr="00EB4007" w:rsidRDefault="00EB4007" w:rsidP="00EB4007">
            <w:pPr>
              <w:spacing w:after="0"/>
              <w:jc w:val="both"/>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первоначальные представления о человеке как члене общества, осознание прав и ответственности человека как члена общества.</w:t>
            </w:r>
          </w:p>
          <w:p w:rsidR="00EB4007" w:rsidRPr="00EB4007" w:rsidRDefault="00EB4007" w:rsidP="00EB4007">
            <w:pPr>
              <w:spacing w:after="0"/>
              <w:jc w:val="both"/>
              <w:rPr>
                <w:rFonts w:ascii="Times New Roman" w:eastAsia="Times New Roman" w:hAnsi="Times New Roman" w:cs="Times New Roman"/>
                <w:sz w:val="24"/>
                <w:szCs w:val="24"/>
                <w:lang w:val="ru-RU"/>
              </w:rPr>
            </w:pPr>
            <w:r w:rsidRPr="00EB4007">
              <w:rPr>
                <w:rFonts w:ascii="Times New Roman" w:eastAsia="Times New Roman" w:hAnsi="Times New Roman" w:cs="Times New Roman"/>
                <w:b/>
                <w:color w:val="000000"/>
                <w:sz w:val="24"/>
                <w:szCs w:val="24"/>
                <w:lang w:val="ru-RU"/>
              </w:rPr>
              <w:t>Духовно-нравственное воспитание:</w:t>
            </w:r>
          </w:p>
          <w:p w:rsidR="00EB4007" w:rsidRPr="00EB4007" w:rsidRDefault="00EB4007" w:rsidP="00EB4007">
            <w:pPr>
              <w:spacing w:after="0"/>
              <w:jc w:val="both"/>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 xml:space="preserve">проявление культуры общения, уважительного отношения к людям, их взглядам, признанию их индивидуальности; </w:t>
            </w:r>
          </w:p>
          <w:p w:rsidR="00EB4007" w:rsidRPr="00EB4007" w:rsidRDefault="00EB4007" w:rsidP="00EB4007">
            <w:pPr>
              <w:spacing w:after="0"/>
              <w:jc w:val="both"/>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EB4007" w:rsidRPr="00EB4007" w:rsidRDefault="00EB4007" w:rsidP="00EB4007">
            <w:pPr>
              <w:spacing w:after="0"/>
              <w:jc w:val="both"/>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46724E" w:rsidTr="00C843C5">
        <w:trPr>
          <w:gridAfter w:val="1"/>
          <w:wAfter w:w="6925" w:type="dxa"/>
          <w:trHeight w:val="144"/>
          <w:tblCellSpacing w:w="20" w:type="nil"/>
        </w:trPr>
        <w:tc>
          <w:tcPr>
            <w:tcW w:w="848" w:type="dxa"/>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1.2</w:t>
            </w:r>
          </w:p>
        </w:tc>
        <w:tc>
          <w:tcPr>
            <w:tcW w:w="5815" w:type="dxa"/>
            <w:gridSpan w:val="2"/>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Москва – столица России. Герб Москвы. Святыни Москвы – святыни России: Кремль, Красная площадь, Большой театр и другие</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 xml:space="preserve">2 </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lang w:val="ru-RU"/>
              </w:rPr>
            </w:pP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13">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46724E" w:rsidTr="00C843C5">
        <w:trPr>
          <w:gridAfter w:val="1"/>
          <w:wAfter w:w="6925" w:type="dxa"/>
          <w:trHeight w:val="144"/>
          <w:tblCellSpacing w:w="20" w:type="nil"/>
        </w:trPr>
        <w:tc>
          <w:tcPr>
            <w:tcW w:w="848" w:type="dxa"/>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1.3</w:t>
            </w:r>
          </w:p>
        </w:tc>
        <w:tc>
          <w:tcPr>
            <w:tcW w:w="5815" w:type="dxa"/>
            <w:gridSpan w:val="2"/>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lang w:val="ru-RU"/>
              </w:rPr>
              <w:t xml:space="preserve">Характеристика отдельных исторических событий, связанных с Москвой (основание Москвы, строительство Кремля и другие). </w:t>
            </w:r>
            <w:r w:rsidRPr="00EB4007">
              <w:rPr>
                <w:rFonts w:ascii="Times New Roman" w:eastAsia="Times New Roman" w:hAnsi="Times New Roman" w:cs="Times New Roman"/>
                <w:color w:val="000000"/>
                <w:sz w:val="24"/>
                <w:szCs w:val="24"/>
              </w:rPr>
              <w:t>Расположение Москвы на карте</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 xml:space="preserve"> 1 </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lang w:val="ru-RU"/>
              </w:rPr>
            </w:pP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14">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46724E" w:rsidTr="00C843C5">
        <w:trPr>
          <w:gridAfter w:val="1"/>
          <w:wAfter w:w="6925" w:type="dxa"/>
          <w:trHeight w:val="144"/>
          <w:tblCellSpacing w:w="20" w:type="nil"/>
        </w:trPr>
        <w:tc>
          <w:tcPr>
            <w:tcW w:w="848" w:type="dxa"/>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1.4</w:t>
            </w:r>
          </w:p>
        </w:tc>
        <w:tc>
          <w:tcPr>
            <w:tcW w:w="5815" w:type="dxa"/>
            <w:gridSpan w:val="2"/>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Города России</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3</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lang w:val="ru-RU"/>
              </w:rPr>
            </w:pPr>
            <w:r w:rsidRPr="00EB4007">
              <w:rPr>
                <w:rFonts w:ascii="Times New Roman" w:eastAsia="Times New Roman" w:hAnsi="Times New Roman" w:cs="Times New Roman"/>
                <w:sz w:val="24"/>
                <w:szCs w:val="24"/>
                <w:lang w:val="ru-RU"/>
              </w:rPr>
              <w:t>1</w:t>
            </w: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15">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46724E" w:rsidTr="00C843C5">
        <w:trPr>
          <w:gridAfter w:val="1"/>
          <w:wAfter w:w="6925" w:type="dxa"/>
          <w:trHeight w:val="144"/>
          <w:tblCellSpacing w:w="20" w:type="nil"/>
        </w:trPr>
        <w:tc>
          <w:tcPr>
            <w:tcW w:w="848" w:type="dxa"/>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1.5</w:t>
            </w:r>
          </w:p>
        </w:tc>
        <w:tc>
          <w:tcPr>
            <w:tcW w:w="5815" w:type="dxa"/>
            <w:gridSpan w:val="2"/>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Россия – многонациональное государство. Народы России, их традиции, обычаи, праздники</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 xml:space="preserve">2 </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16">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lang w:val="ru-RU"/>
                </w:rPr>
                <w:lastRenderedPageBreak/>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46724E" w:rsidTr="00C843C5">
        <w:trPr>
          <w:gridAfter w:val="1"/>
          <w:wAfter w:w="6925" w:type="dxa"/>
          <w:trHeight w:val="144"/>
          <w:tblCellSpacing w:w="20" w:type="nil"/>
        </w:trPr>
        <w:tc>
          <w:tcPr>
            <w:tcW w:w="848" w:type="dxa"/>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lastRenderedPageBreak/>
              <w:t>1.6</w:t>
            </w:r>
          </w:p>
        </w:tc>
        <w:tc>
          <w:tcPr>
            <w:tcW w:w="5815" w:type="dxa"/>
            <w:gridSpan w:val="2"/>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Родной край, его природные и культурные достопримечательности. Значимые события истории родного края</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 xml:space="preserve">2 </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17">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46724E" w:rsidTr="00C843C5">
        <w:trPr>
          <w:gridAfter w:val="1"/>
          <w:wAfter w:w="6925" w:type="dxa"/>
          <w:trHeight w:val="144"/>
          <w:tblCellSpacing w:w="20" w:type="nil"/>
        </w:trPr>
        <w:tc>
          <w:tcPr>
            <w:tcW w:w="848" w:type="dxa"/>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lastRenderedPageBreak/>
              <w:t>1.7</w:t>
            </w:r>
          </w:p>
        </w:tc>
        <w:tc>
          <w:tcPr>
            <w:tcW w:w="5815" w:type="dxa"/>
            <w:gridSpan w:val="2"/>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lang w:val="ru-RU"/>
              </w:rPr>
              <w:t xml:space="preserve">Свой регион и его главный город на карте, символика своего региона. </w:t>
            </w:r>
            <w:r w:rsidRPr="00EB4007">
              <w:rPr>
                <w:rFonts w:ascii="Times New Roman" w:eastAsia="Times New Roman" w:hAnsi="Times New Roman" w:cs="Times New Roman"/>
                <w:color w:val="000000"/>
                <w:sz w:val="24"/>
                <w:szCs w:val="24"/>
              </w:rPr>
              <w:t>Хозяйственные занятия, профессии жителей родного края</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lang w:val="ru-RU"/>
              </w:rPr>
              <w:t>2</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18">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val="restart"/>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46724E" w:rsidTr="00C843C5">
        <w:trPr>
          <w:gridAfter w:val="1"/>
          <w:wAfter w:w="6925" w:type="dxa"/>
          <w:trHeight w:val="144"/>
          <w:tblCellSpacing w:w="20" w:type="nil"/>
        </w:trPr>
        <w:tc>
          <w:tcPr>
            <w:tcW w:w="848" w:type="dxa"/>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1.8</w:t>
            </w:r>
          </w:p>
        </w:tc>
        <w:tc>
          <w:tcPr>
            <w:tcW w:w="5815" w:type="dxa"/>
            <w:gridSpan w:val="2"/>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Значение труда в жизни человека и общества</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 xml:space="preserve">1 </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19">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46724E" w:rsidTr="00C843C5">
        <w:trPr>
          <w:gridAfter w:val="1"/>
          <w:wAfter w:w="6925" w:type="dxa"/>
          <w:trHeight w:val="144"/>
          <w:tblCellSpacing w:w="20" w:type="nil"/>
        </w:trPr>
        <w:tc>
          <w:tcPr>
            <w:tcW w:w="848" w:type="dxa"/>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1.9</w:t>
            </w:r>
          </w:p>
        </w:tc>
        <w:tc>
          <w:tcPr>
            <w:tcW w:w="5815" w:type="dxa"/>
            <w:gridSpan w:val="2"/>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Семья. Семейные ценности и традиции. Родословная. Составление схемы родословного древа, истории семьи</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 xml:space="preserve">2 </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20">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46724E" w:rsidTr="00C843C5">
        <w:trPr>
          <w:gridAfter w:val="1"/>
          <w:wAfter w:w="6925" w:type="dxa"/>
          <w:trHeight w:val="144"/>
          <w:tblCellSpacing w:w="20" w:type="nil"/>
        </w:trPr>
        <w:tc>
          <w:tcPr>
            <w:tcW w:w="848" w:type="dxa"/>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1.10</w:t>
            </w:r>
          </w:p>
        </w:tc>
        <w:tc>
          <w:tcPr>
            <w:tcW w:w="5815" w:type="dxa"/>
            <w:gridSpan w:val="2"/>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 xml:space="preserve">2 </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p>
        </w:tc>
        <w:tc>
          <w:tcPr>
            <w:tcW w:w="2268" w:type="dxa"/>
          </w:tcPr>
          <w:p w:rsidR="00EB4007" w:rsidRPr="00EB4007" w:rsidRDefault="00EB4007" w:rsidP="00EB4007">
            <w:pPr>
              <w:spacing w:after="200" w:line="276" w:lineRule="auto"/>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21">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tcMar>
              <w:top w:w="50" w:type="dxa"/>
              <w:left w:w="100" w:type="dxa"/>
            </w:tcMar>
            <w:vAlign w:val="center"/>
          </w:tcPr>
          <w:p w:rsidR="00EB4007" w:rsidRPr="00EB4007" w:rsidRDefault="00EB4007" w:rsidP="00EB4007">
            <w:pPr>
              <w:spacing w:after="200" w:line="276" w:lineRule="auto"/>
              <w:rPr>
                <w:rFonts w:ascii="Times New Roman" w:eastAsia="Times New Roman" w:hAnsi="Times New Roman" w:cs="Times New Roman"/>
                <w:sz w:val="24"/>
                <w:szCs w:val="24"/>
                <w:lang w:val="ru-RU"/>
              </w:rPr>
            </w:pPr>
          </w:p>
        </w:tc>
      </w:tr>
      <w:tr w:rsidR="00EB4007" w:rsidRPr="00EB4007" w:rsidTr="00C843C5">
        <w:trPr>
          <w:trHeight w:val="255"/>
          <w:tblCellSpacing w:w="20" w:type="nil"/>
        </w:trPr>
        <w:tc>
          <w:tcPr>
            <w:tcW w:w="6663" w:type="dxa"/>
            <w:gridSpan w:val="3"/>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Итого по разделу</w:t>
            </w:r>
          </w:p>
        </w:tc>
        <w:tc>
          <w:tcPr>
            <w:tcW w:w="1134" w:type="dxa"/>
            <w:shd w:val="clear" w:color="auto" w:fill="auto"/>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lang w:val="ru-RU"/>
              </w:rPr>
              <w:t>18</w:t>
            </w:r>
          </w:p>
        </w:tc>
        <w:tc>
          <w:tcPr>
            <w:tcW w:w="3402" w:type="dxa"/>
            <w:gridSpan w:val="2"/>
            <w:shd w:val="clear" w:color="auto" w:fill="auto"/>
          </w:tcPr>
          <w:p w:rsidR="00EB4007" w:rsidRPr="00EB4007" w:rsidRDefault="00EB4007" w:rsidP="00EB4007">
            <w:pPr>
              <w:spacing w:after="200" w:line="276" w:lineRule="auto"/>
              <w:rPr>
                <w:rFonts w:ascii="Times New Roman" w:eastAsia="Times New Roman" w:hAnsi="Times New Roman" w:cs="Times New Roman"/>
                <w:sz w:val="24"/>
                <w:szCs w:val="24"/>
              </w:rPr>
            </w:pPr>
          </w:p>
        </w:tc>
        <w:tc>
          <w:tcPr>
            <w:tcW w:w="3544" w:type="dxa"/>
            <w:shd w:val="clear" w:color="auto" w:fill="auto"/>
          </w:tcPr>
          <w:p w:rsidR="00EB4007" w:rsidRPr="00EB4007" w:rsidRDefault="00EB4007" w:rsidP="00EB4007">
            <w:pPr>
              <w:spacing w:after="200" w:line="276" w:lineRule="auto"/>
              <w:rPr>
                <w:rFonts w:ascii="Times New Roman" w:eastAsia="Times New Roman" w:hAnsi="Times New Roman" w:cs="Times New Roman"/>
                <w:sz w:val="24"/>
                <w:szCs w:val="24"/>
              </w:rPr>
            </w:pPr>
          </w:p>
        </w:tc>
        <w:tc>
          <w:tcPr>
            <w:tcW w:w="6925" w:type="dxa"/>
            <w:vMerge w:val="restart"/>
          </w:tcPr>
          <w:p w:rsidR="00EB4007" w:rsidRPr="00EB4007" w:rsidRDefault="00EB4007" w:rsidP="00EB4007">
            <w:pPr>
              <w:spacing w:after="200" w:line="276" w:lineRule="auto"/>
              <w:rPr>
                <w:rFonts w:ascii="Times New Roman" w:eastAsia="Times New Roman" w:hAnsi="Times New Roman" w:cs="Times New Roman"/>
                <w:sz w:val="24"/>
                <w:szCs w:val="24"/>
              </w:rPr>
            </w:pPr>
          </w:p>
        </w:tc>
      </w:tr>
      <w:tr w:rsidR="00EB4007" w:rsidRPr="00EB4007" w:rsidTr="00C843C5">
        <w:trPr>
          <w:trHeight w:val="255"/>
          <w:tblCellSpacing w:w="20" w:type="nil"/>
        </w:trPr>
        <w:tc>
          <w:tcPr>
            <w:tcW w:w="14743" w:type="dxa"/>
            <w:gridSpan w:val="7"/>
            <w:tcMar>
              <w:top w:w="50" w:type="dxa"/>
              <w:left w:w="100" w:type="dxa"/>
            </w:tcMar>
            <w:vAlign w:val="center"/>
          </w:tcPr>
          <w:p w:rsidR="00EB4007" w:rsidRPr="00EB4007" w:rsidRDefault="00EB4007" w:rsidP="00EB4007">
            <w:pPr>
              <w:spacing w:after="20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b/>
                <w:color w:val="000000"/>
                <w:sz w:val="24"/>
                <w:szCs w:val="24"/>
              </w:rPr>
              <w:t>Раздел 2.Человек и природа</w:t>
            </w:r>
          </w:p>
        </w:tc>
        <w:tc>
          <w:tcPr>
            <w:tcW w:w="6925" w:type="dxa"/>
            <w:vMerge/>
          </w:tcPr>
          <w:p w:rsidR="00EB4007" w:rsidRPr="00EB4007" w:rsidRDefault="00EB4007" w:rsidP="00EB4007">
            <w:pPr>
              <w:spacing w:after="200" w:line="276" w:lineRule="auto"/>
              <w:rPr>
                <w:rFonts w:ascii="Times New Roman" w:eastAsia="Times New Roman" w:hAnsi="Times New Roman" w:cs="Times New Roman"/>
                <w:sz w:val="24"/>
                <w:szCs w:val="24"/>
              </w:rPr>
            </w:pPr>
          </w:p>
        </w:tc>
      </w:tr>
      <w:tr w:rsidR="00EB4007" w:rsidRPr="0046724E" w:rsidTr="00C843C5">
        <w:trPr>
          <w:gridAfter w:val="1"/>
          <w:wAfter w:w="6925" w:type="dxa"/>
          <w:trHeight w:val="144"/>
          <w:tblCellSpacing w:w="20" w:type="nil"/>
        </w:trPr>
        <w:tc>
          <w:tcPr>
            <w:tcW w:w="1483" w:type="dxa"/>
            <w:gridSpan w:val="2"/>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2.1</w:t>
            </w:r>
          </w:p>
        </w:tc>
        <w:tc>
          <w:tcPr>
            <w:tcW w:w="5180" w:type="dxa"/>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Методы познания природы: наблюдения, опыты, измерения</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 xml:space="preserve">1 </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22">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val="restart"/>
            <w:tcMar>
              <w:top w:w="50" w:type="dxa"/>
              <w:left w:w="100" w:type="dxa"/>
            </w:tcMar>
            <w:vAlign w:val="center"/>
          </w:tcPr>
          <w:p w:rsidR="00EB4007" w:rsidRPr="00EB4007" w:rsidRDefault="00EB4007" w:rsidP="00EB4007">
            <w:pPr>
              <w:spacing w:after="0"/>
              <w:jc w:val="both"/>
              <w:rPr>
                <w:rFonts w:ascii="Times New Roman" w:eastAsia="Times New Roman" w:hAnsi="Times New Roman" w:cs="Times New Roman"/>
                <w:sz w:val="24"/>
                <w:szCs w:val="24"/>
                <w:lang w:val="ru-RU"/>
              </w:rPr>
            </w:pPr>
            <w:r w:rsidRPr="00EB4007">
              <w:rPr>
                <w:rFonts w:ascii="Times New Roman" w:eastAsia="Times New Roman" w:hAnsi="Times New Roman" w:cs="Times New Roman"/>
                <w:b/>
                <w:color w:val="000000"/>
                <w:sz w:val="24"/>
                <w:szCs w:val="24"/>
                <w:lang w:val="ru-RU"/>
              </w:rPr>
              <w:t>Экологическое воспитание:</w:t>
            </w:r>
          </w:p>
          <w:p w:rsidR="00EB4007" w:rsidRPr="00EB4007" w:rsidRDefault="00EB4007" w:rsidP="00EB4007">
            <w:pPr>
              <w:spacing w:after="0"/>
              <w:jc w:val="both"/>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EB4007" w:rsidRPr="00EB4007" w:rsidRDefault="00EB4007" w:rsidP="00EB4007">
            <w:pPr>
              <w:spacing w:after="0"/>
              <w:jc w:val="both"/>
              <w:rPr>
                <w:rFonts w:ascii="Times New Roman" w:eastAsia="Times New Roman" w:hAnsi="Times New Roman" w:cs="Times New Roman"/>
                <w:sz w:val="24"/>
                <w:szCs w:val="24"/>
                <w:lang w:val="ru-RU"/>
              </w:rPr>
            </w:pPr>
            <w:r w:rsidRPr="00EB4007">
              <w:rPr>
                <w:rFonts w:ascii="Times New Roman" w:eastAsia="Times New Roman" w:hAnsi="Times New Roman" w:cs="Times New Roman"/>
                <w:b/>
                <w:color w:val="000000"/>
                <w:sz w:val="24"/>
                <w:szCs w:val="24"/>
                <w:lang w:val="ru-RU"/>
              </w:rPr>
              <w:t>Ценности научного познания:</w:t>
            </w:r>
          </w:p>
          <w:p w:rsidR="00EB4007" w:rsidRPr="00EB4007" w:rsidRDefault="00EB4007" w:rsidP="00EB4007">
            <w:pPr>
              <w:spacing w:after="0"/>
              <w:jc w:val="both"/>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 xml:space="preserve">осознание ценности познания </w:t>
            </w:r>
            <w:r w:rsidRPr="00EB4007">
              <w:rPr>
                <w:rFonts w:ascii="Times New Roman" w:eastAsia="Times New Roman" w:hAnsi="Times New Roman" w:cs="Times New Roman"/>
                <w:color w:val="000000"/>
                <w:sz w:val="24"/>
                <w:szCs w:val="24"/>
                <w:lang w:val="ru-RU"/>
              </w:rPr>
              <w:lastRenderedPageBreak/>
              <w:t>для развития человека, необходимости самообразования и саморазвития;</w:t>
            </w:r>
          </w:p>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tc>
      </w:tr>
      <w:tr w:rsidR="00EB4007" w:rsidRPr="0046724E" w:rsidTr="00C843C5">
        <w:trPr>
          <w:gridAfter w:val="1"/>
          <w:wAfter w:w="6925" w:type="dxa"/>
          <w:trHeight w:val="144"/>
          <w:tblCellSpacing w:w="20" w:type="nil"/>
        </w:trPr>
        <w:tc>
          <w:tcPr>
            <w:tcW w:w="1483" w:type="dxa"/>
            <w:gridSpan w:val="2"/>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2.2</w:t>
            </w:r>
          </w:p>
        </w:tc>
        <w:tc>
          <w:tcPr>
            <w:tcW w:w="5180" w:type="dxa"/>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Звёзды и созвездия, наблюдения звёздного неба. Планеты. Чем Земля отличается от других планет, условия жизни на Земле</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 xml:space="preserve">3 </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23">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46724E" w:rsidTr="00C843C5">
        <w:trPr>
          <w:gridAfter w:val="1"/>
          <w:wAfter w:w="6925" w:type="dxa"/>
          <w:trHeight w:val="144"/>
          <w:tblCellSpacing w:w="20" w:type="nil"/>
        </w:trPr>
        <w:tc>
          <w:tcPr>
            <w:tcW w:w="1483" w:type="dxa"/>
            <w:gridSpan w:val="2"/>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2.3</w:t>
            </w:r>
          </w:p>
        </w:tc>
        <w:tc>
          <w:tcPr>
            <w:tcW w:w="5180" w:type="dxa"/>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Изображения Земли. Модели: глобус, карта, план. Карта мира. Материки и океаны</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 xml:space="preserve">1 </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24">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46724E" w:rsidTr="00C843C5">
        <w:trPr>
          <w:gridAfter w:val="1"/>
          <w:wAfter w:w="6925" w:type="dxa"/>
          <w:trHeight w:val="144"/>
          <w:tblCellSpacing w:w="20" w:type="nil"/>
        </w:trPr>
        <w:tc>
          <w:tcPr>
            <w:tcW w:w="1483" w:type="dxa"/>
            <w:gridSpan w:val="2"/>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lastRenderedPageBreak/>
              <w:t>2.4</w:t>
            </w:r>
          </w:p>
        </w:tc>
        <w:tc>
          <w:tcPr>
            <w:tcW w:w="5180" w:type="dxa"/>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Ориентирование на местности по местным природным признакам, Солнцу</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 xml:space="preserve">1 </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25">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46724E" w:rsidTr="00C843C5">
        <w:trPr>
          <w:gridAfter w:val="1"/>
          <w:wAfter w:w="6925" w:type="dxa"/>
          <w:trHeight w:val="144"/>
          <w:tblCellSpacing w:w="20" w:type="nil"/>
        </w:trPr>
        <w:tc>
          <w:tcPr>
            <w:tcW w:w="1483" w:type="dxa"/>
            <w:gridSpan w:val="2"/>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lastRenderedPageBreak/>
              <w:t>2.5</w:t>
            </w:r>
          </w:p>
        </w:tc>
        <w:tc>
          <w:tcPr>
            <w:tcW w:w="5180" w:type="dxa"/>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Ориентирование на местности. Компас, устройство. Определение сторон горизонта при помощи компаса</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 xml:space="preserve">1 </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26">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46724E" w:rsidTr="00C843C5">
        <w:trPr>
          <w:gridAfter w:val="1"/>
          <w:wAfter w:w="6925" w:type="dxa"/>
          <w:trHeight w:val="144"/>
          <w:tblCellSpacing w:w="20" w:type="nil"/>
        </w:trPr>
        <w:tc>
          <w:tcPr>
            <w:tcW w:w="1483" w:type="dxa"/>
            <w:gridSpan w:val="2"/>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2.6</w:t>
            </w:r>
          </w:p>
        </w:tc>
        <w:tc>
          <w:tcPr>
            <w:tcW w:w="5180" w:type="dxa"/>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Многообразие растений. Деревья, кустарники, травы</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6</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lang w:val="ru-RU"/>
              </w:rPr>
            </w:pPr>
            <w:r w:rsidRPr="00EB4007">
              <w:rPr>
                <w:rFonts w:ascii="Times New Roman" w:eastAsia="Times New Roman" w:hAnsi="Times New Roman" w:cs="Times New Roman"/>
                <w:sz w:val="24"/>
                <w:szCs w:val="24"/>
                <w:lang w:val="ru-RU"/>
              </w:rPr>
              <w:t>1</w:t>
            </w: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27">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46724E" w:rsidTr="00C843C5">
        <w:trPr>
          <w:gridAfter w:val="1"/>
          <w:wAfter w:w="6925" w:type="dxa"/>
          <w:trHeight w:val="144"/>
          <w:tblCellSpacing w:w="20" w:type="nil"/>
        </w:trPr>
        <w:tc>
          <w:tcPr>
            <w:tcW w:w="1483" w:type="dxa"/>
            <w:gridSpan w:val="2"/>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2.7</w:t>
            </w:r>
          </w:p>
        </w:tc>
        <w:tc>
          <w:tcPr>
            <w:tcW w:w="5180" w:type="dxa"/>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Связи в природе. Годовой ход изменений в жизни растений</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 xml:space="preserve">2 </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28">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46724E" w:rsidTr="00C843C5">
        <w:trPr>
          <w:gridAfter w:val="1"/>
          <w:wAfter w:w="6925" w:type="dxa"/>
          <w:trHeight w:val="144"/>
          <w:tblCellSpacing w:w="20" w:type="nil"/>
        </w:trPr>
        <w:tc>
          <w:tcPr>
            <w:tcW w:w="1483" w:type="dxa"/>
            <w:gridSpan w:val="2"/>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2.8</w:t>
            </w:r>
          </w:p>
        </w:tc>
        <w:tc>
          <w:tcPr>
            <w:tcW w:w="5180" w:type="dxa"/>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Дикорастущие и культурные растения</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lang w:val="ru-RU"/>
              </w:rPr>
              <w:t>2</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29">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46724E" w:rsidTr="00C843C5">
        <w:trPr>
          <w:gridAfter w:val="1"/>
          <w:wAfter w:w="6925" w:type="dxa"/>
          <w:trHeight w:val="144"/>
          <w:tblCellSpacing w:w="20" w:type="nil"/>
        </w:trPr>
        <w:tc>
          <w:tcPr>
            <w:tcW w:w="1483" w:type="dxa"/>
            <w:gridSpan w:val="2"/>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2.9</w:t>
            </w:r>
          </w:p>
        </w:tc>
        <w:tc>
          <w:tcPr>
            <w:tcW w:w="5180" w:type="dxa"/>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Многообразие животных. Насекомые, рыбы, птицы, звери, земноводные, пресмыкающиеся: общая характеристика внешних признаков</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 xml:space="preserve">8 </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30">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46724E" w:rsidTr="00C843C5">
        <w:trPr>
          <w:gridAfter w:val="1"/>
          <w:wAfter w:w="6925" w:type="dxa"/>
          <w:trHeight w:val="144"/>
          <w:tblCellSpacing w:w="20" w:type="nil"/>
        </w:trPr>
        <w:tc>
          <w:tcPr>
            <w:tcW w:w="1483" w:type="dxa"/>
            <w:gridSpan w:val="2"/>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2.10</w:t>
            </w:r>
          </w:p>
        </w:tc>
        <w:tc>
          <w:tcPr>
            <w:tcW w:w="5180" w:type="dxa"/>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Связи в природе. Годовой ход изменений в жизни животных</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 xml:space="preserve">3 </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31">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46724E" w:rsidTr="00C843C5">
        <w:trPr>
          <w:gridAfter w:val="1"/>
          <w:wAfter w:w="6925" w:type="dxa"/>
          <w:trHeight w:val="144"/>
          <w:tblCellSpacing w:w="20" w:type="nil"/>
        </w:trPr>
        <w:tc>
          <w:tcPr>
            <w:tcW w:w="1483" w:type="dxa"/>
            <w:gridSpan w:val="2"/>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2.11</w:t>
            </w:r>
          </w:p>
        </w:tc>
        <w:tc>
          <w:tcPr>
            <w:tcW w:w="5180" w:type="dxa"/>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Красная книга России, её значение, отдельные представители растений и животных Красной книги</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 xml:space="preserve">3 </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32">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46724E" w:rsidTr="00C843C5">
        <w:trPr>
          <w:gridAfter w:val="1"/>
          <w:wAfter w:w="6925" w:type="dxa"/>
          <w:trHeight w:val="144"/>
          <w:tblCellSpacing w:w="20" w:type="nil"/>
        </w:trPr>
        <w:tc>
          <w:tcPr>
            <w:tcW w:w="1483" w:type="dxa"/>
            <w:gridSpan w:val="2"/>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2.12</w:t>
            </w:r>
          </w:p>
        </w:tc>
        <w:tc>
          <w:tcPr>
            <w:tcW w:w="5180" w:type="dxa"/>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Заповедники, природные парки. Охрана природы. Правила нравственного поведения на природе</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5</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33">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EB4007" w:rsidTr="00C843C5">
        <w:trPr>
          <w:gridAfter w:val="1"/>
          <w:wAfter w:w="6925" w:type="dxa"/>
          <w:trHeight w:val="144"/>
          <w:tblCellSpacing w:w="20" w:type="nil"/>
        </w:trPr>
        <w:tc>
          <w:tcPr>
            <w:tcW w:w="6663" w:type="dxa"/>
            <w:gridSpan w:val="3"/>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lastRenderedPageBreak/>
              <w:t>Итого по разделу</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lang w:val="ru-RU"/>
              </w:rPr>
              <w:t>36</w:t>
            </w:r>
          </w:p>
        </w:tc>
        <w:tc>
          <w:tcPr>
            <w:tcW w:w="1134" w:type="dxa"/>
          </w:tcPr>
          <w:p w:rsidR="00EB4007" w:rsidRPr="00EB4007" w:rsidRDefault="00EB4007" w:rsidP="00EB4007">
            <w:pPr>
              <w:spacing w:after="200" w:line="276" w:lineRule="auto"/>
              <w:rPr>
                <w:rFonts w:ascii="Times New Roman" w:eastAsia="Times New Roman" w:hAnsi="Times New Roman" w:cs="Times New Roman"/>
                <w:sz w:val="24"/>
                <w:szCs w:val="24"/>
              </w:rPr>
            </w:pPr>
          </w:p>
        </w:tc>
        <w:tc>
          <w:tcPr>
            <w:tcW w:w="2268" w:type="dxa"/>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c>
          <w:tcPr>
            <w:tcW w:w="3544" w:type="dxa"/>
            <w:vMerge/>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EB4007" w:rsidTr="00C843C5">
        <w:trPr>
          <w:gridAfter w:val="1"/>
          <w:wAfter w:w="6925" w:type="dxa"/>
          <w:trHeight w:val="144"/>
          <w:tblCellSpacing w:w="20" w:type="nil"/>
        </w:trPr>
        <w:tc>
          <w:tcPr>
            <w:tcW w:w="14743" w:type="dxa"/>
            <w:gridSpan w:val="7"/>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r w:rsidRPr="00EB4007">
              <w:rPr>
                <w:rFonts w:ascii="Times New Roman" w:eastAsia="Times New Roman" w:hAnsi="Times New Roman" w:cs="Times New Roman"/>
                <w:b/>
                <w:color w:val="000000"/>
                <w:sz w:val="24"/>
                <w:szCs w:val="24"/>
              </w:rPr>
              <w:t>Раздел 3.Правила безопасной жизнедеятельности</w:t>
            </w:r>
          </w:p>
        </w:tc>
      </w:tr>
      <w:tr w:rsidR="00EB4007" w:rsidRPr="0046724E" w:rsidTr="005467F8">
        <w:trPr>
          <w:gridAfter w:val="1"/>
          <w:wAfter w:w="6925" w:type="dxa"/>
          <w:trHeight w:val="144"/>
          <w:tblCellSpacing w:w="20" w:type="nil"/>
        </w:trPr>
        <w:tc>
          <w:tcPr>
            <w:tcW w:w="1483" w:type="dxa"/>
            <w:gridSpan w:val="2"/>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3.1</w:t>
            </w:r>
          </w:p>
        </w:tc>
        <w:tc>
          <w:tcPr>
            <w:tcW w:w="5180" w:type="dxa"/>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 xml:space="preserve">2 </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34">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val="restart"/>
            <w:tcMar>
              <w:top w:w="50" w:type="dxa"/>
              <w:left w:w="100" w:type="dxa"/>
            </w:tcMar>
            <w:vAlign w:val="center"/>
          </w:tcPr>
          <w:p w:rsidR="00EB4007" w:rsidRPr="00EB4007" w:rsidRDefault="00EB4007" w:rsidP="00EB4007">
            <w:pPr>
              <w:spacing w:after="0"/>
              <w:jc w:val="both"/>
              <w:rPr>
                <w:rFonts w:ascii="Times New Roman" w:eastAsia="Times New Roman" w:hAnsi="Times New Roman" w:cs="Times New Roman"/>
                <w:sz w:val="24"/>
                <w:szCs w:val="24"/>
                <w:lang w:val="ru-RU"/>
              </w:rPr>
            </w:pPr>
            <w:r w:rsidRPr="00EB4007">
              <w:rPr>
                <w:rFonts w:ascii="Times New Roman" w:eastAsia="Times New Roman" w:hAnsi="Times New Roman" w:cs="Times New Roman"/>
                <w:b/>
                <w:color w:val="000000"/>
                <w:sz w:val="24"/>
                <w:szCs w:val="24"/>
                <w:lang w:val="ru-RU"/>
              </w:rPr>
              <w:t>Физическое воспитание, формирование культуры здоровья и эмоционального благополучия:</w:t>
            </w:r>
          </w:p>
          <w:p w:rsidR="00EB4007" w:rsidRPr="00EB4007" w:rsidRDefault="00EB4007" w:rsidP="00EB4007">
            <w:pPr>
              <w:spacing w:after="0"/>
              <w:jc w:val="both"/>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EB4007" w:rsidRPr="00EB4007" w:rsidRDefault="00EB4007" w:rsidP="00EB4007">
            <w:pPr>
              <w:spacing w:after="0"/>
              <w:jc w:val="both"/>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 xml:space="preserve">приобретение опыта эмоционального отношения к среде обитания, бережное отношение к физическому и психическому здоровью. </w:t>
            </w:r>
          </w:p>
          <w:p w:rsidR="00EB4007" w:rsidRPr="00EB4007" w:rsidRDefault="00EB4007" w:rsidP="00EB4007">
            <w:pPr>
              <w:spacing w:after="0"/>
              <w:jc w:val="both"/>
              <w:rPr>
                <w:rFonts w:ascii="Times New Roman" w:eastAsia="Times New Roman" w:hAnsi="Times New Roman" w:cs="Times New Roman"/>
                <w:sz w:val="24"/>
                <w:szCs w:val="24"/>
                <w:lang w:val="ru-RU"/>
              </w:rPr>
            </w:pPr>
            <w:r w:rsidRPr="00EB4007">
              <w:rPr>
                <w:rFonts w:ascii="Times New Roman" w:eastAsia="Times New Roman" w:hAnsi="Times New Roman" w:cs="Times New Roman"/>
                <w:b/>
                <w:color w:val="000000"/>
                <w:sz w:val="24"/>
                <w:szCs w:val="24"/>
                <w:lang w:val="ru-RU"/>
              </w:rPr>
              <w:t>Трудовое воспитание:</w:t>
            </w:r>
          </w:p>
          <w:p w:rsidR="00EB4007" w:rsidRPr="00EB4007" w:rsidRDefault="00EB4007" w:rsidP="00EB4007">
            <w:pPr>
              <w:spacing w:after="0"/>
              <w:jc w:val="both"/>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46724E" w:rsidTr="005467F8">
        <w:trPr>
          <w:gridAfter w:val="1"/>
          <w:wAfter w:w="6925" w:type="dxa"/>
          <w:trHeight w:val="144"/>
          <w:tblCellSpacing w:w="20" w:type="nil"/>
        </w:trPr>
        <w:tc>
          <w:tcPr>
            <w:tcW w:w="1483" w:type="dxa"/>
            <w:gridSpan w:val="2"/>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3.2</w:t>
            </w:r>
          </w:p>
        </w:tc>
        <w:tc>
          <w:tcPr>
            <w:tcW w:w="5180" w:type="dxa"/>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Физическая культура, закаливание, игры на воздухе как условие сохранения и укрепления здоровья</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 xml:space="preserve">2 </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35">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46724E" w:rsidTr="005467F8">
        <w:trPr>
          <w:gridAfter w:val="1"/>
          <w:wAfter w:w="6925" w:type="dxa"/>
          <w:trHeight w:val="144"/>
          <w:tblCellSpacing w:w="20" w:type="nil"/>
        </w:trPr>
        <w:tc>
          <w:tcPr>
            <w:tcW w:w="1483" w:type="dxa"/>
            <w:gridSpan w:val="2"/>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3.3</w:t>
            </w:r>
          </w:p>
        </w:tc>
        <w:tc>
          <w:tcPr>
            <w:tcW w:w="5180" w:type="dxa"/>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lang w:val="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r w:rsidRPr="00EB4007">
              <w:rPr>
                <w:rFonts w:ascii="Times New Roman" w:eastAsia="Times New Roman" w:hAnsi="Times New Roman" w:cs="Times New Roman"/>
                <w:color w:val="000000"/>
                <w:sz w:val="24"/>
                <w:szCs w:val="24"/>
              </w:rPr>
              <w:t>Номера телефонов экстренной помощи</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 xml:space="preserve"> 3 </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36">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46724E" w:rsidTr="005467F8">
        <w:trPr>
          <w:gridAfter w:val="1"/>
          <w:wAfter w:w="6925" w:type="dxa"/>
          <w:trHeight w:val="144"/>
          <w:tblCellSpacing w:w="20" w:type="nil"/>
        </w:trPr>
        <w:tc>
          <w:tcPr>
            <w:tcW w:w="1483" w:type="dxa"/>
            <w:gridSpan w:val="2"/>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3.4</w:t>
            </w:r>
          </w:p>
        </w:tc>
        <w:tc>
          <w:tcPr>
            <w:tcW w:w="5180" w:type="dxa"/>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 xml:space="preserve">3 </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37">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vMerge/>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46724E" w:rsidTr="005467F8">
        <w:trPr>
          <w:gridAfter w:val="1"/>
          <w:wAfter w:w="6925" w:type="dxa"/>
          <w:trHeight w:val="144"/>
          <w:tblCellSpacing w:w="20" w:type="nil"/>
        </w:trPr>
        <w:tc>
          <w:tcPr>
            <w:tcW w:w="1483" w:type="dxa"/>
            <w:gridSpan w:val="2"/>
            <w:tcMar>
              <w:top w:w="50" w:type="dxa"/>
              <w:left w:w="100" w:type="dxa"/>
            </w:tcMar>
            <w:vAlign w:val="center"/>
          </w:tcPr>
          <w:p w:rsidR="00EB4007" w:rsidRPr="00EB4007" w:rsidRDefault="00EB4007" w:rsidP="00EB4007">
            <w:pPr>
              <w:spacing w:after="0" w:line="276" w:lineRule="auto"/>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3.5</w:t>
            </w:r>
          </w:p>
        </w:tc>
        <w:tc>
          <w:tcPr>
            <w:tcW w:w="5180" w:type="dxa"/>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Безопасность в информационно-</w:t>
            </w:r>
            <w:r w:rsidRPr="00EB4007">
              <w:rPr>
                <w:rFonts w:ascii="Times New Roman" w:eastAsia="Times New Roman" w:hAnsi="Times New Roman" w:cs="Times New Roman"/>
                <w:color w:val="000000"/>
                <w:sz w:val="24"/>
                <w:szCs w:val="24"/>
                <w:lang w:val="ru-RU"/>
              </w:rPr>
              <w:lastRenderedPageBreak/>
              <w:t>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lang w:val="ru-RU"/>
              </w:rPr>
              <w:lastRenderedPageBreak/>
              <w:t>4</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lang w:val="ru-RU"/>
              </w:rPr>
            </w:pPr>
            <w:r w:rsidRPr="00EB4007">
              <w:rPr>
                <w:rFonts w:ascii="Times New Roman" w:eastAsia="Times New Roman" w:hAnsi="Times New Roman" w:cs="Times New Roman"/>
                <w:sz w:val="24"/>
                <w:szCs w:val="24"/>
                <w:lang w:val="ru-RU"/>
              </w:rPr>
              <w:t>1</w:t>
            </w:r>
          </w:p>
        </w:tc>
        <w:tc>
          <w:tcPr>
            <w:tcW w:w="2268" w:type="dxa"/>
          </w:tcPr>
          <w:p w:rsidR="00EB4007" w:rsidRPr="00EB4007" w:rsidRDefault="00EB4007" w:rsidP="00EB4007">
            <w:pPr>
              <w:spacing w:after="0" w:line="276" w:lineRule="auto"/>
              <w:ind w:left="135"/>
              <w:rPr>
                <w:rFonts w:ascii="Times New Roman" w:eastAsia="Times New Roman" w:hAnsi="Times New Roman" w:cs="Times New Roman"/>
                <w:color w:val="000000"/>
                <w:sz w:val="24"/>
                <w:szCs w:val="24"/>
                <w:lang w:val="ru-RU"/>
              </w:rPr>
            </w:pPr>
            <w:r w:rsidRPr="00EB4007">
              <w:rPr>
                <w:rFonts w:ascii="Times New Roman" w:eastAsia="Times New Roman" w:hAnsi="Times New Roman" w:cs="Times New Roman"/>
                <w:color w:val="000000"/>
                <w:sz w:val="24"/>
                <w:szCs w:val="24"/>
                <w:lang w:val="ru-RU"/>
              </w:rPr>
              <w:t xml:space="preserve">Библиотека ЦОК </w:t>
            </w:r>
            <w:hyperlink r:id="rId38">
              <w:r w:rsidRPr="00EB4007">
                <w:rPr>
                  <w:rFonts w:ascii="Times New Roman" w:eastAsia="Times New Roman" w:hAnsi="Times New Roman" w:cs="Times New Roman"/>
                  <w:color w:val="0000FF"/>
                  <w:sz w:val="24"/>
                  <w:szCs w:val="24"/>
                  <w:u w:val="single"/>
                </w:rPr>
                <w:t>https</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m</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edsoo</w:t>
              </w:r>
              <w:r w:rsidRPr="00EB4007">
                <w:rPr>
                  <w:rFonts w:ascii="Times New Roman" w:eastAsia="Times New Roman" w:hAnsi="Times New Roman" w:cs="Times New Roman"/>
                  <w:color w:val="0000FF"/>
                  <w:sz w:val="24"/>
                  <w:szCs w:val="24"/>
                  <w:u w:val="single"/>
                  <w:lang w:val="ru-RU"/>
                </w:rPr>
                <w:t>.</w:t>
              </w:r>
              <w:r w:rsidRPr="00EB4007">
                <w:rPr>
                  <w:rFonts w:ascii="Times New Roman" w:eastAsia="Times New Roman" w:hAnsi="Times New Roman" w:cs="Times New Roman"/>
                  <w:color w:val="0000FF"/>
                  <w:sz w:val="24"/>
                  <w:szCs w:val="24"/>
                  <w:u w:val="single"/>
                </w:rPr>
                <w:t>ru</w:t>
              </w:r>
              <w:r w:rsidRPr="00EB4007">
                <w:rPr>
                  <w:rFonts w:ascii="Times New Roman" w:eastAsia="Times New Roman" w:hAnsi="Times New Roman" w:cs="Times New Roman"/>
                  <w:color w:val="0000FF"/>
                  <w:sz w:val="24"/>
                  <w:szCs w:val="24"/>
                  <w:u w:val="single"/>
                  <w:lang w:val="ru-RU"/>
                </w:rPr>
                <w:t>/7</w:t>
              </w:r>
              <w:r w:rsidRPr="00EB4007">
                <w:rPr>
                  <w:rFonts w:ascii="Times New Roman" w:eastAsia="Times New Roman" w:hAnsi="Times New Roman" w:cs="Times New Roman"/>
                  <w:color w:val="0000FF"/>
                  <w:sz w:val="24"/>
                  <w:szCs w:val="24"/>
                  <w:u w:val="single"/>
                </w:rPr>
                <w:t>f</w:t>
              </w:r>
              <w:r w:rsidRPr="00EB4007">
                <w:rPr>
                  <w:rFonts w:ascii="Times New Roman" w:eastAsia="Times New Roman" w:hAnsi="Times New Roman" w:cs="Times New Roman"/>
                  <w:color w:val="0000FF"/>
                  <w:sz w:val="24"/>
                  <w:szCs w:val="24"/>
                  <w:u w:val="single"/>
                  <w:lang w:val="ru-RU"/>
                </w:rPr>
                <w:t>4116</w:t>
              </w:r>
              <w:r w:rsidRPr="00EB4007">
                <w:rPr>
                  <w:rFonts w:ascii="Times New Roman" w:eastAsia="Times New Roman" w:hAnsi="Times New Roman" w:cs="Times New Roman"/>
                  <w:color w:val="0000FF"/>
                  <w:sz w:val="24"/>
                  <w:szCs w:val="24"/>
                  <w:u w:val="single"/>
                </w:rPr>
                <w:t>e</w:t>
              </w:r>
              <w:r w:rsidRPr="00EB4007">
                <w:rPr>
                  <w:rFonts w:ascii="Times New Roman" w:eastAsia="Times New Roman" w:hAnsi="Times New Roman" w:cs="Times New Roman"/>
                  <w:color w:val="0000FF"/>
                  <w:sz w:val="24"/>
                  <w:szCs w:val="24"/>
                  <w:u w:val="single"/>
                  <w:lang w:val="ru-RU"/>
                </w:rPr>
                <w:t>4</w:t>
              </w:r>
            </w:hyperlink>
          </w:p>
        </w:tc>
        <w:tc>
          <w:tcPr>
            <w:tcW w:w="3544" w:type="dxa"/>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EB4007" w:rsidTr="005467F8">
        <w:trPr>
          <w:gridAfter w:val="1"/>
          <w:wAfter w:w="6925" w:type="dxa"/>
          <w:trHeight w:val="144"/>
          <w:tblCellSpacing w:w="20" w:type="nil"/>
        </w:trPr>
        <w:tc>
          <w:tcPr>
            <w:tcW w:w="6663" w:type="dxa"/>
            <w:gridSpan w:val="3"/>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lastRenderedPageBreak/>
              <w:t>Итого по разделу</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lang w:val="ru-RU"/>
              </w:rPr>
              <w:t>14</w:t>
            </w:r>
          </w:p>
        </w:tc>
        <w:tc>
          <w:tcPr>
            <w:tcW w:w="1134" w:type="dxa"/>
          </w:tcPr>
          <w:p w:rsidR="00EB4007" w:rsidRPr="00EB4007" w:rsidRDefault="00EB4007" w:rsidP="00EB4007">
            <w:pPr>
              <w:spacing w:after="200" w:line="276" w:lineRule="auto"/>
              <w:rPr>
                <w:rFonts w:ascii="Times New Roman" w:eastAsia="Times New Roman" w:hAnsi="Times New Roman" w:cs="Times New Roman"/>
                <w:sz w:val="24"/>
                <w:szCs w:val="24"/>
              </w:rPr>
            </w:pPr>
          </w:p>
        </w:tc>
        <w:tc>
          <w:tcPr>
            <w:tcW w:w="2268" w:type="dxa"/>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c>
          <w:tcPr>
            <w:tcW w:w="3544" w:type="dxa"/>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p>
        </w:tc>
      </w:tr>
      <w:tr w:rsidR="00EB4007" w:rsidRPr="00EB4007" w:rsidTr="005467F8">
        <w:trPr>
          <w:gridAfter w:val="1"/>
          <w:wAfter w:w="6925" w:type="dxa"/>
          <w:trHeight w:val="144"/>
          <w:tblCellSpacing w:w="20" w:type="nil"/>
        </w:trPr>
        <w:tc>
          <w:tcPr>
            <w:tcW w:w="6663" w:type="dxa"/>
            <w:gridSpan w:val="3"/>
            <w:tcMar>
              <w:top w:w="50" w:type="dxa"/>
              <w:left w:w="100" w:type="dxa"/>
            </w:tcMar>
            <w:vAlign w:val="center"/>
          </w:tcPr>
          <w:p w:rsidR="00EB4007" w:rsidRPr="00EB4007" w:rsidRDefault="00EB4007" w:rsidP="00EB4007">
            <w:pPr>
              <w:spacing w:after="0" w:line="276" w:lineRule="auto"/>
              <w:ind w:left="135"/>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ОБЩЕЕ КОЛИЧЕСТВО ЧАСОВ ПО ПРОГРАММЕ</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lang w:val="ru-RU"/>
              </w:rPr>
            </w:pPr>
            <w:r w:rsidRPr="00EB4007">
              <w:rPr>
                <w:rFonts w:ascii="Times New Roman" w:eastAsia="Times New Roman" w:hAnsi="Times New Roman" w:cs="Times New Roman"/>
                <w:color w:val="000000"/>
                <w:sz w:val="24"/>
                <w:szCs w:val="24"/>
                <w:lang w:val="ru-RU"/>
              </w:rPr>
              <w:t xml:space="preserve"> 68</w:t>
            </w:r>
          </w:p>
        </w:tc>
        <w:tc>
          <w:tcPr>
            <w:tcW w:w="1134" w:type="dxa"/>
            <w:tcMar>
              <w:top w:w="50" w:type="dxa"/>
              <w:left w:w="100" w:type="dxa"/>
            </w:tcMar>
            <w:vAlign w:val="center"/>
          </w:tcPr>
          <w:p w:rsidR="00EB4007" w:rsidRPr="00EB4007" w:rsidRDefault="00EB4007" w:rsidP="00EB4007">
            <w:pPr>
              <w:spacing w:after="0" w:line="276" w:lineRule="auto"/>
              <w:ind w:left="135"/>
              <w:jc w:val="center"/>
              <w:rPr>
                <w:rFonts w:ascii="Times New Roman" w:eastAsia="Times New Roman" w:hAnsi="Times New Roman" w:cs="Times New Roman"/>
                <w:sz w:val="24"/>
                <w:szCs w:val="24"/>
              </w:rPr>
            </w:pPr>
            <w:r w:rsidRPr="00EB4007">
              <w:rPr>
                <w:rFonts w:ascii="Times New Roman" w:eastAsia="Times New Roman" w:hAnsi="Times New Roman" w:cs="Times New Roman"/>
                <w:color w:val="000000"/>
                <w:sz w:val="24"/>
                <w:szCs w:val="24"/>
              </w:rPr>
              <w:t xml:space="preserve"> 3 </w:t>
            </w:r>
          </w:p>
        </w:tc>
        <w:tc>
          <w:tcPr>
            <w:tcW w:w="2268" w:type="dxa"/>
            <w:tcMar>
              <w:top w:w="50" w:type="dxa"/>
              <w:left w:w="100" w:type="dxa"/>
            </w:tcMar>
            <w:vAlign w:val="center"/>
          </w:tcPr>
          <w:p w:rsidR="00EB4007" w:rsidRPr="00EB4007" w:rsidRDefault="00EB4007" w:rsidP="00EB4007">
            <w:pPr>
              <w:spacing w:after="200" w:line="276" w:lineRule="auto"/>
              <w:rPr>
                <w:rFonts w:ascii="Times New Roman" w:eastAsia="Times New Roman" w:hAnsi="Times New Roman" w:cs="Times New Roman"/>
                <w:sz w:val="24"/>
                <w:szCs w:val="24"/>
              </w:rPr>
            </w:pPr>
          </w:p>
        </w:tc>
        <w:tc>
          <w:tcPr>
            <w:tcW w:w="3544" w:type="dxa"/>
          </w:tcPr>
          <w:p w:rsidR="00EB4007" w:rsidRPr="00EB4007" w:rsidRDefault="00EB4007" w:rsidP="00EB4007">
            <w:pPr>
              <w:spacing w:after="200" w:line="276" w:lineRule="auto"/>
              <w:rPr>
                <w:rFonts w:ascii="Times New Roman" w:eastAsia="Times New Roman" w:hAnsi="Times New Roman" w:cs="Times New Roman"/>
                <w:sz w:val="24"/>
                <w:szCs w:val="24"/>
              </w:rPr>
            </w:pPr>
          </w:p>
        </w:tc>
      </w:tr>
    </w:tbl>
    <w:p w:rsidR="00EB4007" w:rsidRDefault="00EB4007" w:rsidP="00EB4007">
      <w:pPr>
        <w:spacing w:after="200" w:line="276" w:lineRule="auto"/>
        <w:rPr>
          <w:rFonts w:ascii="Times New Roman" w:eastAsia="Times New Roman" w:hAnsi="Times New Roman" w:cs="Times New Roman"/>
          <w:sz w:val="24"/>
          <w:szCs w:val="24"/>
          <w:lang w:val="ru-RU"/>
        </w:rPr>
      </w:pPr>
    </w:p>
    <w:p w:rsidR="00F45251" w:rsidRPr="00F45251" w:rsidRDefault="00F45251" w:rsidP="00F45251">
      <w:pPr>
        <w:spacing w:after="200" w:line="276" w:lineRule="auto"/>
        <w:jc w:val="center"/>
        <w:rPr>
          <w:rFonts w:ascii="Times New Roman" w:eastAsia="Times New Roman" w:hAnsi="Times New Roman" w:cs="Times New Roman"/>
          <w:b/>
          <w:sz w:val="24"/>
          <w:szCs w:val="24"/>
          <w:lang w:val="ru-RU"/>
        </w:rPr>
      </w:pPr>
      <w:r w:rsidRPr="00F45251">
        <w:rPr>
          <w:rFonts w:ascii="Times New Roman" w:eastAsia="Times New Roman" w:hAnsi="Times New Roman" w:cs="Times New Roman"/>
          <w:b/>
          <w:sz w:val="24"/>
          <w:szCs w:val="24"/>
          <w:lang w:val="ru-RU"/>
        </w:rPr>
        <w:t>3 класс</w:t>
      </w:r>
    </w:p>
    <w:tbl>
      <w:tblPr>
        <w:tblW w:w="14459" w:type="dxa"/>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134"/>
        <w:gridCol w:w="5387"/>
        <w:gridCol w:w="1134"/>
        <w:gridCol w:w="1134"/>
        <w:gridCol w:w="2268"/>
        <w:gridCol w:w="3402"/>
      </w:tblGrid>
      <w:tr w:rsidR="00F45251" w:rsidRPr="00F45251" w:rsidTr="00BD2145">
        <w:trPr>
          <w:trHeight w:val="144"/>
          <w:tblCellSpacing w:w="20" w:type="nil"/>
        </w:trPr>
        <w:tc>
          <w:tcPr>
            <w:tcW w:w="1134" w:type="dxa"/>
            <w:vMerge w:val="restart"/>
            <w:tcMar>
              <w:top w:w="50" w:type="dxa"/>
              <w:left w:w="100" w:type="dxa"/>
            </w:tcMar>
            <w:vAlign w:val="center"/>
          </w:tcPr>
          <w:p w:rsidR="00F45251" w:rsidRPr="00F45251" w:rsidRDefault="00F45251" w:rsidP="00F45251">
            <w:pPr>
              <w:spacing w:after="0" w:line="290" w:lineRule="auto"/>
              <w:ind w:left="135" w:firstLine="170"/>
              <w:rPr>
                <w:rFonts w:ascii="Times New Roman" w:eastAsia="Times New Roman" w:hAnsi="Times New Roman" w:cs="Times New Roman"/>
                <w:color w:val="000000"/>
                <w:sz w:val="24"/>
                <w:szCs w:val="22"/>
                <w:lang w:val="ru-RU" w:eastAsia="ru-RU"/>
              </w:rPr>
            </w:pPr>
            <w:r w:rsidRPr="00F45251">
              <w:rPr>
                <w:rFonts w:ascii="Times New Roman" w:eastAsia="Times New Roman" w:hAnsi="Times New Roman" w:cs="Times New Roman"/>
                <w:b/>
                <w:color w:val="000000"/>
                <w:sz w:val="24"/>
                <w:szCs w:val="22"/>
                <w:lang w:val="ru-RU" w:eastAsia="ru-RU"/>
              </w:rPr>
              <w:t xml:space="preserve">№ п/п </w:t>
            </w:r>
          </w:p>
          <w:p w:rsidR="00F45251" w:rsidRPr="00F45251" w:rsidRDefault="00F45251" w:rsidP="00F45251">
            <w:pPr>
              <w:spacing w:after="0" w:line="290" w:lineRule="auto"/>
              <w:ind w:left="135" w:firstLine="170"/>
              <w:rPr>
                <w:rFonts w:ascii="Times New Roman" w:eastAsia="Times New Roman" w:hAnsi="Times New Roman" w:cs="Times New Roman"/>
                <w:color w:val="000000"/>
                <w:sz w:val="24"/>
                <w:szCs w:val="22"/>
                <w:lang w:val="ru-RU" w:eastAsia="ru-RU"/>
              </w:rPr>
            </w:pPr>
          </w:p>
        </w:tc>
        <w:tc>
          <w:tcPr>
            <w:tcW w:w="5387" w:type="dxa"/>
            <w:vMerge w:val="restart"/>
            <w:tcMar>
              <w:top w:w="50" w:type="dxa"/>
              <w:left w:w="100" w:type="dxa"/>
            </w:tcMar>
            <w:vAlign w:val="center"/>
          </w:tcPr>
          <w:p w:rsidR="00F45251" w:rsidRPr="00F45251" w:rsidRDefault="00F45251" w:rsidP="00F45251">
            <w:pPr>
              <w:spacing w:after="0" w:line="290" w:lineRule="auto"/>
              <w:ind w:left="135" w:firstLine="170"/>
              <w:rPr>
                <w:rFonts w:ascii="Times New Roman" w:eastAsia="Times New Roman" w:hAnsi="Times New Roman" w:cs="Times New Roman"/>
                <w:color w:val="000000"/>
                <w:sz w:val="24"/>
                <w:szCs w:val="22"/>
                <w:lang w:val="ru-RU" w:eastAsia="ru-RU"/>
              </w:rPr>
            </w:pPr>
            <w:r w:rsidRPr="00F45251">
              <w:rPr>
                <w:rFonts w:ascii="Times New Roman" w:eastAsia="Times New Roman" w:hAnsi="Times New Roman" w:cs="Times New Roman"/>
                <w:b/>
                <w:color w:val="000000"/>
                <w:sz w:val="24"/>
                <w:szCs w:val="22"/>
                <w:lang w:val="ru-RU" w:eastAsia="ru-RU"/>
              </w:rPr>
              <w:t xml:space="preserve">Наименование разделов и тем программы </w:t>
            </w:r>
          </w:p>
          <w:p w:rsidR="00F45251" w:rsidRPr="00F45251" w:rsidRDefault="00F45251" w:rsidP="00F45251">
            <w:pPr>
              <w:spacing w:after="0" w:line="290" w:lineRule="auto"/>
              <w:ind w:left="135" w:firstLine="170"/>
              <w:rPr>
                <w:rFonts w:ascii="Times New Roman" w:eastAsia="Times New Roman" w:hAnsi="Times New Roman" w:cs="Times New Roman"/>
                <w:color w:val="000000"/>
                <w:sz w:val="24"/>
                <w:szCs w:val="22"/>
                <w:lang w:val="ru-RU" w:eastAsia="ru-RU"/>
              </w:rPr>
            </w:pPr>
          </w:p>
        </w:tc>
        <w:tc>
          <w:tcPr>
            <w:tcW w:w="2268" w:type="dxa"/>
            <w:gridSpan w:val="2"/>
            <w:tcMar>
              <w:top w:w="50" w:type="dxa"/>
              <w:left w:w="100" w:type="dxa"/>
            </w:tcMar>
            <w:vAlign w:val="center"/>
          </w:tcPr>
          <w:p w:rsidR="00F45251" w:rsidRPr="00F45251" w:rsidRDefault="00F45251" w:rsidP="00F45251">
            <w:pPr>
              <w:spacing w:after="0" w:line="290" w:lineRule="auto"/>
              <w:ind w:left="892" w:firstLine="170"/>
              <w:jc w:val="both"/>
              <w:rPr>
                <w:rFonts w:ascii="Times New Roman" w:eastAsia="Times New Roman" w:hAnsi="Times New Roman" w:cs="Times New Roman"/>
                <w:color w:val="000000"/>
                <w:sz w:val="24"/>
                <w:szCs w:val="22"/>
                <w:lang w:val="ru-RU" w:eastAsia="ru-RU"/>
              </w:rPr>
            </w:pPr>
            <w:r w:rsidRPr="00F45251">
              <w:rPr>
                <w:rFonts w:ascii="Times New Roman" w:eastAsia="Times New Roman" w:hAnsi="Times New Roman" w:cs="Times New Roman"/>
                <w:b/>
                <w:color w:val="000000"/>
                <w:sz w:val="24"/>
                <w:szCs w:val="22"/>
                <w:lang w:val="ru-RU" w:eastAsia="ru-RU"/>
              </w:rPr>
              <w:t>Количество часов</w:t>
            </w:r>
          </w:p>
        </w:tc>
        <w:tc>
          <w:tcPr>
            <w:tcW w:w="2268" w:type="dxa"/>
            <w:tcMar>
              <w:top w:w="50" w:type="dxa"/>
              <w:left w:w="100" w:type="dxa"/>
            </w:tcMar>
            <w:vAlign w:val="center"/>
          </w:tcPr>
          <w:p w:rsidR="00F45251" w:rsidRPr="00F45251" w:rsidRDefault="00F45251" w:rsidP="00F45251">
            <w:pPr>
              <w:spacing w:after="0" w:line="290" w:lineRule="auto"/>
              <w:ind w:left="135" w:firstLine="170"/>
              <w:rPr>
                <w:rFonts w:ascii="Times New Roman" w:eastAsia="Times New Roman" w:hAnsi="Times New Roman" w:cs="Times New Roman"/>
                <w:color w:val="000000"/>
                <w:sz w:val="24"/>
                <w:szCs w:val="22"/>
                <w:lang w:val="ru-RU" w:eastAsia="ru-RU"/>
              </w:rPr>
            </w:pPr>
            <w:r w:rsidRPr="00F45251">
              <w:rPr>
                <w:rFonts w:ascii="Times New Roman" w:eastAsia="Times New Roman" w:hAnsi="Times New Roman" w:cs="Times New Roman"/>
                <w:b/>
                <w:color w:val="000000"/>
                <w:sz w:val="24"/>
                <w:szCs w:val="22"/>
                <w:lang w:val="ru-RU" w:eastAsia="ru-RU"/>
              </w:rPr>
              <w:t xml:space="preserve">Электронные (цифровые) образовательные ресурсы </w:t>
            </w:r>
          </w:p>
          <w:p w:rsidR="00F45251" w:rsidRPr="00F45251" w:rsidRDefault="00F45251" w:rsidP="00F45251">
            <w:pPr>
              <w:spacing w:after="0" w:line="290" w:lineRule="auto"/>
              <w:ind w:left="135" w:firstLine="170"/>
              <w:rPr>
                <w:rFonts w:ascii="Times New Roman" w:eastAsia="Times New Roman" w:hAnsi="Times New Roman" w:cs="Times New Roman"/>
                <w:color w:val="000000"/>
                <w:sz w:val="24"/>
                <w:szCs w:val="22"/>
                <w:lang w:val="ru-RU" w:eastAsia="ru-RU"/>
              </w:rPr>
            </w:pPr>
          </w:p>
        </w:tc>
        <w:tc>
          <w:tcPr>
            <w:tcW w:w="3402" w:type="dxa"/>
          </w:tcPr>
          <w:p w:rsidR="00F45251" w:rsidRPr="00F45251" w:rsidRDefault="00F45251" w:rsidP="00F45251">
            <w:pPr>
              <w:spacing w:after="0" w:line="290" w:lineRule="auto"/>
              <w:ind w:left="135" w:firstLine="170"/>
              <w:rPr>
                <w:rFonts w:ascii="Times New Roman" w:eastAsia="Times New Roman" w:hAnsi="Times New Roman" w:cs="Times New Roman"/>
                <w:b/>
                <w:color w:val="000000"/>
                <w:sz w:val="24"/>
                <w:szCs w:val="22"/>
                <w:lang w:val="ru-RU" w:eastAsia="ru-RU"/>
              </w:rPr>
            </w:pPr>
            <w:r w:rsidRPr="00F45251">
              <w:rPr>
                <w:rFonts w:ascii="Times New Roman" w:eastAsia="Calibri" w:hAnsi="Times New Roman" w:cs="Times New Roman"/>
                <w:b/>
                <w:color w:val="000000"/>
                <w:sz w:val="24"/>
                <w:szCs w:val="24"/>
                <w:lang w:val="ru-RU"/>
              </w:rPr>
              <w:t>Воспитательный компонент</w:t>
            </w:r>
          </w:p>
        </w:tc>
      </w:tr>
      <w:tr w:rsidR="00F45251" w:rsidRPr="00F45251" w:rsidTr="00BD2145">
        <w:trPr>
          <w:trHeight w:val="1729"/>
          <w:tblCellSpacing w:w="20" w:type="nil"/>
        </w:trPr>
        <w:tc>
          <w:tcPr>
            <w:tcW w:w="1134" w:type="dxa"/>
            <w:vMerge/>
            <w:tcBorders>
              <w:top w:val="nil"/>
            </w:tcBorders>
            <w:tcMar>
              <w:top w:w="50" w:type="dxa"/>
              <w:left w:w="100" w:type="dxa"/>
            </w:tcMar>
          </w:tcPr>
          <w:p w:rsidR="00F45251" w:rsidRPr="00F45251" w:rsidRDefault="00F45251" w:rsidP="00F45251">
            <w:pPr>
              <w:spacing w:after="3" w:line="290" w:lineRule="auto"/>
              <w:ind w:left="2773" w:firstLine="170"/>
              <w:rPr>
                <w:rFonts w:ascii="Times New Roman" w:eastAsia="Times New Roman" w:hAnsi="Times New Roman" w:cs="Times New Roman"/>
                <w:color w:val="000000"/>
                <w:sz w:val="24"/>
                <w:szCs w:val="22"/>
                <w:lang w:val="ru-RU" w:eastAsia="ru-RU"/>
              </w:rPr>
            </w:pPr>
          </w:p>
        </w:tc>
        <w:tc>
          <w:tcPr>
            <w:tcW w:w="5387" w:type="dxa"/>
            <w:vMerge/>
            <w:tcBorders>
              <w:top w:val="nil"/>
            </w:tcBorders>
            <w:tcMar>
              <w:top w:w="50" w:type="dxa"/>
              <w:left w:w="100" w:type="dxa"/>
            </w:tcMar>
          </w:tcPr>
          <w:p w:rsidR="00F45251" w:rsidRPr="00F45251" w:rsidRDefault="00F45251" w:rsidP="00F45251">
            <w:pPr>
              <w:spacing w:after="3" w:line="290" w:lineRule="auto"/>
              <w:ind w:left="2773" w:firstLine="170"/>
              <w:rPr>
                <w:rFonts w:ascii="Times New Roman" w:eastAsia="Times New Roman" w:hAnsi="Times New Roman" w:cs="Times New Roman"/>
                <w:color w:val="000000"/>
                <w:sz w:val="24"/>
                <w:szCs w:val="22"/>
                <w:lang w:val="ru-RU" w:eastAsia="ru-RU"/>
              </w:rPr>
            </w:pPr>
          </w:p>
        </w:tc>
        <w:tc>
          <w:tcPr>
            <w:tcW w:w="1134" w:type="dxa"/>
            <w:tcMar>
              <w:top w:w="50" w:type="dxa"/>
              <w:left w:w="100" w:type="dxa"/>
            </w:tcMar>
            <w:vAlign w:val="center"/>
          </w:tcPr>
          <w:p w:rsidR="00F45251" w:rsidRPr="00F45251" w:rsidRDefault="00F45251" w:rsidP="00F45251">
            <w:pPr>
              <w:spacing w:after="0" w:line="290" w:lineRule="auto"/>
              <w:ind w:left="135" w:firstLine="170"/>
              <w:rPr>
                <w:rFonts w:ascii="Times New Roman" w:eastAsia="Times New Roman" w:hAnsi="Times New Roman" w:cs="Times New Roman"/>
                <w:color w:val="000000"/>
                <w:sz w:val="24"/>
                <w:szCs w:val="22"/>
                <w:lang w:val="ru-RU" w:eastAsia="ru-RU"/>
              </w:rPr>
            </w:pPr>
            <w:r w:rsidRPr="00F45251">
              <w:rPr>
                <w:rFonts w:ascii="Times New Roman" w:eastAsia="Times New Roman" w:hAnsi="Times New Roman" w:cs="Times New Roman"/>
                <w:b/>
                <w:color w:val="000000"/>
                <w:sz w:val="24"/>
                <w:szCs w:val="22"/>
                <w:lang w:val="ru-RU" w:eastAsia="ru-RU"/>
              </w:rPr>
              <w:t xml:space="preserve">Всего </w:t>
            </w:r>
          </w:p>
          <w:p w:rsidR="00F45251" w:rsidRPr="00F45251" w:rsidRDefault="00F45251" w:rsidP="00F45251">
            <w:pPr>
              <w:spacing w:after="0" w:line="290" w:lineRule="auto"/>
              <w:ind w:left="135" w:firstLine="170"/>
              <w:rPr>
                <w:rFonts w:ascii="Times New Roman" w:eastAsia="Times New Roman" w:hAnsi="Times New Roman" w:cs="Times New Roman"/>
                <w:color w:val="000000"/>
                <w:sz w:val="24"/>
                <w:szCs w:val="22"/>
                <w:lang w:val="ru-RU" w:eastAsia="ru-RU"/>
              </w:rPr>
            </w:pPr>
          </w:p>
        </w:tc>
        <w:tc>
          <w:tcPr>
            <w:tcW w:w="1134" w:type="dxa"/>
            <w:tcMar>
              <w:top w:w="50" w:type="dxa"/>
              <w:left w:w="100" w:type="dxa"/>
            </w:tcMar>
            <w:vAlign w:val="center"/>
          </w:tcPr>
          <w:p w:rsidR="00BD2145" w:rsidRDefault="00F45251" w:rsidP="00BD2145">
            <w:pPr>
              <w:spacing w:after="0" w:line="290" w:lineRule="auto"/>
              <w:jc w:val="both"/>
              <w:rPr>
                <w:rFonts w:ascii="Times New Roman" w:eastAsia="Times New Roman" w:hAnsi="Times New Roman" w:cs="Times New Roman"/>
                <w:b/>
                <w:color w:val="000000"/>
                <w:sz w:val="24"/>
                <w:szCs w:val="22"/>
                <w:lang w:val="ru-RU" w:eastAsia="ru-RU"/>
              </w:rPr>
            </w:pPr>
            <w:r w:rsidRPr="00F45251">
              <w:rPr>
                <w:rFonts w:ascii="Times New Roman" w:eastAsia="Times New Roman" w:hAnsi="Times New Roman" w:cs="Times New Roman"/>
                <w:b/>
                <w:color w:val="000000"/>
                <w:sz w:val="24"/>
                <w:szCs w:val="22"/>
                <w:lang w:val="ru-RU" w:eastAsia="ru-RU"/>
              </w:rPr>
              <w:t>Конт</w:t>
            </w:r>
          </w:p>
          <w:p w:rsidR="00F45251" w:rsidRPr="00F45251" w:rsidRDefault="00F45251" w:rsidP="00BD2145">
            <w:pPr>
              <w:spacing w:after="0" w:line="290" w:lineRule="auto"/>
              <w:jc w:val="both"/>
              <w:rPr>
                <w:rFonts w:ascii="Times New Roman" w:eastAsia="Times New Roman" w:hAnsi="Times New Roman" w:cs="Times New Roman"/>
                <w:color w:val="000000"/>
                <w:sz w:val="24"/>
                <w:szCs w:val="22"/>
                <w:lang w:val="ru-RU" w:eastAsia="ru-RU"/>
              </w:rPr>
            </w:pPr>
            <w:r w:rsidRPr="00F45251">
              <w:rPr>
                <w:rFonts w:ascii="Times New Roman" w:eastAsia="Times New Roman" w:hAnsi="Times New Roman" w:cs="Times New Roman"/>
                <w:b/>
                <w:color w:val="000000"/>
                <w:sz w:val="24"/>
                <w:szCs w:val="22"/>
                <w:lang w:val="ru-RU" w:eastAsia="ru-RU"/>
              </w:rPr>
              <w:t xml:space="preserve">рольные работы </w:t>
            </w:r>
          </w:p>
        </w:tc>
        <w:tc>
          <w:tcPr>
            <w:tcW w:w="2268" w:type="dxa"/>
            <w:tcBorders>
              <w:top w:val="nil"/>
            </w:tcBorders>
            <w:tcMar>
              <w:top w:w="50" w:type="dxa"/>
              <w:left w:w="100" w:type="dxa"/>
            </w:tcMar>
          </w:tcPr>
          <w:p w:rsidR="00F45251" w:rsidRPr="00F45251" w:rsidRDefault="00F45251" w:rsidP="00F45251">
            <w:pPr>
              <w:spacing w:after="3" w:line="290" w:lineRule="auto"/>
              <w:ind w:left="2773" w:firstLine="170"/>
              <w:rPr>
                <w:rFonts w:ascii="Times New Roman" w:eastAsia="Times New Roman" w:hAnsi="Times New Roman" w:cs="Times New Roman"/>
                <w:color w:val="000000"/>
                <w:sz w:val="24"/>
                <w:szCs w:val="22"/>
                <w:lang w:val="ru-RU" w:eastAsia="ru-RU"/>
              </w:rPr>
            </w:pPr>
          </w:p>
        </w:tc>
        <w:tc>
          <w:tcPr>
            <w:tcW w:w="3402" w:type="dxa"/>
            <w:tcBorders>
              <w:top w:val="nil"/>
            </w:tcBorders>
          </w:tcPr>
          <w:p w:rsidR="00F45251" w:rsidRPr="00F45251" w:rsidRDefault="00F45251" w:rsidP="00F45251">
            <w:pPr>
              <w:spacing w:after="3" w:line="290" w:lineRule="auto"/>
              <w:ind w:left="2773" w:firstLine="170"/>
              <w:rPr>
                <w:rFonts w:ascii="Times New Roman" w:eastAsia="Times New Roman" w:hAnsi="Times New Roman" w:cs="Times New Roman"/>
                <w:color w:val="000000"/>
                <w:sz w:val="24"/>
                <w:szCs w:val="22"/>
                <w:lang w:val="ru-RU" w:eastAsia="ru-RU"/>
              </w:rPr>
            </w:pPr>
          </w:p>
        </w:tc>
      </w:tr>
      <w:tr w:rsidR="00F45251" w:rsidRPr="0046724E" w:rsidTr="00BD2145">
        <w:trPr>
          <w:trHeight w:val="144"/>
          <w:tblCellSpacing w:w="20" w:type="nil"/>
        </w:trPr>
        <w:tc>
          <w:tcPr>
            <w:tcW w:w="1134" w:type="dxa"/>
            <w:tcMar>
              <w:top w:w="50" w:type="dxa"/>
              <w:left w:w="100" w:type="dxa"/>
            </w:tcMar>
            <w:vAlign w:val="center"/>
          </w:tcPr>
          <w:p w:rsidR="00F45251" w:rsidRPr="00F45251" w:rsidRDefault="00F45251" w:rsidP="00F45251">
            <w:pPr>
              <w:spacing w:after="0" w:line="290" w:lineRule="auto"/>
              <w:rPr>
                <w:rFonts w:ascii="Times New Roman" w:eastAsia="Times New Roman" w:hAnsi="Times New Roman" w:cs="Times New Roman"/>
                <w:color w:val="000000"/>
                <w:sz w:val="24"/>
                <w:szCs w:val="22"/>
                <w:lang w:val="ru-RU" w:eastAsia="ru-RU"/>
              </w:rPr>
            </w:pPr>
            <w:r w:rsidRPr="00F45251">
              <w:rPr>
                <w:rFonts w:ascii="Times New Roman" w:eastAsia="Times New Roman" w:hAnsi="Times New Roman" w:cs="Times New Roman"/>
                <w:color w:val="000000"/>
                <w:sz w:val="24"/>
                <w:szCs w:val="22"/>
                <w:lang w:val="ru-RU" w:eastAsia="ru-RU"/>
              </w:rPr>
              <w:t>1</w:t>
            </w:r>
          </w:p>
        </w:tc>
        <w:tc>
          <w:tcPr>
            <w:tcW w:w="5387" w:type="dxa"/>
            <w:tcMar>
              <w:top w:w="50" w:type="dxa"/>
              <w:left w:w="100" w:type="dxa"/>
            </w:tcMar>
            <w:vAlign w:val="center"/>
          </w:tcPr>
          <w:p w:rsidR="00F45251" w:rsidRPr="00F45251" w:rsidRDefault="00F45251" w:rsidP="00F45251">
            <w:pPr>
              <w:spacing w:after="0" w:line="290" w:lineRule="auto"/>
              <w:ind w:left="135" w:firstLine="170"/>
              <w:rPr>
                <w:rFonts w:ascii="Times New Roman" w:eastAsia="Times New Roman" w:hAnsi="Times New Roman" w:cs="Times New Roman"/>
                <w:color w:val="000000"/>
                <w:sz w:val="24"/>
                <w:szCs w:val="22"/>
                <w:lang w:val="ru-RU" w:eastAsia="ru-RU"/>
              </w:rPr>
            </w:pPr>
            <w:r w:rsidRPr="00F45251">
              <w:rPr>
                <w:rFonts w:ascii="Times New Roman" w:eastAsia="Calibri" w:hAnsi="Times New Roman" w:cs="Times New Roman"/>
                <w:color w:val="000000"/>
                <w:sz w:val="24"/>
                <w:szCs w:val="22"/>
              </w:rPr>
              <w:t>Человек и общество</w:t>
            </w:r>
          </w:p>
        </w:tc>
        <w:tc>
          <w:tcPr>
            <w:tcW w:w="1134" w:type="dxa"/>
            <w:tcMar>
              <w:top w:w="50" w:type="dxa"/>
              <w:left w:w="100" w:type="dxa"/>
            </w:tcMar>
            <w:vAlign w:val="center"/>
          </w:tcPr>
          <w:p w:rsidR="00F45251" w:rsidRPr="00F45251" w:rsidRDefault="00F45251" w:rsidP="00F45251">
            <w:pPr>
              <w:spacing w:after="0" w:line="290" w:lineRule="auto"/>
              <w:ind w:left="135" w:firstLine="170"/>
              <w:jc w:val="center"/>
              <w:rPr>
                <w:rFonts w:ascii="Times New Roman" w:eastAsia="Times New Roman" w:hAnsi="Times New Roman" w:cs="Times New Roman"/>
                <w:color w:val="000000"/>
                <w:sz w:val="24"/>
                <w:szCs w:val="22"/>
                <w:lang w:val="ru-RU" w:eastAsia="ru-RU"/>
              </w:rPr>
            </w:pPr>
            <w:r w:rsidRPr="00F45251">
              <w:rPr>
                <w:rFonts w:ascii="Times New Roman" w:eastAsia="Times New Roman" w:hAnsi="Times New Roman" w:cs="Times New Roman"/>
                <w:color w:val="000000"/>
                <w:sz w:val="24"/>
                <w:szCs w:val="22"/>
                <w:lang w:val="ru-RU" w:eastAsia="ru-RU"/>
              </w:rPr>
              <w:t xml:space="preserve"> 31</w:t>
            </w:r>
          </w:p>
        </w:tc>
        <w:tc>
          <w:tcPr>
            <w:tcW w:w="1134" w:type="dxa"/>
            <w:tcMar>
              <w:top w:w="50" w:type="dxa"/>
              <w:left w:w="100" w:type="dxa"/>
            </w:tcMar>
            <w:vAlign w:val="center"/>
          </w:tcPr>
          <w:p w:rsidR="00F45251" w:rsidRPr="00F45251" w:rsidRDefault="00F45251" w:rsidP="00F45251">
            <w:pPr>
              <w:spacing w:after="0" w:line="290" w:lineRule="auto"/>
              <w:ind w:left="135" w:firstLine="170"/>
              <w:jc w:val="center"/>
              <w:rPr>
                <w:rFonts w:ascii="Times New Roman" w:eastAsia="Times New Roman" w:hAnsi="Times New Roman" w:cs="Times New Roman"/>
                <w:color w:val="000000"/>
                <w:sz w:val="24"/>
                <w:szCs w:val="22"/>
                <w:lang w:val="ru-RU" w:eastAsia="ru-RU"/>
              </w:rPr>
            </w:pPr>
            <w:r w:rsidRPr="00F45251">
              <w:rPr>
                <w:rFonts w:ascii="Times New Roman" w:eastAsia="Times New Roman" w:hAnsi="Times New Roman" w:cs="Times New Roman"/>
                <w:color w:val="000000"/>
                <w:sz w:val="24"/>
                <w:szCs w:val="22"/>
                <w:lang w:val="ru-RU" w:eastAsia="ru-RU"/>
              </w:rPr>
              <w:t>1</w:t>
            </w:r>
          </w:p>
        </w:tc>
        <w:tc>
          <w:tcPr>
            <w:tcW w:w="2268" w:type="dxa"/>
            <w:tcMar>
              <w:top w:w="50" w:type="dxa"/>
              <w:left w:w="100" w:type="dxa"/>
            </w:tcMar>
            <w:vAlign w:val="center"/>
          </w:tcPr>
          <w:p w:rsidR="00F45251" w:rsidRPr="00F45251" w:rsidRDefault="00F45251" w:rsidP="00F45251">
            <w:pPr>
              <w:spacing w:after="0" w:line="290" w:lineRule="auto"/>
              <w:ind w:left="135" w:firstLine="170"/>
              <w:rPr>
                <w:rFonts w:ascii="Times New Roman" w:eastAsia="Times New Roman" w:hAnsi="Times New Roman" w:cs="Times New Roman"/>
                <w:color w:val="000000"/>
                <w:sz w:val="24"/>
                <w:szCs w:val="22"/>
                <w:lang w:val="ru-RU" w:eastAsia="ru-RU"/>
              </w:rPr>
            </w:pPr>
            <w:r w:rsidRPr="00F45251">
              <w:rPr>
                <w:rFonts w:ascii="Times New Roman" w:eastAsia="Calibri" w:hAnsi="Times New Roman" w:cs="Times New Roman"/>
                <w:color w:val="000000"/>
                <w:sz w:val="24"/>
                <w:szCs w:val="22"/>
                <w:lang w:val="ru-RU"/>
              </w:rPr>
              <w:t xml:space="preserve">Библиотека ЦОК </w:t>
            </w:r>
            <w:hyperlink r:id="rId39">
              <w:r w:rsidRPr="00F45251">
                <w:rPr>
                  <w:rFonts w:ascii="Times New Roman" w:eastAsia="Calibri" w:hAnsi="Times New Roman" w:cs="Times New Roman"/>
                  <w:color w:val="0000FF"/>
                  <w:sz w:val="22"/>
                  <w:szCs w:val="22"/>
                  <w:u w:val="single"/>
                </w:rPr>
                <w:t>https</w:t>
              </w:r>
              <w:r w:rsidRPr="00F45251">
                <w:rPr>
                  <w:rFonts w:ascii="Times New Roman" w:eastAsia="Calibri" w:hAnsi="Times New Roman" w:cs="Times New Roman"/>
                  <w:color w:val="0000FF"/>
                  <w:sz w:val="22"/>
                  <w:szCs w:val="22"/>
                  <w:u w:val="single"/>
                  <w:lang w:val="ru-RU"/>
                </w:rPr>
                <w:t>://</w:t>
              </w:r>
              <w:r w:rsidRPr="00F45251">
                <w:rPr>
                  <w:rFonts w:ascii="Times New Roman" w:eastAsia="Calibri" w:hAnsi="Times New Roman" w:cs="Times New Roman"/>
                  <w:color w:val="0000FF"/>
                  <w:sz w:val="22"/>
                  <w:szCs w:val="22"/>
                  <w:u w:val="single"/>
                </w:rPr>
                <w:t>m</w:t>
              </w:r>
              <w:r w:rsidRPr="00F45251">
                <w:rPr>
                  <w:rFonts w:ascii="Times New Roman" w:eastAsia="Calibri" w:hAnsi="Times New Roman" w:cs="Times New Roman"/>
                  <w:color w:val="0000FF"/>
                  <w:sz w:val="22"/>
                  <w:szCs w:val="22"/>
                  <w:u w:val="single"/>
                  <w:lang w:val="ru-RU"/>
                </w:rPr>
                <w:t>.</w:t>
              </w:r>
              <w:r w:rsidRPr="00F45251">
                <w:rPr>
                  <w:rFonts w:ascii="Times New Roman" w:eastAsia="Calibri" w:hAnsi="Times New Roman" w:cs="Times New Roman"/>
                  <w:color w:val="0000FF"/>
                  <w:sz w:val="22"/>
                  <w:szCs w:val="22"/>
                  <w:u w:val="single"/>
                </w:rPr>
                <w:t>edsoo</w:t>
              </w:r>
              <w:r w:rsidRPr="00F45251">
                <w:rPr>
                  <w:rFonts w:ascii="Times New Roman" w:eastAsia="Calibri" w:hAnsi="Times New Roman" w:cs="Times New Roman"/>
                  <w:color w:val="0000FF"/>
                  <w:sz w:val="22"/>
                  <w:szCs w:val="22"/>
                  <w:u w:val="single"/>
                  <w:lang w:val="ru-RU"/>
                </w:rPr>
                <w:t>.</w:t>
              </w:r>
              <w:r w:rsidRPr="00F45251">
                <w:rPr>
                  <w:rFonts w:ascii="Times New Roman" w:eastAsia="Calibri" w:hAnsi="Times New Roman" w:cs="Times New Roman"/>
                  <w:color w:val="0000FF"/>
                  <w:sz w:val="22"/>
                  <w:szCs w:val="22"/>
                  <w:u w:val="single"/>
                </w:rPr>
                <w:t>ru</w:t>
              </w:r>
              <w:r w:rsidRPr="00F45251">
                <w:rPr>
                  <w:rFonts w:ascii="Times New Roman" w:eastAsia="Calibri" w:hAnsi="Times New Roman" w:cs="Times New Roman"/>
                  <w:color w:val="0000FF"/>
                  <w:sz w:val="22"/>
                  <w:szCs w:val="22"/>
                  <w:u w:val="single"/>
                  <w:lang w:val="ru-RU"/>
                </w:rPr>
                <w:t>/7</w:t>
              </w:r>
              <w:r w:rsidRPr="00F45251">
                <w:rPr>
                  <w:rFonts w:ascii="Times New Roman" w:eastAsia="Calibri" w:hAnsi="Times New Roman" w:cs="Times New Roman"/>
                  <w:color w:val="0000FF"/>
                  <w:sz w:val="22"/>
                  <w:szCs w:val="22"/>
                  <w:u w:val="single"/>
                </w:rPr>
                <w:t>f</w:t>
              </w:r>
              <w:r w:rsidRPr="00F45251">
                <w:rPr>
                  <w:rFonts w:ascii="Times New Roman" w:eastAsia="Calibri" w:hAnsi="Times New Roman" w:cs="Times New Roman"/>
                  <w:color w:val="0000FF"/>
                  <w:sz w:val="22"/>
                  <w:szCs w:val="22"/>
                  <w:u w:val="single"/>
                  <w:lang w:val="ru-RU"/>
                </w:rPr>
                <w:t>4116</w:t>
              </w:r>
              <w:r w:rsidRPr="00F45251">
                <w:rPr>
                  <w:rFonts w:ascii="Times New Roman" w:eastAsia="Calibri" w:hAnsi="Times New Roman" w:cs="Times New Roman"/>
                  <w:color w:val="0000FF"/>
                  <w:sz w:val="22"/>
                  <w:szCs w:val="22"/>
                  <w:u w:val="single"/>
                </w:rPr>
                <w:t>e</w:t>
              </w:r>
              <w:r w:rsidRPr="00F45251">
                <w:rPr>
                  <w:rFonts w:ascii="Times New Roman" w:eastAsia="Calibri" w:hAnsi="Times New Roman" w:cs="Times New Roman"/>
                  <w:color w:val="0000FF"/>
                  <w:sz w:val="22"/>
                  <w:szCs w:val="22"/>
                  <w:u w:val="single"/>
                  <w:lang w:val="ru-RU"/>
                </w:rPr>
                <w:t>4</w:t>
              </w:r>
            </w:hyperlink>
          </w:p>
        </w:tc>
        <w:tc>
          <w:tcPr>
            <w:tcW w:w="3402" w:type="dxa"/>
          </w:tcPr>
          <w:p w:rsidR="00F45251" w:rsidRPr="00F45251" w:rsidRDefault="00F45251" w:rsidP="00F45251">
            <w:pPr>
              <w:spacing w:after="0"/>
              <w:jc w:val="both"/>
              <w:rPr>
                <w:rFonts w:ascii="Times New Roman" w:eastAsia="Calibri" w:hAnsi="Times New Roman" w:cs="Times New Roman"/>
                <w:sz w:val="24"/>
                <w:szCs w:val="24"/>
                <w:lang w:val="ru-RU"/>
              </w:rPr>
            </w:pPr>
            <w:r w:rsidRPr="00F45251">
              <w:rPr>
                <w:rFonts w:ascii="Times New Roman" w:eastAsia="Calibri" w:hAnsi="Times New Roman" w:cs="Times New Roman"/>
                <w:b/>
                <w:color w:val="000000"/>
                <w:sz w:val="24"/>
                <w:szCs w:val="24"/>
                <w:lang w:val="ru-RU"/>
              </w:rPr>
              <w:t>Гражданско-патриотическое воспитание:</w:t>
            </w:r>
          </w:p>
          <w:p w:rsidR="00F45251" w:rsidRPr="00F45251" w:rsidRDefault="00F45251" w:rsidP="00F45251">
            <w:pPr>
              <w:spacing w:after="0"/>
              <w:jc w:val="both"/>
              <w:rPr>
                <w:rFonts w:ascii="Times New Roman" w:eastAsia="Calibri" w:hAnsi="Times New Roman" w:cs="Times New Roman"/>
                <w:sz w:val="24"/>
                <w:szCs w:val="24"/>
                <w:lang w:val="ru-RU"/>
              </w:rPr>
            </w:pPr>
            <w:r w:rsidRPr="00F45251">
              <w:rPr>
                <w:rFonts w:ascii="Times New Roman" w:eastAsia="Calibri" w:hAnsi="Times New Roman" w:cs="Times New Roman"/>
                <w:color w:val="000000"/>
                <w:sz w:val="24"/>
                <w:szCs w:val="24"/>
                <w:lang w:val="ru-RU"/>
              </w:rPr>
              <w:t xml:space="preserve">становление ценностного отношения к своей Родине – России; понимание особой роли многонациональной России в современном мире; </w:t>
            </w:r>
          </w:p>
          <w:p w:rsidR="00F45251" w:rsidRPr="00F45251" w:rsidRDefault="00F45251" w:rsidP="00F45251">
            <w:pPr>
              <w:spacing w:after="0"/>
              <w:jc w:val="both"/>
              <w:rPr>
                <w:rFonts w:ascii="Times New Roman" w:eastAsia="Calibri" w:hAnsi="Times New Roman" w:cs="Times New Roman"/>
                <w:sz w:val="24"/>
                <w:szCs w:val="24"/>
                <w:lang w:val="ru-RU"/>
              </w:rPr>
            </w:pPr>
            <w:r w:rsidRPr="00F45251">
              <w:rPr>
                <w:rFonts w:ascii="Times New Roman" w:eastAsia="Calibri" w:hAnsi="Times New Roman" w:cs="Times New Roman"/>
                <w:color w:val="000000"/>
                <w:sz w:val="24"/>
                <w:szCs w:val="24"/>
                <w:lang w:val="ru-RU"/>
              </w:rPr>
              <w:lastRenderedPageBreak/>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F45251" w:rsidRPr="00F45251" w:rsidRDefault="00F45251" w:rsidP="00F45251">
            <w:pPr>
              <w:spacing w:after="0"/>
              <w:jc w:val="both"/>
              <w:rPr>
                <w:rFonts w:ascii="Times New Roman" w:eastAsia="Calibri" w:hAnsi="Times New Roman" w:cs="Times New Roman"/>
                <w:sz w:val="24"/>
                <w:szCs w:val="24"/>
                <w:lang w:val="ru-RU"/>
              </w:rPr>
            </w:pPr>
            <w:r w:rsidRPr="00F45251">
              <w:rPr>
                <w:rFonts w:ascii="Times New Roman" w:eastAsia="Calibri" w:hAnsi="Times New Roman" w:cs="Times New Roman"/>
                <w:color w:val="000000"/>
                <w:sz w:val="24"/>
                <w:szCs w:val="24"/>
                <w:lang w:val="ru-RU"/>
              </w:rPr>
              <w:t xml:space="preserve">сопричастность к прошлому, настоящему и будущему своей страны и родного края; </w:t>
            </w:r>
          </w:p>
          <w:p w:rsidR="00F45251" w:rsidRPr="00F45251" w:rsidRDefault="00F45251" w:rsidP="00F45251">
            <w:pPr>
              <w:spacing w:after="0"/>
              <w:jc w:val="both"/>
              <w:rPr>
                <w:rFonts w:ascii="Times New Roman" w:eastAsia="Calibri" w:hAnsi="Times New Roman" w:cs="Times New Roman"/>
                <w:sz w:val="24"/>
                <w:szCs w:val="24"/>
                <w:lang w:val="ru-RU"/>
              </w:rPr>
            </w:pPr>
            <w:r w:rsidRPr="00F45251">
              <w:rPr>
                <w:rFonts w:ascii="Times New Roman" w:eastAsia="Calibri" w:hAnsi="Times New Roman" w:cs="Times New Roman"/>
                <w:color w:val="000000"/>
                <w:sz w:val="24"/>
                <w:szCs w:val="24"/>
                <w:lang w:val="ru-RU"/>
              </w:rPr>
              <w:t xml:space="preserve">проявление интереса к истории и многонациональной культуре своей страны, уважения к своему и другим народам; </w:t>
            </w:r>
          </w:p>
          <w:p w:rsidR="00F45251" w:rsidRPr="00F45251" w:rsidRDefault="00F45251" w:rsidP="00F45251">
            <w:pPr>
              <w:spacing w:after="0"/>
              <w:jc w:val="both"/>
              <w:rPr>
                <w:rFonts w:ascii="Times New Roman" w:eastAsia="Calibri" w:hAnsi="Times New Roman" w:cs="Times New Roman"/>
                <w:sz w:val="24"/>
                <w:szCs w:val="24"/>
                <w:lang w:val="ru-RU"/>
              </w:rPr>
            </w:pPr>
            <w:r w:rsidRPr="00F45251">
              <w:rPr>
                <w:rFonts w:ascii="Times New Roman" w:eastAsia="Calibri" w:hAnsi="Times New Roman" w:cs="Times New Roman"/>
                <w:color w:val="000000"/>
                <w:sz w:val="24"/>
                <w:szCs w:val="24"/>
                <w:lang w:val="ru-RU"/>
              </w:rPr>
              <w:t>первоначальные представления о человеке как члене общества, осознание прав и ответственности человека как члена общества.</w:t>
            </w:r>
          </w:p>
          <w:p w:rsidR="00F45251" w:rsidRPr="00F45251" w:rsidRDefault="00F45251" w:rsidP="00F45251">
            <w:pPr>
              <w:spacing w:after="0"/>
              <w:jc w:val="both"/>
              <w:rPr>
                <w:rFonts w:ascii="Times New Roman" w:eastAsia="Calibri" w:hAnsi="Times New Roman" w:cs="Times New Roman"/>
                <w:sz w:val="24"/>
                <w:szCs w:val="24"/>
                <w:lang w:val="ru-RU"/>
              </w:rPr>
            </w:pPr>
            <w:r w:rsidRPr="00F45251">
              <w:rPr>
                <w:rFonts w:ascii="Times New Roman" w:eastAsia="Calibri" w:hAnsi="Times New Roman" w:cs="Times New Roman"/>
                <w:b/>
                <w:color w:val="000000"/>
                <w:sz w:val="24"/>
                <w:szCs w:val="24"/>
                <w:lang w:val="ru-RU"/>
              </w:rPr>
              <w:t>Духовно-нравственное воспитание:</w:t>
            </w:r>
          </w:p>
          <w:p w:rsidR="00F45251" w:rsidRPr="00F45251" w:rsidRDefault="00F45251" w:rsidP="00F45251">
            <w:pPr>
              <w:spacing w:after="0"/>
              <w:jc w:val="both"/>
              <w:rPr>
                <w:rFonts w:ascii="Times New Roman" w:eastAsia="Calibri" w:hAnsi="Times New Roman" w:cs="Times New Roman"/>
                <w:sz w:val="24"/>
                <w:szCs w:val="24"/>
                <w:lang w:val="ru-RU"/>
              </w:rPr>
            </w:pPr>
            <w:r w:rsidRPr="00F45251">
              <w:rPr>
                <w:rFonts w:ascii="Times New Roman" w:eastAsia="Calibri" w:hAnsi="Times New Roman" w:cs="Times New Roman"/>
                <w:color w:val="000000"/>
                <w:sz w:val="24"/>
                <w:szCs w:val="24"/>
                <w:lang w:val="ru-RU"/>
              </w:rPr>
              <w:t xml:space="preserve">проявление культуры общения, уважительного отношения к людям, их взглядам, признанию их индивидуальности; </w:t>
            </w:r>
          </w:p>
          <w:p w:rsidR="00F45251" w:rsidRPr="00F45251" w:rsidRDefault="00F45251" w:rsidP="00F45251">
            <w:pPr>
              <w:spacing w:after="0"/>
              <w:jc w:val="both"/>
              <w:rPr>
                <w:rFonts w:ascii="Times New Roman" w:eastAsia="Calibri" w:hAnsi="Times New Roman" w:cs="Times New Roman"/>
                <w:sz w:val="24"/>
                <w:szCs w:val="24"/>
                <w:lang w:val="ru-RU"/>
              </w:rPr>
            </w:pPr>
            <w:r w:rsidRPr="00F45251">
              <w:rPr>
                <w:rFonts w:ascii="Times New Roman" w:eastAsia="Calibri" w:hAnsi="Times New Roman" w:cs="Times New Roman"/>
                <w:color w:val="000000"/>
                <w:sz w:val="24"/>
                <w:szCs w:val="24"/>
                <w:lang w:val="ru-RU"/>
              </w:rPr>
              <w:t xml:space="preserve">принятие существующих в обществе нравственно-этических норм поведения и правил межличностных отношений, которые строятся </w:t>
            </w:r>
            <w:r w:rsidRPr="00F45251">
              <w:rPr>
                <w:rFonts w:ascii="Times New Roman" w:eastAsia="Calibri" w:hAnsi="Times New Roman" w:cs="Times New Roman"/>
                <w:color w:val="000000"/>
                <w:sz w:val="24"/>
                <w:szCs w:val="24"/>
                <w:lang w:val="ru-RU"/>
              </w:rPr>
              <w:lastRenderedPageBreak/>
              <w:t xml:space="preserve">на проявлении гуманизма, сопереживания, уважения и доброжелательности; </w:t>
            </w:r>
          </w:p>
          <w:p w:rsidR="00F45251" w:rsidRPr="00F45251" w:rsidRDefault="00F45251" w:rsidP="00F45251">
            <w:pPr>
              <w:spacing w:after="0"/>
              <w:jc w:val="both"/>
              <w:rPr>
                <w:rFonts w:ascii="Times New Roman" w:eastAsia="Calibri" w:hAnsi="Times New Roman" w:cs="Times New Roman"/>
                <w:sz w:val="24"/>
                <w:szCs w:val="24"/>
                <w:lang w:val="ru-RU"/>
              </w:rPr>
            </w:pPr>
            <w:r w:rsidRPr="00F45251">
              <w:rPr>
                <w:rFonts w:ascii="Times New Roman" w:eastAsia="Calibri" w:hAnsi="Times New Roman" w:cs="Times New Roman"/>
                <w:color w:val="000000"/>
                <w:sz w:val="24"/>
                <w:szCs w:val="24"/>
                <w:lang w:val="ru-RU"/>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F45251" w:rsidRPr="00F45251" w:rsidRDefault="00F45251" w:rsidP="00F45251">
            <w:pPr>
              <w:spacing w:after="0" w:line="290" w:lineRule="auto"/>
              <w:ind w:left="135" w:firstLine="170"/>
              <w:rPr>
                <w:rFonts w:ascii="Times New Roman" w:eastAsia="Calibri" w:hAnsi="Times New Roman" w:cs="Times New Roman"/>
                <w:color w:val="000000"/>
                <w:sz w:val="24"/>
                <w:szCs w:val="22"/>
                <w:lang w:val="ru-RU"/>
              </w:rPr>
            </w:pPr>
          </w:p>
        </w:tc>
      </w:tr>
      <w:tr w:rsidR="00F45251" w:rsidRPr="0046724E" w:rsidTr="00BD2145">
        <w:trPr>
          <w:trHeight w:val="144"/>
          <w:tblCellSpacing w:w="20" w:type="nil"/>
        </w:trPr>
        <w:tc>
          <w:tcPr>
            <w:tcW w:w="1134" w:type="dxa"/>
            <w:tcMar>
              <w:top w:w="50" w:type="dxa"/>
              <w:left w:w="100" w:type="dxa"/>
            </w:tcMar>
            <w:vAlign w:val="center"/>
          </w:tcPr>
          <w:p w:rsidR="00F45251" w:rsidRPr="00F45251" w:rsidRDefault="00F45251" w:rsidP="00F45251">
            <w:pPr>
              <w:spacing w:after="0" w:line="290" w:lineRule="auto"/>
              <w:rPr>
                <w:rFonts w:ascii="Times New Roman" w:eastAsia="Times New Roman" w:hAnsi="Times New Roman" w:cs="Times New Roman"/>
                <w:color w:val="000000"/>
                <w:sz w:val="24"/>
                <w:szCs w:val="22"/>
                <w:lang w:val="ru-RU" w:eastAsia="ru-RU"/>
              </w:rPr>
            </w:pPr>
            <w:r w:rsidRPr="00F45251">
              <w:rPr>
                <w:rFonts w:ascii="Times New Roman" w:eastAsia="Times New Roman" w:hAnsi="Times New Roman" w:cs="Times New Roman"/>
                <w:color w:val="000000"/>
                <w:sz w:val="24"/>
                <w:szCs w:val="22"/>
                <w:lang w:val="ru-RU" w:eastAsia="ru-RU"/>
              </w:rPr>
              <w:lastRenderedPageBreak/>
              <w:t>2</w:t>
            </w:r>
          </w:p>
        </w:tc>
        <w:tc>
          <w:tcPr>
            <w:tcW w:w="5387" w:type="dxa"/>
            <w:tcMar>
              <w:top w:w="50" w:type="dxa"/>
              <w:left w:w="100" w:type="dxa"/>
            </w:tcMar>
            <w:vAlign w:val="center"/>
          </w:tcPr>
          <w:p w:rsidR="00F45251" w:rsidRPr="00F45251" w:rsidRDefault="00F45251" w:rsidP="00F45251">
            <w:pPr>
              <w:spacing w:after="0" w:line="290" w:lineRule="auto"/>
              <w:ind w:left="135" w:firstLine="170"/>
              <w:rPr>
                <w:rFonts w:ascii="Times New Roman" w:eastAsia="Times New Roman" w:hAnsi="Times New Roman" w:cs="Times New Roman"/>
                <w:color w:val="000000"/>
                <w:sz w:val="24"/>
                <w:szCs w:val="22"/>
                <w:lang w:val="ru-RU" w:eastAsia="ru-RU"/>
              </w:rPr>
            </w:pPr>
            <w:r w:rsidRPr="00F45251">
              <w:rPr>
                <w:rFonts w:ascii="Times New Roman" w:eastAsia="Calibri" w:hAnsi="Times New Roman" w:cs="Times New Roman"/>
                <w:color w:val="000000"/>
                <w:sz w:val="24"/>
                <w:szCs w:val="22"/>
              </w:rPr>
              <w:t>Человек и природа</w:t>
            </w:r>
          </w:p>
        </w:tc>
        <w:tc>
          <w:tcPr>
            <w:tcW w:w="1134" w:type="dxa"/>
            <w:tcMar>
              <w:top w:w="50" w:type="dxa"/>
              <w:left w:w="100" w:type="dxa"/>
            </w:tcMar>
            <w:vAlign w:val="center"/>
          </w:tcPr>
          <w:p w:rsidR="00F45251" w:rsidRPr="00F45251" w:rsidRDefault="00F45251" w:rsidP="00F45251">
            <w:pPr>
              <w:spacing w:after="0" w:line="290" w:lineRule="auto"/>
              <w:ind w:left="135" w:firstLine="170"/>
              <w:jc w:val="center"/>
              <w:rPr>
                <w:rFonts w:ascii="Times New Roman" w:eastAsia="Times New Roman" w:hAnsi="Times New Roman" w:cs="Times New Roman"/>
                <w:color w:val="000000"/>
                <w:sz w:val="24"/>
                <w:szCs w:val="22"/>
                <w:lang w:val="ru-RU" w:eastAsia="ru-RU"/>
              </w:rPr>
            </w:pPr>
            <w:r w:rsidRPr="00F45251">
              <w:rPr>
                <w:rFonts w:ascii="Times New Roman" w:eastAsia="Times New Roman" w:hAnsi="Times New Roman" w:cs="Times New Roman"/>
                <w:color w:val="000000"/>
                <w:sz w:val="24"/>
                <w:szCs w:val="22"/>
                <w:lang w:val="ru-RU" w:eastAsia="ru-RU"/>
              </w:rPr>
              <w:t>31</w:t>
            </w:r>
          </w:p>
        </w:tc>
        <w:tc>
          <w:tcPr>
            <w:tcW w:w="1134" w:type="dxa"/>
            <w:tcMar>
              <w:top w:w="50" w:type="dxa"/>
              <w:left w:w="100" w:type="dxa"/>
            </w:tcMar>
            <w:vAlign w:val="center"/>
          </w:tcPr>
          <w:p w:rsidR="00F45251" w:rsidRPr="00F45251" w:rsidRDefault="00F45251" w:rsidP="00F45251">
            <w:pPr>
              <w:spacing w:after="0" w:line="290" w:lineRule="auto"/>
              <w:ind w:left="135" w:firstLine="170"/>
              <w:jc w:val="center"/>
              <w:rPr>
                <w:rFonts w:ascii="Times New Roman" w:eastAsia="Times New Roman" w:hAnsi="Times New Roman" w:cs="Times New Roman"/>
                <w:color w:val="000000"/>
                <w:sz w:val="24"/>
                <w:szCs w:val="22"/>
                <w:lang w:val="ru-RU" w:eastAsia="ru-RU"/>
              </w:rPr>
            </w:pPr>
            <w:r w:rsidRPr="00F45251">
              <w:rPr>
                <w:rFonts w:ascii="Times New Roman" w:eastAsia="Times New Roman" w:hAnsi="Times New Roman" w:cs="Times New Roman"/>
                <w:color w:val="000000"/>
                <w:sz w:val="24"/>
                <w:szCs w:val="22"/>
                <w:lang w:val="ru-RU" w:eastAsia="ru-RU"/>
              </w:rPr>
              <w:t>1</w:t>
            </w:r>
          </w:p>
        </w:tc>
        <w:tc>
          <w:tcPr>
            <w:tcW w:w="2268" w:type="dxa"/>
            <w:tcMar>
              <w:top w:w="50" w:type="dxa"/>
              <w:left w:w="100" w:type="dxa"/>
            </w:tcMar>
            <w:vAlign w:val="center"/>
          </w:tcPr>
          <w:p w:rsidR="00F45251" w:rsidRPr="00F45251" w:rsidRDefault="00F45251" w:rsidP="00F45251">
            <w:pPr>
              <w:spacing w:after="0" w:line="290" w:lineRule="auto"/>
              <w:ind w:left="135" w:firstLine="170"/>
              <w:rPr>
                <w:rFonts w:ascii="Times New Roman" w:eastAsia="Times New Roman" w:hAnsi="Times New Roman" w:cs="Times New Roman"/>
                <w:color w:val="000000"/>
                <w:sz w:val="24"/>
                <w:szCs w:val="22"/>
                <w:lang w:val="ru-RU" w:eastAsia="ru-RU"/>
              </w:rPr>
            </w:pPr>
            <w:r w:rsidRPr="00F45251">
              <w:rPr>
                <w:rFonts w:ascii="Times New Roman" w:eastAsia="Calibri" w:hAnsi="Times New Roman" w:cs="Times New Roman"/>
                <w:color w:val="000000"/>
                <w:sz w:val="24"/>
                <w:szCs w:val="22"/>
                <w:lang w:val="ru-RU"/>
              </w:rPr>
              <w:t xml:space="preserve">Библиотека ЦОК </w:t>
            </w:r>
            <w:hyperlink r:id="rId40">
              <w:r w:rsidRPr="00F45251">
                <w:rPr>
                  <w:rFonts w:ascii="Times New Roman" w:eastAsia="Calibri" w:hAnsi="Times New Roman" w:cs="Times New Roman"/>
                  <w:color w:val="0000FF"/>
                  <w:sz w:val="22"/>
                  <w:szCs w:val="22"/>
                  <w:u w:val="single"/>
                </w:rPr>
                <w:t>https</w:t>
              </w:r>
              <w:r w:rsidRPr="00F45251">
                <w:rPr>
                  <w:rFonts w:ascii="Times New Roman" w:eastAsia="Calibri" w:hAnsi="Times New Roman" w:cs="Times New Roman"/>
                  <w:color w:val="0000FF"/>
                  <w:sz w:val="22"/>
                  <w:szCs w:val="22"/>
                  <w:u w:val="single"/>
                  <w:lang w:val="ru-RU"/>
                </w:rPr>
                <w:t>://</w:t>
              </w:r>
              <w:r w:rsidRPr="00F45251">
                <w:rPr>
                  <w:rFonts w:ascii="Times New Roman" w:eastAsia="Calibri" w:hAnsi="Times New Roman" w:cs="Times New Roman"/>
                  <w:color w:val="0000FF"/>
                  <w:sz w:val="22"/>
                  <w:szCs w:val="22"/>
                  <w:u w:val="single"/>
                </w:rPr>
                <w:t>m</w:t>
              </w:r>
              <w:r w:rsidRPr="00F45251">
                <w:rPr>
                  <w:rFonts w:ascii="Times New Roman" w:eastAsia="Calibri" w:hAnsi="Times New Roman" w:cs="Times New Roman"/>
                  <w:color w:val="0000FF"/>
                  <w:sz w:val="22"/>
                  <w:szCs w:val="22"/>
                  <w:u w:val="single"/>
                  <w:lang w:val="ru-RU"/>
                </w:rPr>
                <w:t>.</w:t>
              </w:r>
              <w:r w:rsidRPr="00F45251">
                <w:rPr>
                  <w:rFonts w:ascii="Times New Roman" w:eastAsia="Calibri" w:hAnsi="Times New Roman" w:cs="Times New Roman"/>
                  <w:color w:val="0000FF"/>
                  <w:sz w:val="22"/>
                  <w:szCs w:val="22"/>
                  <w:u w:val="single"/>
                </w:rPr>
                <w:t>edsoo</w:t>
              </w:r>
              <w:r w:rsidRPr="00F45251">
                <w:rPr>
                  <w:rFonts w:ascii="Times New Roman" w:eastAsia="Calibri" w:hAnsi="Times New Roman" w:cs="Times New Roman"/>
                  <w:color w:val="0000FF"/>
                  <w:sz w:val="22"/>
                  <w:szCs w:val="22"/>
                  <w:u w:val="single"/>
                  <w:lang w:val="ru-RU"/>
                </w:rPr>
                <w:t>.</w:t>
              </w:r>
              <w:r w:rsidRPr="00F45251">
                <w:rPr>
                  <w:rFonts w:ascii="Times New Roman" w:eastAsia="Calibri" w:hAnsi="Times New Roman" w:cs="Times New Roman"/>
                  <w:color w:val="0000FF"/>
                  <w:sz w:val="22"/>
                  <w:szCs w:val="22"/>
                  <w:u w:val="single"/>
                </w:rPr>
                <w:t>ru</w:t>
              </w:r>
              <w:r w:rsidRPr="00F45251">
                <w:rPr>
                  <w:rFonts w:ascii="Times New Roman" w:eastAsia="Calibri" w:hAnsi="Times New Roman" w:cs="Times New Roman"/>
                  <w:color w:val="0000FF"/>
                  <w:sz w:val="22"/>
                  <w:szCs w:val="22"/>
                  <w:u w:val="single"/>
                  <w:lang w:val="ru-RU"/>
                </w:rPr>
                <w:t>/7</w:t>
              </w:r>
              <w:r w:rsidRPr="00F45251">
                <w:rPr>
                  <w:rFonts w:ascii="Times New Roman" w:eastAsia="Calibri" w:hAnsi="Times New Roman" w:cs="Times New Roman"/>
                  <w:color w:val="0000FF"/>
                  <w:sz w:val="22"/>
                  <w:szCs w:val="22"/>
                  <w:u w:val="single"/>
                </w:rPr>
                <w:t>f</w:t>
              </w:r>
              <w:r w:rsidRPr="00F45251">
                <w:rPr>
                  <w:rFonts w:ascii="Times New Roman" w:eastAsia="Calibri" w:hAnsi="Times New Roman" w:cs="Times New Roman"/>
                  <w:color w:val="0000FF"/>
                  <w:sz w:val="22"/>
                  <w:szCs w:val="22"/>
                  <w:u w:val="single"/>
                  <w:lang w:val="ru-RU"/>
                </w:rPr>
                <w:t>4116</w:t>
              </w:r>
              <w:r w:rsidRPr="00F45251">
                <w:rPr>
                  <w:rFonts w:ascii="Times New Roman" w:eastAsia="Calibri" w:hAnsi="Times New Roman" w:cs="Times New Roman"/>
                  <w:color w:val="0000FF"/>
                  <w:sz w:val="22"/>
                  <w:szCs w:val="22"/>
                  <w:u w:val="single"/>
                </w:rPr>
                <w:t>e</w:t>
              </w:r>
              <w:r w:rsidRPr="00F45251">
                <w:rPr>
                  <w:rFonts w:ascii="Times New Roman" w:eastAsia="Calibri" w:hAnsi="Times New Roman" w:cs="Times New Roman"/>
                  <w:color w:val="0000FF"/>
                  <w:sz w:val="22"/>
                  <w:szCs w:val="22"/>
                  <w:u w:val="single"/>
                  <w:lang w:val="ru-RU"/>
                </w:rPr>
                <w:t>4</w:t>
              </w:r>
            </w:hyperlink>
          </w:p>
        </w:tc>
        <w:tc>
          <w:tcPr>
            <w:tcW w:w="3402" w:type="dxa"/>
          </w:tcPr>
          <w:p w:rsidR="00F45251" w:rsidRPr="00F45251" w:rsidRDefault="00F45251" w:rsidP="00F45251">
            <w:pPr>
              <w:spacing w:after="0"/>
              <w:jc w:val="both"/>
              <w:rPr>
                <w:rFonts w:ascii="Times New Roman" w:eastAsia="Calibri" w:hAnsi="Times New Roman" w:cs="Times New Roman"/>
                <w:sz w:val="24"/>
                <w:szCs w:val="24"/>
                <w:lang w:val="ru-RU"/>
              </w:rPr>
            </w:pPr>
            <w:r w:rsidRPr="00F45251">
              <w:rPr>
                <w:rFonts w:ascii="Times New Roman" w:eastAsia="Calibri" w:hAnsi="Times New Roman" w:cs="Times New Roman"/>
                <w:b/>
                <w:color w:val="000000"/>
                <w:sz w:val="24"/>
                <w:szCs w:val="24"/>
                <w:lang w:val="ru-RU"/>
              </w:rPr>
              <w:t>Экологическое воспитание:</w:t>
            </w:r>
          </w:p>
          <w:p w:rsidR="00F45251" w:rsidRPr="00F45251" w:rsidRDefault="00F45251" w:rsidP="00F45251">
            <w:pPr>
              <w:spacing w:after="0"/>
              <w:jc w:val="both"/>
              <w:rPr>
                <w:rFonts w:ascii="Times New Roman" w:eastAsia="Calibri" w:hAnsi="Times New Roman" w:cs="Times New Roman"/>
                <w:sz w:val="24"/>
                <w:szCs w:val="24"/>
                <w:lang w:val="ru-RU"/>
              </w:rPr>
            </w:pPr>
            <w:r w:rsidRPr="00F45251">
              <w:rPr>
                <w:rFonts w:ascii="Times New Roman" w:eastAsia="Calibri" w:hAnsi="Times New Roman" w:cs="Times New Roman"/>
                <w:color w:val="000000"/>
                <w:sz w:val="24"/>
                <w:szCs w:val="24"/>
                <w:lang w:val="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F45251" w:rsidRPr="00F45251" w:rsidRDefault="00F45251" w:rsidP="00F45251">
            <w:pPr>
              <w:spacing w:after="0"/>
              <w:jc w:val="both"/>
              <w:rPr>
                <w:rFonts w:ascii="Times New Roman" w:eastAsia="Calibri" w:hAnsi="Times New Roman" w:cs="Times New Roman"/>
                <w:sz w:val="24"/>
                <w:szCs w:val="24"/>
                <w:lang w:val="ru-RU"/>
              </w:rPr>
            </w:pPr>
            <w:r w:rsidRPr="00F45251">
              <w:rPr>
                <w:rFonts w:ascii="Times New Roman" w:eastAsia="Calibri" w:hAnsi="Times New Roman" w:cs="Times New Roman"/>
                <w:b/>
                <w:color w:val="000000"/>
                <w:sz w:val="24"/>
                <w:szCs w:val="24"/>
                <w:lang w:val="ru-RU"/>
              </w:rPr>
              <w:t>Ценности научного познания:</w:t>
            </w:r>
          </w:p>
          <w:p w:rsidR="00F45251" w:rsidRPr="00F45251" w:rsidRDefault="00F45251" w:rsidP="00F45251">
            <w:pPr>
              <w:spacing w:after="0"/>
              <w:jc w:val="both"/>
              <w:rPr>
                <w:rFonts w:ascii="Times New Roman" w:eastAsia="Calibri" w:hAnsi="Times New Roman" w:cs="Times New Roman"/>
                <w:sz w:val="24"/>
                <w:szCs w:val="24"/>
                <w:lang w:val="ru-RU"/>
              </w:rPr>
            </w:pPr>
            <w:r w:rsidRPr="00F45251">
              <w:rPr>
                <w:rFonts w:ascii="Times New Roman" w:eastAsia="Calibri" w:hAnsi="Times New Roman" w:cs="Times New Roman"/>
                <w:color w:val="000000"/>
                <w:sz w:val="24"/>
                <w:szCs w:val="24"/>
                <w:lang w:val="ru-RU"/>
              </w:rPr>
              <w:t>осознание ценности познания для развития человека, необходимости самообразования и саморазвития;</w:t>
            </w:r>
          </w:p>
          <w:p w:rsidR="00F45251" w:rsidRPr="00F45251" w:rsidRDefault="00F45251" w:rsidP="00F45251">
            <w:pPr>
              <w:spacing w:after="0" w:line="290" w:lineRule="auto"/>
              <w:ind w:left="135" w:firstLine="170"/>
              <w:rPr>
                <w:rFonts w:ascii="Times New Roman" w:eastAsia="Calibri" w:hAnsi="Times New Roman" w:cs="Times New Roman"/>
                <w:color w:val="000000"/>
                <w:sz w:val="24"/>
                <w:szCs w:val="22"/>
                <w:lang w:val="ru-RU"/>
              </w:rPr>
            </w:pPr>
            <w:r w:rsidRPr="00F45251">
              <w:rPr>
                <w:rFonts w:ascii="Times New Roman" w:eastAsia="Calibri" w:hAnsi="Times New Roman" w:cs="Times New Roman"/>
                <w:color w:val="000000"/>
                <w:sz w:val="24"/>
                <w:szCs w:val="24"/>
                <w:lang w:val="ru-RU"/>
              </w:rPr>
              <w:t xml:space="preserve">проявление познавательного интереса, активности, инициативности, </w:t>
            </w:r>
            <w:r w:rsidRPr="00F45251">
              <w:rPr>
                <w:rFonts w:ascii="Times New Roman" w:eastAsia="Calibri" w:hAnsi="Times New Roman" w:cs="Times New Roman"/>
                <w:color w:val="000000"/>
                <w:sz w:val="24"/>
                <w:szCs w:val="24"/>
                <w:lang w:val="ru-RU"/>
              </w:rPr>
              <w:lastRenderedPageBreak/>
              <w:t>любознательности и самостоятельности в расширении своих знаний, в том числе с использованием различных информационных средств</w:t>
            </w:r>
          </w:p>
        </w:tc>
      </w:tr>
      <w:tr w:rsidR="00F45251" w:rsidRPr="0046724E" w:rsidTr="00BD2145">
        <w:trPr>
          <w:trHeight w:val="144"/>
          <w:tblCellSpacing w:w="20" w:type="nil"/>
        </w:trPr>
        <w:tc>
          <w:tcPr>
            <w:tcW w:w="1134" w:type="dxa"/>
            <w:tcMar>
              <w:top w:w="50" w:type="dxa"/>
              <w:left w:w="100" w:type="dxa"/>
            </w:tcMar>
            <w:vAlign w:val="center"/>
          </w:tcPr>
          <w:p w:rsidR="00F45251" w:rsidRPr="00F45251" w:rsidRDefault="00F45251" w:rsidP="00F45251">
            <w:pPr>
              <w:spacing w:after="0" w:line="290" w:lineRule="auto"/>
              <w:rPr>
                <w:rFonts w:ascii="Times New Roman" w:eastAsia="Times New Roman" w:hAnsi="Times New Roman" w:cs="Times New Roman"/>
                <w:color w:val="000000"/>
                <w:sz w:val="24"/>
                <w:szCs w:val="22"/>
                <w:lang w:val="ru-RU" w:eastAsia="ru-RU"/>
              </w:rPr>
            </w:pPr>
            <w:r w:rsidRPr="00F45251">
              <w:rPr>
                <w:rFonts w:ascii="Times New Roman" w:eastAsia="Times New Roman" w:hAnsi="Times New Roman" w:cs="Times New Roman"/>
                <w:color w:val="000000"/>
                <w:sz w:val="24"/>
                <w:szCs w:val="22"/>
                <w:lang w:val="ru-RU" w:eastAsia="ru-RU"/>
              </w:rPr>
              <w:lastRenderedPageBreak/>
              <w:t>3</w:t>
            </w:r>
          </w:p>
        </w:tc>
        <w:tc>
          <w:tcPr>
            <w:tcW w:w="5387" w:type="dxa"/>
            <w:tcMar>
              <w:top w:w="50" w:type="dxa"/>
              <w:left w:w="100" w:type="dxa"/>
            </w:tcMar>
            <w:vAlign w:val="center"/>
          </w:tcPr>
          <w:p w:rsidR="00F45251" w:rsidRPr="00F45251" w:rsidRDefault="00F45251" w:rsidP="00F45251">
            <w:pPr>
              <w:spacing w:after="0" w:line="290" w:lineRule="auto"/>
              <w:ind w:left="135" w:firstLine="170"/>
              <w:rPr>
                <w:rFonts w:ascii="Times New Roman" w:eastAsia="Times New Roman" w:hAnsi="Times New Roman" w:cs="Times New Roman"/>
                <w:color w:val="000000"/>
                <w:sz w:val="24"/>
                <w:szCs w:val="22"/>
                <w:lang w:val="ru-RU" w:eastAsia="ru-RU"/>
              </w:rPr>
            </w:pPr>
            <w:r w:rsidRPr="00F45251">
              <w:rPr>
                <w:rFonts w:ascii="Times New Roman" w:eastAsia="Calibri" w:hAnsi="Times New Roman" w:cs="Times New Roman"/>
                <w:color w:val="000000"/>
                <w:sz w:val="24"/>
                <w:szCs w:val="22"/>
              </w:rPr>
              <w:t>Правила безопасной жизнедеятельности</w:t>
            </w:r>
          </w:p>
        </w:tc>
        <w:tc>
          <w:tcPr>
            <w:tcW w:w="1134" w:type="dxa"/>
            <w:tcMar>
              <w:top w:w="50" w:type="dxa"/>
              <w:left w:w="100" w:type="dxa"/>
            </w:tcMar>
            <w:vAlign w:val="center"/>
          </w:tcPr>
          <w:p w:rsidR="00F45251" w:rsidRPr="00F45251" w:rsidRDefault="00F45251" w:rsidP="00F45251">
            <w:pPr>
              <w:spacing w:after="0" w:line="290" w:lineRule="auto"/>
              <w:ind w:left="135" w:firstLine="170"/>
              <w:jc w:val="center"/>
              <w:rPr>
                <w:rFonts w:ascii="Times New Roman" w:eastAsia="Times New Roman" w:hAnsi="Times New Roman" w:cs="Times New Roman"/>
                <w:color w:val="000000"/>
                <w:sz w:val="24"/>
                <w:szCs w:val="22"/>
                <w:lang w:val="ru-RU" w:eastAsia="ru-RU"/>
              </w:rPr>
            </w:pPr>
            <w:r w:rsidRPr="00F45251">
              <w:rPr>
                <w:rFonts w:ascii="Times New Roman" w:eastAsia="Times New Roman" w:hAnsi="Times New Roman" w:cs="Times New Roman"/>
                <w:color w:val="000000"/>
                <w:sz w:val="24"/>
                <w:szCs w:val="22"/>
                <w:lang w:val="ru-RU" w:eastAsia="ru-RU"/>
              </w:rPr>
              <w:t>6</w:t>
            </w:r>
          </w:p>
        </w:tc>
        <w:tc>
          <w:tcPr>
            <w:tcW w:w="1134" w:type="dxa"/>
            <w:tcMar>
              <w:top w:w="50" w:type="dxa"/>
              <w:left w:w="100" w:type="dxa"/>
            </w:tcMar>
            <w:vAlign w:val="center"/>
          </w:tcPr>
          <w:p w:rsidR="00F45251" w:rsidRPr="00F45251" w:rsidRDefault="00F45251" w:rsidP="00F45251">
            <w:pPr>
              <w:spacing w:after="0" w:line="290" w:lineRule="auto"/>
              <w:ind w:left="135" w:firstLine="170"/>
              <w:jc w:val="center"/>
              <w:rPr>
                <w:rFonts w:ascii="Times New Roman" w:eastAsia="Times New Roman" w:hAnsi="Times New Roman" w:cs="Times New Roman"/>
                <w:color w:val="000000"/>
                <w:sz w:val="24"/>
                <w:szCs w:val="22"/>
                <w:lang w:val="ru-RU" w:eastAsia="ru-RU"/>
              </w:rPr>
            </w:pPr>
            <w:r w:rsidRPr="00F45251">
              <w:rPr>
                <w:rFonts w:ascii="Times New Roman" w:eastAsia="Times New Roman" w:hAnsi="Times New Roman" w:cs="Times New Roman"/>
                <w:color w:val="000000"/>
                <w:sz w:val="24"/>
                <w:szCs w:val="22"/>
                <w:lang w:val="ru-RU" w:eastAsia="ru-RU"/>
              </w:rPr>
              <w:t>1</w:t>
            </w:r>
          </w:p>
        </w:tc>
        <w:tc>
          <w:tcPr>
            <w:tcW w:w="2268" w:type="dxa"/>
            <w:tcMar>
              <w:top w:w="50" w:type="dxa"/>
              <w:left w:w="100" w:type="dxa"/>
            </w:tcMar>
            <w:vAlign w:val="center"/>
          </w:tcPr>
          <w:p w:rsidR="00F45251" w:rsidRPr="00F45251" w:rsidRDefault="00F45251" w:rsidP="00F45251">
            <w:pPr>
              <w:spacing w:after="0" w:line="290" w:lineRule="auto"/>
              <w:ind w:left="135" w:firstLine="170"/>
              <w:rPr>
                <w:rFonts w:ascii="Times New Roman" w:eastAsia="Times New Roman" w:hAnsi="Times New Roman" w:cs="Times New Roman"/>
                <w:color w:val="000000"/>
                <w:sz w:val="24"/>
                <w:szCs w:val="22"/>
                <w:lang w:val="ru-RU" w:eastAsia="ru-RU"/>
              </w:rPr>
            </w:pPr>
            <w:r w:rsidRPr="00F45251">
              <w:rPr>
                <w:rFonts w:ascii="Times New Roman" w:eastAsia="Calibri" w:hAnsi="Times New Roman" w:cs="Times New Roman"/>
                <w:color w:val="000000"/>
                <w:sz w:val="24"/>
                <w:szCs w:val="22"/>
                <w:lang w:val="ru-RU"/>
              </w:rPr>
              <w:t xml:space="preserve">Библиотека ЦОК </w:t>
            </w:r>
            <w:hyperlink r:id="rId41">
              <w:r w:rsidRPr="00F45251">
                <w:rPr>
                  <w:rFonts w:ascii="Times New Roman" w:eastAsia="Calibri" w:hAnsi="Times New Roman" w:cs="Times New Roman"/>
                  <w:color w:val="0000FF"/>
                  <w:sz w:val="22"/>
                  <w:szCs w:val="22"/>
                  <w:u w:val="single"/>
                </w:rPr>
                <w:t>https</w:t>
              </w:r>
              <w:r w:rsidRPr="00F45251">
                <w:rPr>
                  <w:rFonts w:ascii="Times New Roman" w:eastAsia="Calibri" w:hAnsi="Times New Roman" w:cs="Times New Roman"/>
                  <w:color w:val="0000FF"/>
                  <w:sz w:val="22"/>
                  <w:szCs w:val="22"/>
                  <w:u w:val="single"/>
                  <w:lang w:val="ru-RU"/>
                </w:rPr>
                <w:t>://</w:t>
              </w:r>
              <w:r w:rsidRPr="00F45251">
                <w:rPr>
                  <w:rFonts w:ascii="Times New Roman" w:eastAsia="Calibri" w:hAnsi="Times New Roman" w:cs="Times New Roman"/>
                  <w:color w:val="0000FF"/>
                  <w:sz w:val="22"/>
                  <w:szCs w:val="22"/>
                  <w:u w:val="single"/>
                </w:rPr>
                <w:t>m</w:t>
              </w:r>
              <w:r w:rsidRPr="00F45251">
                <w:rPr>
                  <w:rFonts w:ascii="Times New Roman" w:eastAsia="Calibri" w:hAnsi="Times New Roman" w:cs="Times New Roman"/>
                  <w:color w:val="0000FF"/>
                  <w:sz w:val="22"/>
                  <w:szCs w:val="22"/>
                  <w:u w:val="single"/>
                  <w:lang w:val="ru-RU"/>
                </w:rPr>
                <w:t>.</w:t>
              </w:r>
              <w:r w:rsidRPr="00F45251">
                <w:rPr>
                  <w:rFonts w:ascii="Times New Roman" w:eastAsia="Calibri" w:hAnsi="Times New Roman" w:cs="Times New Roman"/>
                  <w:color w:val="0000FF"/>
                  <w:sz w:val="22"/>
                  <w:szCs w:val="22"/>
                  <w:u w:val="single"/>
                </w:rPr>
                <w:t>edsoo</w:t>
              </w:r>
              <w:r w:rsidRPr="00F45251">
                <w:rPr>
                  <w:rFonts w:ascii="Times New Roman" w:eastAsia="Calibri" w:hAnsi="Times New Roman" w:cs="Times New Roman"/>
                  <w:color w:val="0000FF"/>
                  <w:sz w:val="22"/>
                  <w:szCs w:val="22"/>
                  <w:u w:val="single"/>
                  <w:lang w:val="ru-RU"/>
                </w:rPr>
                <w:t>.</w:t>
              </w:r>
              <w:r w:rsidRPr="00F45251">
                <w:rPr>
                  <w:rFonts w:ascii="Times New Roman" w:eastAsia="Calibri" w:hAnsi="Times New Roman" w:cs="Times New Roman"/>
                  <w:color w:val="0000FF"/>
                  <w:sz w:val="22"/>
                  <w:szCs w:val="22"/>
                  <w:u w:val="single"/>
                </w:rPr>
                <w:t>ru</w:t>
              </w:r>
              <w:r w:rsidRPr="00F45251">
                <w:rPr>
                  <w:rFonts w:ascii="Times New Roman" w:eastAsia="Calibri" w:hAnsi="Times New Roman" w:cs="Times New Roman"/>
                  <w:color w:val="0000FF"/>
                  <w:sz w:val="22"/>
                  <w:szCs w:val="22"/>
                  <w:u w:val="single"/>
                  <w:lang w:val="ru-RU"/>
                </w:rPr>
                <w:t>/7</w:t>
              </w:r>
              <w:r w:rsidRPr="00F45251">
                <w:rPr>
                  <w:rFonts w:ascii="Times New Roman" w:eastAsia="Calibri" w:hAnsi="Times New Roman" w:cs="Times New Roman"/>
                  <w:color w:val="0000FF"/>
                  <w:sz w:val="22"/>
                  <w:szCs w:val="22"/>
                  <w:u w:val="single"/>
                </w:rPr>
                <w:t>f</w:t>
              </w:r>
              <w:r w:rsidRPr="00F45251">
                <w:rPr>
                  <w:rFonts w:ascii="Times New Roman" w:eastAsia="Calibri" w:hAnsi="Times New Roman" w:cs="Times New Roman"/>
                  <w:color w:val="0000FF"/>
                  <w:sz w:val="22"/>
                  <w:szCs w:val="22"/>
                  <w:u w:val="single"/>
                  <w:lang w:val="ru-RU"/>
                </w:rPr>
                <w:t>4116</w:t>
              </w:r>
              <w:r w:rsidRPr="00F45251">
                <w:rPr>
                  <w:rFonts w:ascii="Times New Roman" w:eastAsia="Calibri" w:hAnsi="Times New Roman" w:cs="Times New Roman"/>
                  <w:color w:val="0000FF"/>
                  <w:sz w:val="22"/>
                  <w:szCs w:val="22"/>
                  <w:u w:val="single"/>
                </w:rPr>
                <w:t>e</w:t>
              </w:r>
              <w:r w:rsidRPr="00F45251">
                <w:rPr>
                  <w:rFonts w:ascii="Times New Roman" w:eastAsia="Calibri" w:hAnsi="Times New Roman" w:cs="Times New Roman"/>
                  <w:color w:val="0000FF"/>
                  <w:sz w:val="22"/>
                  <w:szCs w:val="22"/>
                  <w:u w:val="single"/>
                  <w:lang w:val="ru-RU"/>
                </w:rPr>
                <w:t>4</w:t>
              </w:r>
            </w:hyperlink>
          </w:p>
        </w:tc>
        <w:tc>
          <w:tcPr>
            <w:tcW w:w="3402" w:type="dxa"/>
          </w:tcPr>
          <w:p w:rsidR="00F45251" w:rsidRPr="00F45251" w:rsidRDefault="00F45251" w:rsidP="00F45251">
            <w:pPr>
              <w:spacing w:after="0"/>
              <w:jc w:val="both"/>
              <w:rPr>
                <w:rFonts w:ascii="Times New Roman" w:eastAsia="Calibri" w:hAnsi="Times New Roman" w:cs="Times New Roman"/>
                <w:sz w:val="24"/>
                <w:szCs w:val="24"/>
                <w:lang w:val="ru-RU"/>
              </w:rPr>
            </w:pPr>
            <w:r w:rsidRPr="00F45251">
              <w:rPr>
                <w:rFonts w:ascii="Times New Roman" w:eastAsia="Calibri" w:hAnsi="Times New Roman" w:cs="Times New Roman"/>
                <w:b/>
                <w:color w:val="000000"/>
                <w:sz w:val="24"/>
                <w:szCs w:val="24"/>
                <w:lang w:val="ru-RU"/>
              </w:rPr>
              <w:t>Физическое воспитание, формирование культуры здоровья и эмоционального благополучия:</w:t>
            </w:r>
          </w:p>
          <w:p w:rsidR="00F45251" w:rsidRPr="00F45251" w:rsidRDefault="00F45251" w:rsidP="00F45251">
            <w:pPr>
              <w:spacing w:after="0"/>
              <w:jc w:val="both"/>
              <w:rPr>
                <w:rFonts w:ascii="Times New Roman" w:eastAsia="Calibri" w:hAnsi="Times New Roman" w:cs="Times New Roman"/>
                <w:sz w:val="24"/>
                <w:szCs w:val="24"/>
                <w:lang w:val="ru-RU"/>
              </w:rPr>
            </w:pPr>
            <w:r w:rsidRPr="00F45251">
              <w:rPr>
                <w:rFonts w:ascii="Times New Roman" w:eastAsia="Calibri" w:hAnsi="Times New Roman" w:cs="Times New Roman"/>
                <w:color w:val="000000"/>
                <w:sz w:val="24"/>
                <w:szCs w:val="24"/>
                <w:lang w:val="ru-RU"/>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F45251" w:rsidRPr="00F45251" w:rsidRDefault="00F45251" w:rsidP="00F45251">
            <w:pPr>
              <w:spacing w:after="0"/>
              <w:jc w:val="both"/>
              <w:rPr>
                <w:rFonts w:ascii="Times New Roman" w:eastAsia="Calibri" w:hAnsi="Times New Roman" w:cs="Times New Roman"/>
                <w:sz w:val="24"/>
                <w:szCs w:val="24"/>
                <w:lang w:val="ru-RU"/>
              </w:rPr>
            </w:pPr>
            <w:r w:rsidRPr="00F45251">
              <w:rPr>
                <w:rFonts w:ascii="Times New Roman" w:eastAsia="Calibri" w:hAnsi="Times New Roman" w:cs="Times New Roman"/>
                <w:color w:val="000000"/>
                <w:sz w:val="24"/>
                <w:szCs w:val="24"/>
                <w:lang w:val="ru-RU"/>
              </w:rPr>
              <w:t xml:space="preserve">приобретение опыта эмоционального отношения к среде обитания, бережное отношение к физическому и психическому здоровью. </w:t>
            </w:r>
          </w:p>
          <w:p w:rsidR="00F45251" w:rsidRPr="00F45251" w:rsidRDefault="00F45251" w:rsidP="00F45251">
            <w:pPr>
              <w:spacing w:after="0"/>
              <w:jc w:val="both"/>
              <w:rPr>
                <w:rFonts w:ascii="Times New Roman" w:eastAsia="Calibri" w:hAnsi="Times New Roman" w:cs="Times New Roman"/>
                <w:sz w:val="24"/>
                <w:szCs w:val="24"/>
                <w:lang w:val="ru-RU"/>
              </w:rPr>
            </w:pPr>
            <w:r w:rsidRPr="00F45251">
              <w:rPr>
                <w:rFonts w:ascii="Times New Roman" w:eastAsia="Calibri" w:hAnsi="Times New Roman" w:cs="Times New Roman"/>
                <w:b/>
                <w:color w:val="000000"/>
                <w:sz w:val="24"/>
                <w:szCs w:val="24"/>
                <w:lang w:val="ru-RU"/>
              </w:rPr>
              <w:t>Трудовое воспитание:</w:t>
            </w:r>
          </w:p>
          <w:p w:rsidR="00F45251" w:rsidRPr="00F45251" w:rsidRDefault="00F45251" w:rsidP="00F45251">
            <w:pPr>
              <w:spacing w:after="0"/>
              <w:jc w:val="both"/>
              <w:rPr>
                <w:rFonts w:ascii="Times New Roman" w:eastAsia="Calibri" w:hAnsi="Times New Roman" w:cs="Times New Roman"/>
                <w:sz w:val="24"/>
                <w:szCs w:val="24"/>
                <w:lang w:val="ru-RU"/>
              </w:rPr>
            </w:pPr>
            <w:r w:rsidRPr="00F45251">
              <w:rPr>
                <w:rFonts w:ascii="Times New Roman" w:eastAsia="Calibri" w:hAnsi="Times New Roman" w:cs="Times New Roman"/>
                <w:color w:val="000000"/>
                <w:sz w:val="24"/>
                <w:szCs w:val="24"/>
                <w:lang w:val="ru-RU"/>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w:t>
            </w:r>
            <w:r w:rsidRPr="00F45251">
              <w:rPr>
                <w:rFonts w:ascii="Times New Roman" w:eastAsia="Calibri" w:hAnsi="Times New Roman" w:cs="Times New Roman"/>
                <w:color w:val="000000"/>
                <w:sz w:val="24"/>
                <w:szCs w:val="24"/>
                <w:lang w:val="ru-RU"/>
              </w:rPr>
              <w:lastRenderedPageBreak/>
              <w:t xml:space="preserve">участия в различных видах трудовой деятельности, интерес к различным профессиям. </w:t>
            </w:r>
          </w:p>
          <w:p w:rsidR="00F45251" w:rsidRPr="00F45251" w:rsidRDefault="00F45251" w:rsidP="00F45251">
            <w:pPr>
              <w:spacing w:after="0" w:line="290" w:lineRule="auto"/>
              <w:ind w:left="135" w:firstLine="170"/>
              <w:rPr>
                <w:rFonts w:ascii="Times New Roman" w:eastAsia="Calibri" w:hAnsi="Times New Roman" w:cs="Times New Roman"/>
                <w:color w:val="000000"/>
                <w:sz w:val="24"/>
                <w:szCs w:val="22"/>
                <w:lang w:val="ru-RU"/>
              </w:rPr>
            </w:pPr>
          </w:p>
        </w:tc>
      </w:tr>
      <w:tr w:rsidR="00F45251" w:rsidRPr="00F45251" w:rsidTr="00BD2145">
        <w:trPr>
          <w:trHeight w:val="144"/>
          <w:tblCellSpacing w:w="20" w:type="nil"/>
        </w:trPr>
        <w:tc>
          <w:tcPr>
            <w:tcW w:w="6521" w:type="dxa"/>
            <w:gridSpan w:val="2"/>
            <w:tcMar>
              <w:top w:w="50" w:type="dxa"/>
              <w:left w:w="100" w:type="dxa"/>
            </w:tcMar>
            <w:vAlign w:val="center"/>
          </w:tcPr>
          <w:p w:rsidR="00F45251" w:rsidRPr="00F45251" w:rsidRDefault="00F45251" w:rsidP="00F45251">
            <w:pPr>
              <w:spacing w:after="0" w:line="290" w:lineRule="auto"/>
              <w:ind w:left="135" w:firstLine="170"/>
              <w:rPr>
                <w:rFonts w:ascii="Times New Roman" w:eastAsia="Times New Roman" w:hAnsi="Times New Roman" w:cs="Times New Roman"/>
                <w:color w:val="000000"/>
                <w:sz w:val="24"/>
                <w:szCs w:val="22"/>
                <w:lang w:val="ru-RU" w:eastAsia="ru-RU"/>
              </w:rPr>
            </w:pPr>
            <w:r w:rsidRPr="00F45251">
              <w:rPr>
                <w:rFonts w:ascii="Times New Roman" w:eastAsia="Times New Roman" w:hAnsi="Times New Roman" w:cs="Times New Roman"/>
                <w:color w:val="000000"/>
                <w:sz w:val="24"/>
                <w:szCs w:val="22"/>
                <w:lang w:val="ru-RU" w:eastAsia="ru-RU"/>
              </w:rPr>
              <w:lastRenderedPageBreak/>
              <w:t>ОБЩЕЕ КОЛИЧЕСТВО ЧАСОВ ПО ПРОГРАММЕ</w:t>
            </w:r>
          </w:p>
        </w:tc>
        <w:tc>
          <w:tcPr>
            <w:tcW w:w="1134" w:type="dxa"/>
            <w:tcMar>
              <w:top w:w="50" w:type="dxa"/>
              <w:left w:w="100" w:type="dxa"/>
            </w:tcMar>
            <w:vAlign w:val="center"/>
          </w:tcPr>
          <w:p w:rsidR="00F45251" w:rsidRPr="00F45251" w:rsidRDefault="00F45251" w:rsidP="00F45251">
            <w:pPr>
              <w:spacing w:after="0" w:line="290" w:lineRule="auto"/>
              <w:ind w:left="135" w:firstLine="170"/>
              <w:jc w:val="center"/>
              <w:rPr>
                <w:rFonts w:ascii="Times New Roman" w:eastAsia="Times New Roman" w:hAnsi="Times New Roman" w:cs="Times New Roman"/>
                <w:color w:val="000000"/>
                <w:sz w:val="24"/>
                <w:szCs w:val="22"/>
                <w:lang w:val="ru-RU" w:eastAsia="ru-RU"/>
              </w:rPr>
            </w:pPr>
            <w:r w:rsidRPr="00F45251">
              <w:rPr>
                <w:rFonts w:ascii="Times New Roman" w:eastAsia="Times New Roman" w:hAnsi="Times New Roman" w:cs="Times New Roman"/>
                <w:color w:val="000000"/>
                <w:sz w:val="24"/>
                <w:szCs w:val="22"/>
                <w:lang w:val="ru-RU" w:eastAsia="ru-RU"/>
              </w:rPr>
              <w:t>68</w:t>
            </w:r>
          </w:p>
        </w:tc>
        <w:tc>
          <w:tcPr>
            <w:tcW w:w="1134" w:type="dxa"/>
            <w:tcMar>
              <w:top w:w="50" w:type="dxa"/>
              <w:left w:w="100" w:type="dxa"/>
            </w:tcMar>
            <w:vAlign w:val="center"/>
          </w:tcPr>
          <w:p w:rsidR="00F45251" w:rsidRPr="00F45251" w:rsidRDefault="00F45251" w:rsidP="00F45251">
            <w:pPr>
              <w:spacing w:after="0" w:line="290" w:lineRule="auto"/>
              <w:ind w:left="135" w:firstLine="170"/>
              <w:jc w:val="center"/>
              <w:rPr>
                <w:rFonts w:ascii="Times New Roman" w:eastAsia="Times New Roman" w:hAnsi="Times New Roman" w:cs="Times New Roman"/>
                <w:color w:val="000000"/>
                <w:sz w:val="24"/>
                <w:szCs w:val="22"/>
                <w:lang w:val="ru-RU" w:eastAsia="ru-RU"/>
              </w:rPr>
            </w:pPr>
            <w:r w:rsidRPr="00F45251">
              <w:rPr>
                <w:rFonts w:ascii="Times New Roman" w:eastAsia="Times New Roman" w:hAnsi="Times New Roman" w:cs="Times New Roman"/>
                <w:color w:val="000000"/>
                <w:sz w:val="24"/>
                <w:szCs w:val="22"/>
                <w:lang w:val="ru-RU" w:eastAsia="ru-RU"/>
              </w:rPr>
              <w:t>3</w:t>
            </w:r>
          </w:p>
        </w:tc>
        <w:tc>
          <w:tcPr>
            <w:tcW w:w="2268" w:type="dxa"/>
            <w:tcMar>
              <w:top w:w="50" w:type="dxa"/>
              <w:left w:w="100" w:type="dxa"/>
            </w:tcMar>
            <w:vAlign w:val="center"/>
          </w:tcPr>
          <w:p w:rsidR="00F45251" w:rsidRPr="00F45251" w:rsidRDefault="00F45251" w:rsidP="00F45251">
            <w:pPr>
              <w:spacing w:after="3" w:line="290" w:lineRule="auto"/>
              <w:ind w:left="2773" w:firstLine="170"/>
              <w:rPr>
                <w:rFonts w:ascii="Times New Roman" w:eastAsia="Times New Roman" w:hAnsi="Times New Roman" w:cs="Times New Roman"/>
                <w:color w:val="000000"/>
                <w:sz w:val="24"/>
                <w:szCs w:val="22"/>
                <w:lang w:val="ru-RU" w:eastAsia="ru-RU"/>
              </w:rPr>
            </w:pPr>
          </w:p>
        </w:tc>
        <w:tc>
          <w:tcPr>
            <w:tcW w:w="3402" w:type="dxa"/>
          </w:tcPr>
          <w:p w:rsidR="00F45251" w:rsidRPr="00F45251" w:rsidRDefault="00F45251" w:rsidP="00F45251">
            <w:pPr>
              <w:spacing w:after="3" w:line="290" w:lineRule="auto"/>
              <w:ind w:left="2773" w:firstLine="170"/>
              <w:rPr>
                <w:rFonts w:ascii="Times New Roman" w:eastAsia="Times New Roman" w:hAnsi="Times New Roman" w:cs="Times New Roman"/>
                <w:color w:val="000000"/>
                <w:sz w:val="24"/>
                <w:szCs w:val="22"/>
                <w:lang w:val="ru-RU" w:eastAsia="ru-RU"/>
              </w:rPr>
            </w:pPr>
          </w:p>
        </w:tc>
      </w:tr>
    </w:tbl>
    <w:p w:rsidR="00F45251" w:rsidRPr="00F45251" w:rsidRDefault="00F45251" w:rsidP="00F45251">
      <w:pPr>
        <w:spacing w:after="200" w:line="276" w:lineRule="auto"/>
        <w:rPr>
          <w:rFonts w:ascii="Calibri" w:eastAsia="Calibri" w:hAnsi="Calibri" w:cs="Times New Roman"/>
          <w:sz w:val="22"/>
          <w:szCs w:val="22"/>
        </w:rPr>
      </w:pPr>
    </w:p>
    <w:p w:rsidR="00F45251" w:rsidRPr="00F45251" w:rsidRDefault="00F45251" w:rsidP="00AD3C1A">
      <w:pPr>
        <w:spacing w:after="200" w:line="276" w:lineRule="auto"/>
        <w:jc w:val="center"/>
        <w:rPr>
          <w:rFonts w:ascii="Times New Roman" w:eastAsia="Times New Roman" w:hAnsi="Times New Roman" w:cs="Times New Roman"/>
          <w:b/>
          <w:sz w:val="24"/>
          <w:szCs w:val="24"/>
          <w:lang w:val="ru-RU"/>
        </w:rPr>
      </w:pPr>
      <w:r w:rsidRPr="00F45251">
        <w:rPr>
          <w:rFonts w:ascii="Times New Roman" w:eastAsia="Times New Roman" w:hAnsi="Times New Roman" w:cs="Times New Roman"/>
          <w:b/>
          <w:sz w:val="24"/>
          <w:szCs w:val="24"/>
          <w:lang w:val="ru-RU"/>
        </w:rPr>
        <w:t>4 класс</w:t>
      </w:r>
    </w:p>
    <w:tbl>
      <w:tblPr>
        <w:tblW w:w="14459" w:type="dxa"/>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134"/>
        <w:gridCol w:w="5387"/>
        <w:gridCol w:w="992"/>
        <w:gridCol w:w="1276"/>
        <w:gridCol w:w="2991"/>
        <w:gridCol w:w="27"/>
        <w:gridCol w:w="2652"/>
      </w:tblGrid>
      <w:tr w:rsidR="00F45251" w:rsidRPr="00F45251" w:rsidTr="00AD3C1A">
        <w:trPr>
          <w:trHeight w:val="144"/>
          <w:tblCellSpacing w:w="20" w:type="nil"/>
        </w:trPr>
        <w:tc>
          <w:tcPr>
            <w:tcW w:w="1134" w:type="dxa"/>
            <w:vMerge w:val="restart"/>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r w:rsidRPr="00F45251">
              <w:rPr>
                <w:rFonts w:ascii="Times New Roman" w:eastAsia="Times New Roman" w:hAnsi="Times New Roman" w:cs="Times New Roman"/>
                <w:b/>
                <w:sz w:val="24"/>
                <w:szCs w:val="24"/>
                <w:lang w:val="ru-RU"/>
              </w:rPr>
              <w:t xml:space="preserve">№ п/п </w:t>
            </w:r>
          </w:p>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c>
          <w:tcPr>
            <w:tcW w:w="5387" w:type="dxa"/>
            <w:vMerge w:val="restart"/>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r w:rsidRPr="00F45251">
              <w:rPr>
                <w:rFonts w:ascii="Times New Roman" w:eastAsia="Times New Roman" w:hAnsi="Times New Roman" w:cs="Times New Roman"/>
                <w:b/>
                <w:sz w:val="24"/>
                <w:szCs w:val="24"/>
                <w:lang w:val="ru-RU"/>
              </w:rPr>
              <w:t xml:space="preserve">Наименование разделов и тем программы </w:t>
            </w:r>
          </w:p>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c>
          <w:tcPr>
            <w:tcW w:w="2268" w:type="dxa"/>
            <w:gridSpan w:val="2"/>
            <w:tcBorders>
              <w:right w:val="single" w:sz="4" w:space="0" w:color="auto"/>
            </w:tcBorders>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r w:rsidRPr="00F45251">
              <w:rPr>
                <w:rFonts w:ascii="Times New Roman" w:eastAsia="Times New Roman" w:hAnsi="Times New Roman" w:cs="Times New Roman"/>
                <w:b/>
                <w:sz w:val="24"/>
                <w:szCs w:val="24"/>
                <w:lang w:val="ru-RU"/>
              </w:rPr>
              <w:t>Количество часов</w:t>
            </w:r>
          </w:p>
        </w:tc>
        <w:tc>
          <w:tcPr>
            <w:tcW w:w="3018" w:type="dxa"/>
            <w:gridSpan w:val="2"/>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r w:rsidRPr="00F45251">
              <w:rPr>
                <w:rFonts w:ascii="Times New Roman" w:eastAsia="Times New Roman" w:hAnsi="Times New Roman" w:cs="Times New Roman"/>
                <w:b/>
                <w:sz w:val="24"/>
                <w:szCs w:val="24"/>
                <w:lang w:val="ru-RU"/>
              </w:rPr>
              <w:t xml:space="preserve">Электронные (цифровые) образовательные ресурсы </w:t>
            </w:r>
          </w:p>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c>
          <w:tcPr>
            <w:tcW w:w="2652" w:type="dxa"/>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r w:rsidRPr="00F45251">
              <w:rPr>
                <w:rFonts w:ascii="Times New Roman" w:eastAsia="Times New Roman" w:hAnsi="Times New Roman" w:cs="Times New Roman"/>
                <w:b/>
                <w:sz w:val="24"/>
                <w:szCs w:val="24"/>
                <w:lang w:val="ru-RU"/>
              </w:rPr>
              <w:t>Воспитательный компонент</w:t>
            </w:r>
          </w:p>
        </w:tc>
      </w:tr>
      <w:tr w:rsidR="00F45251" w:rsidRPr="00F45251" w:rsidTr="00AD3C1A">
        <w:trPr>
          <w:trHeight w:val="144"/>
          <w:tblCellSpacing w:w="20" w:type="nil"/>
        </w:trPr>
        <w:tc>
          <w:tcPr>
            <w:tcW w:w="1134" w:type="dxa"/>
            <w:vMerge/>
            <w:tcBorders>
              <w:top w:val="nil"/>
            </w:tcBorders>
            <w:tcMar>
              <w:top w:w="50" w:type="dxa"/>
              <w:left w:w="100" w:type="dxa"/>
            </w:tcMa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c>
          <w:tcPr>
            <w:tcW w:w="5387" w:type="dxa"/>
            <w:vMerge/>
            <w:tcBorders>
              <w:top w:val="nil"/>
            </w:tcBorders>
            <w:tcMar>
              <w:top w:w="50" w:type="dxa"/>
              <w:left w:w="100" w:type="dxa"/>
            </w:tcMa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c>
          <w:tcPr>
            <w:tcW w:w="992"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r w:rsidRPr="00F45251">
              <w:rPr>
                <w:rFonts w:ascii="Times New Roman" w:eastAsia="Times New Roman" w:hAnsi="Times New Roman" w:cs="Times New Roman"/>
                <w:b/>
                <w:sz w:val="24"/>
                <w:szCs w:val="24"/>
                <w:lang w:val="ru-RU"/>
              </w:rPr>
              <w:t xml:space="preserve">Всего </w:t>
            </w:r>
          </w:p>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c>
          <w:tcPr>
            <w:tcW w:w="1276" w:type="dxa"/>
            <w:tcBorders>
              <w:right w:val="single" w:sz="4" w:space="0" w:color="auto"/>
            </w:tcBorders>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r w:rsidRPr="00F45251">
              <w:rPr>
                <w:rFonts w:ascii="Times New Roman" w:eastAsia="Times New Roman" w:hAnsi="Times New Roman" w:cs="Times New Roman"/>
                <w:b/>
                <w:sz w:val="24"/>
                <w:szCs w:val="24"/>
                <w:lang w:val="ru-RU"/>
              </w:rPr>
              <w:t xml:space="preserve">Контрольные работы </w:t>
            </w:r>
          </w:p>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c>
          <w:tcPr>
            <w:tcW w:w="2991" w:type="dxa"/>
            <w:tcBorders>
              <w:top w:val="nil"/>
              <w:left w:val="single" w:sz="4" w:space="0" w:color="auto"/>
            </w:tcBorders>
            <w:tcMar>
              <w:top w:w="50" w:type="dxa"/>
              <w:left w:w="100" w:type="dxa"/>
            </w:tcMa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c>
          <w:tcPr>
            <w:tcW w:w="2679" w:type="dxa"/>
            <w:gridSpan w:val="2"/>
            <w:tcBorders>
              <w:top w:val="nil"/>
              <w:left w:val="single" w:sz="4" w:space="0" w:color="auto"/>
            </w:tcBorders>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r>
      <w:tr w:rsidR="00F45251" w:rsidRPr="00F45251" w:rsidTr="00AD3C1A">
        <w:trPr>
          <w:trHeight w:val="144"/>
          <w:tblCellSpacing w:w="20" w:type="nil"/>
        </w:trPr>
        <w:tc>
          <w:tcPr>
            <w:tcW w:w="8789" w:type="dxa"/>
            <w:gridSpan w:val="4"/>
            <w:tcBorders>
              <w:right w:val="single" w:sz="4" w:space="0" w:color="auto"/>
            </w:tcBorders>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r w:rsidRPr="00F45251">
              <w:rPr>
                <w:rFonts w:ascii="Times New Roman" w:eastAsia="Times New Roman" w:hAnsi="Times New Roman" w:cs="Times New Roman"/>
                <w:b/>
                <w:sz w:val="24"/>
                <w:szCs w:val="24"/>
                <w:lang w:val="ru-RU"/>
              </w:rPr>
              <w:t>Раздел 1. Человек и общество</w:t>
            </w:r>
          </w:p>
        </w:tc>
        <w:tc>
          <w:tcPr>
            <w:tcW w:w="3018" w:type="dxa"/>
            <w:gridSpan w:val="2"/>
            <w:tcBorders>
              <w:left w:val="single" w:sz="4" w:space="0" w:color="auto"/>
            </w:tcBorders>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c>
          <w:tcPr>
            <w:tcW w:w="2652" w:type="dxa"/>
            <w:tcBorders>
              <w:left w:val="single" w:sz="4" w:space="0" w:color="auto"/>
            </w:tcBorders>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r>
      <w:tr w:rsidR="00F45251" w:rsidRPr="0046724E" w:rsidTr="00363DBC">
        <w:trPr>
          <w:trHeight w:val="144"/>
          <w:tblCellSpacing w:w="20" w:type="nil"/>
        </w:trPr>
        <w:tc>
          <w:tcPr>
            <w:tcW w:w="1134"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1.1</w:t>
            </w:r>
          </w:p>
        </w:tc>
        <w:tc>
          <w:tcPr>
            <w:tcW w:w="5387"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Наша родина - Российская Федерация</w:t>
            </w:r>
          </w:p>
        </w:tc>
        <w:tc>
          <w:tcPr>
            <w:tcW w:w="992"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 11</w:t>
            </w:r>
          </w:p>
        </w:tc>
        <w:tc>
          <w:tcPr>
            <w:tcW w:w="1276" w:type="dxa"/>
            <w:tcBorders>
              <w:right w:val="single" w:sz="4" w:space="0" w:color="auto"/>
            </w:tcBorders>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1</w:t>
            </w:r>
          </w:p>
        </w:tc>
        <w:tc>
          <w:tcPr>
            <w:tcW w:w="2991" w:type="dxa"/>
            <w:tcBorders>
              <w:left w:val="single" w:sz="4" w:space="0" w:color="auto"/>
            </w:tcBorders>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Библиотека ЦОК </w:t>
            </w:r>
            <w:hyperlink r:id="rId42">
              <w:r w:rsidRPr="00AD3C1A">
                <w:rPr>
                  <w:rFonts w:ascii="Times New Roman" w:eastAsia="Times New Roman" w:hAnsi="Times New Roman" w:cs="Times New Roman"/>
                  <w:color w:val="0000FF"/>
                  <w:sz w:val="24"/>
                  <w:szCs w:val="24"/>
                  <w:u w:val="single"/>
                  <w:lang w:val="ru-RU"/>
                </w:rPr>
                <w:t>https://m.edsoo.ru/7f412850</w:t>
              </w:r>
            </w:hyperlink>
          </w:p>
        </w:tc>
        <w:tc>
          <w:tcPr>
            <w:tcW w:w="2679" w:type="dxa"/>
            <w:gridSpan w:val="2"/>
            <w:vMerge w:val="restart"/>
            <w:tcBorders>
              <w:left w:val="single" w:sz="4" w:space="0" w:color="auto"/>
            </w:tcBorders>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Гражданско-патриотическое воспитание:</w:t>
            </w:r>
          </w:p>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становление </w:t>
            </w:r>
            <w:r w:rsidRPr="00F45251">
              <w:rPr>
                <w:rFonts w:ascii="Times New Roman" w:eastAsia="Times New Roman" w:hAnsi="Times New Roman" w:cs="Times New Roman"/>
                <w:sz w:val="24"/>
                <w:szCs w:val="24"/>
                <w:lang w:val="ru-RU"/>
              </w:rPr>
              <w:lastRenderedPageBreak/>
              <w:t xml:space="preserve">ценностного отношения к своей Родине – России; понимание особой роли многонациональной России в современном мире; </w:t>
            </w:r>
          </w:p>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сопричастность к прошлому, настоящему и будущему своей страны и родного края; </w:t>
            </w:r>
          </w:p>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проявление интереса к истории и многонациональной культуре своей страны, уважения к своему и другим народам; </w:t>
            </w:r>
          </w:p>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первоначальные </w:t>
            </w:r>
            <w:r w:rsidRPr="00F45251">
              <w:rPr>
                <w:rFonts w:ascii="Times New Roman" w:eastAsia="Times New Roman" w:hAnsi="Times New Roman" w:cs="Times New Roman"/>
                <w:sz w:val="24"/>
                <w:szCs w:val="24"/>
                <w:lang w:val="ru-RU"/>
              </w:rPr>
              <w:lastRenderedPageBreak/>
              <w:t>представления о человеке как члене общества, осознание прав и ответственности человека как члена общества.</w:t>
            </w:r>
          </w:p>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Духовно-нравственное воспитание:</w:t>
            </w:r>
          </w:p>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проявление культуры общения, уважительного отношения к людям, их взглядам, признанию их индивидуальности; </w:t>
            </w:r>
          </w:p>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применение правил </w:t>
            </w:r>
            <w:r w:rsidRPr="00F45251">
              <w:rPr>
                <w:rFonts w:ascii="Times New Roman" w:eastAsia="Times New Roman" w:hAnsi="Times New Roman" w:cs="Times New Roman"/>
                <w:sz w:val="24"/>
                <w:szCs w:val="24"/>
                <w:lang w:val="ru-RU"/>
              </w:rPr>
              <w:lastRenderedPageBreak/>
              <w:t xml:space="preserve">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F45251" w:rsidRPr="00F45251" w:rsidRDefault="00F45251" w:rsidP="00F45251">
            <w:pPr>
              <w:spacing w:after="200" w:line="276" w:lineRule="auto"/>
              <w:rPr>
                <w:rFonts w:ascii="Times New Roman" w:eastAsia="Times New Roman" w:hAnsi="Times New Roman" w:cs="Times New Roman"/>
                <w:sz w:val="24"/>
                <w:szCs w:val="24"/>
                <w:lang w:val="ru-RU"/>
              </w:rPr>
            </w:pPr>
          </w:p>
        </w:tc>
      </w:tr>
      <w:tr w:rsidR="00F45251" w:rsidRPr="0046724E" w:rsidTr="00363DBC">
        <w:trPr>
          <w:trHeight w:val="144"/>
          <w:tblCellSpacing w:w="20" w:type="nil"/>
        </w:trPr>
        <w:tc>
          <w:tcPr>
            <w:tcW w:w="1134"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1.2</w:t>
            </w:r>
          </w:p>
        </w:tc>
        <w:tc>
          <w:tcPr>
            <w:tcW w:w="5387"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История Отечества. «Лента времени» и историческая карта</w:t>
            </w:r>
          </w:p>
        </w:tc>
        <w:tc>
          <w:tcPr>
            <w:tcW w:w="992"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 17</w:t>
            </w:r>
          </w:p>
        </w:tc>
        <w:tc>
          <w:tcPr>
            <w:tcW w:w="1276" w:type="dxa"/>
            <w:tcBorders>
              <w:right w:val="single" w:sz="4" w:space="0" w:color="auto"/>
            </w:tcBorders>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p>
        </w:tc>
        <w:tc>
          <w:tcPr>
            <w:tcW w:w="2991" w:type="dxa"/>
            <w:tcBorders>
              <w:right w:val="single" w:sz="4" w:space="0" w:color="auto"/>
            </w:tcBorders>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Библиотека ЦОК </w:t>
            </w:r>
            <w:hyperlink r:id="rId43">
              <w:r w:rsidRPr="00AD3C1A">
                <w:rPr>
                  <w:rFonts w:ascii="Times New Roman" w:eastAsia="Times New Roman" w:hAnsi="Times New Roman" w:cs="Times New Roman"/>
                  <w:color w:val="0000FF"/>
                  <w:sz w:val="24"/>
                  <w:szCs w:val="24"/>
                  <w:u w:val="single"/>
                  <w:lang w:val="ru-RU"/>
                </w:rPr>
                <w:t>https://m.edsoo.ru/7f412850</w:t>
              </w:r>
            </w:hyperlink>
          </w:p>
        </w:tc>
        <w:tc>
          <w:tcPr>
            <w:tcW w:w="2679" w:type="dxa"/>
            <w:gridSpan w:val="2"/>
            <w:vMerge/>
            <w:tcBorders>
              <w:left w:val="single" w:sz="4" w:space="0" w:color="auto"/>
            </w:tcBorders>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r>
      <w:tr w:rsidR="00F45251" w:rsidRPr="0046724E" w:rsidTr="00363DBC">
        <w:trPr>
          <w:trHeight w:val="144"/>
          <w:tblCellSpacing w:w="20" w:type="nil"/>
        </w:trPr>
        <w:tc>
          <w:tcPr>
            <w:tcW w:w="1134"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lastRenderedPageBreak/>
              <w:t>1.3</w:t>
            </w:r>
          </w:p>
        </w:tc>
        <w:tc>
          <w:tcPr>
            <w:tcW w:w="5387"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Человек - творец культурных ценностей. Всемирное культурное наследие</w:t>
            </w:r>
          </w:p>
        </w:tc>
        <w:tc>
          <w:tcPr>
            <w:tcW w:w="992"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 6 </w:t>
            </w:r>
          </w:p>
        </w:tc>
        <w:tc>
          <w:tcPr>
            <w:tcW w:w="1276" w:type="dxa"/>
            <w:tcBorders>
              <w:right w:val="single" w:sz="4" w:space="0" w:color="auto"/>
            </w:tcBorders>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p>
        </w:tc>
        <w:tc>
          <w:tcPr>
            <w:tcW w:w="2991" w:type="dxa"/>
            <w:tcBorders>
              <w:left w:val="single" w:sz="4" w:space="0" w:color="auto"/>
            </w:tcBorders>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Библиотека ЦОК </w:t>
            </w:r>
            <w:hyperlink r:id="rId44">
              <w:r w:rsidRPr="00AD3C1A">
                <w:rPr>
                  <w:rFonts w:ascii="Times New Roman" w:eastAsia="Times New Roman" w:hAnsi="Times New Roman" w:cs="Times New Roman"/>
                  <w:color w:val="0000FF"/>
                  <w:sz w:val="24"/>
                  <w:szCs w:val="24"/>
                  <w:u w:val="single"/>
                  <w:lang w:val="ru-RU"/>
                </w:rPr>
                <w:t>https://m.edsoo.ru/7f412850</w:t>
              </w:r>
            </w:hyperlink>
          </w:p>
        </w:tc>
        <w:tc>
          <w:tcPr>
            <w:tcW w:w="2679" w:type="dxa"/>
            <w:gridSpan w:val="2"/>
            <w:vMerge/>
            <w:tcBorders>
              <w:left w:val="single" w:sz="4" w:space="0" w:color="auto"/>
            </w:tcBorders>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r>
      <w:tr w:rsidR="00F45251" w:rsidRPr="00F45251" w:rsidTr="00363DBC">
        <w:trPr>
          <w:trHeight w:val="144"/>
          <w:tblCellSpacing w:w="20" w:type="nil"/>
        </w:trPr>
        <w:tc>
          <w:tcPr>
            <w:tcW w:w="6521" w:type="dxa"/>
            <w:gridSpan w:val="2"/>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r w:rsidRPr="00F45251">
              <w:rPr>
                <w:rFonts w:ascii="Times New Roman" w:eastAsia="Times New Roman" w:hAnsi="Times New Roman" w:cs="Times New Roman"/>
                <w:b/>
                <w:sz w:val="24"/>
                <w:szCs w:val="24"/>
                <w:lang w:val="ru-RU"/>
              </w:rPr>
              <w:lastRenderedPageBreak/>
              <w:t>Итого по разделу</w:t>
            </w:r>
          </w:p>
        </w:tc>
        <w:tc>
          <w:tcPr>
            <w:tcW w:w="992"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r w:rsidRPr="00F45251">
              <w:rPr>
                <w:rFonts w:ascii="Times New Roman" w:eastAsia="Times New Roman" w:hAnsi="Times New Roman" w:cs="Times New Roman"/>
                <w:b/>
                <w:sz w:val="24"/>
                <w:szCs w:val="24"/>
                <w:lang w:val="ru-RU"/>
              </w:rPr>
              <w:t xml:space="preserve"> 34 </w:t>
            </w:r>
          </w:p>
        </w:tc>
        <w:tc>
          <w:tcPr>
            <w:tcW w:w="1276" w:type="dxa"/>
            <w:tcBorders>
              <w:right w:val="single" w:sz="4" w:space="0" w:color="auto"/>
            </w:tcBorders>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c>
          <w:tcPr>
            <w:tcW w:w="3018" w:type="dxa"/>
            <w:gridSpan w:val="2"/>
            <w:tcBorders>
              <w:left w:val="single" w:sz="4" w:space="0" w:color="auto"/>
            </w:tcBorders>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c>
          <w:tcPr>
            <w:tcW w:w="2652" w:type="dxa"/>
            <w:tcBorders>
              <w:left w:val="single" w:sz="4" w:space="0" w:color="auto"/>
            </w:tcBorders>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r>
      <w:tr w:rsidR="00F45251" w:rsidRPr="00F45251" w:rsidTr="00AD3C1A">
        <w:trPr>
          <w:trHeight w:val="144"/>
          <w:tblCellSpacing w:w="20" w:type="nil"/>
        </w:trPr>
        <w:tc>
          <w:tcPr>
            <w:tcW w:w="8789" w:type="dxa"/>
            <w:gridSpan w:val="4"/>
            <w:tcBorders>
              <w:right w:val="single" w:sz="4" w:space="0" w:color="auto"/>
            </w:tcBorders>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r w:rsidRPr="00F45251">
              <w:rPr>
                <w:rFonts w:ascii="Times New Roman" w:eastAsia="Times New Roman" w:hAnsi="Times New Roman" w:cs="Times New Roman"/>
                <w:b/>
                <w:sz w:val="24"/>
                <w:szCs w:val="24"/>
                <w:lang w:val="ru-RU"/>
              </w:rPr>
              <w:t>Раздел 2. Человек и природа</w:t>
            </w:r>
          </w:p>
        </w:tc>
        <w:tc>
          <w:tcPr>
            <w:tcW w:w="3018" w:type="dxa"/>
            <w:gridSpan w:val="2"/>
            <w:tcBorders>
              <w:left w:val="single" w:sz="4" w:space="0" w:color="auto"/>
            </w:tcBorders>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c>
          <w:tcPr>
            <w:tcW w:w="2652" w:type="dxa"/>
            <w:tcBorders>
              <w:left w:val="single" w:sz="4" w:space="0" w:color="auto"/>
            </w:tcBorders>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r>
      <w:tr w:rsidR="00F45251" w:rsidRPr="0046724E" w:rsidTr="00363DBC">
        <w:trPr>
          <w:trHeight w:val="144"/>
          <w:tblCellSpacing w:w="20" w:type="nil"/>
        </w:trPr>
        <w:tc>
          <w:tcPr>
            <w:tcW w:w="1134"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2.1</w:t>
            </w:r>
          </w:p>
        </w:tc>
        <w:tc>
          <w:tcPr>
            <w:tcW w:w="5387"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Методы познания окружающей природы. Солнечная система</w:t>
            </w:r>
          </w:p>
        </w:tc>
        <w:tc>
          <w:tcPr>
            <w:tcW w:w="992"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 5 </w:t>
            </w:r>
          </w:p>
        </w:tc>
        <w:tc>
          <w:tcPr>
            <w:tcW w:w="1276" w:type="dxa"/>
            <w:tcBorders>
              <w:right w:val="single" w:sz="4" w:space="0" w:color="auto"/>
            </w:tcBorders>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p>
        </w:tc>
        <w:tc>
          <w:tcPr>
            <w:tcW w:w="2991"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Библиотека ЦОК </w:t>
            </w:r>
            <w:hyperlink r:id="rId45">
              <w:r w:rsidRPr="00AD3C1A">
                <w:rPr>
                  <w:rFonts w:ascii="Times New Roman" w:eastAsia="Times New Roman" w:hAnsi="Times New Roman" w:cs="Times New Roman"/>
                  <w:color w:val="0000FF"/>
                  <w:sz w:val="24"/>
                  <w:szCs w:val="24"/>
                  <w:u w:val="single"/>
                  <w:lang w:val="ru-RU"/>
                </w:rPr>
                <w:t>https://m.edsoo.ru/7f412850</w:t>
              </w:r>
            </w:hyperlink>
          </w:p>
        </w:tc>
        <w:tc>
          <w:tcPr>
            <w:tcW w:w="2679" w:type="dxa"/>
            <w:gridSpan w:val="2"/>
            <w:vMerge w:val="restart"/>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r w:rsidRPr="00F45251">
              <w:rPr>
                <w:rFonts w:ascii="Times New Roman" w:eastAsia="Times New Roman" w:hAnsi="Times New Roman" w:cs="Times New Roman"/>
                <w:b/>
                <w:sz w:val="24"/>
                <w:szCs w:val="24"/>
                <w:lang w:val="ru-RU"/>
              </w:rPr>
              <w:t>Экологическое воспитание:</w:t>
            </w:r>
          </w:p>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lastRenderedPageBreak/>
              <w:t>Ценности научного познания:</w:t>
            </w:r>
          </w:p>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осознание ценности познания для развития человека, необходимости самообразования и саморазвития;</w:t>
            </w:r>
          </w:p>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r>
      <w:tr w:rsidR="00F45251" w:rsidRPr="0046724E" w:rsidTr="00363DBC">
        <w:trPr>
          <w:trHeight w:val="144"/>
          <w:tblCellSpacing w:w="20" w:type="nil"/>
        </w:trPr>
        <w:tc>
          <w:tcPr>
            <w:tcW w:w="1134"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2.2</w:t>
            </w:r>
          </w:p>
        </w:tc>
        <w:tc>
          <w:tcPr>
            <w:tcW w:w="5387"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Формы земной поверхности. Водоемы и их разнообразие</w:t>
            </w:r>
          </w:p>
        </w:tc>
        <w:tc>
          <w:tcPr>
            <w:tcW w:w="992"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 10</w:t>
            </w:r>
          </w:p>
        </w:tc>
        <w:tc>
          <w:tcPr>
            <w:tcW w:w="1276"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1</w:t>
            </w:r>
          </w:p>
        </w:tc>
        <w:tc>
          <w:tcPr>
            <w:tcW w:w="2991"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Библиотека ЦОК </w:t>
            </w:r>
            <w:hyperlink r:id="rId46">
              <w:r w:rsidRPr="00AD3C1A">
                <w:rPr>
                  <w:rFonts w:ascii="Times New Roman" w:eastAsia="Times New Roman" w:hAnsi="Times New Roman" w:cs="Times New Roman"/>
                  <w:color w:val="0000FF"/>
                  <w:sz w:val="24"/>
                  <w:szCs w:val="24"/>
                  <w:u w:val="single"/>
                  <w:lang w:val="ru-RU"/>
                </w:rPr>
                <w:t>https://m.edsoo.ru/7f412850</w:t>
              </w:r>
            </w:hyperlink>
          </w:p>
        </w:tc>
        <w:tc>
          <w:tcPr>
            <w:tcW w:w="2679" w:type="dxa"/>
            <w:gridSpan w:val="2"/>
            <w:vMerge/>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r>
      <w:tr w:rsidR="00F45251" w:rsidRPr="0046724E" w:rsidTr="00363DBC">
        <w:trPr>
          <w:trHeight w:val="144"/>
          <w:tblCellSpacing w:w="20" w:type="nil"/>
        </w:trPr>
        <w:tc>
          <w:tcPr>
            <w:tcW w:w="1134"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2.3</w:t>
            </w:r>
          </w:p>
        </w:tc>
        <w:tc>
          <w:tcPr>
            <w:tcW w:w="5387"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Природные зоны России: общее представление, основные природные зоны</w:t>
            </w:r>
          </w:p>
        </w:tc>
        <w:tc>
          <w:tcPr>
            <w:tcW w:w="992"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 8</w:t>
            </w:r>
          </w:p>
        </w:tc>
        <w:tc>
          <w:tcPr>
            <w:tcW w:w="1276" w:type="dxa"/>
            <w:tcBorders>
              <w:right w:val="single" w:sz="4" w:space="0" w:color="auto"/>
            </w:tcBorders>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1</w:t>
            </w:r>
          </w:p>
        </w:tc>
        <w:tc>
          <w:tcPr>
            <w:tcW w:w="2991"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Библиотека ЦОК </w:t>
            </w:r>
            <w:hyperlink r:id="rId47">
              <w:r w:rsidRPr="00AD3C1A">
                <w:rPr>
                  <w:rFonts w:ascii="Times New Roman" w:eastAsia="Times New Roman" w:hAnsi="Times New Roman" w:cs="Times New Roman"/>
                  <w:color w:val="0000FF"/>
                  <w:sz w:val="24"/>
                  <w:szCs w:val="24"/>
                  <w:u w:val="single"/>
                  <w:lang w:val="ru-RU"/>
                </w:rPr>
                <w:t>https://m.edsoo.ru/7f412850</w:t>
              </w:r>
            </w:hyperlink>
          </w:p>
        </w:tc>
        <w:tc>
          <w:tcPr>
            <w:tcW w:w="2679" w:type="dxa"/>
            <w:gridSpan w:val="2"/>
            <w:vMerge/>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r>
      <w:tr w:rsidR="00F45251" w:rsidRPr="0046724E" w:rsidTr="00363DBC">
        <w:trPr>
          <w:trHeight w:val="144"/>
          <w:tblCellSpacing w:w="20" w:type="nil"/>
        </w:trPr>
        <w:tc>
          <w:tcPr>
            <w:tcW w:w="1134"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2.4</w:t>
            </w:r>
          </w:p>
        </w:tc>
        <w:tc>
          <w:tcPr>
            <w:tcW w:w="5387"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Природные и культурные объекты Всемирного наследия. Экологические проблемы</w:t>
            </w:r>
          </w:p>
        </w:tc>
        <w:tc>
          <w:tcPr>
            <w:tcW w:w="992"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 6 </w:t>
            </w:r>
          </w:p>
        </w:tc>
        <w:tc>
          <w:tcPr>
            <w:tcW w:w="1276" w:type="dxa"/>
            <w:tcBorders>
              <w:right w:val="single" w:sz="4" w:space="0" w:color="auto"/>
            </w:tcBorders>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p>
        </w:tc>
        <w:tc>
          <w:tcPr>
            <w:tcW w:w="2991" w:type="dxa"/>
            <w:tcBorders>
              <w:left w:val="single" w:sz="4" w:space="0" w:color="auto"/>
            </w:tcBorders>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Библиотека ЦОК </w:t>
            </w:r>
            <w:hyperlink r:id="rId48">
              <w:r w:rsidRPr="00AD3C1A">
                <w:rPr>
                  <w:rFonts w:ascii="Times New Roman" w:eastAsia="Times New Roman" w:hAnsi="Times New Roman" w:cs="Times New Roman"/>
                  <w:color w:val="0000FF"/>
                  <w:sz w:val="24"/>
                  <w:szCs w:val="24"/>
                  <w:u w:val="single"/>
                  <w:lang w:val="ru-RU"/>
                </w:rPr>
                <w:t>https://m.edsoo.ru/7f412850</w:t>
              </w:r>
            </w:hyperlink>
          </w:p>
        </w:tc>
        <w:tc>
          <w:tcPr>
            <w:tcW w:w="2679" w:type="dxa"/>
            <w:gridSpan w:val="2"/>
            <w:vMerge/>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r>
      <w:tr w:rsidR="00F45251" w:rsidRPr="00F45251" w:rsidTr="00363DBC">
        <w:trPr>
          <w:trHeight w:val="144"/>
          <w:tblCellSpacing w:w="20" w:type="nil"/>
        </w:trPr>
        <w:tc>
          <w:tcPr>
            <w:tcW w:w="6521" w:type="dxa"/>
            <w:gridSpan w:val="2"/>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r w:rsidRPr="00F45251">
              <w:rPr>
                <w:rFonts w:ascii="Times New Roman" w:eastAsia="Times New Roman" w:hAnsi="Times New Roman" w:cs="Times New Roman"/>
                <w:b/>
                <w:sz w:val="24"/>
                <w:szCs w:val="24"/>
                <w:lang w:val="ru-RU"/>
              </w:rPr>
              <w:lastRenderedPageBreak/>
              <w:t>Итого по разделу</w:t>
            </w:r>
          </w:p>
        </w:tc>
        <w:tc>
          <w:tcPr>
            <w:tcW w:w="992"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r w:rsidRPr="00F45251">
              <w:rPr>
                <w:rFonts w:ascii="Times New Roman" w:eastAsia="Times New Roman" w:hAnsi="Times New Roman" w:cs="Times New Roman"/>
                <w:b/>
                <w:sz w:val="24"/>
                <w:szCs w:val="24"/>
                <w:lang w:val="ru-RU"/>
              </w:rPr>
              <w:t xml:space="preserve"> 29</w:t>
            </w:r>
          </w:p>
        </w:tc>
        <w:tc>
          <w:tcPr>
            <w:tcW w:w="1276" w:type="dxa"/>
            <w:tcBorders>
              <w:right w:val="single" w:sz="4" w:space="0" w:color="auto"/>
            </w:tcBorders>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c>
          <w:tcPr>
            <w:tcW w:w="5670" w:type="dxa"/>
            <w:gridSpan w:val="3"/>
            <w:tcBorders>
              <w:right w:val="single" w:sz="4" w:space="0" w:color="auto"/>
            </w:tcBorders>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r>
      <w:tr w:rsidR="00F45251" w:rsidRPr="00F45251" w:rsidTr="00AD3C1A">
        <w:trPr>
          <w:trHeight w:val="144"/>
          <w:tblCellSpacing w:w="20" w:type="nil"/>
        </w:trPr>
        <w:tc>
          <w:tcPr>
            <w:tcW w:w="8789" w:type="dxa"/>
            <w:gridSpan w:val="4"/>
            <w:tcBorders>
              <w:right w:val="single" w:sz="4" w:space="0" w:color="auto"/>
            </w:tcBorders>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r w:rsidRPr="00F45251">
              <w:rPr>
                <w:rFonts w:ascii="Times New Roman" w:eastAsia="Times New Roman" w:hAnsi="Times New Roman" w:cs="Times New Roman"/>
                <w:b/>
                <w:sz w:val="24"/>
                <w:szCs w:val="24"/>
                <w:lang w:val="ru-RU"/>
              </w:rPr>
              <w:t>Раздел 3. Правила безопасной жизнедеятельности</w:t>
            </w:r>
          </w:p>
        </w:tc>
        <w:tc>
          <w:tcPr>
            <w:tcW w:w="5670" w:type="dxa"/>
            <w:gridSpan w:val="3"/>
            <w:tcBorders>
              <w:right w:val="single" w:sz="4" w:space="0" w:color="auto"/>
            </w:tcBorders>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r>
      <w:tr w:rsidR="00F45251" w:rsidRPr="0046724E" w:rsidTr="00363DBC">
        <w:trPr>
          <w:trHeight w:val="144"/>
          <w:tblCellSpacing w:w="20" w:type="nil"/>
        </w:trPr>
        <w:tc>
          <w:tcPr>
            <w:tcW w:w="1134"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3.1</w:t>
            </w:r>
          </w:p>
        </w:tc>
        <w:tc>
          <w:tcPr>
            <w:tcW w:w="5387"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Здоровый образ жизни: профилактика вредных привычек</w:t>
            </w:r>
          </w:p>
        </w:tc>
        <w:tc>
          <w:tcPr>
            <w:tcW w:w="992"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 1 </w:t>
            </w:r>
          </w:p>
        </w:tc>
        <w:tc>
          <w:tcPr>
            <w:tcW w:w="1276"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p>
        </w:tc>
        <w:tc>
          <w:tcPr>
            <w:tcW w:w="2991" w:type="dxa"/>
            <w:tcBorders>
              <w:left w:val="single" w:sz="4" w:space="0" w:color="auto"/>
              <w:right w:val="single" w:sz="4" w:space="0" w:color="auto"/>
            </w:tcBorders>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Библиотека ЦОК </w:t>
            </w:r>
            <w:hyperlink r:id="rId49">
              <w:r w:rsidRPr="00AD3C1A">
                <w:rPr>
                  <w:rFonts w:ascii="Times New Roman" w:eastAsia="Times New Roman" w:hAnsi="Times New Roman" w:cs="Times New Roman"/>
                  <w:color w:val="0000FF"/>
                  <w:sz w:val="24"/>
                  <w:szCs w:val="24"/>
                  <w:u w:val="single"/>
                  <w:lang w:val="ru-RU"/>
                </w:rPr>
                <w:t>https://m.edsoo.ru/7f412850</w:t>
              </w:r>
            </w:hyperlink>
          </w:p>
        </w:tc>
        <w:tc>
          <w:tcPr>
            <w:tcW w:w="2679" w:type="dxa"/>
            <w:gridSpan w:val="2"/>
            <w:vMerge w:val="restart"/>
            <w:tcBorders>
              <w:left w:val="single" w:sz="4" w:space="0" w:color="auto"/>
              <w:right w:val="single" w:sz="4" w:space="0" w:color="auto"/>
            </w:tcBorders>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b/>
                <w:sz w:val="24"/>
                <w:szCs w:val="24"/>
                <w:lang w:val="ru-RU"/>
              </w:rPr>
              <w:t xml:space="preserve">Физическое воспитание, </w:t>
            </w:r>
            <w:r w:rsidRPr="00F45251">
              <w:rPr>
                <w:rFonts w:ascii="Times New Roman" w:eastAsia="Times New Roman" w:hAnsi="Times New Roman" w:cs="Times New Roman"/>
                <w:sz w:val="24"/>
                <w:szCs w:val="24"/>
                <w:lang w:val="ru-RU"/>
              </w:rPr>
              <w:lastRenderedPageBreak/>
              <w:t>формирование культуры здоровья и эмоционального благополучия:</w:t>
            </w:r>
          </w:p>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приобретение опыта эмоционального отношения к среде обитания, бережное отношение к физическому и психическому здоровью. </w:t>
            </w:r>
          </w:p>
          <w:p w:rsidR="00F45251" w:rsidRPr="00F45251" w:rsidRDefault="00F45251" w:rsidP="00F45251">
            <w:pPr>
              <w:spacing w:after="200" w:line="276" w:lineRule="auto"/>
              <w:rPr>
                <w:rFonts w:ascii="Times New Roman" w:eastAsia="Times New Roman" w:hAnsi="Times New Roman" w:cs="Times New Roman"/>
                <w:b/>
                <w:sz w:val="24"/>
                <w:szCs w:val="24"/>
                <w:lang w:val="ru-RU"/>
              </w:rPr>
            </w:pPr>
            <w:r w:rsidRPr="00F45251">
              <w:rPr>
                <w:rFonts w:ascii="Times New Roman" w:eastAsia="Times New Roman" w:hAnsi="Times New Roman" w:cs="Times New Roman"/>
                <w:b/>
                <w:sz w:val="24"/>
                <w:szCs w:val="24"/>
                <w:lang w:val="ru-RU"/>
              </w:rPr>
              <w:t>Трудовое воспитание:</w:t>
            </w:r>
          </w:p>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осознание ценности трудовой деятельности в жизни человека и общества, </w:t>
            </w:r>
            <w:r w:rsidRPr="00F45251">
              <w:rPr>
                <w:rFonts w:ascii="Times New Roman" w:eastAsia="Times New Roman" w:hAnsi="Times New Roman" w:cs="Times New Roman"/>
                <w:sz w:val="24"/>
                <w:szCs w:val="24"/>
                <w:lang w:val="ru-RU"/>
              </w:rPr>
              <w:lastRenderedPageBreak/>
              <w:t xml:space="preserve">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r>
      <w:tr w:rsidR="00F45251" w:rsidRPr="0046724E" w:rsidTr="00363DBC">
        <w:trPr>
          <w:trHeight w:val="144"/>
          <w:tblCellSpacing w:w="20" w:type="nil"/>
        </w:trPr>
        <w:tc>
          <w:tcPr>
            <w:tcW w:w="1134"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lastRenderedPageBreak/>
              <w:t>3.2</w:t>
            </w:r>
          </w:p>
        </w:tc>
        <w:tc>
          <w:tcPr>
            <w:tcW w:w="5387"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Безопасность в городе. Безопасность в сети Интернет</w:t>
            </w:r>
          </w:p>
        </w:tc>
        <w:tc>
          <w:tcPr>
            <w:tcW w:w="992"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 4 </w:t>
            </w:r>
          </w:p>
        </w:tc>
        <w:tc>
          <w:tcPr>
            <w:tcW w:w="1276" w:type="dxa"/>
            <w:tcBorders>
              <w:right w:val="single" w:sz="4" w:space="0" w:color="auto"/>
            </w:tcBorders>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p>
        </w:tc>
        <w:tc>
          <w:tcPr>
            <w:tcW w:w="2991" w:type="dxa"/>
            <w:tcBorders>
              <w:left w:val="single" w:sz="4" w:space="0" w:color="auto"/>
            </w:tcBorders>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sz w:val="24"/>
                <w:szCs w:val="24"/>
                <w:lang w:val="ru-RU"/>
              </w:rPr>
            </w:pPr>
            <w:r w:rsidRPr="00F45251">
              <w:rPr>
                <w:rFonts w:ascii="Times New Roman" w:eastAsia="Times New Roman" w:hAnsi="Times New Roman" w:cs="Times New Roman"/>
                <w:sz w:val="24"/>
                <w:szCs w:val="24"/>
                <w:lang w:val="ru-RU"/>
              </w:rPr>
              <w:t xml:space="preserve">Библиотека ЦОК </w:t>
            </w:r>
            <w:hyperlink r:id="rId50">
              <w:r w:rsidRPr="00AD3C1A">
                <w:rPr>
                  <w:rFonts w:ascii="Times New Roman" w:eastAsia="Times New Roman" w:hAnsi="Times New Roman" w:cs="Times New Roman"/>
                  <w:color w:val="0000FF"/>
                  <w:sz w:val="24"/>
                  <w:szCs w:val="24"/>
                  <w:u w:val="single"/>
                  <w:lang w:val="ru-RU"/>
                </w:rPr>
                <w:t>https://m.edsoo.ru/7f412850</w:t>
              </w:r>
            </w:hyperlink>
          </w:p>
        </w:tc>
        <w:tc>
          <w:tcPr>
            <w:tcW w:w="2679" w:type="dxa"/>
            <w:gridSpan w:val="2"/>
            <w:vMerge/>
            <w:tcBorders>
              <w:left w:val="single" w:sz="4" w:space="0" w:color="auto"/>
              <w:right w:val="single" w:sz="4" w:space="0" w:color="auto"/>
            </w:tcBorders>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r>
      <w:tr w:rsidR="00F45251" w:rsidRPr="00F45251" w:rsidTr="00363DBC">
        <w:trPr>
          <w:trHeight w:val="144"/>
          <w:tblCellSpacing w:w="20" w:type="nil"/>
        </w:trPr>
        <w:tc>
          <w:tcPr>
            <w:tcW w:w="6521" w:type="dxa"/>
            <w:gridSpan w:val="2"/>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r w:rsidRPr="00F45251">
              <w:rPr>
                <w:rFonts w:ascii="Times New Roman" w:eastAsia="Times New Roman" w:hAnsi="Times New Roman" w:cs="Times New Roman"/>
                <w:b/>
                <w:sz w:val="24"/>
                <w:szCs w:val="24"/>
                <w:lang w:val="ru-RU"/>
              </w:rPr>
              <w:lastRenderedPageBreak/>
              <w:t>Итого по разделу</w:t>
            </w:r>
          </w:p>
        </w:tc>
        <w:tc>
          <w:tcPr>
            <w:tcW w:w="992"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r w:rsidRPr="00F45251">
              <w:rPr>
                <w:rFonts w:ascii="Times New Roman" w:eastAsia="Times New Roman" w:hAnsi="Times New Roman" w:cs="Times New Roman"/>
                <w:b/>
                <w:sz w:val="24"/>
                <w:szCs w:val="24"/>
                <w:lang w:val="ru-RU"/>
              </w:rPr>
              <w:t xml:space="preserve"> 5 </w:t>
            </w:r>
          </w:p>
        </w:tc>
        <w:tc>
          <w:tcPr>
            <w:tcW w:w="1276" w:type="dxa"/>
            <w:tcBorders>
              <w:right w:val="single" w:sz="4" w:space="0" w:color="auto"/>
            </w:tcBorders>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c>
          <w:tcPr>
            <w:tcW w:w="2991" w:type="dxa"/>
            <w:tcBorders>
              <w:left w:val="single" w:sz="4" w:space="0" w:color="auto"/>
            </w:tcBorders>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c>
          <w:tcPr>
            <w:tcW w:w="2679" w:type="dxa"/>
            <w:gridSpan w:val="2"/>
            <w:tcBorders>
              <w:left w:val="single" w:sz="4" w:space="0" w:color="auto"/>
            </w:tcBorders>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r>
      <w:tr w:rsidR="00F45251" w:rsidRPr="00F45251" w:rsidTr="00363DBC">
        <w:trPr>
          <w:trHeight w:val="144"/>
          <w:tblCellSpacing w:w="20" w:type="nil"/>
        </w:trPr>
        <w:tc>
          <w:tcPr>
            <w:tcW w:w="6521" w:type="dxa"/>
            <w:gridSpan w:val="2"/>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r w:rsidRPr="00F45251">
              <w:rPr>
                <w:rFonts w:ascii="Times New Roman" w:eastAsia="Times New Roman" w:hAnsi="Times New Roman" w:cs="Times New Roman"/>
                <w:b/>
                <w:sz w:val="24"/>
                <w:szCs w:val="24"/>
                <w:lang w:val="ru-RU"/>
              </w:rPr>
              <w:t>ОБЩЕЕ КОЛИЧЕСТВО ЧАСОВ ПО ПРОГРАММЕ</w:t>
            </w:r>
          </w:p>
        </w:tc>
        <w:tc>
          <w:tcPr>
            <w:tcW w:w="992"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r w:rsidRPr="00F45251">
              <w:rPr>
                <w:rFonts w:ascii="Times New Roman" w:eastAsia="Times New Roman" w:hAnsi="Times New Roman" w:cs="Times New Roman"/>
                <w:b/>
                <w:sz w:val="24"/>
                <w:szCs w:val="24"/>
                <w:lang w:val="ru-RU"/>
              </w:rPr>
              <w:t xml:space="preserve"> 68 </w:t>
            </w:r>
          </w:p>
        </w:tc>
        <w:tc>
          <w:tcPr>
            <w:tcW w:w="1276"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r w:rsidRPr="00F45251">
              <w:rPr>
                <w:rFonts w:ascii="Times New Roman" w:eastAsia="Times New Roman" w:hAnsi="Times New Roman" w:cs="Times New Roman"/>
                <w:b/>
                <w:sz w:val="24"/>
                <w:szCs w:val="24"/>
                <w:lang w:val="ru-RU"/>
              </w:rPr>
              <w:t xml:space="preserve"> 3</w:t>
            </w:r>
          </w:p>
        </w:tc>
        <w:tc>
          <w:tcPr>
            <w:tcW w:w="2991" w:type="dxa"/>
            <w:tcMar>
              <w:top w:w="50" w:type="dxa"/>
              <w:left w:w="100" w:type="dxa"/>
            </w:tcMar>
            <w:vAlign w:val="center"/>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c>
          <w:tcPr>
            <w:tcW w:w="2679" w:type="dxa"/>
            <w:gridSpan w:val="2"/>
          </w:tcPr>
          <w:p w:rsidR="00F45251" w:rsidRPr="00F45251" w:rsidRDefault="00F45251" w:rsidP="00F45251">
            <w:pPr>
              <w:spacing w:after="200" w:line="276" w:lineRule="auto"/>
              <w:rPr>
                <w:rFonts w:ascii="Times New Roman" w:eastAsia="Times New Roman" w:hAnsi="Times New Roman" w:cs="Times New Roman"/>
                <w:b/>
                <w:sz w:val="24"/>
                <w:szCs w:val="24"/>
                <w:lang w:val="ru-RU"/>
              </w:rPr>
            </w:pPr>
          </w:p>
        </w:tc>
      </w:tr>
    </w:tbl>
    <w:p w:rsidR="00F45251" w:rsidRPr="00F45251" w:rsidRDefault="00F45251" w:rsidP="00F45251">
      <w:pPr>
        <w:spacing w:after="200" w:line="276" w:lineRule="auto"/>
        <w:rPr>
          <w:rFonts w:ascii="Times New Roman" w:eastAsia="Times New Roman" w:hAnsi="Times New Roman" w:cs="Times New Roman"/>
          <w:b/>
          <w:sz w:val="24"/>
          <w:szCs w:val="24"/>
          <w:lang w:val="ru-RU"/>
        </w:rPr>
      </w:pPr>
    </w:p>
    <w:p w:rsidR="00F45251" w:rsidRPr="00F45251" w:rsidRDefault="00F45251" w:rsidP="00F45251">
      <w:pPr>
        <w:spacing w:after="200" w:line="276" w:lineRule="auto"/>
        <w:rPr>
          <w:rFonts w:ascii="Times New Roman" w:eastAsia="Times New Roman" w:hAnsi="Times New Roman" w:cs="Times New Roman"/>
          <w:b/>
          <w:sz w:val="24"/>
          <w:szCs w:val="24"/>
          <w:lang w:val="ru-RU"/>
        </w:rPr>
      </w:pPr>
    </w:p>
    <w:p w:rsidR="00EE614E" w:rsidRDefault="00EE614E" w:rsidP="00EB4007">
      <w:pPr>
        <w:spacing w:after="200" w:line="276" w:lineRule="auto"/>
        <w:rPr>
          <w:rFonts w:ascii="Times New Roman" w:eastAsia="Times New Roman" w:hAnsi="Times New Roman" w:cs="Times New Roman"/>
          <w:sz w:val="24"/>
          <w:szCs w:val="24"/>
          <w:lang w:val="ru-RU"/>
        </w:rPr>
      </w:pPr>
    </w:p>
    <w:p w:rsidR="00EE614E" w:rsidRDefault="00EE614E" w:rsidP="00EB4007">
      <w:pPr>
        <w:spacing w:after="200" w:line="276" w:lineRule="auto"/>
        <w:rPr>
          <w:rFonts w:ascii="Times New Roman" w:eastAsia="Times New Roman" w:hAnsi="Times New Roman" w:cs="Times New Roman"/>
          <w:sz w:val="24"/>
          <w:szCs w:val="24"/>
          <w:lang w:val="ru-RU"/>
        </w:rPr>
      </w:pPr>
    </w:p>
    <w:p w:rsidR="00EE614E" w:rsidRDefault="00EE614E" w:rsidP="00EB4007">
      <w:pPr>
        <w:spacing w:after="200" w:line="276" w:lineRule="auto"/>
        <w:rPr>
          <w:rFonts w:ascii="Times New Roman" w:eastAsia="Times New Roman" w:hAnsi="Times New Roman" w:cs="Times New Roman"/>
          <w:sz w:val="24"/>
          <w:szCs w:val="24"/>
          <w:lang w:val="ru-RU"/>
        </w:rPr>
      </w:pPr>
    </w:p>
    <w:p w:rsidR="00EE614E" w:rsidRDefault="00EE614E" w:rsidP="00EB4007">
      <w:pPr>
        <w:spacing w:after="200" w:line="276" w:lineRule="auto"/>
        <w:rPr>
          <w:rFonts w:ascii="Times New Roman" w:eastAsia="Times New Roman" w:hAnsi="Times New Roman" w:cs="Times New Roman"/>
          <w:sz w:val="24"/>
          <w:szCs w:val="24"/>
          <w:lang w:val="ru-RU"/>
        </w:rPr>
      </w:pPr>
    </w:p>
    <w:p w:rsidR="00EE614E" w:rsidRDefault="00EE614E" w:rsidP="00EB4007">
      <w:pPr>
        <w:spacing w:after="200" w:line="276" w:lineRule="auto"/>
        <w:rPr>
          <w:rFonts w:ascii="Times New Roman" w:eastAsia="Times New Roman" w:hAnsi="Times New Roman" w:cs="Times New Roman"/>
          <w:sz w:val="24"/>
          <w:szCs w:val="24"/>
          <w:lang w:val="ru-RU"/>
        </w:rPr>
      </w:pPr>
    </w:p>
    <w:p w:rsidR="00EE614E" w:rsidRDefault="00EE614E" w:rsidP="00EB4007">
      <w:pPr>
        <w:spacing w:after="200" w:line="276" w:lineRule="auto"/>
        <w:rPr>
          <w:rFonts w:ascii="Times New Roman" w:eastAsia="Times New Roman" w:hAnsi="Times New Roman" w:cs="Times New Roman"/>
          <w:sz w:val="24"/>
          <w:szCs w:val="24"/>
          <w:lang w:val="ru-RU"/>
        </w:rPr>
      </w:pPr>
    </w:p>
    <w:p w:rsidR="00CB7680" w:rsidRDefault="00CB7680" w:rsidP="007C46A3">
      <w:pPr>
        <w:spacing w:after="0"/>
        <w:rPr>
          <w:rFonts w:ascii="Times New Roman" w:eastAsia="Times New Roman" w:hAnsi="Times New Roman" w:cs="Times New Roman"/>
          <w:sz w:val="24"/>
          <w:szCs w:val="24"/>
          <w:lang w:val="ru-RU"/>
        </w:rPr>
      </w:pPr>
    </w:p>
    <w:p w:rsidR="00293F9A" w:rsidRPr="00DD483E" w:rsidRDefault="00293F9A" w:rsidP="007C46A3">
      <w:pPr>
        <w:spacing w:after="0"/>
        <w:rPr>
          <w:lang w:val="ru-RU"/>
        </w:rPr>
      </w:pPr>
    </w:p>
    <w:p w:rsidR="00CB7680" w:rsidRDefault="00CF41FF" w:rsidP="003944E9">
      <w:pPr>
        <w:spacing w:after="0"/>
        <w:ind w:left="119"/>
        <w:jc w:val="center"/>
        <w:rPr>
          <w:rFonts w:ascii="Times New Roman" w:hAnsi="Times New Roman"/>
          <w:b/>
          <w:color w:val="000000"/>
          <w:sz w:val="24"/>
          <w:szCs w:val="24"/>
          <w:lang w:val="ru-RU"/>
        </w:rPr>
      </w:pPr>
      <w:bookmarkStart w:id="3" w:name="block-614376"/>
      <w:bookmarkEnd w:id="2"/>
      <w:r>
        <w:rPr>
          <w:rFonts w:ascii="Times New Roman" w:hAnsi="Times New Roman"/>
          <w:b/>
          <w:color w:val="000000"/>
          <w:sz w:val="24"/>
          <w:szCs w:val="24"/>
          <w:lang w:val="ru-RU"/>
        </w:rPr>
        <w:lastRenderedPageBreak/>
        <w:t>Календарно-тематическое планирование</w:t>
      </w:r>
      <w:r w:rsidR="003944E9">
        <w:rPr>
          <w:rFonts w:ascii="Times New Roman" w:hAnsi="Times New Roman"/>
          <w:b/>
          <w:color w:val="000000"/>
          <w:sz w:val="24"/>
          <w:szCs w:val="24"/>
          <w:lang w:val="ru-RU"/>
        </w:rPr>
        <w:t xml:space="preserve"> по окружающему миру</w:t>
      </w:r>
    </w:p>
    <w:p w:rsidR="00AD3C1A" w:rsidRDefault="00AD3C1A" w:rsidP="003944E9">
      <w:pPr>
        <w:spacing w:after="0"/>
        <w:jc w:val="center"/>
        <w:rPr>
          <w:rFonts w:ascii="Times New Roman" w:hAnsi="Times New Roman"/>
          <w:b/>
          <w:color w:val="000000"/>
          <w:sz w:val="24"/>
          <w:szCs w:val="24"/>
          <w:lang w:val="ru-RU"/>
        </w:rPr>
      </w:pPr>
      <w:r>
        <w:rPr>
          <w:rFonts w:ascii="Times New Roman" w:hAnsi="Times New Roman"/>
          <w:b/>
          <w:color w:val="000000"/>
          <w:sz w:val="24"/>
          <w:szCs w:val="24"/>
          <w:lang w:val="ru-RU"/>
        </w:rPr>
        <w:t>1 класс</w:t>
      </w:r>
    </w:p>
    <w:tbl>
      <w:tblPr>
        <w:tblpPr w:leftFromText="180" w:rightFromText="180" w:vertAnchor="text" w:tblpY="1"/>
        <w:tblOverlap w:val="never"/>
        <w:tblW w:w="1404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17"/>
        <w:gridCol w:w="2218"/>
        <w:gridCol w:w="4536"/>
        <w:gridCol w:w="3402"/>
        <w:gridCol w:w="1166"/>
        <w:gridCol w:w="995"/>
        <w:gridCol w:w="1006"/>
      </w:tblGrid>
      <w:tr w:rsidR="00157095" w:rsidRPr="00157095" w:rsidTr="00157095">
        <w:trPr>
          <w:trHeight w:val="979"/>
          <w:tblCellSpacing w:w="20" w:type="nil"/>
        </w:trPr>
        <w:tc>
          <w:tcPr>
            <w:tcW w:w="717" w:type="dxa"/>
            <w:vMerge w:val="restart"/>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b/>
                <w:color w:val="000000"/>
                <w:sz w:val="24"/>
                <w:szCs w:val="24"/>
                <w:lang w:val="ru-RU"/>
              </w:rPr>
            </w:pPr>
            <w:r w:rsidRPr="00157095">
              <w:rPr>
                <w:rFonts w:ascii="Times New Roman" w:eastAsia="Times New Roman" w:hAnsi="Times New Roman" w:cs="Times New Roman"/>
                <w:b/>
                <w:color w:val="000000"/>
                <w:sz w:val="24"/>
                <w:szCs w:val="24"/>
                <w:lang w:val="ru-RU"/>
              </w:rPr>
              <w:t>№</w:t>
            </w:r>
          </w:p>
          <w:p w:rsidR="00157095" w:rsidRPr="00157095" w:rsidRDefault="00157095" w:rsidP="00157095">
            <w:pPr>
              <w:spacing w:after="0"/>
              <w:ind w:left="135"/>
              <w:rPr>
                <w:rFonts w:ascii="Times New Roman" w:eastAsia="Times New Roman" w:hAnsi="Times New Roman" w:cs="Times New Roman"/>
                <w:b/>
                <w:color w:val="000000"/>
                <w:sz w:val="24"/>
                <w:szCs w:val="24"/>
                <w:lang w:val="ru-RU"/>
              </w:rPr>
            </w:pPr>
            <w:r w:rsidRPr="00157095">
              <w:rPr>
                <w:rFonts w:ascii="Times New Roman" w:eastAsia="Times New Roman" w:hAnsi="Times New Roman" w:cs="Times New Roman"/>
                <w:b/>
                <w:color w:val="000000"/>
                <w:sz w:val="24"/>
                <w:szCs w:val="24"/>
                <w:lang w:val="ru-RU"/>
              </w:rPr>
              <w:t>уро</w:t>
            </w:r>
          </w:p>
          <w:p w:rsidR="00157095" w:rsidRPr="00157095" w:rsidRDefault="00157095" w:rsidP="00157095">
            <w:pPr>
              <w:spacing w:after="0"/>
              <w:ind w:left="135"/>
              <w:rPr>
                <w:rFonts w:ascii="Times New Roman" w:eastAsia="Times New Roman" w:hAnsi="Times New Roman" w:cs="Times New Roman"/>
                <w:b/>
                <w:color w:val="000000"/>
                <w:sz w:val="24"/>
                <w:szCs w:val="24"/>
              </w:rPr>
            </w:pPr>
            <w:r w:rsidRPr="00157095">
              <w:rPr>
                <w:rFonts w:ascii="Times New Roman" w:eastAsia="Times New Roman" w:hAnsi="Times New Roman" w:cs="Times New Roman"/>
                <w:b/>
                <w:color w:val="000000"/>
                <w:sz w:val="24"/>
                <w:szCs w:val="24"/>
                <w:lang w:val="ru-RU"/>
              </w:rPr>
              <w:t>ка</w:t>
            </w:r>
          </w:p>
          <w:p w:rsidR="00157095" w:rsidRPr="00157095" w:rsidRDefault="00157095" w:rsidP="00157095">
            <w:pPr>
              <w:spacing w:after="0"/>
              <w:ind w:left="135"/>
              <w:rPr>
                <w:rFonts w:ascii="Times New Roman" w:eastAsia="Times New Roman" w:hAnsi="Times New Roman" w:cs="Times New Roman"/>
                <w:b/>
                <w:sz w:val="24"/>
                <w:szCs w:val="24"/>
                <w:lang w:val="ru-RU"/>
              </w:rPr>
            </w:pPr>
          </w:p>
        </w:tc>
        <w:tc>
          <w:tcPr>
            <w:tcW w:w="2218" w:type="dxa"/>
            <w:vMerge w:val="restart"/>
          </w:tcPr>
          <w:p w:rsidR="00157095" w:rsidRPr="00157095" w:rsidRDefault="00157095" w:rsidP="00157095">
            <w:pPr>
              <w:spacing w:after="0"/>
              <w:ind w:left="135"/>
              <w:rPr>
                <w:rFonts w:ascii="Times New Roman" w:eastAsia="Times New Roman" w:hAnsi="Times New Roman" w:cs="Times New Roman"/>
                <w:b/>
                <w:color w:val="000000"/>
                <w:sz w:val="24"/>
                <w:szCs w:val="24"/>
                <w:lang w:val="ru-RU"/>
              </w:rPr>
            </w:pPr>
          </w:p>
          <w:p w:rsidR="00157095" w:rsidRPr="00157095" w:rsidRDefault="00157095" w:rsidP="00157095">
            <w:pPr>
              <w:spacing w:after="0"/>
              <w:ind w:left="135"/>
              <w:rPr>
                <w:rFonts w:ascii="Times New Roman" w:eastAsia="Times New Roman" w:hAnsi="Times New Roman" w:cs="Times New Roman"/>
                <w:b/>
                <w:color w:val="000000"/>
                <w:sz w:val="24"/>
                <w:szCs w:val="24"/>
                <w:lang w:val="ru-RU"/>
              </w:rPr>
            </w:pPr>
          </w:p>
          <w:p w:rsidR="00157095" w:rsidRPr="00157095" w:rsidRDefault="00157095" w:rsidP="00157095">
            <w:pPr>
              <w:spacing w:after="0"/>
              <w:ind w:left="135"/>
              <w:rPr>
                <w:rFonts w:ascii="Times New Roman" w:eastAsia="Times New Roman" w:hAnsi="Times New Roman" w:cs="Times New Roman"/>
                <w:b/>
                <w:color w:val="000000"/>
                <w:sz w:val="24"/>
                <w:szCs w:val="24"/>
                <w:lang w:val="ru-RU"/>
              </w:rPr>
            </w:pPr>
            <w:r w:rsidRPr="00157095">
              <w:rPr>
                <w:rFonts w:ascii="Times New Roman" w:eastAsia="Times New Roman" w:hAnsi="Times New Roman" w:cs="Times New Roman"/>
                <w:b/>
                <w:color w:val="000000"/>
                <w:sz w:val="24"/>
                <w:szCs w:val="24"/>
                <w:lang w:val="ru-RU"/>
              </w:rPr>
              <w:t>Тема, раздел курса</w:t>
            </w:r>
          </w:p>
        </w:tc>
        <w:tc>
          <w:tcPr>
            <w:tcW w:w="4536" w:type="dxa"/>
            <w:vMerge w:val="restart"/>
            <w:tcMar>
              <w:top w:w="50" w:type="dxa"/>
              <w:left w:w="100" w:type="dxa"/>
            </w:tcMar>
            <w:vAlign w:val="center"/>
          </w:tcPr>
          <w:p w:rsidR="00157095" w:rsidRPr="00157095" w:rsidRDefault="00157095" w:rsidP="00157095">
            <w:pPr>
              <w:spacing w:after="0"/>
              <w:ind w:left="135"/>
              <w:jc w:val="center"/>
              <w:rPr>
                <w:rFonts w:ascii="Times New Roman" w:eastAsia="Times New Roman" w:hAnsi="Times New Roman" w:cs="Times New Roman"/>
                <w:b/>
                <w:sz w:val="24"/>
                <w:szCs w:val="24"/>
                <w:lang w:val="ru-RU"/>
              </w:rPr>
            </w:pPr>
            <w:r w:rsidRPr="00157095">
              <w:rPr>
                <w:rFonts w:ascii="Times New Roman" w:eastAsia="Times New Roman" w:hAnsi="Times New Roman" w:cs="Times New Roman"/>
                <w:b/>
                <w:color w:val="000000"/>
                <w:sz w:val="24"/>
                <w:szCs w:val="24"/>
                <w:lang w:val="ru-RU"/>
              </w:rPr>
              <w:t>Тема урока</w:t>
            </w:r>
          </w:p>
          <w:p w:rsidR="00157095" w:rsidRPr="00157095" w:rsidRDefault="00157095" w:rsidP="00157095">
            <w:pPr>
              <w:spacing w:after="0"/>
              <w:ind w:left="135"/>
              <w:rPr>
                <w:rFonts w:ascii="Times New Roman" w:eastAsia="Times New Roman" w:hAnsi="Times New Roman" w:cs="Times New Roman"/>
                <w:b/>
                <w:sz w:val="24"/>
                <w:szCs w:val="24"/>
                <w:lang w:val="ru-RU"/>
              </w:rPr>
            </w:pPr>
          </w:p>
        </w:tc>
        <w:tc>
          <w:tcPr>
            <w:tcW w:w="3402" w:type="dxa"/>
            <w:vMerge w:val="restart"/>
          </w:tcPr>
          <w:p w:rsidR="00157095" w:rsidRPr="00157095" w:rsidRDefault="00157095" w:rsidP="00157095">
            <w:pPr>
              <w:spacing w:after="0"/>
              <w:ind w:left="135"/>
              <w:rPr>
                <w:rFonts w:ascii="Times New Roman" w:eastAsia="Times New Roman" w:hAnsi="Times New Roman" w:cs="Times New Roman"/>
                <w:b/>
                <w:color w:val="000000"/>
                <w:sz w:val="24"/>
                <w:szCs w:val="24"/>
                <w:lang w:val="ru-RU"/>
              </w:rPr>
            </w:pPr>
          </w:p>
          <w:p w:rsidR="00157095" w:rsidRPr="00157095" w:rsidRDefault="00157095" w:rsidP="00157095">
            <w:pPr>
              <w:spacing w:after="0"/>
              <w:ind w:left="135"/>
              <w:rPr>
                <w:rFonts w:ascii="Times New Roman" w:eastAsia="Times New Roman" w:hAnsi="Times New Roman" w:cs="Times New Roman"/>
                <w:b/>
                <w:sz w:val="24"/>
                <w:szCs w:val="24"/>
                <w:lang w:val="ru-RU"/>
              </w:rPr>
            </w:pPr>
            <w:r w:rsidRPr="00157095">
              <w:rPr>
                <w:rFonts w:ascii="Times New Roman" w:eastAsia="Times New Roman" w:hAnsi="Times New Roman" w:cs="Times New Roman"/>
                <w:b/>
                <w:color w:val="000000"/>
                <w:sz w:val="24"/>
                <w:szCs w:val="24"/>
                <w:lang w:val="ru-RU"/>
              </w:rPr>
              <w:t xml:space="preserve">Электронные (цифровые) образовательные ресурсы </w:t>
            </w:r>
          </w:p>
          <w:p w:rsidR="00157095" w:rsidRPr="00157095" w:rsidRDefault="00157095" w:rsidP="00157095">
            <w:pPr>
              <w:spacing w:after="0"/>
              <w:ind w:left="135"/>
              <w:rPr>
                <w:rFonts w:ascii="Times New Roman" w:eastAsia="Times New Roman" w:hAnsi="Times New Roman" w:cs="Times New Roman"/>
                <w:b/>
                <w:color w:val="000000"/>
                <w:sz w:val="24"/>
                <w:szCs w:val="24"/>
                <w:lang w:val="ru-RU"/>
              </w:rPr>
            </w:pPr>
          </w:p>
        </w:tc>
        <w:tc>
          <w:tcPr>
            <w:tcW w:w="1166" w:type="dxa"/>
            <w:vMerge w:val="restart"/>
          </w:tcPr>
          <w:p w:rsidR="00157095" w:rsidRPr="00157095" w:rsidRDefault="00157095" w:rsidP="00157095">
            <w:pPr>
              <w:spacing w:after="0"/>
              <w:ind w:left="135"/>
              <w:rPr>
                <w:rFonts w:ascii="Times New Roman" w:eastAsia="Times New Roman" w:hAnsi="Times New Roman" w:cs="Times New Roman"/>
                <w:b/>
                <w:color w:val="000000"/>
                <w:sz w:val="24"/>
                <w:szCs w:val="24"/>
                <w:lang w:val="ru-RU"/>
              </w:rPr>
            </w:pPr>
          </w:p>
          <w:p w:rsidR="00157095" w:rsidRPr="00157095" w:rsidRDefault="00157095" w:rsidP="00157095">
            <w:pPr>
              <w:spacing w:after="0"/>
              <w:ind w:left="135"/>
              <w:rPr>
                <w:rFonts w:ascii="Times New Roman" w:eastAsia="Times New Roman" w:hAnsi="Times New Roman" w:cs="Times New Roman"/>
                <w:b/>
                <w:color w:val="000000"/>
                <w:sz w:val="24"/>
                <w:szCs w:val="24"/>
                <w:lang w:val="ru-RU"/>
              </w:rPr>
            </w:pPr>
            <w:r w:rsidRPr="00157095">
              <w:rPr>
                <w:rFonts w:ascii="Times New Roman" w:eastAsia="Times New Roman" w:hAnsi="Times New Roman" w:cs="Times New Roman"/>
                <w:b/>
                <w:color w:val="000000"/>
                <w:sz w:val="24"/>
                <w:szCs w:val="24"/>
                <w:lang w:val="ru-RU"/>
              </w:rPr>
              <w:t>Количество часов</w:t>
            </w:r>
          </w:p>
        </w:tc>
        <w:tc>
          <w:tcPr>
            <w:tcW w:w="2001" w:type="dxa"/>
            <w:gridSpan w:val="2"/>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b/>
                <w:sz w:val="24"/>
                <w:szCs w:val="24"/>
                <w:lang w:val="ru-RU"/>
              </w:rPr>
            </w:pPr>
            <w:r w:rsidRPr="00157095">
              <w:rPr>
                <w:rFonts w:ascii="Times New Roman" w:eastAsia="Times New Roman" w:hAnsi="Times New Roman" w:cs="Times New Roman"/>
                <w:b/>
                <w:color w:val="000000"/>
                <w:sz w:val="24"/>
                <w:szCs w:val="24"/>
                <w:lang w:val="ru-RU"/>
              </w:rPr>
              <w:t>Дата  проведения урока</w:t>
            </w:r>
          </w:p>
          <w:p w:rsidR="00157095" w:rsidRPr="00157095" w:rsidRDefault="00157095" w:rsidP="00157095">
            <w:pPr>
              <w:spacing w:after="0"/>
              <w:ind w:left="135"/>
              <w:rPr>
                <w:rFonts w:ascii="Times New Roman" w:eastAsia="Times New Roman" w:hAnsi="Times New Roman" w:cs="Times New Roman"/>
                <w:b/>
                <w:sz w:val="24"/>
                <w:szCs w:val="24"/>
              </w:rPr>
            </w:pPr>
          </w:p>
        </w:tc>
      </w:tr>
      <w:tr w:rsidR="00157095" w:rsidRPr="00157095" w:rsidTr="00157095">
        <w:trPr>
          <w:trHeight w:val="20"/>
          <w:tblCellSpacing w:w="20" w:type="nil"/>
        </w:trPr>
        <w:tc>
          <w:tcPr>
            <w:tcW w:w="717" w:type="dxa"/>
            <w:vMerge/>
            <w:tcMar>
              <w:top w:w="50" w:type="dxa"/>
              <w:left w:w="100" w:type="dxa"/>
            </w:tcMar>
            <w:vAlign w:val="center"/>
          </w:tcPr>
          <w:p w:rsidR="00157095" w:rsidRPr="00157095" w:rsidRDefault="00157095" w:rsidP="00157095">
            <w:pPr>
              <w:spacing w:after="0"/>
              <w:rPr>
                <w:rFonts w:ascii="Times New Roman" w:eastAsia="Times New Roman" w:hAnsi="Times New Roman" w:cs="Times New Roman"/>
                <w:b/>
                <w:color w:val="000000"/>
                <w:sz w:val="24"/>
                <w:szCs w:val="24"/>
              </w:rPr>
            </w:pPr>
          </w:p>
        </w:tc>
        <w:tc>
          <w:tcPr>
            <w:tcW w:w="2218" w:type="dxa"/>
            <w:vMerge/>
            <w:tcMar>
              <w:top w:w="50" w:type="dxa"/>
              <w:left w:w="100" w:type="dxa"/>
            </w:tcMar>
          </w:tcPr>
          <w:p w:rsidR="00157095" w:rsidRPr="00157095" w:rsidRDefault="00157095" w:rsidP="00157095">
            <w:pPr>
              <w:spacing w:after="0"/>
              <w:ind w:left="135"/>
              <w:rPr>
                <w:rFonts w:ascii="Times New Roman" w:eastAsia="Times New Roman" w:hAnsi="Times New Roman" w:cs="Times New Roman"/>
                <w:b/>
                <w:color w:val="000000"/>
                <w:sz w:val="24"/>
                <w:szCs w:val="24"/>
                <w:lang w:val="ru-RU"/>
              </w:rPr>
            </w:pPr>
          </w:p>
        </w:tc>
        <w:tc>
          <w:tcPr>
            <w:tcW w:w="4536" w:type="dxa"/>
            <w:vMerge/>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b/>
                <w:color w:val="000000"/>
                <w:sz w:val="24"/>
                <w:szCs w:val="24"/>
                <w:lang w:val="ru-RU"/>
              </w:rPr>
            </w:pPr>
          </w:p>
        </w:tc>
        <w:tc>
          <w:tcPr>
            <w:tcW w:w="3402" w:type="dxa"/>
            <w:vMerge/>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b/>
                <w:color w:val="000000"/>
                <w:sz w:val="24"/>
                <w:szCs w:val="24"/>
                <w:lang w:val="ru-RU"/>
              </w:rPr>
            </w:pPr>
          </w:p>
        </w:tc>
        <w:tc>
          <w:tcPr>
            <w:tcW w:w="1166" w:type="dxa"/>
            <w:vMerge/>
            <w:tcMar>
              <w:top w:w="50" w:type="dxa"/>
              <w:left w:w="100" w:type="dxa"/>
            </w:tcMar>
          </w:tcPr>
          <w:p w:rsidR="00157095" w:rsidRPr="00157095" w:rsidRDefault="00157095" w:rsidP="00157095">
            <w:pPr>
              <w:spacing w:after="0"/>
              <w:ind w:left="135"/>
              <w:rPr>
                <w:rFonts w:ascii="Times New Roman" w:eastAsia="Times New Roman" w:hAnsi="Times New Roman" w:cs="Times New Roman"/>
                <w:b/>
                <w:sz w:val="24"/>
                <w:szCs w:val="24"/>
                <w:lang w:val="ru-RU"/>
              </w:rPr>
            </w:pP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b/>
                <w:sz w:val="24"/>
                <w:szCs w:val="24"/>
                <w:lang w:val="ru-RU"/>
              </w:rPr>
            </w:pPr>
            <w:r w:rsidRPr="00157095">
              <w:rPr>
                <w:rFonts w:ascii="Times New Roman" w:eastAsia="Times New Roman" w:hAnsi="Times New Roman" w:cs="Times New Roman"/>
                <w:b/>
                <w:sz w:val="24"/>
                <w:szCs w:val="24"/>
                <w:lang w:val="ru-RU"/>
              </w:rPr>
              <w:t>по плану</w:t>
            </w: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b/>
                <w:sz w:val="24"/>
                <w:szCs w:val="24"/>
                <w:lang w:val="ru-RU"/>
              </w:rPr>
            </w:pPr>
            <w:r w:rsidRPr="00157095">
              <w:rPr>
                <w:rFonts w:ascii="Times New Roman" w:eastAsia="Times New Roman" w:hAnsi="Times New Roman" w:cs="Times New Roman"/>
                <w:b/>
                <w:sz w:val="24"/>
                <w:szCs w:val="24"/>
                <w:lang w:val="ru-RU"/>
              </w:rPr>
              <w:t>по факту</w:t>
            </w: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sz w:val="24"/>
                <w:szCs w:val="24"/>
              </w:rPr>
            </w:pPr>
            <w:r w:rsidRPr="00157095">
              <w:rPr>
                <w:rFonts w:ascii="Times New Roman" w:eastAsia="Times New Roman" w:hAnsi="Times New Roman" w:cs="Times New Roman"/>
                <w:color w:val="000000"/>
                <w:sz w:val="24"/>
                <w:szCs w:val="24"/>
              </w:rPr>
              <w:t>1</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общество</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Мы – школьники. Адрес школы. Знакомство со школьными помещениями</w:t>
            </w:r>
          </w:p>
        </w:tc>
        <w:tc>
          <w:tcPr>
            <w:tcW w:w="3402"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color w:val="000000"/>
                <w:sz w:val="24"/>
                <w:szCs w:val="24"/>
                <w:lang w:val="ru-RU"/>
              </w:rPr>
            </w:pPr>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2</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общество</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Наша страна – Россия, Российская Федерация. Что такое Родина?</w:t>
            </w:r>
          </w:p>
        </w:tc>
        <w:tc>
          <w:tcPr>
            <w:tcW w:w="3402" w:type="dxa"/>
            <w:tcMar>
              <w:top w:w="50" w:type="dxa"/>
              <w:left w:w="100" w:type="dxa"/>
            </w:tcMar>
          </w:tcPr>
          <w:p w:rsidR="00157095" w:rsidRPr="00157095" w:rsidRDefault="00161CFB" w:rsidP="00157095">
            <w:pPr>
              <w:spacing w:after="0"/>
              <w:rPr>
                <w:rFonts w:ascii="Times New Roman" w:eastAsia="Times New Roman" w:hAnsi="Times New Roman" w:cs="Times New Roman"/>
                <w:color w:val="000000"/>
                <w:sz w:val="24"/>
                <w:szCs w:val="24"/>
                <w:lang w:val="ru-RU"/>
              </w:rPr>
            </w:pPr>
            <w:hyperlink r:id="rId51"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3</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общество</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Наша Родина: от края и до края. Символы России  Столица России - Москва. Достопримечательности Москвы</w:t>
            </w:r>
          </w:p>
        </w:tc>
        <w:tc>
          <w:tcPr>
            <w:tcW w:w="3402"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color w:val="000000"/>
                <w:sz w:val="24"/>
                <w:szCs w:val="24"/>
                <w:lang w:val="ru-RU"/>
              </w:rPr>
            </w:pPr>
          </w:p>
          <w:p w:rsidR="00157095" w:rsidRPr="00157095" w:rsidRDefault="00161CFB" w:rsidP="00157095">
            <w:pPr>
              <w:rPr>
                <w:rFonts w:ascii="Times New Roman" w:eastAsia="Times New Roman" w:hAnsi="Times New Roman" w:cs="Times New Roman"/>
                <w:sz w:val="24"/>
                <w:szCs w:val="24"/>
                <w:lang w:val="ru-RU"/>
              </w:rPr>
            </w:pPr>
            <w:hyperlink r:id="rId52"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4</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общество</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Народы России. Народов дружная семья</w:t>
            </w:r>
          </w:p>
        </w:tc>
        <w:tc>
          <w:tcPr>
            <w:tcW w:w="3402"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color w:val="000000"/>
                <w:sz w:val="24"/>
                <w:szCs w:val="24"/>
                <w:lang w:val="ru-RU"/>
              </w:rPr>
            </w:pPr>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5</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общество</w:t>
            </w:r>
          </w:p>
        </w:tc>
        <w:tc>
          <w:tcPr>
            <w:tcW w:w="4536" w:type="dxa"/>
            <w:tcMar>
              <w:top w:w="50" w:type="dxa"/>
              <w:left w:w="100" w:type="dxa"/>
            </w:tcMar>
            <w:vAlign w:val="center"/>
          </w:tcPr>
          <w:p w:rsidR="00157095" w:rsidRPr="00B11611" w:rsidRDefault="00157095" w:rsidP="00157095">
            <w:pPr>
              <w:spacing w:after="0"/>
              <w:ind w:left="135"/>
              <w:rPr>
                <w:rFonts w:ascii="Times New Roman" w:eastAsia="Times New Roman" w:hAnsi="Times New Roman" w:cs="Times New Roman"/>
                <w:color w:val="000000"/>
                <w:sz w:val="24"/>
                <w:szCs w:val="24"/>
                <w:lang w:val="ru-RU"/>
              </w:rPr>
            </w:pPr>
            <w:r w:rsidRPr="00B11611">
              <w:rPr>
                <w:rFonts w:ascii="Times New Roman" w:eastAsia="Times New Roman" w:hAnsi="Times New Roman" w:cs="Times New Roman"/>
                <w:i/>
                <w:color w:val="000000"/>
                <w:sz w:val="24"/>
                <w:szCs w:val="24"/>
                <w:lang w:val="ru-RU"/>
              </w:rPr>
              <w:t>Стартовая работа</w:t>
            </w:r>
          </w:p>
          <w:p w:rsidR="00157095" w:rsidRPr="00157095" w:rsidRDefault="00157095" w:rsidP="00157095">
            <w:pPr>
              <w:spacing w:after="0"/>
              <w:ind w:left="135"/>
              <w:rPr>
                <w:rFonts w:ascii="Times New Roman" w:eastAsia="Times New Roman" w:hAnsi="Times New Roman" w:cs="Times New Roman"/>
                <w:color w:val="000000"/>
                <w:sz w:val="24"/>
                <w:szCs w:val="24"/>
                <w:lang w:val="ru-RU"/>
              </w:rPr>
            </w:pPr>
          </w:p>
        </w:tc>
        <w:tc>
          <w:tcPr>
            <w:tcW w:w="3402"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color w:val="000000"/>
                <w:sz w:val="24"/>
                <w:szCs w:val="24"/>
                <w:lang w:val="ru-RU"/>
              </w:rPr>
            </w:pPr>
          </w:p>
          <w:p w:rsidR="00157095" w:rsidRPr="00157095" w:rsidRDefault="00161CFB" w:rsidP="00157095">
            <w:pPr>
              <w:rPr>
                <w:rFonts w:ascii="Times New Roman" w:eastAsia="Times New Roman" w:hAnsi="Times New Roman" w:cs="Times New Roman"/>
                <w:sz w:val="24"/>
                <w:szCs w:val="24"/>
                <w:lang w:val="ru-RU"/>
              </w:rPr>
            </w:pPr>
            <w:hyperlink r:id="rId53"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6</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i/>
                <w:color w:val="000000"/>
                <w:sz w:val="24"/>
                <w:szCs w:val="24"/>
                <w:lang w:val="ru-RU"/>
              </w:rPr>
            </w:pPr>
            <w:r w:rsidRPr="00157095">
              <w:rPr>
                <w:rFonts w:ascii="Times New Roman" w:eastAsia="Times New Roman" w:hAnsi="Times New Roman" w:cs="Times New Roman"/>
                <w:color w:val="000000"/>
                <w:sz w:val="24"/>
                <w:szCs w:val="24"/>
                <w:lang w:val="ru-RU"/>
              </w:rPr>
              <w:t>Что такое окружающий мир. Что природа даёт человеку? Что у нас над головой?</w:t>
            </w:r>
          </w:p>
        </w:tc>
        <w:tc>
          <w:tcPr>
            <w:tcW w:w="3402" w:type="dxa"/>
            <w:tcMar>
              <w:top w:w="50" w:type="dxa"/>
              <w:left w:w="100" w:type="dxa"/>
            </w:tcMar>
          </w:tcPr>
          <w:p w:rsidR="00157095" w:rsidRPr="00157095" w:rsidRDefault="00161CFB" w:rsidP="00157095">
            <w:pPr>
              <w:spacing w:after="0"/>
              <w:ind w:left="135"/>
              <w:rPr>
                <w:rFonts w:ascii="Times New Roman" w:eastAsia="Times New Roman" w:hAnsi="Times New Roman" w:cs="Times New Roman"/>
                <w:color w:val="000000"/>
                <w:sz w:val="24"/>
                <w:szCs w:val="24"/>
                <w:lang w:val="ru-RU"/>
              </w:rPr>
            </w:pPr>
            <w:hyperlink r:id="rId54"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7</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Природа и человек. Природные материалы и изделия из них. Наше творчество. Что у нас под ногами?</w:t>
            </w:r>
          </w:p>
        </w:tc>
        <w:tc>
          <w:tcPr>
            <w:tcW w:w="3402" w:type="dxa"/>
            <w:tcMar>
              <w:top w:w="50" w:type="dxa"/>
              <w:left w:w="100" w:type="dxa"/>
            </w:tcMa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8</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 xml:space="preserve">Явления и объекты неживой природы. </w:t>
            </w:r>
          </w:p>
        </w:tc>
        <w:tc>
          <w:tcPr>
            <w:tcW w:w="3402" w:type="dxa"/>
            <w:tcMar>
              <w:top w:w="50" w:type="dxa"/>
              <w:left w:w="100" w:type="dxa"/>
            </w:tcMar>
          </w:tcPr>
          <w:p w:rsidR="00157095" w:rsidRPr="00157095" w:rsidRDefault="00161CFB" w:rsidP="00157095">
            <w:pPr>
              <w:tabs>
                <w:tab w:val="left" w:pos="566"/>
              </w:tabs>
              <w:spacing w:after="0"/>
              <w:ind w:left="135"/>
              <w:rPr>
                <w:rFonts w:ascii="Times New Roman" w:eastAsia="Times New Roman" w:hAnsi="Times New Roman" w:cs="Times New Roman"/>
                <w:color w:val="000000"/>
                <w:sz w:val="24"/>
                <w:szCs w:val="24"/>
                <w:lang w:val="ru-RU"/>
              </w:rPr>
            </w:pPr>
            <w:hyperlink r:id="rId55"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lastRenderedPageBreak/>
              <w:t>9</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Что мы знаем о растениях? Что общего у разных растений?  Части растения. Название, краткая характеристика значения для жизни растения</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56" w:history="1">
              <w:r w:rsidR="00157095" w:rsidRPr="00157095">
                <w:rPr>
                  <w:rFonts w:ascii="Times New Roman" w:eastAsia="Times New Roman" w:hAnsi="Times New Roman" w:cs="Times New Roman"/>
                  <w:color w:val="0563C1"/>
                  <w:sz w:val="24"/>
                  <w:szCs w:val="24"/>
                  <w:u w:val="single"/>
                  <w:lang w:val="ru-RU"/>
                </w:rPr>
                <w:t>https://resh.edu.ru/subject/43/1/</w:t>
              </w:r>
            </w:hyperlink>
          </w:p>
          <w:p w:rsidR="00157095" w:rsidRPr="00157095" w:rsidRDefault="00157095" w:rsidP="00157095">
            <w:pPr>
              <w:ind w:firstLine="708"/>
              <w:rPr>
                <w:rFonts w:ascii="Times New Roman" w:eastAsia="Times New Roman" w:hAnsi="Times New Roman" w:cs="Times New Roman"/>
                <w:sz w:val="24"/>
                <w:szCs w:val="24"/>
                <w:lang w:val="ru-RU"/>
              </w:rPr>
            </w:pPr>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10</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i/>
                <w:color w:val="000000"/>
                <w:sz w:val="24"/>
                <w:szCs w:val="24"/>
                <w:lang w:val="ru-RU"/>
              </w:rPr>
            </w:pPr>
            <w:r w:rsidRPr="00157095">
              <w:rPr>
                <w:rFonts w:ascii="Times New Roman" w:eastAsia="Times New Roman" w:hAnsi="Times New Roman" w:cs="Times New Roman"/>
                <w:color w:val="000000"/>
                <w:sz w:val="24"/>
                <w:szCs w:val="24"/>
                <w:lang w:val="ru-RU"/>
              </w:rPr>
              <w:t>Комнатные растения. Растения в твоем доме: краткое описание.  Как мы ухаживаем за растениями (практическая работа)</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57"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11</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Дикорастущие и культурные растения вокруг нас. Сходство и различия дикорастущих и культурных растений</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58" w:history="1">
              <w:r w:rsidR="00157095" w:rsidRPr="00157095">
                <w:rPr>
                  <w:rFonts w:ascii="Times New Roman" w:eastAsia="Times New Roman" w:hAnsi="Times New Roman" w:cs="Times New Roman"/>
                  <w:color w:val="0563C1"/>
                  <w:sz w:val="24"/>
                  <w:szCs w:val="24"/>
                  <w:u w:val="single"/>
                  <w:lang w:val="ru-RU"/>
                </w:rPr>
                <w:t>https://resh.edu.ru/subject/43/1</w:t>
              </w:r>
            </w:hyperlink>
            <w:r w:rsidR="00157095" w:rsidRPr="00157095">
              <w:rPr>
                <w:rFonts w:ascii="Times New Roman" w:eastAsia="Times New Roman" w:hAnsi="Times New Roman" w:cs="Times New Roman"/>
                <w:color w:val="000000"/>
                <w:sz w:val="24"/>
                <w:szCs w:val="24"/>
                <w:lang w:val="ru-RU"/>
              </w:rPr>
              <w:t xml:space="preserve"> /</w:t>
            </w:r>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12</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Особенности лиственных растений: изучение, краткое описание. Лиственные растения нашего края</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59" w:history="1">
              <w:r w:rsidR="00157095" w:rsidRPr="00157095">
                <w:rPr>
                  <w:rFonts w:ascii="Times New Roman" w:eastAsia="Times New Roman" w:hAnsi="Times New Roman" w:cs="Times New Roman"/>
                  <w:color w:val="0563C1"/>
                  <w:sz w:val="24"/>
                  <w:szCs w:val="24"/>
                  <w:u w:val="single"/>
                </w:rPr>
                <w:t>https</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resh</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edu</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ru</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subject</w:t>
              </w:r>
              <w:r w:rsidR="00157095" w:rsidRPr="00157095">
                <w:rPr>
                  <w:rFonts w:ascii="Times New Roman" w:eastAsia="Times New Roman" w:hAnsi="Times New Roman" w:cs="Times New Roman"/>
                  <w:color w:val="0563C1"/>
                  <w:sz w:val="24"/>
                  <w:szCs w:val="24"/>
                  <w:u w:val="single"/>
                  <w:lang w:val="ru-RU"/>
                </w:rPr>
                <w:t>/43/1/</w:t>
              </w:r>
            </w:hyperlink>
          </w:p>
          <w:p w:rsidR="00157095" w:rsidRPr="00157095" w:rsidRDefault="00157095" w:rsidP="00157095">
            <w:pPr>
              <w:rPr>
                <w:rFonts w:ascii="Times New Roman" w:eastAsia="Times New Roman" w:hAnsi="Times New Roman" w:cs="Times New Roman"/>
                <w:sz w:val="24"/>
                <w:szCs w:val="24"/>
                <w:lang w:val="ru-RU"/>
              </w:rPr>
            </w:pPr>
          </w:p>
          <w:p w:rsidR="00157095" w:rsidRPr="00157095" w:rsidRDefault="00157095" w:rsidP="00157095">
            <w:pPr>
              <w:jc w:val="center"/>
              <w:rPr>
                <w:rFonts w:ascii="Times New Roman" w:eastAsia="Times New Roman" w:hAnsi="Times New Roman" w:cs="Times New Roman"/>
                <w:sz w:val="24"/>
                <w:szCs w:val="24"/>
                <w:lang w:val="ru-RU"/>
              </w:rPr>
            </w:pPr>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13</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Особенности хвойных растений: открытие, краткое описание. Хвойные растения нашего края</w:t>
            </w:r>
          </w:p>
        </w:tc>
        <w:tc>
          <w:tcPr>
            <w:tcW w:w="3402" w:type="dxa"/>
            <w:tcMar>
              <w:top w:w="50" w:type="dxa"/>
              <w:left w:w="100" w:type="dxa"/>
            </w:tcMa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14</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Насекомые: сравнение, краткое описание внешнего вида</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60"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15</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Какие звери живут в морях и океанах? Морские звери: узнавание, называние, краткое описание</w:t>
            </w:r>
          </w:p>
        </w:tc>
        <w:tc>
          <w:tcPr>
            <w:tcW w:w="3402"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color w:val="000000"/>
                <w:sz w:val="24"/>
                <w:szCs w:val="24"/>
                <w:lang w:val="ru-RU"/>
              </w:rPr>
            </w:pPr>
          </w:p>
          <w:p w:rsidR="00157095" w:rsidRPr="00157095" w:rsidRDefault="00161CFB" w:rsidP="00157095">
            <w:pPr>
              <w:rPr>
                <w:rFonts w:ascii="Times New Roman" w:eastAsia="Times New Roman" w:hAnsi="Times New Roman" w:cs="Times New Roman"/>
                <w:sz w:val="24"/>
                <w:szCs w:val="24"/>
                <w:lang w:val="ru-RU"/>
              </w:rPr>
            </w:pPr>
            <w:hyperlink r:id="rId61"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16</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Мир животных: пресных и соленых водоемов (сравнение, краткое описание)</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62"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17</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Мир животных: птицы (узнавание, называние) Главная особенность этой группы животных</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63"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18</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Мир животных: звери (узнавание, называние, сравнение, краткое описание)</w:t>
            </w:r>
          </w:p>
        </w:tc>
        <w:tc>
          <w:tcPr>
            <w:tcW w:w="3402" w:type="dxa"/>
            <w:tcMar>
              <w:top w:w="50" w:type="dxa"/>
              <w:left w:w="100" w:type="dxa"/>
            </w:tcMar>
          </w:tcPr>
          <w:p w:rsidR="00157095" w:rsidRPr="00157095" w:rsidRDefault="00161CFB" w:rsidP="00157095">
            <w:pPr>
              <w:tabs>
                <w:tab w:val="left" w:pos="394"/>
              </w:tabs>
              <w:spacing w:after="0"/>
              <w:ind w:left="135"/>
              <w:rPr>
                <w:rFonts w:ascii="Times New Roman" w:eastAsia="Times New Roman" w:hAnsi="Times New Roman" w:cs="Times New Roman"/>
                <w:color w:val="000000"/>
                <w:sz w:val="24"/>
                <w:szCs w:val="24"/>
                <w:lang w:val="ru-RU"/>
              </w:rPr>
            </w:pPr>
            <w:hyperlink r:id="rId64"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lastRenderedPageBreak/>
              <w:t>19</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Мир животных: чем похожи все звери: главная особенность этой группы животных. Забота зверей о своих детенышах</w:t>
            </w:r>
          </w:p>
        </w:tc>
        <w:tc>
          <w:tcPr>
            <w:tcW w:w="3402" w:type="dxa"/>
            <w:tcMar>
              <w:top w:w="50" w:type="dxa"/>
              <w:left w:w="100" w:type="dxa"/>
            </w:tcMar>
          </w:tcPr>
          <w:p w:rsidR="00157095" w:rsidRPr="00157095" w:rsidRDefault="00161CFB" w:rsidP="00157095">
            <w:pPr>
              <w:spacing w:after="0"/>
              <w:ind w:left="135"/>
              <w:rPr>
                <w:rFonts w:ascii="Times New Roman" w:eastAsia="Times New Roman" w:hAnsi="Times New Roman" w:cs="Times New Roman"/>
                <w:color w:val="000000"/>
                <w:sz w:val="24"/>
                <w:szCs w:val="24"/>
                <w:lang w:val="ru-RU"/>
              </w:rPr>
            </w:pPr>
            <w:hyperlink r:id="rId65" w:history="1">
              <w:r w:rsidR="00157095" w:rsidRPr="00157095">
                <w:rPr>
                  <w:rFonts w:ascii="Times New Roman" w:eastAsia="Times New Roman" w:hAnsi="Times New Roman" w:cs="Times New Roman"/>
                  <w:color w:val="0563C1"/>
                  <w:sz w:val="24"/>
                  <w:szCs w:val="24"/>
                  <w:u w:val="single"/>
                </w:rPr>
                <w:t>https</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resh</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edu</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ru</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subject</w:t>
              </w:r>
              <w:r w:rsidR="00157095" w:rsidRPr="00157095">
                <w:rPr>
                  <w:rFonts w:ascii="Times New Roman" w:eastAsia="Times New Roman" w:hAnsi="Times New Roman" w:cs="Times New Roman"/>
                  <w:color w:val="0563C1"/>
                  <w:sz w:val="24"/>
                  <w:szCs w:val="24"/>
                  <w:u w:val="single"/>
                  <w:lang w:val="ru-RU"/>
                </w:rPr>
                <w: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20</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Человек и общество</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Культурные объекты родного края. Что окружает нас дома?</w:t>
            </w:r>
          </w:p>
        </w:tc>
        <w:tc>
          <w:tcPr>
            <w:tcW w:w="3402" w:type="dxa"/>
            <w:tcMar>
              <w:top w:w="50" w:type="dxa"/>
              <w:left w:w="100" w:type="dxa"/>
            </w:tcMar>
          </w:tcPr>
          <w:p w:rsidR="00157095" w:rsidRPr="00157095" w:rsidRDefault="00161CFB" w:rsidP="00157095">
            <w:pPr>
              <w:spacing w:after="0"/>
              <w:ind w:left="135"/>
              <w:rPr>
                <w:rFonts w:ascii="Times New Roman" w:eastAsia="Times New Roman" w:hAnsi="Times New Roman" w:cs="Times New Roman"/>
                <w:color w:val="000000"/>
                <w:sz w:val="24"/>
                <w:szCs w:val="24"/>
                <w:lang w:val="ru-RU"/>
              </w:rPr>
            </w:pPr>
            <w:hyperlink r:id="rId66"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21</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Правила  безопасной жизнедеятельности</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Знакомься: электронные ресурсы школы. Правила использования электронных устройств.  Что вокруг нас может быть опасным?</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67"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22</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 xml:space="preserve">Объекты живой природы. Сравнение объектов неживой и живой природы: выделение различий. </w:t>
            </w:r>
          </w:p>
          <w:p w:rsidR="00157095" w:rsidRPr="00157095" w:rsidRDefault="00157095" w:rsidP="00157095">
            <w:pPr>
              <w:spacing w:after="0"/>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На что похожа наша планета?</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68"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23</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общество</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rPr>
              <w:t>Путешествие по родному краю</w:t>
            </w:r>
          </w:p>
        </w:tc>
        <w:tc>
          <w:tcPr>
            <w:tcW w:w="3402"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color w:val="000000"/>
                <w:sz w:val="24"/>
                <w:szCs w:val="24"/>
                <w:lang w:val="ru-RU"/>
              </w:rPr>
            </w:pPr>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24</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Времена года: наблюдение за  особенностью погоды, жизнью растительного и животного мира осенью</w:t>
            </w:r>
          </w:p>
        </w:tc>
        <w:tc>
          <w:tcPr>
            <w:tcW w:w="3402"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color w:val="000000"/>
                <w:sz w:val="24"/>
                <w:szCs w:val="24"/>
                <w:lang w:val="ru-RU"/>
              </w:rPr>
            </w:pPr>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25</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общество</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Семья – коллектив. Права и обязанности членов семьи</w:t>
            </w:r>
          </w:p>
        </w:tc>
        <w:tc>
          <w:tcPr>
            <w:tcW w:w="3402" w:type="dxa"/>
            <w:tcMar>
              <w:top w:w="50" w:type="dxa"/>
              <w:left w:w="100" w:type="dxa"/>
            </w:tcMar>
          </w:tcPr>
          <w:p w:rsidR="00157095" w:rsidRPr="00157095" w:rsidRDefault="00161CFB" w:rsidP="00157095">
            <w:pPr>
              <w:spacing w:after="0"/>
              <w:ind w:left="135"/>
              <w:rPr>
                <w:rFonts w:ascii="Times New Roman" w:eastAsia="Times New Roman" w:hAnsi="Times New Roman" w:cs="Times New Roman"/>
                <w:color w:val="000000"/>
                <w:sz w:val="24"/>
                <w:szCs w:val="24"/>
                <w:lang w:val="ru-RU"/>
              </w:rPr>
            </w:pPr>
            <w:hyperlink r:id="rId69"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26</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Значение природы в жизни людей.</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70"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27</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Правила  безопасной жизнедеятельности</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71" w:history="1">
              <w:r w:rsidR="00157095" w:rsidRPr="00157095">
                <w:rPr>
                  <w:rFonts w:ascii="Times New Roman" w:eastAsia="Times New Roman" w:hAnsi="Times New Roman" w:cs="Times New Roman"/>
                  <w:color w:val="0563C1"/>
                  <w:sz w:val="24"/>
                  <w:szCs w:val="24"/>
                  <w:u w:val="single"/>
                </w:rPr>
                <w:t>https</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resh</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edu</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ru</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subject</w:t>
              </w:r>
              <w:r w:rsidR="00157095" w:rsidRPr="00157095">
                <w:rPr>
                  <w:rFonts w:ascii="Times New Roman" w:eastAsia="Times New Roman" w:hAnsi="Times New Roman" w:cs="Times New Roman"/>
                  <w:color w:val="0563C1"/>
                  <w:sz w:val="24"/>
                  <w:szCs w:val="24"/>
                  <w:u w:val="single"/>
                  <w:lang w:val="ru-RU"/>
                </w:rPr>
                <w: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28</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B11611" w:rsidRDefault="00157095" w:rsidP="00157095">
            <w:pPr>
              <w:spacing w:after="0"/>
              <w:ind w:left="135"/>
              <w:rPr>
                <w:rFonts w:ascii="Times New Roman" w:eastAsia="Times New Roman" w:hAnsi="Times New Roman" w:cs="Times New Roman"/>
                <w:i/>
                <w:color w:val="000000"/>
                <w:sz w:val="24"/>
                <w:szCs w:val="24"/>
                <w:lang w:val="ru-RU"/>
              </w:rPr>
            </w:pPr>
            <w:r w:rsidRPr="00B11611">
              <w:rPr>
                <w:rFonts w:ascii="Times New Roman" w:eastAsia="Times New Roman" w:hAnsi="Times New Roman" w:cs="Times New Roman"/>
                <w:i/>
                <w:color w:val="000000"/>
                <w:sz w:val="24"/>
                <w:szCs w:val="24"/>
                <w:lang w:val="ru-RU"/>
              </w:rPr>
              <w:t>Контрольная работа за 1 полугодие.</w:t>
            </w:r>
          </w:p>
        </w:tc>
        <w:tc>
          <w:tcPr>
            <w:tcW w:w="3402"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color w:val="000000"/>
                <w:sz w:val="24"/>
                <w:szCs w:val="24"/>
                <w:lang w:val="ru-RU"/>
              </w:rPr>
            </w:pPr>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29</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Наблюдаем за погодой. Анализ результатов наблюдений</w:t>
            </w:r>
          </w:p>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Что такое термометр. Измерение температуры воздуха и воды как способы определения состояния погоды</w:t>
            </w:r>
          </w:p>
        </w:tc>
        <w:tc>
          <w:tcPr>
            <w:tcW w:w="3402"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color w:val="000000"/>
                <w:sz w:val="24"/>
                <w:szCs w:val="24"/>
                <w:lang w:val="ru-RU"/>
              </w:rPr>
            </w:pPr>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30</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Практические занятия: измерение температуры воздуха и воды в разных условиях (в комнате, на улице)</w:t>
            </w:r>
          </w:p>
        </w:tc>
        <w:tc>
          <w:tcPr>
            <w:tcW w:w="3402"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color w:val="000000"/>
                <w:sz w:val="24"/>
                <w:szCs w:val="24"/>
                <w:lang w:val="ru-RU"/>
              </w:rPr>
            </w:pPr>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31</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Человек и общество</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 xml:space="preserve">Труд людей родного края. </w:t>
            </w:r>
          </w:p>
        </w:tc>
        <w:tc>
          <w:tcPr>
            <w:tcW w:w="3402"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color w:val="000000"/>
                <w:sz w:val="24"/>
                <w:szCs w:val="24"/>
                <w:lang w:val="ru-RU"/>
              </w:rPr>
            </w:pPr>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32</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Человек и общество</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Как путешествует письмо? Куда текут реки?</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72"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33</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Откуда берутся снег и лед? Откуда в снежках грязь?</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73" w:history="1">
              <w:r w:rsidR="00157095" w:rsidRPr="00157095">
                <w:rPr>
                  <w:rFonts w:ascii="Times New Roman" w:eastAsia="Times New Roman" w:hAnsi="Times New Roman" w:cs="Times New Roman"/>
                  <w:color w:val="0563C1"/>
                  <w:sz w:val="24"/>
                  <w:szCs w:val="24"/>
                  <w:u w:val="single"/>
                </w:rPr>
                <w:t>https</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resh</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edu</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ru</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subject</w:t>
              </w:r>
              <w:r w:rsidR="00157095" w:rsidRPr="00157095">
                <w:rPr>
                  <w:rFonts w:ascii="Times New Roman" w:eastAsia="Times New Roman" w:hAnsi="Times New Roman" w:cs="Times New Roman"/>
                  <w:color w:val="0563C1"/>
                  <w:sz w:val="24"/>
                  <w:szCs w:val="24"/>
                  <w:u w:val="single"/>
                  <w:lang w:val="ru-RU"/>
                </w:rPr>
                <w: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34</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Как  живут растения?  Разнообразие растений: узнавание, называние, краткое описание</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74" w:history="1">
              <w:r w:rsidR="00157095" w:rsidRPr="00157095">
                <w:rPr>
                  <w:rFonts w:ascii="Times New Roman" w:eastAsia="Times New Roman" w:hAnsi="Times New Roman" w:cs="Times New Roman"/>
                  <w:color w:val="0563C1"/>
                  <w:sz w:val="24"/>
                  <w:szCs w:val="24"/>
                  <w:u w:val="single"/>
                </w:rPr>
                <w:t>https</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resh</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edu</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ru</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subject</w:t>
              </w:r>
              <w:r w:rsidR="00157095" w:rsidRPr="00157095">
                <w:rPr>
                  <w:rFonts w:ascii="Times New Roman" w:eastAsia="Times New Roman" w:hAnsi="Times New Roman" w:cs="Times New Roman"/>
                  <w:color w:val="0563C1"/>
                  <w:sz w:val="24"/>
                  <w:szCs w:val="24"/>
                  <w:u w:val="single"/>
                  <w:lang w:val="ru-RU"/>
                </w:rPr>
                <w: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35</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Многообразие мира животных. Какие животные живут в нашем регионе?</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75" w:history="1">
              <w:r w:rsidR="00157095" w:rsidRPr="00157095">
                <w:rPr>
                  <w:rFonts w:ascii="Times New Roman" w:eastAsia="Times New Roman" w:hAnsi="Times New Roman" w:cs="Times New Roman"/>
                  <w:color w:val="0563C1"/>
                  <w:sz w:val="24"/>
                  <w:szCs w:val="24"/>
                  <w:u w:val="single"/>
                </w:rPr>
                <w:t>https</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resh</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edu</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ru</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subject</w:t>
              </w:r>
              <w:r w:rsidR="00157095" w:rsidRPr="00157095">
                <w:rPr>
                  <w:rFonts w:ascii="Times New Roman" w:eastAsia="Times New Roman" w:hAnsi="Times New Roman" w:cs="Times New Roman"/>
                  <w:color w:val="0563C1"/>
                  <w:sz w:val="24"/>
                  <w:szCs w:val="24"/>
                  <w:u w:val="single"/>
                  <w:lang w:val="ru-RU"/>
                </w:rPr>
                <w: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36</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Где обитают птицы, чем они питаются. Птицы: сравнение мест обитания, способа питания</w:t>
            </w:r>
          </w:p>
        </w:tc>
        <w:tc>
          <w:tcPr>
            <w:tcW w:w="3402"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color w:val="000000"/>
                <w:sz w:val="24"/>
                <w:szCs w:val="24"/>
                <w:lang w:val="ru-RU"/>
              </w:rPr>
            </w:pPr>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37</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Откуда берется и куда девается мусор?</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76"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38</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общество</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Семейные поколения. Моя семья в прошлом и настоящем</w:t>
            </w:r>
          </w:p>
        </w:tc>
        <w:tc>
          <w:tcPr>
            <w:tcW w:w="3402"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color w:val="000000"/>
                <w:sz w:val="24"/>
                <w:szCs w:val="24"/>
                <w:lang w:val="ru-RU"/>
              </w:rPr>
            </w:pPr>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39</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Человек и общество</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 xml:space="preserve">Классный коллектив. Мои друзья – одноклассники. </w:t>
            </w:r>
            <w:r w:rsidRPr="00157095">
              <w:rPr>
                <w:rFonts w:ascii="Times New Roman" w:eastAsia="Times New Roman" w:hAnsi="Times New Roman" w:cs="Times New Roman"/>
                <w:color w:val="000000"/>
                <w:sz w:val="24"/>
                <w:szCs w:val="24"/>
              </w:rPr>
              <w:t>Правила совместной деятельности</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rPr>
            </w:pPr>
            <w:hyperlink r:id="rId77" w:history="1">
              <w:r w:rsidR="00157095" w:rsidRPr="00157095">
                <w:rPr>
                  <w:rFonts w:ascii="Times New Roman" w:eastAsia="Times New Roman" w:hAnsi="Times New Roman" w:cs="Times New Roman"/>
                  <w:color w:val="0563C1"/>
                  <w:sz w:val="24"/>
                  <w:szCs w:val="24"/>
                  <w:u w:val="single"/>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40</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общество</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 xml:space="preserve">Учебный класс. Рабочее место школьника. </w:t>
            </w:r>
            <w:r w:rsidRPr="00157095">
              <w:rPr>
                <w:rFonts w:ascii="Times New Roman" w:eastAsia="Times New Roman" w:hAnsi="Times New Roman" w:cs="Times New Roman"/>
                <w:color w:val="000000"/>
                <w:sz w:val="24"/>
                <w:szCs w:val="24"/>
              </w:rPr>
              <w:t>Режим учебного труда, отдыха</w:t>
            </w:r>
            <w:r w:rsidRPr="00157095">
              <w:rPr>
                <w:rFonts w:ascii="Times New Roman" w:eastAsia="Times New Roman" w:hAnsi="Times New Roman" w:cs="Times New Roman"/>
                <w:color w:val="000000"/>
                <w:sz w:val="24"/>
                <w:szCs w:val="24"/>
                <w:lang w:val="ru-RU"/>
              </w:rPr>
              <w:t>.</w:t>
            </w:r>
          </w:p>
        </w:tc>
        <w:tc>
          <w:tcPr>
            <w:tcW w:w="3402"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color w:val="000000"/>
                <w:sz w:val="24"/>
                <w:szCs w:val="24"/>
              </w:rPr>
            </w:pPr>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41</w:t>
            </w:r>
          </w:p>
        </w:tc>
        <w:tc>
          <w:tcPr>
            <w:tcW w:w="2218" w:type="dxa"/>
            <w:tcMar>
              <w:top w:w="50" w:type="dxa"/>
              <w:left w:w="100" w:type="dxa"/>
            </w:tcMar>
          </w:tcPr>
          <w:p w:rsidR="00157095" w:rsidRPr="00157095" w:rsidRDefault="00157095" w:rsidP="00157095">
            <w:pPr>
              <w:jc w:val="both"/>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Когда придет суббота?  Когда наступит лето?</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78"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42</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Мир животных. Где живут белые медведи?</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79" w:history="1">
              <w:r w:rsidR="00157095" w:rsidRPr="00157095">
                <w:rPr>
                  <w:rFonts w:ascii="Times New Roman" w:eastAsia="Times New Roman" w:hAnsi="Times New Roman" w:cs="Times New Roman"/>
                  <w:color w:val="0563C1"/>
                  <w:sz w:val="24"/>
                  <w:szCs w:val="24"/>
                  <w:u w:val="single"/>
                </w:rPr>
                <w:t>https</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resh</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edu</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ru</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subject</w:t>
              </w:r>
              <w:r w:rsidR="00157095" w:rsidRPr="00157095">
                <w:rPr>
                  <w:rFonts w:ascii="Times New Roman" w:eastAsia="Times New Roman" w:hAnsi="Times New Roman" w:cs="Times New Roman"/>
                  <w:color w:val="0563C1"/>
                  <w:sz w:val="24"/>
                  <w:szCs w:val="24"/>
                  <w:u w:val="single"/>
                  <w:lang w:val="ru-RU"/>
                </w:rPr>
                <w: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43</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Мир животных. Где живут слоны?</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80"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44</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Мир животных. Перелетные и зимующие птицы. Где зимуют птицы?</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81"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45</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Времена года: наблюдения за особенностью погоды, жизнью растительного и животного мира зимой</w:t>
            </w:r>
          </w:p>
        </w:tc>
        <w:tc>
          <w:tcPr>
            <w:tcW w:w="3402"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color w:val="000000"/>
                <w:sz w:val="24"/>
                <w:szCs w:val="24"/>
                <w:lang w:val="ru-RU"/>
              </w:rPr>
            </w:pPr>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46</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Человек и общество</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Декоративное творчество народов, которое воплотилось в одежде, предметах быта, игрушках. Когда появилась одежда?  Когда изобрели велосипед?</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82" w:history="1">
              <w:r w:rsidR="00157095" w:rsidRPr="00157095">
                <w:rPr>
                  <w:rFonts w:ascii="Times New Roman" w:eastAsia="Times New Roman" w:hAnsi="Times New Roman" w:cs="Times New Roman"/>
                  <w:color w:val="0563C1"/>
                  <w:sz w:val="24"/>
                  <w:szCs w:val="24"/>
                  <w:u w:val="single"/>
                </w:rPr>
                <w:t>https</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resh</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edu</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ru</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subject</w:t>
              </w:r>
              <w:r w:rsidR="00157095" w:rsidRPr="00157095">
                <w:rPr>
                  <w:rFonts w:ascii="Times New Roman" w:eastAsia="Times New Roman" w:hAnsi="Times New Roman" w:cs="Times New Roman"/>
                  <w:color w:val="0563C1"/>
                  <w:sz w:val="24"/>
                  <w:szCs w:val="24"/>
                  <w:u w:val="single"/>
                  <w:lang w:val="ru-RU"/>
                </w:rPr>
                <w: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47</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Человек и общество</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Отражение в предметах декоративного искусства природных условий жизни и разнообразия народов РФ</w:t>
            </w:r>
            <w:r w:rsidRPr="00157095">
              <w:rPr>
                <w:rFonts w:ascii="Times New Roman" w:eastAsia="Times New Roman" w:hAnsi="Times New Roman" w:cs="Times New Roman"/>
                <w:i/>
                <w:color w:val="000000"/>
                <w:sz w:val="24"/>
                <w:szCs w:val="24"/>
                <w:lang w:val="ru-RU"/>
              </w:rPr>
              <w:t>. Когда мы станем взрослыми?</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83"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48</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Человек и общество</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Родной край – малая Родина. Первоначальные сведения о родном крае: наименование. Моя малая родина. Мой класс и  моя школа.</w:t>
            </w:r>
          </w:p>
        </w:tc>
        <w:tc>
          <w:tcPr>
            <w:tcW w:w="3402"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color w:val="000000"/>
                <w:sz w:val="24"/>
                <w:szCs w:val="24"/>
                <w:lang w:val="ru-RU"/>
              </w:rPr>
            </w:pPr>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49</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Почему Солнце светит днем, а звезды ночью?  Почему Луна бывает разной?</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84" w:history="1">
              <w:r w:rsidR="00157095" w:rsidRPr="00157095">
                <w:rPr>
                  <w:rFonts w:ascii="Times New Roman" w:eastAsia="Times New Roman" w:hAnsi="Times New Roman" w:cs="Times New Roman"/>
                  <w:color w:val="0563C1"/>
                  <w:sz w:val="24"/>
                  <w:szCs w:val="24"/>
                  <w:u w:val="single"/>
                </w:rPr>
                <w:t>https</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resh</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edu</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ru</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subject</w:t>
              </w:r>
              <w:r w:rsidR="00157095" w:rsidRPr="00157095">
                <w:rPr>
                  <w:rFonts w:ascii="Times New Roman" w:eastAsia="Times New Roman" w:hAnsi="Times New Roman" w:cs="Times New Roman"/>
                  <w:color w:val="0563C1"/>
                  <w:sz w:val="24"/>
                  <w:szCs w:val="24"/>
                  <w:u w:val="single"/>
                  <w:lang w:val="ru-RU"/>
                </w:rPr>
                <w: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50</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Почему идет дождь и дует ветер? Почему звенит звонок?  Почему радуга разноцветная?</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85"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51</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Домашние и дикие животные. Различия в условиях жизни</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86"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52</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Мир животных. Почему мы любим кошек и собак?</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87" w:history="1">
              <w:r w:rsidR="00157095" w:rsidRPr="00157095">
                <w:rPr>
                  <w:rFonts w:ascii="Times New Roman" w:eastAsia="Times New Roman" w:hAnsi="Times New Roman" w:cs="Times New Roman"/>
                  <w:color w:val="0563C1"/>
                  <w:sz w:val="24"/>
                  <w:szCs w:val="24"/>
                  <w:u w:val="single"/>
                </w:rPr>
                <w:t>https</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resh</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edu</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ru</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subject</w:t>
              </w:r>
              <w:r w:rsidR="00157095" w:rsidRPr="00157095">
                <w:rPr>
                  <w:rFonts w:ascii="Times New Roman" w:eastAsia="Times New Roman" w:hAnsi="Times New Roman" w:cs="Times New Roman"/>
                  <w:color w:val="0563C1"/>
                  <w:sz w:val="24"/>
                  <w:szCs w:val="24"/>
                  <w:u w:val="single"/>
                  <w:lang w:val="ru-RU"/>
                </w:rPr>
                <w: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53</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Мир животных: насекомые (узнавание, называние). Главная особенность этой группы животных</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88"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54</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Прогулки на природе. Правила поведения в природе</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89"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55</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Правила  безопасной жизнедеятельности</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Режим дня первоклассника. Правильное сочетание труда и отдыха в режиме первоклассника</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90" w:history="1">
              <w:r w:rsidR="00157095" w:rsidRPr="00157095">
                <w:rPr>
                  <w:rFonts w:ascii="Times New Roman" w:eastAsia="Times New Roman" w:hAnsi="Times New Roman" w:cs="Times New Roman"/>
                  <w:color w:val="0563C1"/>
                  <w:sz w:val="24"/>
                  <w:szCs w:val="24"/>
                  <w:u w:val="single"/>
                  <w:lang w:val="ru-RU"/>
                </w:rPr>
                <w:t>https://resh.edu.ru/subject/43/1</w:t>
              </w:r>
            </w:hyperlink>
            <w:r w:rsidR="00157095" w:rsidRPr="00157095">
              <w:rPr>
                <w:rFonts w:ascii="Times New Roman" w:eastAsia="Times New Roman" w:hAnsi="Times New Roman" w:cs="Times New Roman"/>
                <w:color w:val="000000"/>
                <w:sz w:val="24"/>
                <w:szCs w:val="24"/>
                <w:lang w:val="ru-RU"/>
              </w:rPr>
              <w:t xml:space="preserve"> /</w:t>
            </w:r>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56</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Правила  безопасной жизнедеятельности</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 xml:space="preserve">Правила здорового питания. Состав пищи, обеспечивающий рост и развитие ребенка 6-7 лет. </w:t>
            </w:r>
            <w:r w:rsidRPr="00157095">
              <w:rPr>
                <w:rFonts w:ascii="Times New Roman" w:eastAsia="Times New Roman" w:hAnsi="Times New Roman" w:cs="Times New Roman"/>
                <w:color w:val="000000"/>
                <w:sz w:val="24"/>
                <w:szCs w:val="24"/>
              </w:rPr>
              <w:t>Правила поведения за столом</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rPr>
            </w:pPr>
            <w:hyperlink r:id="rId91" w:history="1">
              <w:r w:rsidR="00157095" w:rsidRPr="00157095">
                <w:rPr>
                  <w:rFonts w:ascii="Times New Roman" w:eastAsia="Times New Roman" w:hAnsi="Times New Roman" w:cs="Times New Roman"/>
                  <w:color w:val="0563C1"/>
                  <w:sz w:val="24"/>
                  <w:szCs w:val="24"/>
                  <w:u w:val="single"/>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57</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Правила  безопасной жизнедеятельности</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 xml:space="preserve">Предметы личной гигиены. Закаливание организма солнцем, воздухом, водой. </w:t>
            </w:r>
            <w:r w:rsidRPr="00157095">
              <w:rPr>
                <w:rFonts w:ascii="Times New Roman" w:eastAsia="Times New Roman" w:hAnsi="Times New Roman" w:cs="Times New Roman"/>
                <w:color w:val="000000"/>
                <w:sz w:val="24"/>
                <w:szCs w:val="24"/>
              </w:rPr>
              <w:t>Условия и правила закаливания</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rPr>
            </w:pPr>
            <w:hyperlink r:id="rId92" w:history="1">
              <w:r w:rsidR="00157095" w:rsidRPr="00157095">
                <w:rPr>
                  <w:rFonts w:ascii="Times New Roman" w:eastAsia="Times New Roman" w:hAnsi="Times New Roman" w:cs="Times New Roman"/>
                  <w:color w:val="0563C1"/>
                  <w:sz w:val="24"/>
                  <w:szCs w:val="24"/>
                  <w:u w:val="single"/>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58</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Человек и общество</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Зачем нам телефон и телевизор?  Зачем нужны автомобили?  Зачем нужны поезда? Зачем строят корабли? Зачем строят самолеты?</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93" w:history="1">
              <w:r w:rsidR="00157095" w:rsidRPr="00157095">
                <w:rPr>
                  <w:rFonts w:ascii="Times New Roman" w:eastAsia="Times New Roman" w:hAnsi="Times New Roman" w:cs="Times New Roman"/>
                  <w:color w:val="0563C1"/>
                  <w:sz w:val="24"/>
                  <w:szCs w:val="24"/>
                  <w:u w:val="single"/>
                </w:rPr>
                <w:t>https</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resh</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edu</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ru</w:t>
              </w:r>
              <w:r w:rsidR="00157095" w:rsidRPr="00157095">
                <w:rPr>
                  <w:rFonts w:ascii="Times New Roman" w:eastAsia="Times New Roman" w:hAnsi="Times New Roman" w:cs="Times New Roman"/>
                  <w:color w:val="0563C1"/>
                  <w:sz w:val="24"/>
                  <w:szCs w:val="24"/>
                  <w:u w:val="single"/>
                  <w:lang w:val="ru-RU"/>
                </w:rPr>
                <w:t>/</w:t>
              </w:r>
              <w:r w:rsidR="00157095" w:rsidRPr="00157095">
                <w:rPr>
                  <w:rFonts w:ascii="Times New Roman" w:eastAsia="Times New Roman" w:hAnsi="Times New Roman" w:cs="Times New Roman"/>
                  <w:color w:val="0563C1"/>
                  <w:sz w:val="24"/>
                  <w:szCs w:val="24"/>
                  <w:u w:val="single"/>
                </w:rPr>
                <w:t>subject</w:t>
              </w:r>
              <w:r w:rsidR="00157095" w:rsidRPr="00157095">
                <w:rPr>
                  <w:rFonts w:ascii="Times New Roman" w:eastAsia="Times New Roman" w:hAnsi="Times New Roman" w:cs="Times New Roman"/>
                  <w:color w:val="0563C1"/>
                  <w:sz w:val="24"/>
                  <w:szCs w:val="24"/>
                  <w:u w:val="single"/>
                  <w:lang w:val="ru-RU"/>
                </w:rPr>
                <w: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59</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Времена года: наблюдения за особенностью погоды, жизнью растительного и животного мира весной</w:t>
            </w:r>
          </w:p>
        </w:tc>
        <w:tc>
          <w:tcPr>
            <w:tcW w:w="3402"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color w:val="000000"/>
                <w:sz w:val="24"/>
                <w:szCs w:val="24"/>
                <w:lang w:val="ru-RU"/>
              </w:rPr>
            </w:pPr>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60</w:t>
            </w:r>
          </w:p>
        </w:tc>
        <w:tc>
          <w:tcPr>
            <w:tcW w:w="2218" w:type="dxa"/>
            <w:tcMar>
              <w:top w:w="50" w:type="dxa"/>
              <w:left w:w="100" w:type="dxa"/>
            </w:tcMar>
          </w:tcPr>
          <w:p w:rsidR="00157095" w:rsidRPr="00157095" w:rsidRDefault="00363DBC" w:rsidP="00157095">
            <w:pPr>
              <w:rPr>
                <w:rFonts w:ascii="Times New Roman" w:eastAsia="Times New Roman" w:hAnsi="Times New Roman" w:cs="Times New Roman"/>
                <w:color w:val="000000"/>
                <w:sz w:val="24"/>
                <w:szCs w:val="24"/>
              </w:rPr>
            </w:pPr>
            <w:r w:rsidRPr="00363DBC">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B11611" w:rsidRDefault="00B11611" w:rsidP="00157095">
            <w:pPr>
              <w:spacing w:after="0"/>
              <w:ind w:left="135"/>
              <w:rPr>
                <w:rFonts w:ascii="Times New Roman" w:eastAsia="Times New Roman" w:hAnsi="Times New Roman" w:cs="Times New Roman"/>
                <w:i/>
                <w:color w:val="000000"/>
                <w:sz w:val="24"/>
                <w:szCs w:val="24"/>
                <w:lang w:val="ru-RU"/>
              </w:rPr>
            </w:pPr>
            <w:r>
              <w:rPr>
                <w:rFonts w:ascii="Times New Roman" w:eastAsia="Times New Roman" w:hAnsi="Times New Roman" w:cs="Times New Roman"/>
                <w:i/>
                <w:color w:val="000000"/>
                <w:sz w:val="24"/>
                <w:szCs w:val="24"/>
                <w:lang w:val="ru-RU"/>
              </w:rPr>
              <w:t>Промежуточная аттестация.</w:t>
            </w:r>
            <w:r w:rsidR="00157095" w:rsidRPr="00B11611">
              <w:rPr>
                <w:rFonts w:ascii="Times New Roman" w:eastAsia="Times New Roman" w:hAnsi="Times New Roman" w:cs="Times New Roman"/>
                <w:i/>
                <w:color w:val="000000"/>
                <w:sz w:val="24"/>
                <w:szCs w:val="24"/>
                <w:lang w:val="ru-RU"/>
              </w:rPr>
              <w:t>Контрольная работа</w:t>
            </w:r>
          </w:p>
        </w:tc>
        <w:tc>
          <w:tcPr>
            <w:tcW w:w="3402"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color w:val="000000"/>
                <w:sz w:val="24"/>
                <w:szCs w:val="24"/>
                <w:lang w:val="ru-RU"/>
              </w:rPr>
            </w:pPr>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61</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Правила  безопасной жизнедеятельности</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b/>
                <w:i/>
                <w:color w:val="000000"/>
                <w:sz w:val="24"/>
                <w:szCs w:val="24"/>
                <w:lang w:val="ru-RU"/>
              </w:rPr>
            </w:pPr>
            <w:r w:rsidRPr="00157095">
              <w:rPr>
                <w:rFonts w:ascii="Times New Roman" w:eastAsia="Times New Roman" w:hAnsi="Times New Roman" w:cs="Times New Roman"/>
                <w:color w:val="000000"/>
                <w:sz w:val="24"/>
                <w:szCs w:val="24"/>
                <w:lang w:val="ru-RU"/>
              </w:rPr>
              <w:t>Ты – пешеход!  Знаки дорожного движения.</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94"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62</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Правила  безопасной жизнедеятельности</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Почему в автомобиле и поезде нужно соблюдать правила безопасности? Почему на корабле и в самолете нужно соблюдать правила безопасности?</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95"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63</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Человек и общество</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Зачем люди осваивают космос?</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96"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64</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Времена года: наблюдения за особенностью погоды, жизнью растительного и животного мира лета. Почему мы часто слышим слово «экология»?</w:t>
            </w:r>
          </w:p>
        </w:tc>
        <w:tc>
          <w:tcPr>
            <w:tcW w:w="3402" w:type="dxa"/>
            <w:tcMar>
              <w:top w:w="50" w:type="dxa"/>
              <w:left w:w="100" w:type="dxa"/>
            </w:tcMar>
          </w:tcPr>
          <w:p w:rsidR="00157095" w:rsidRPr="00157095" w:rsidRDefault="00161CFB" w:rsidP="00157095">
            <w:pPr>
              <w:spacing w:after="0"/>
              <w:ind w:left="135"/>
              <w:jc w:val="center"/>
              <w:rPr>
                <w:rFonts w:ascii="Times New Roman" w:eastAsia="Times New Roman" w:hAnsi="Times New Roman" w:cs="Times New Roman"/>
                <w:color w:val="000000"/>
                <w:sz w:val="24"/>
                <w:szCs w:val="24"/>
                <w:lang w:val="ru-RU"/>
              </w:rPr>
            </w:pPr>
            <w:hyperlink r:id="rId97" w:history="1">
              <w:r w:rsidR="00157095" w:rsidRPr="00157095">
                <w:rPr>
                  <w:rFonts w:ascii="Times New Roman" w:eastAsia="Times New Roman" w:hAnsi="Times New Roman" w:cs="Times New Roman"/>
                  <w:color w:val="0563C1"/>
                  <w:sz w:val="24"/>
                  <w:szCs w:val="24"/>
                  <w:u w:val="single"/>
                  <w:lang w:val="ru-RU"/>
                </w:rPr>
                <w:t>https://resh.edu.ru/subject/43/1/</w:t>
              </w:r>
            </w:hyperlink>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65</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Человек и общество</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Труд и быт людей в разные времена года</w:t>
            </w:r>
          </w:p>
        </w:tc>
        <w:tc>
          <w:tcPr>
            <w:tcW w:w="3402"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color w:val="000000"/>
                <w:sz w:val="24"/>
                <w:szCs w:val="24"/>
                <w:lang w:val="ru-RU"/>
              </w:rPr>
            </w:pPr>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r w:rsidR="00157095" w:rsidRPr="00157095" w:rsidTr="00157095">
        <w:trPr>
          <w:trHeight w:val="144"/>
          <w:tblCellSpacing w:w="20" w:type="nil"/>
        </w:trPr>
        <w:tc>
          <w:tcPr>
            <w:tcW w:w="717" w:type="dxa"/>
            <w:tcMar>
              <w:top w:w="50" w:type="dxa"/>
              <w:left w:w="100" w:type="dxa"/>
            </w:tcMar>
            <w:vAlign w:val="center"/>
          </w:tcPr>
          <w:p w:rsidR="00157095" w:rsidRPr="00157095" w:rsidRDefault="00157095" w:rsidP="00157095">
            <w:pPr>
              <w:spacing w:after="0"/>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66</w:t>
            </w:r>
          </w:p>
        </w:tc>
        <w:tc>
          <w:tcPr>
            <w:tcW w:w="2218" w:type="dxa"/>
            <w:tcMar>
              <w:top w:w="50" w:type="dxa"/>
              <w:left w:w="100" w:type="dxa"/>
            </w:tcMar>
          </w:tcPr>
          <w:p w:rsidR="00157095" w:rsidRPr="00157095" w:rsidRDefault="00157095" w:rsidP="00157095">
            <w:pPr>
              <w:rPr>
                <w:rFonts w:ascii="Times New Roman" w:eastAsia="Times New Roman" w:hAnsi="Times New Roman" w:cs="Times New Roman"/>
                <w:color w:val="000000"/>
                <w:sz w:val="24"/>
                <w:szCs w:val="24"/>
              </w:rPr>
            </w:pPr>
            <w:r w:rsidRPr="00157095">
              <w:rPr>
                <w:rFonts w:ascii="Times New Roman" w:eastAsia="Times New Roman" w:hAnsi="Times New Roman" w:cs="Times New Roman"/>
                <w:color w:val="000000"/>
                <w:sz w:val="24"/>
                <w:szCs w:val="24"/>
                <w:lang w:val="ru-RU"/>
              </w:rPr>
              <w:t>Человек и природа</w:t>
            </w:r>
          </w:p>
        </w:tc>
        <w:tc>
          <w:tcPr>
            <w:tcW w:w="453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color w:val="000000"/>
                <w:sz w:val="24"/>
                <w:szCs w:val="24"/>
                <w:lang w:val="ru-RU"/>
              </w:rPr>
            </w:pPr>
            <w:r w:rsidRPr="00157095">
              <w:rPr>
                <w:rFonts w:ascii="Times New Roman" w:eastAsia="Times New Roman" w:hAnsi="Times New Roman" w:cs="Times New Roman"/>
                <w:color w:val="000000"/>
                <w:sz w:val="24"/>
                <w:szCs w:val="24"/>
                <w:lang w:val="ru-RU"/>
              </w:rPr>
              <w:t>Кто заботится о домашних животных Профессии людей, которые заботятся о животных. Мои домашние питомцы</w:t>
            </w:r>
          </w:p>
        </w:tc>
        <w:tc>
          <w:tcPr>
            <w:tcW w:w="3402"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color w:val="000000"/>
                <w:sz w:val="24"/>
                <w:szCs w:val="24"/>
                <w:lang w:val="ru-RU"/>
              </w:rPr>
            </w:pPr>
          </w:p>
        </w:tc>
        <w:tc>
          <w:tcPr>
            <w:tcW w:w="1166" w:type="dxa"/>
            <w:tcMar>
              <w:top w:w="50" w:type="dxa"/>
              <w:left w:w="100" w:type="dxa"/>
            </w:tcMar>
          </w:tcPr>
          <w:p w:rsidR="00157095" w:rsidRPr="00157095" w:rsidRDefault="00157095" w:rsidP="00157095">
            <w:pPr>
              <w:spacing w:after="0"/>
              <w:ind w:left="135"/>
              <w:jc w:val="center"/>
              <w:rPr>
                <w:rFonts w:ascii="Times New Roman" w:eastAsia="Times New Roman" w:hAnsi="Times New Roman" w:cs="Times New Roman"/>
                <w:sz w:val="24"/>
                <w:szCs w:val="24"/>
                <w:lang w:val="ru-RU"/>
              </w:rPr>
            </w:pPr>
            <w:r w:rsidRPr="00157095">
              <w:rPr>
                <w:rFonts w:ascii="Times New Roman" w:eastAsia="Times New Roman" w:hAnsi="Times New Roman" w:cs="Times New Roman"/>
                <w:sz w:val="24"/>
                <w:szCs w:val="24"/>
                <w:lang w:val="ru-RU"/>
              </w:rPr>
              <w:t>1</w:t>
            </w:r>
          </w:p>
        </w:tc>
        <w:tc>
          <w:tcPr>
            <w:tcW w:w="995"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c>
          <w:tcPr>
            <w:tcW w:w="1006" w:type="dxa"/>
            <w:tcMar>
              <w:top w:w="50" w:type="dxa"/>
              <w:left w:w="100" w:type="dxa"/>
            </w:tcMar>
            <w:vAlign w:val="center"/>
          </w:tcPr>
          <w:p w:rsidR="00157095" w:rsidRPr="00157095" w:rsidRDefault="00157095" w:rsidP="00157095">
            <w:pPr>
              <w:spacing w:after="0"/>
              <w:ind w:left="135"/>
              <w:rPr>
                <w:rFonts w:ascii="Times New Roman" w:eastAsia="Times New Roman" w:hAnsi="Times New Roman" w:cs="Times New Roman"/>
                <w:sz w:val="24"/>
                <w:szCs w:val="24"/>
                <w:lang w:val="ru-RU"/>
              </w:rPr>
            </w:pPr>
          </w:p>
        </w:tc>
      </w:tr>
    </w:tbl>
    <w:p w:rsidR="00157095" w:rsidRPr="007C46A3" w:rsidRDefault="00157095" w:rsidP="00DD483E">
      <w:pPr>
        <w:spacing w:after="0"/>
        <w:ind w:left="120"/>
        <w:jc w:val="center"/>
        <w:rPr>
          <w:sz w:val="24"/>
          <w:szCs w:val="24"/>
          <w:lang w:val="ru-RU"/>
        </w:rPr>
      </w:pPr>
    </w:p>
    <w:p w:rsidR="00CB7680" w:rsidRPr="007C46A3" w:rsidRDefault="00CB7680">
      <w:pPr>
        <w:spacing w:after="0"/>
        <w:ind w:left="120"/>
        <w:rPr>
          <w:sz w:val="24"/>
          <w:szCs w:val="24"/>
          <w:lang w:val="ru-RU"/>
        </w:rPr>
      </w:pPr>
    </w:p>
    <w:p w:rsidR="00973ADB" w:rsidRDefault="00973ADB" w:rsidP="00293F9A">
      <w:pPr>
        <w:rPr>
          <w:rFonts w:ascii="Times New Roman" w:hAnsi="Times New Roman" w:cs="Times New Roman"/>
          <w:b/>
          <w:sz w:val="24"/>
          <w:szCs w:val="24"/>
          <w:lang w:val="ru-RU"/>
        </w:rPr>
      </w:pPr>
      <w:bookmarkStart w:id="4" w:name="_GoBack"/>
      <w:bookmarkEnd w:id="4"/>
    </w:p>
    <w:p w:rsidR="00157095" w:rsidRDefault="00157095" w:rsidP="00293F9A">
      <w:pPr>
        <w:rPr>
          <w:rFonts w:ascii="Times New Roman" w:hAnsi="Times New Roman" w:cs="Times New Roman"/>
          <w:b/>
          <w:sz w:val="24"/>
          <w:szCs w:val="24"/>
          <w:lang w:val="ru-RU"/>
        </w:rPr>
      </w:pPr>
    </w:p>
    <w:p w:rsidR="003944E9" w:rsidRDefault="003944E9" w:rsidP="00973ADB">
      <w:pPr>
        <w:jc w:val="center"/>
        <w:rPr>
          <w:rFonts w:ascii="Times New Roman" w:hAnsi="Times New Roman" w:cs="Times New Roman"/>
          <w:b/>
          <w:sz w:val="24"/>
          <w:szCs w:val="24"/>
          <w:lang w:val="ru-RU"/>
        </w:rPr>
      </w:pPr>
    </w:p>
    <w:p w:rsidR="003944E9" w:rsidRDefault="003944E9" w:rsidP="00973ADB">
      <w:pPr>
        <w:jc w:val="center"/>
        <w:rPr>
          <w:rFonts w:ascii="Times New Roman" w:hAnsi="Times New Roman" w:cs="Times New Roman"/>
          <w:b/>
          <w:sz w:val="24"/>
          <w:szCs w:val="24"/>
          <w:lang w:val="ru-RU"/>
        </w:rPr>
      </w:pPr>
    </w:p>
    <w:p w:rsidR="00293F9A" w:rsidRDefault="00293F9A" w:rsidP="00973ADB">
      <w:pPr>
        <w:jc w:val="center"/>
        <w:rPr>
          <w:rFonts w:ascii="Times New Roman" w:hAnsi="Times New Roman" w:cs="Times New Roman"/>
          <w:b/>
          <w:sz w:val="24"/>
          <w:szCs w:val="24"/>
          <w:lang w:val="ru-RU"/>
        </w:rPr>
      </w:pPr>
      <w:r w:rsidRPr="00293F9A">
        <w:rPr>
          <w:rFonts w:ascii="Times New Roman" w:hAnsi="Times New Roman" w:cs="Times New Roman"/>
          <w:b/>
          <w:sz w:val="24"/>
          <w:szCs w:val="24"/>
          <w:lang w:val="ru-RU"/>
        </w:rPr>
        <w:t>2 класс</w:t>
      </w:r>
    </w:p>
    <w:tbl>
      <w:tblPr>
        <w:tblpPr w:leftFromText="180" w:rightFromText="180" w:vertAnchor="text" w:tblpY="1"/>
        <w:tblOverlap w:val="neve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1"/>
        <w:gridCol w:w="1759"/>
        <w:gridCol w:w="6006"/>
        <w:gridCol w:w="3633"/>
        <w:gridCol w:w="1134"/>
        <w:gridCol w:w="850"/>
      </w:tblGrid>
      <w:tr w:rsidR="00FB6DC3" w:rsidRPr="00FB6DC3" w:rsidTr="00F11A6C">
        <w:trPr>
          <w:trHeight w:val="276"/>
        </w:trPr>
        <w:tc>
          <w:tcPr>
            <w:tcW w:w="901" w:type="dxa"/>
            <w:vMerge w:val="restart"/>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 урока</w:t>
            </w:r>
          </w:p>
        </w:tc>
        <w:tc>
          <w:tcPr>
            <w:tcW w:w="1759" w:type="dxa"/>
            <w:vMerge w:val="restart"/>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Тема, разделкурса</w:t>
            </w:r>
          </w:p>
        </w:tc>
        <w:tc>
          <w:tcPr>
            <w:tcW w:w="6006" w:type="dxa"/>
            <w:vMerge w:val="restart"/>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Темаурока</w:t>
            </w:r>
          </w:p>
        </w:tc>
        <w:tc>
          <w:tcPr>
            <w:tcW w:w="3633" w:type="dxa"/>
            <w:vMerge w:val="restart"/>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ЭОР</w:t>
            </w:r>
          </w:p>
        </w:tc>
        <w:tc>
          <w:tcPr>
            <w:tcW w:w="1984" w:type="dxa"/>
            <w:gridSpan w:val="2"/>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Датапроведенияурока</w:t>
            </w:r>
          </w:p>
        </w:tc>
      </w:tr>
      <w:tr w:rsidR="00FB6DC3" w:rsidRPr="00FB6DC3" w:rsidTr="00F11A6C">
        <w:trPr>
          <w:trHeight w:val="276"/>
        </w:trPr>
        <w:tc>
          <w:tcPr>
            <w:tcW w:w="901"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3633"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1134" w:type="dxa"/>
            <w:shd w:val="clear" w:color="auto" w:fill="auto"/>
          </w:tcPr>
          <w:p w:rsidR="00FB6DC3" w:rsidRPr="00FB6DC3" w:rsidRDefault="00BA6CE6"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П</w:t>
            </w:r>
            <w:r w:rsidR="00FB6DC3" w:rsidRPr="00FB6DC3">
              <w:rPr>
                <w:rFonts w:ascii="Times New Roman" w:eastAsia="Calibri" w:hAnsi="Times New Roman" w:cs="Times New Roman"/>
                <w:sz w:val="24"/>
                <w:szCs w:val="24"/>
              </w:rPr>
              <w:t>оплану</w:t>
            </w:r>
          </w:p>
        </w:tc>
        <w:tc>
          <w:tcPr>
            <w:tcW w:w="850" w:type="dxa"/>
            <w:shd w:val="clear" w:color="auto" w:fill="auto"/>
          </w:tcPr>
          <w:p w:rsidR="00FB6DC3" w:rsidRPr="00FB6DC3" w:rsidRDefault="00BA6CE6"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П</w:t>
            </w:r>
            <w:r w:rsidR="00FB6DC3" w:rsidRPr="00FB6DC3">
              <w:rPr>
                <w:rFonts w:ascii="Times New Roman" w:eastAsia="Calibri" w:hAnsi="Times New Roman" w:cs="Times New Roman"/>
                <w:sz w:val="24"/>
                <w:szCs w:val="24"/>
              </w:rPr>
              <w:t>офакту</w:t>
            </w:r>
          </w:p>
        </w:tc>
      </w:tr>
      <w:tr w:rsidR="00FB6DC3" w:rsidRPr="00FB6DC3"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1</w:t>
            </w:r>
          </w:p>
        </w:tc>
        <w:tc>
          <w:tcPr>
            <w:tcW w:w="1759" w:type="dxa"/>
            <w:vMerge w:val="restart"/>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Человек и общество</w:t>
            </w:r>
            <w:r w:rsidRPr="00FB6DC3">
              <w:rPr>
                <w:rFonts w:ascii="Times New Roman" w:eastAsia="Calibri" w:hAnsi="Times New Roman" w:cs="Times New Roman"/>
                <w:sz w:val="24"/>
                <w:szCs w:val="24"/>
                <w:lang w:val="ru-RU"/>
              </w:rPr>
              <w:t xml:space="preserve"> (3ч)</w:t>
            </w:r>
          </w:p>
        </w:tc>
        <w:tc>
          <w:tcPr>
            <w:tcW w:w="6006" w:type="dxa"/>
            <w:shd w:val="clear" w:color="auto" w:fill="auto"/>
          </w:tcPr>
          <w:p w:rsidR="00FB6DC3" w:rsidRPr="00FB6DC3" w:rsidRDefault="00FB6DC3" w:rsidP="00FB6DC3">
            <w:pPr>
              <w:tabs>
                <w:tab w:val="left" w:pos="3326"/>
              </w:tabs>
              <w:spacing w:after="0" w:line="240" w:lineRule="auto"/>
              <w:jc w:val="both"/>
              <w:rPr>
                <w:rFonts w:ascii="Times New Roman" w:eastAsia="Calibri" w:hAnsi="Times New Roman" w:cs="Times New Roman"/>
                <w:sz w:val="24"/>
                <w:szCs w:val="24"/>
              </w:rPr>
            </w:pPr>
            <w:r w:rsidRPr="00FB6DC3">
              <w:rPr>
                <w:rFonts w:ascii="Times New Roman" w:eastAsia="Calibri" w:hAnsi="Times New Roman" w:cs="Times New Roman"/>
                <w:color w:val="000000"/>
                <w:sz w:val="24"/>
                <w:szCs w:val="24"/>
                <w:lang w:val="ru-RU"/>
              </w:rPr>
              <w:t xml:space="preserve">Наша Родина – Россия, Российская Федерация. Россия и её столица на карте. </w:t>
            </w:r>
            <w:r w:rsidRPr="00FB6DC3">
              <w:rPr>
                <w:rFonts w:ascii="Times New Roman" w:eastAsia="Calibri" w:hAnsi="Times New Roman" w:cs="Times New Roman"/>
                <w:color w:val="000000"/>
                <w:sz w:val="24"/>
                <w:szCs w:val="24"/>
              </w:rPr>
              <w:t>ГосударственныесимволыРоссии</w:t>
            </w:r>
          </w:p>
        </w:tc>
        <w:tc>
          <w:tcPr>
            <w:tcW w:w="3633"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1134" w:type="dxa"/>
            <w:shd w:val="clear" w:color="auto" w:fill="auto"/>
          </w:tcPr>
          <w:p w:rsidR="00FB6DC3" w:rsidRPr="00FB6DC3" w:rsidRDefault="00FB6DC3" w:rsidP="00FB6DC3">
            <w:pPr>
              <w:tabs>
                <w:tab w:val="left" w:pos="3326"/>
              </w:tabs>
              <w:spacing w:after="0" w:line="240" w:lineRule="auto"/>
              <w:jc w:val="both"/>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2</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jc w:val="both"/>
              <w:rPr>
                <w:rFonts w:ascii="Times New Roman" w:eastAsia="Calibri" w:hAnsi="Times New Roman" w:cs="Times New Roman"/>
                <w:sz w:val="24"/>
                <w:szCs w:val="24"/>
                <w:lang w:val="ru-RU"/>
              </w:rPr>
            </w:pPr>
            <w:r w:rsidRPr="00FB6DC3">
              <w:rPr>
                <w:rFonts w:ascii="Times New Roman" w:eastAsia="Calibri" w:hAnsi="Times New Roman" w:cs="Times New Roman"/>
                <w:sz w:val="24"/>
                <w:szCs w:val="24"/>
                <w:lang w:val="ru-RU"/>
              </w:rPr>
              <w:t>Город и село.</w:t>
            </w:r>
          </w:p>
          <w:p w:rsidR="00FB6DC3" w:rsidRPr="00FB6DC3" w:rsidRDefault="00FB6DC3" w:rsidP="00FB6DC3">
            <w:pPr>
              <w:tabs>
                <w:tab w:val="left" w:pos="3326"/>
              </w:tabs>
              <w:spacing w:after="0" w:line="240" w:lineRule="auto"/>
              <w:jc w:val="both"/>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 xml:space="preserve"> Народы России. Народы Севера: традиции, обычаи, праздники</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lang w:val="ru-RU"/>
              </w:rPr>
            </w:pPr>
            <w:hyperlink r:id="rId98" w:history="1">
              <w:r w:rsidR="00FB6DC3" w:rsidRPr="00FB6DC3">
                <w:rPr>
                  <w:rFonts w:ascii="Times New Roman" w:eastAsia="Calibri" w:hAnsi="Times New Roman" w:cs="Times New Roman"/>
                  <w:color w:val="0000FF"/>
                  <w:sz w:val="24"/>
                  <w:szCs w:val="24"/>
                  <w:u w:val="single"/>
                </w:rPr>
                <w:t>https</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resh</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edu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subject</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lesson</w:t>
              </w:r>
              <w:r w:rsidR="00FB6DC3" w:rsidRPr="00FB6DC3">
                <w:rPr>
                  <w:rFonts w:ascii="Times New Roman" w:eastAsia="Calibri" w:hAnsi="Times New Roman" w:cs="Times New Roman"/>
                  <w:color w:val="0000FF"/>
                  <w:sz w:val="24"/>
                  <w:szCs w:val="24"/>
                  <w:u w:val="single"/>
                  <w:lang w:val="ru-RU"/>
                </w:rPr>
                <w:t>/6071/</w:t>
              </w:r>
              <w:r w:rsidR="00FB6DC3" w:rsidRPr="00FB6DC3">
                <w:rPr>
                  <w:rFonts w:ascii="Times New Roman" w:eastAsia="Calibri" w:hAnsi="Times New Roman" w:cs="Times New Roman"/>
                  <w:color w:val="0000FF"/>
                  <w:sz w:val="24"/>
                  <w:szCs w:val="24"/>
                  <w:u w:val="single"/>
                </w:rPr>
                <w:t>start</w:t>
              </w:r>
              <w:r w:rsidR="00FB6DC3" w:rsidRPr="00FB6DC3">
                <w:rPr>
                  <w:rFonts w:ascii="Times New Roman" w:eastAsia="Calibri" w:hAnsi="Times New Roman" w:cs="Times New Roman"/>
                  <w:color w:val="0000FF"/>
                  <w:sz w:val="24"/>
                  <w:szCs w:val="24"/>
                  <w:u w:val="single"/>
                  <w:lang w:val="ru-RU"/>
                </w:rPr>
                <w:t>/154856/</w:t>
              </w:r>
            </w:hyperlink>
          </w:p>
        </w:tc>
        <w:tc>
          <w:tcPr>
            <w:tcW w:w="1134" w:type="dxa"/>
            <w:shd w:val="clear" w:color="auto" w:fill="auto"/>
          </w:tcPr>
          <w:p w:rsidR="00FB6DC3" w:rsidRPr="00FB6DC3" w:rsidRDefault="00FB6DC3" w:rsidP="00FB6DC3">
            <w:pPr>
              <w:tabs>
                <w:tab w:val="left" w:pos="3326"/>
              </w:tabs>
              <w:spacing w:after="0" w:line="240" w:lineRule="auto"/>
              <w:jc w:val="both"/>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3</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jc w:val="both"/>
              <w:rPr>
                <w:rFonts w:ascii="Times New Roman" w:eastAsia="Calibri" w:hAnsi="Times New Roman" w:cs="Times New Roman"/>
                <w:sz w:val="24"/>
                <w:szCs w:val="24"/>
                <w:lang w:val="ru-RU"/>
              </w:rPr>
            </w:pPr>
            <w:r w:rsidRPr="00FB6DC3">
              <w:rPr>
                <w:rFonts w:ascii="Times New Roman" w:eastAsia="Calibri" w:hAnsi="Times New Roman" w:cs="Times New Roman"/>
                <w:sz w:val="24"/>
                <w:szCs w:val="24"/>
                <w:lang w:val="ru-RU"/>
              </w:rPr>
              <w:t>Города</w:t>
            </w:r>
            <w:r w:rsidRPr="00FB6DC3">
              <w:rPr>
                <w:rFonts w:ascii="Times New Roman" w:eastAsia="Calibri" w:hAnsi="Times New Roman" w:cs="Times New Roman"/>
                <w:sz w:val="24"/>
                <w:szCs w:val="24"/>
              </w:rPr>
              <w:t> </w:t>
            </w:r>
            <w:r w:rsidRPr="00FB6DC3">
              <w:rPr>
                <w:rFonts w:ascii="Times New Roman" w:eastAsia="Calibri" w:hAnsi="Times New Roman" w:cs="Times New Roman"/>
                <w:sz w:val="24"/>
                <w:szCs w:val="24"/>
                <w:lang w:val="ru-RU"/>
              </w:rPr>
              <w:t xml:space="preserve"> России. </w:t>
            </w:r>
            <w:r w:rsidRPr="00FB6DC3">
              <w:rPr>
                <w:rFonts w:ascii="Times New Roman" w:eastAsia="Calibri" w:hAnsi="Times New Roman" w:cs="Times New Roman"/>
                <w:sz w:val="24"/>
                <w:szCs w:val="24"/>
              </w:rPr>
              <w:t> </w:t>
            </w:r>
            <w:r w:rsidRPr="00FB6DC3">
              <w:rPr>
                <w:rFonts w:ascii="Times New Roman" w:eastAsia="Calibri" w:hAnsi="Times New Roman" w:cs="Times New Roman"/>
                <w:sz w:val="24"/>
                <w:szCs w:val="24"/>
                <w:lang w:val="ru-RU"/>
              </w:rPr>
              <w:t>Россия — многонациональное государство. Народы России, их традиции, обычаи, праздники.</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lang w:val="ru-RU"/>
              </w:rPr>
            </w:pPr>
            <w:hyperlink r:id="rId99" w:history="1">
              <w:r w:rsidR="00FB6DC3" w:rsidRPr="00FB6DC3">
                <w:rPr>
                  <w:rFonts w:ascii="Times New Roman" w:eastAsia="Calibri" w:hAnsi="Times New Roman" w:cs="Times New Roman"/>
                  <w:color w:val="0000FF"/>
                  <w:sz w:val="24"/>
                  <w:szCs w:val="24"/>
                  <w:u w:val="single"/>
                </w:rPr>
                <w:t>https</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resh</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edu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subject</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lesson</w:t>
              </w:r>
              <w:r w:rsidR="00FB6DC3" w:rsidRPr="00FB6DC3">
                <w:rPr>
                  <w:rFonts w:ascii="Times New Roman" w:eastAsia="Calibri" w:hAnsi="Times New Roman" w:cs="Times New Roman"/>
                  <w:color w:val="0000FF"/>
                  <w:sz w:val="24"/>
                  <w:szCs w:val="24"/>
                  <w:u w:val="single"/>
                  <w:lang w:val="ru-RU"/>
                </w:rPr>
                <w:t>/6071/</w:t>
              </w:r>
              <w:r w:rsidR="00FB6DC3" w:rsidRPr="00FB6DC3">
                <w:rPr>
                  <w:rFonts w:ascii="Times New Roman" w:eastAsia="Calibri" w:hAnsi="Times New Roman" w:cs="Times New Roman"/>
                  <w:color w:val="0000FF"/>
                  <w:sz w:val="24"/>
                  <w:szCs w:val="24"/>
                  <w:u w:val="single"/>
                </w:rPr>
                <w:t>train</w:t>
              </w:r>
              <w:r w:rsidR="00FB6DC3" w:rsidRPr="00FB6DC3">
                <w:rPr>
                  <w:rFonts w:ascii="Times New Roman" w:eastAsia="Calibri" w:hAnsi="Times New Roman" w:cs="Times New Roman"/>
                  <w:color w:val="0000FF"/>
                  <w:sz w:val="24"/>
                  <w:szCs w:val="24"/>
                  <w:u w:val="single"/>
                  <w:lang w:val="ru-RU"/>
                </w:rPr>
                <w:t>/154866/</w:t>
              </w:r>
            </w:hyperlink>
          </w:p>
        </w:tc>
        <w:tc>
          <w:tcPr>
            <w:tcW w:w="1134" w:type="dxa"/>
            <w:shd w:val="clear" w:color="auto" w:fill="auto"/>
          </w:tcPr>
          <w:p w:rsidR="00FB6DC3" w:rsidRPr="00FB6DC3" w:rsidRDefault="00FB6DC3" w:rsidP="00FB6DC3">
            <w:pPr>
              <w:tabs>
                <w:tab w:val="left" w:pos="3326"/>
              </w:tabs>
              <w:spacing w:after="0" w:line="240" w:lineRule="auto"/>
              <w:jc w:val="both"/>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FB6DC3"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4</w:t>
            </w:r>
          </w:p>
        </w:tc>
        <w:tc>
          <w:tcPr>
            <w:tcW w:w="1759" w:type="dxa"/>
            <w:vMerge w:val="restart"/>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r w:rsidRPr="00FB6DC3">
              <w:rPr>
                <w:rFonts w:ascii="Times New Roman" w:eastAsia="Calibri" w:hAnsi="Times New Roman" w:cs="Times New Roman"/>
                <w:sz w:val="24"/>
                <w:szCs w:val="24"/>
              </w:rPr>
              <w:t>Человек и природа</w:t>
            </w:r>
            <w:r w:rsidRPr="00FB6DC3">
              <w:rPr>
                <w:rFonts w:ascii="Times New Roman" w:eastAsia="Calibri" w:hAnsi="Times New Roman" w:cs="Times New Roman"/>
                <w:sz w:val="24"/>
                <w:szCs w:val="24"/>
                <w:lang w:val="ru-RU"/>
              </w:rPr>
              <w:t>(3ч.)</w:t>
            </w:r>
          </w:p>
        </w:tc>
        <w:tc>
          <w:tcPr>
            <w:tcW w:w="6006" w:type="dxa"/>
            <w:shd w:val="clear" w:color="auto" w:fill="auto"/>
          </w:tcPr>
          <w:p w:rsidR="00FB6DC3" w:rsidRPr="00FB6DC3" w:rsidRDefault="00FB6DC3" w:rsidP="00FB6DC3">
            <w:pPr>
              <w:widowControl w:val="0"/>
              <w:autoSpaceDE w:val="0"/>
              <w:autoSpaceDN w:val="0"/>
              <w:spacing w:before="54" w:after="0" w:line="261" w:lineRule="auto"/>
              <w:ind w:left="69"/>
              <w:rPr>
                <w:rFonts w:ascii="Times New Roman" w:eastAsia="Times New Roman" w:hAnsi="Times New Roman" w:cs="Times New Roman"/>
                <w:i/>
                <w:sz w:val="24"/>
                <w:szCs w:val="24"/>
                <w:lang w:val="ru-RU" w:bidi="en-US"/>
              </w:rPr>
            </w:pPr>
            <w:r w:rsidRPr="00FB6DC3">
              <w:rPr>
                <w:rFonts w:ascii="Times New Roman" w:eastAsia="Times New Roman" w:hAnsi="Times New Roman" w:cs="Times New Roman"/>
                <w:i/>
                <w:sz w:val="24"/>
                <w:szCs w:val="24"/>
                <w:lang w:bidi="en-US"/>
              </w:rPr>
              <w:t>Входнаяконтрольнаяработа</w:t>
            </w:r>
            <w:r w:rsidRPr="00FB6DC3">
              <w:rPr>
                <w:rFonts w:ascii="Times New Roman" w:eastAsia="Times New Roman" w:hAnsi="Times New Roman" w:cs="Times New Roman"/>
                <w:i/>
                <w:sz w:val="24"/>
                <w:szCs w:val="24"/>
                <w:lang w:val="ru-RU" w:bidi="en-US"/>
              </w:rPr>
              <w:t xml:space="preserve"> № 1</w:t>
            </w:r>
          </w:p>
          <w:p w:rsidR="00FB6DC3" w:rsidRPr="00FB6DC3" w:rsidRDefault="00FB6DC3" w:rsidP="00FB6DC3">
            <w:pPr>
              <w:widowControl w:val="0"/>
              <w:autoSpaceDE w:val="0"/>
              <w:autoSpaceDN w:val="0"/>
              <w:spacing w:before="54" w:after="0" w:line="261" w:lineRule="auto"/>
              <w:ind w:left="69"/>
              <w:rPr>
                <w:rFonts w:ascii="Times New Roman" w:eastAsia="Times New Roman" w:hAnsi="Times New Roman" w:cs="Times New Roman"/>
                <w:sz w:val="24"/>
                <w:szCs w:val="24"/>
                <w:lang w:bidi="en-US"/>
              </w:rPr>
            </w:pPr>
          </w:p>
        </w:tc>
        <w:tc>
          <w:tcPr>
            <w:tcW w:w="3633" w:type="dxa"/>
            <w:shd w:val="clear" w:color="auto" w:fill="auto"/>
          </w:tcPr>
          <w:p w:rsidR="00FB6DC3" w:rsidRPr="00FB6DC3" w:rsidRDefault="00FB6DC3" w:rsidP="00FB6DC3">
            <w:pPr>
              <w:widowControl w:val="0"/>
              <w:autoSpaceDE w:val="0"/>
              <w:autoSpaceDN w:val="0"/>
              <w:spacing w:before="65" w:after="0" w:line="240" w:lineRule="auto"/>
              <w:ind w:left="62"/>
              <w:rPr>
                <w:rFonts w:ascii="Times New Roman" w:eastAsia="Times New Roman" w:hAnsi="Times New Roman" w:cs="Times New Roman"/>
                <w:sz w:val="24"/>
                <w:szCs w:val="24"/>
                <w:lang w:bidi="en-US"/>
              </w:rPr>
            </w:pPr>
          </w:p>
        </w:tc>
        <w:tc>
          <w:tcPr>
            <w:tcW w:w="1134" w:type="dxa"/>
            <w:shd w:val="clear" w:color="auto" w:fill="auto"/>
          </w:tcPr>
          <w:p w:rsidR="00FB6DC3" w:rsidRPr="00FB6DC3" w:rsidRDefault="00FB6DC3" w:rsidP="00FB6DC3">
            <w:pPr>
              <w:tabs>
                <w:tab w:val="left" w:pos="3326"/>
              </w:tabs>
              <w:spacing w:after="0" w:line="240" w:lineRule="auto"/>
              <w:jc w:val="both"/>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5</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spacing w:after="0" w:line="240" w:lineRule="auto"/>
              <w:jc w:val="both"/>
              <w:rPr>
                <w:rFonts w:ascii="Times New Roman" w:eastAsia="Calibri" w:hAnsi="Times New Roman" w:cs="Times New Roman"/>
                <w:sz w:val="24"/>
                <w:szCs w:val="24"/>
                <w:lang w:val="ru-RU"/>
              </w:rPr>
            </w:pPr>
            <w:r w:rsidRPr="00FB6DC3">
              <w:rPr>
                <w:rFonts w:ascii="Times New Roman" w:eastAsia="Calibri" w:hAnsi="Times New Roman" w:cs="Times New Roman"/>
                <w:sz w:val="24"/>
                <w:szCs w:val="24"/>
                <w:lang w:val="ru-RU"/>
              </w:rPr>
              <w:t xml:space="preserve">Родной край, его природные и культурные достопримечательности. </w:t>
            </w:r>
            <w:r w:rsidRPr="00FB6DC3">
              <w:rPr>
                <w:rFonts w:ascii="Times New Roman" w:eastAsia="Calibri" w:hAnsi="Times New Roman" w:cs="Times New Roman"/>
                <w:color w:val="000000"/>
                <w:sz w:val="24"/>
                <w:szCs w:val="24"/>
                <w:lang w:val="ru-RU"/>
              </w:rPr>
              <w:t xml:space="preserve">Значимые события истории родного края. </w:t>
            </w:r>
            <w:r w:rsidRPr="00FB6DC3">
              <w:rPr>
                <w:rFonts w:ascii="Times New Roman" w:eastAsia="Calibri" w:hAnsi="Times New Roman" w:cs="Times New Roman"/>
                <w:color w:val="000000"/>
                <w:sz w:val="24"/>
                <w:szCs w:val="24"/>
              </w:rPr>
              <w:t>Историческиепамятники, старинныепостройки</w:t>
            </w:r>
          </w:p>
        </w:tc>
        <w:tc>
          <w:tcPr>
            <w:tcW w:w="3633" w:type="dxa"/>
            <w:shd w:val="clear" w:color="auto" w:fill="auto"/>
          </w:tcPr>
          <w:p w:rsidR="00FB6DC3" w:rsidRPr="00FB6DC3" w:rsidRDefault="00161CFB" w:rsidP="00FB6DC3">
            <w:pPr>
              <w:widowControl w:val="0"/>
              <w:autoSpaceDE w:val="0"/>
              <w:autoSpaceDN w:val="0"/>
              <w:spacing w:before="65" w:after="0" w:line="240" w:lineRule="auto"/>
              <w:ind w:left="62"/>
              <w:rPr>
                <w:rFonts w:ascii="Times New Roman" w:eastAsia="Times New Roman" w:hAnsi="Times New Roman" w:cs="Times New Roman"/>
                <w:sz w:val="24"/>
                <w:szCs w:val="24"/>
                <w:lang w:val="ru-RU" w:bidi="en-US"/>
              </w:rPr>
            </w:pPr>
            <w:hyperlink r:id="rId100" w:history="1">
              <w:r w:rsidR="00FB6DC3" w:rsidRPr="00FB6DC3">
                <w:rPr>
                  <w:rFonts w:ascii="Times New Roman" w:eastAsia="Times New Roman" w:hAnsi="Times New Roman" w:cs="Times New Roman"/>
                  <w:color w:val="0000FF"/>
                  <w:sz w:val="24"/>
                  <w:szCs w:val="24"/>
                  <w:u w:val="single"/>
                  <w:lang w:bidi="en-US"/>
                </w:rPr>
                <w:t>https</w:t>
              </w:r>
              <w:r w:rsidR="00FB6DC3" w:rsidRPr="00FB6DC3">
                <w:rPr>
                  <w:rFonts w:ascii="Times New Roman" w:eastAsia="Times New Roman" w:hAnsi="Times New Roman" w:cs="Times New Roman"/>
                  <w:color w:val="0000FF"/>
                  <w:sz w:val="24"/>
                  <w:szCs w:val="24"/>
                  <w:u w:val="single"/>
                  <w:lang w:val="ru-RU" w:bidi="en-US"/>
                </w:rPr>
                <w:t>://</w:t>
              </w:r>
              <w:r w:rsidR="00FB6DC3" w:rsidRPr="00FB6DC3">
                <w:rPr>
                  <w:rFonts w:ascii="Times New Roman" w:eastAsia="Times New Roman" w:hAnsi="Times New Roman" w:cs="Times New Roman"/>
                  <w:color w:val="0000FF"/>
                  <w:sz w:val="24"/>
                  <w:szCs w:val="24"/>
                  <w:u w:val="single"/>
                  <w:lang w:bidi="en-US"/>
                </w:rPr>
                <w:t>resh</w:t>
              </w:r>
              <w:r w:rsidR="00FB6DC3" w:rsidRPr="00FB6DC3">
                <w:rPr>
                  <w:rFonts w:ascii="Times New Roman" w:eastAsia="Times New Roman" w:hAnsi="Times New Roman" w:cs="Times New Roman"/>
                  <w:color w:val="0000FF"/>
                  <w:sz w:val="24"/>
                  <w:szCs w:val="24"/>
                  <w:u w:val="single"/>
                  <w:lang w:val="ru-RU" w:bidi="en-US"/>
                </w:rPr>
                <w:t>.</w:t>
              </w:r>
              <w:r w:rsidR="00FB6DC3" w:rsidRPr="00FB6DC3">
                <w:rPr>
                  <w:rFonts w:ascii="Times New Roman" w:eastAsia="Times New Roman" w:hAnsi="Times New Roman" w:cs="Times New Roman"/>
                  <w:color w:val="0000FF"/>
                  <w:sz w:val="24"/>
                  <w:szCs w:val="24"/>
                  <w:u w:val="single"/>
                  <w:lang w:bidi="en-US"/>
                </w:rPr>
                <w:t>edu</w:t>
              </w:r>
              <w:r w:rsidR="00FB6DC3" w:rsidRPr="00FB6DC3">
                <w:rPr>
                  <w:rFonts w:ascii="Times New Roman" w:eastAsia="Times New Roman" w:hAnsi="Times New Roman" w:cs="Times New Roman"/>
                  <w:color w:val="0000FF"/>
                  <w:sz w:val="24"/>
                  <w:szCs w:val="24"/>
                  <w:u w:val="single"/>
                  <w:lang w:val="ru-RU" w:bidi="en-US"/>
                </w:rPr>
                <w:t>.</w:t>
              </w:r>
              <w:r w:rsidR="00FB6DC3" w:rsidRPr="00FB6DC3">
                <w:rPr>
                  <w:rFonts w:ascii="Times New Roman" w:eastAsia="Times New Roman" w:hAnsi="Times New Roman" w:cs="Times New Roman"/>
                  <w:color w:val="0000FF"/>
                  <w:sz w:val="24"/>
                  <w:szCs w:val="24"/>
                  <w:u w:val="single"/>
                  <w:lang w:bidi="en-US"/>
                </w:rPr>
                <w:t>ru</w:t>
              </w:r>
              <w:r w:rsidR="00FB6DC3" w:rsidRPr="00FB6DC3">
                <w:rPr>
                  <w:rFonts w:ascii="Times New Roman" w:eastAsia="Times New Roman" w:hAnsi="Times New Roman" w:cs="Times New Roman"/>
                  <w:color w:val="0000FF"/>
                  <w:sz w:val="24"/>
                  <w:szCs w:val="24"/>
                  <w:u w:val="single"/>
                  <w:lang w:val="ru-RU" w:bidi="en-US"/>
                </w:rPr>
                <w:t>/</w:t>
              </w:r>
              <w:r w:rsidR="00FB6DC3" w:rsidRPr="00FB6DC3">
                <w:rPr>
                  <w:rFonts w:ascii="Times New Roman" w:eastAsia="Times New Roman" w:hAnsi="Times New Roman" w:cs="Times New Roman"/>
                  <w:color w:val="0000FF"/>
                  <w:sz w:val="24"/>
                  <w:szCs w:val="24"/>
                  <w:u w:val="single"/>
                  <w:lang w:bidi="en-US"/>
                </w:rPr>
                <w:t>subject</w:t>
              </w:r>
              <w:r w:rsidR="00FB6DC3" w:rsidRPr="00FB6DC3">
                <w:rPr>
                  <w:rFonts w:ascii="Times New Roman" w:eastAsia="Times New Roman" w:hAnsi="Times New Roman" w:cs="Times New Roman"/>
                  <w:color w:val="0000FF"/>
                  <w:sz w:val="24"/>
                  <w:szCs w:val="24"/>
                  <w:u w:val="single"/>
                  <w:lang w:val="ru-RU" w:bidi="en-US"/>
                </w:rPr>
                <w:t>/</w:t>
              </w:r>
              <w:r w:rsidR="00FB6DC3" w:rsidRPr="00FB6DC3">
                <w:rPr>
                  <w:rFonts w:ascii="Times New Roman" w:eastAsia="Times New Roman" w:hAnsi="Times New Roman" w:cs="Times New Roman"/>
                  <w:color w:val="0000FF"/>
                  <w:sz w:val="24"/>
                  <w:szCs w:val="24"/>
                  <w:u w:val="single"/>
                  <w:lang w:bidi="en-US"/>
                </w:rPr>
                <w:t>lesson</w:t>
              </w:r>
              <w:r w:rsidR="00FB6DC3" w:rsidRPr="00FB6DC3">
                <w:rPr>
                  <w:rFonts w:ascii="Times New Roman" w:eastAsia="Times New Roman" w:hAnsi="Times New Roman" w:cs="Times New Roman"/>
                  <w:color w:val="0000FF"/>
                  <w:sz w:val="24"/>
                  <w:szCs w:val="24"/>
                  <w:u w:val="single"/>
                  <w:lang w:val="ru-RU" w:bidi="en-US"/>
                </w:rPr>
                <w:t>/6071/</w:t>
              </w:r>
              <w:r w:rsidR="00FB6DC3" w:rsidRPr="00FB6DC3">
                <w:rPr>
                  <w:rFonts w:ascii="Times New Roman" w:eastAsia="Times New Roman" w:hAnsi="Times New Roman" w:cs="Times New Roman"/>
                  <w:color w:val="0000FF"/>
                  <w:sz w:val="24"/>
                  <w:szCs w:val="24"/>
                  <w:u w:val="single"/>
                  <w:lang w:bidi="en-US"/>
                </w:rPr>
                <w:t>train</w:t>
              </w:r>
              <w:r w:rsidR="00FB6DC3" w:rsidRPr="00FB6DC3">
                <w:rPr>
                  <w:rFonts w:ascii="Times New Roman" w:eastAsia="Times New Roman" w:hAnsi="Times New Roman" w:cs="Times New Roman"/>
                  <w:color w:val="0000FF"/>
                  <w:sz w:val="24"/>
                  <w:szCs w:val="24"/>
                  <w:u w:val="single"/>
                  <w:lang w:val="ru-RU" w:bidi="en-US"/>
                </w:rPr>
                <w:t>/154866/</w:t>
              </w:r>
            </w:hyperlink>
          </w:p>
        </w:tc>
        <w:tc>
          <w:tcPr>
            <w:tcW w:w="1134" w:type="dxa"/>
            <w:shd w:val="clear" w:color="auto" w:fill="auto"/>
          </w:tcPr>
          <w:p w:rsidR="00FB6DC3" w:rsidRPr="00FB6DC3" w:rsidRDefault="00FB6DC3" w:rsidP="00FB6DC3">
            <w:pPr>
              <w:tabs>
                <w:tab w:val="left" w:pos="3326"/>
              </w:tabs>
              <w:spacing w:after="0" w:line="240" w:lineRule="auto"/>
              <w:jc w:val="both"/>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477"/>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6</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widowControl w:val="0"/>
              <w:autoSpaceDE w:val="0"/>
              <w:autoSpaceDN w:val="0"/>
              <w:spacing w:before="54" w:after="0" w:line="261" w:lineRule="auto"/>
              <w:ind w:left="69" w:right="78"/>
              <w:rPr>
                <w:rFonts w:ascii="Times New Roman" w:eastAsia="Times New Roman" w:hAnsi="Times New Roman" w:cs="Times New Roman"/>
                <w:b/>
                <w:sz w:val="24"/>
                <w:szCs w:val="24"/>
                <w:lang w:val="ru-RU" w:bidi="en-US"/>
              </w:rPr>
            </w:pPr>
            <w:r w:rsidRPr="00FB6DC3">
              <w:rPr>
                <w:rFonts w:ascii="Times New Roman" w:eastAsia="Times New Roman" w:hAnsi="Times New Roman" w:cs="Times New Roman"/>
                <w:color w:val="000000"/>
                <w:sz w:val="24"/>
                <w:szCs w:val="24"/>
                <w:lang w:val="ru-RU" w:bidi="en-US"/>
              </w:rPr>
              <w:t>Наш регион, какой он? Культура родного края Родной край, его культурные достопримечательности</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both"/>
              <w:rPr>
                <w:rFonts w:ascii="Times New Roman" w:eastAsia="Calibri" w:hAnsi="Times New Roman" w:cs="Times New Roman"/>
                <w:sz w:val="24"/>
                <w:szCs w:val="24"/>
                <w:lang w:val="ru-RU"/>
              </w:rPr>
            </w:pPr>
          </w:p>
        </w:tc>
        <w:tc>
          <w:tcPr>
            <w:tcW w:w="850" w:type="dxa"/>
            <w:shd w:val="clear" w:color="auto" w:fill="auto"/>
          </w:tcPr>
          <w:p w:rsidR="00FB6DC3" w:rsidRPr="007D3208"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7</w:t>
            </w:r>
          </w:p>
        </w:tc>
        <w:tc>
          <w:tcPr>
            <w:tcW w:w="1759"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 xml:space="preserve">Человек и </w:t>
            </w:r>
          </w:p>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r w:rsidRPr="00FB6DC3">
              <w:rPr>
                <w:rFonts w:ascii="Times New Roman" w:eastAsia="Calibri" w:hAnsi="Times New Roman" w:cs="Times New Roman"/>
                <w:sz w:val="24"/>
                <w:szCs w:val="24"/>
              </w:rPr>
              <w:t>общество</w:t>
            </w:r>
            <w:r w:rsidRPr="00FB6DC3">
              <w:rPr>
                <w:rFonts w:ascii="Times New Roman" w:eastAsia="Calibri" w:hAnsi="Times New Roman" w:cs="Times New Roman"/>
                <w:sz w:val="24"/>
                <w:szCs w:val="24"/>
                <w:lang w:val="ru-RU"/>
              </w:rPr>
              <w:t>(1ч.)</w:t>
            </w:r>
          </w:p>
        </w:tc>
        <w:tc>
          <w:tcPr>
            <w:tcW w:w="6006" w:type="dxa"/>
            <w:shd w:val="clear" w:color="auto" w:fill="auto"/>
          </w:tcPr>
          <w:p w:rsidR="00FB6DC3" w:rsidRPr="00FB6DC3" w:rsidRDefault="00FB6DC3" w:rsidP="00FB6DC3">
            <w:pPr>
              <w:widowControl w:val="0"/>
              <w:autoSpaceDE w:val="0"/>
              <w:autoSpaceDN w:val="0"/>
              <w:spacing w:before="65" w:after="0" w:line="261" w:lineRule="auto"/>
              <w:ind w:left="105" w:right="94"/>
              <w:rPr>
                <w:rFonts w:ascii="Times New Roman" w:eastAsia="Times New Roman" w:hAnsi="Times New Roman" w:cs="Times New Roman"/>
                <w:sz w:val="24"/>
                <w:szCs w:val="24"/>
                <w:lang w:val="ru-RU" w:bidi="en-US"/>
              </w:rPr>
            </w:pPr>
            <w:r w:rsidRPr="00FB6DC3">
              <w:rPr>
                <w:rFonts w:ascii="Times New Roman" w:eastAsia="Times New Roman" w:hAnsi="Times New Roman" w:cs="Times New Roman"/>
                <w:sz w:val="24"/>
                <w:szCs w:val="24"/>
                <w:lang w:val="ru-RU" w:bidi="en-US"/>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lang w:val="ru-RU"/>
              </w:rPr>
            </w:pPr>
            <w:hyperlink r:id="rId101" w:history="1">
              <w:r w:rsidR="00FB6DC3" w:rsidRPr="00FB6DC3">
                <w:rPr>
                  <w:rFonts w:ascii="Times New Roman" w:eastAsia="Calibri" w:hAnsi="Times New Roman" w:cs="Times New Roman"/>
                  <w:color w:val="0000FF"/>
                  <w:sz w:val="24"/>
                  <w:szCs w:val="24"/>
                  <w:u w:val="single"/>
                </w:rPr>
                <w:t>https</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nsportal</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nachalnaya</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shkola</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vospitatelnaya</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rabota</w:t>
              </w:r>
              <w:r w:rsidR="00FB6DC3" w:rsidRPr="00FB6DC3">
                <w:rPr>
                  <w:rFonts w:ascii="Times New Roman" w:eastAsia="Calibri" w:hAnsi="Times New Roman" w:cs="Times New Roman"/>
                  <w:color w:val="0000FF"/>
                  <w:sz w:val="24"/>
                  <w:szCs w:val="24"/>
                  <w:u w:val="single"/>
                  <w:lang w:val="ru-RU"/>
                </w:rPr>
                <w:t>/2020/04/07/</w:t>
              </w:r>
              <w:r w:rsidR="00FB6DC3" w:rsidRPr="00FB6DC3">
                <w:rPr>
                  <w:rFonts w:ascii="Times New Roman" w:eastAsia="Calibri" w:hAnsi="Times New Roman" w:cs="Times New Roman"/>
                  <w:color w:val="0000FF"/>
                  <w:sz w:val="24"/>
                  <w:szCs w:val="24"/>
                  <w:u w:val="single"/>
                </w:rPr>
                <w:t>prezentatsiya</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chelovek</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i</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priroda</w:t>
              </w:r>
            </w:hyperlink>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widowControl w:val="0"/>
              <w:autoSpaceDE w:val="0"/>
              <w:autoSpaceDN w:val="0"/>
              <w:spacing w:before="65" w:after="0" w:line="261" w:lineRule="auto"/>
              <w:ind w:left="105" w:right="94"/>
              <w:rPr>
                <w:rFonts w:ascii="Times New Roman" w:eastAsia="Times New Roman" w:hAnsi="Times New Roman" w:cs="Times New Roman"/>
                <w:sz w:val="24"/>
                <w:szCs w:val="24"/>
                <w:lang w:val="ru-RU" w:bidi="en-US"/>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8</w:t>
            </w:r>
          </w:p>
        </w:tc>
        <w:tc>
          <w:tcPr>
            <w:tcW w:w="1759"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Человек и природа</w:t>
            </w:r>
            <w:r w:rsidRPr="00FB6DC3">
              <w:rPr>
                <w:rFonts w:ascii="Times New Roman" w:eastAsia="Calibri" w:hAnsi="Times New Roman" w:cs="Times New Roman"/>
                <w:sz w:val="24"/>
                <w:szCs w:val="24"/>
                <w:lang w:val="ru-RU"/>
              </w:rPr>
              <w:t>(1ч.)</w:t>
            </w:r>
          </w:p>
        </w:tc>
        <w:tc>
          <w:tcPr>
            <w:tcW w:w="6006" w:type="dxa"/>
            <w:shd w:val="clear" w:color="auto" w:fill="auto"/>
          </w:tcPr>
          <w:p w:rsidR="00FB6DC3" w:rsidRPr="00FB6DC3" w:rsidRDefault="00FB6DC3" w:rsidP="00FB6DC3">
            <w:pPr>
              <w:widowControl w:val="0"/>
              <w:autoSpaceDE w:val="0"/>
              <w:autoSpaceDN w:val="0"/>
              <w:spacing w:before="65" w:after="0" w:line="261" w:lineRule="auto"/>
              <w:ind w:left="105" w:right="94"/>
              <w:rPr>
                <w:rFonts w:ascii="Times New Roman" w:eastAsia="Times New Roman" w:hAnsi="Times New Roman" w:cs="Times New Roman"/>
                <w:sz w:val="24"/>
                <w:szCs w:val="24"/>
                <w:lang w:val="ru-RU" w:bidi="en-US"/>
              </w:rPr>
            </w:pPr>
            <w:r w:rsidRPr="00FB6DC3">
              <w:rPr>
                <w:rFonts w:ascii="Times New Roman" w:eastAsia="Times New Roman" w:hAnsi="Times New Roman" w:cs="Times New Roman"/>
                <w:color w:val="000000"/>
                <w:sz w:val="24"/>
                <w:szCs w:val="24"/>
                <w:lang w:val="ru-RU" w:bidi="en-US"/>
              </w:rPr>
              <w:t>Зависимость жизни растений от состояния неживой природы. Жизнь растений осенью и зимой</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lang w:val="ru-RU"/>
              </w:rPr>
            </w:pPr>
            <w:hyperlink r:id="rId102">
              <w:r w:rsidR="00FB6DC3" w:rsidRPr="00FB6DC3">
                <w:rPr>
                  <w:rFonts w:ascii="Times New Roman" w:eastAsia="Times New Roman" w:hAnsi="Times New Roman" w:cs="Times New Roman"/>
                  <w:color w:val="0000FF"/>
                  <w:sz w:val="24"/>
                  <w:szCs w:val="24"/>
                  <w:u w:val="single"/>
                </w:rPr>
                <w:t>https</w:t>
              </w:r>
              <w:r w:rsidR="00FB6DC3" w:rsidRPr="00FB6DC3">
                <w:rPr>
                  <w:rFonts w:ascii="Times New Roman" w:eastAsia="Times New Roman" w:hAnsi="Times New Roman" w:cs="Times New Roman"/>
                  <w:color w:val="0000FF"/>
                  <w:sz w:val="24"/>
                  <w:szCs w:val="24"/>
                  <w:u w:val="single"/>
                  <w:lang w:val="ru-RU"/>
                </w:rPr>
                <w:t>://</w:t>
              </w:r>
              <w:r w:rsidR="00FB6DC3" w:rsidRPr="00FB6DC3">
                <w:rPr>
                  <w:rFonts w:ascii="Times New Roman" w:eastAsia="Times New Roman" w:hAnsi="Times New Roman" w:cs="Times New Roman"/>
                  <w:color w:val="0000FF"/>
                  <w:sz w:val="24"/>
                  <w:szCs w:val="24"/>
                  <w:u w:val="single"/>
                </w:rPr>
                <w:t>m</w:t>
              </w:r>
              <w:r w:rsidR="00FB6DC3" w:rsidRPr="00FB6DC3">
                <w:rPr>
                  <w:rFonts w:ascii="Times New Roman" w:eastAsia="Times New Roman" w:hAnsi="Times New Roman" w:cs="Times New Roman"/>
                  <w:color w:val="0000FF"/>
                  <w:sz w:val="24"/>
                  <w:szCs w:val="24"/>
                  <w:u w:val="single"/>
                  <w:lang w:val="ru-RU"/>
                </w:rPr>
                <w:t>.</w:t>
              </w:r>
              <w:r w:rsidR="00FB6DC3" w:rsidRPr="00FB6DC3">
                <w:rPr>
                  <w:rFonts w:ascii="Times New Roman" w:eastAsia="Times New Roman" w:hAnsi="Times New Roman" w:cs="Times New Roman"/>
                  <w:color w:val="0000FF"/>
                  <w:sz w:val="24"/>
                  <w:szCs w:val="24"/>
                  <w:u w:val="single"/>
                </w:rPr>
                <w:t>edsoo</w:t>
              </w:r>
              <w:r w:rsidR="00FB6DC3" w:rsidRPr="00FB6DC3">
                <w:rPr>
                  <w:rFonts w:ascii="Times New Roman" w:eastAsia="Times New Roman" w:hAnsi="Times New Roman" w:cs="Times New Roman"/>
                  <w:color w:val="0000FF"/>
                  <w:sz w:val="24"/>
                  <w:szCs w:val="24"/>
                  <w:u w:val="single"/>
                  <w:lang w:val="ru-RU"/>
                </w:rPr>
                <w:t>.</w:t>
              </w:r>
              <w:r w:rsidR="00FB6DC3" w:rsidRPr="00FB6DC3">
                <w:rPr>
                  <w:rFonts w:ascii="Times New Roman" w:eastAsia="Times New Roman" w:hAnsi="Times New Roman" w:cs="Times New Roman"/>
                  <w:color w:val="0000FF"/>
                  <w:sz w:val="24"/>
                  <w:szCs w:val="24"/>
                  <w:u w:val="single"/>
                </w:rPr>
                <w:t>ru</w:t>
              </w:r>
              <w:r w:rsidR="00FB6DC3" w:rsidRPr="00FB6DC3">
                <w:rPr>
                  <w:rFonts w:ascii="Times New Roman" w:eastAsia="Times New Roman" w:hAnsi="Times New Roman" w:cs="Times New Roman"/>
                  <w:color w:val="0000FF"/>
                  <w:sz w:val="24"/>
                  <w:szCs w:val="24"/>
                  <w:u w:val="single"/>
                  <w:lang w:val="ru-RU"/>
                </w:rPr>
                <w:t>/7</w:t>
              </w:r>
              <w:r w:rsidR="00FB6DC3" w:rsidRPr="00FB6DC3">
                <w:rPr>
                  <w:rFonts w:ascii="Times New Roman" w:eastAsia="Times New Roman" w:hAnsi="Times New Roman" w:cs="Times New Roman"/>
                  <w:color w:val="0000FF"/>
                  <w:sz w:val="24"/>
                  <w:szCs w:val="24"/>
                  <w:u w:val="single"/>
                </w:rPr>
                <w:t>f</w:t>
              </w:r>
              <w:r w:rsidR="00FB6DC3" w:rsidRPr="00FB6DC3">
                <w:rPr>
                  <w:rFonts w:ascii="Times New Roman" w:eastAsia="Times New Roman" w:hAnsi="Times New Roman" w:cs="Times New Roman"/>
                  <w:color w:val="0000FF"/>
                  <w:sz w:val="24"/>
                  <w:szCs w:val="24"/>
                  <w:u w:val="single"/>
                  <w:lang w:val="ru-RU"/>
                </w:rPr>
                <w:t>4116</w:t>
              </w:r>
              <w:r w:rsidR="00FB6DC3" w:rsidRPr="00FB6DC3">
                <w:rPr>
                  <w:rFonts w:ascii="Times New Roman" w:eastAsia="Times New Roman" w:hAnsi="Times New Roman" w:cs="Times New Roman"/>
                  <w:color w:val="0000FF"/>
                  <w:sz w:val="24"/>
                  <w:szCs w:val="24"/>
                  <w:u w:val="single"/>
                </w:rPr>
                <w:t>e</w:t>
              </w:r>
              <w:r w:rsidR="00FB6DC3" w:rsidRPr="00FB6DC3">
                <w:rPr>
                  <w:rFonts w:ascii="Times New Roman" w:eastAsia="Times New Roman" w:hAnsi="Times New Roman" w:cs="Times New Roman"/>
                  <w:color w:val="0000FF"/>
                  <w:sz w:val="24"/>
                  <w:szCs w:val="24"/>
                  <w:u w:val="single"/>
                  <w:lang w:val="ru-RU"/>
                </w:rPr>
                <w:t>4</w:t>
              </w:r>
            </w:hyperlink>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widowControl w:val="0"/>
              <w:autoSpaceDE w:val="0"/>
              <w:autoSpaceDN w:val="0"/>
              <w:spacing w:before="65" w:after="0" w:line="261" w:lineRule="auto"/>
              <w:ind w:left="105" w:right="94"/>
              <w:rPr>
                <w:rFonts w:ascii="Times New Roman" w:eastAsia="Times New Roman" w:hAnsi="Times New Roman" w:cs="Times New Roman"/>
                <w:sz w:val="24"/>
                <w:szCs w:val="24"/>
                <w:lang w:val="ru-RU" w:bidi="en-US"/>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9</w:t>
            </w:r>
          </w:p>
        </w:tc>
        <w:tc>
          <w:tcPr>
            <w:tcW w:w="1759" w:type="dxa"/>
            <w:vMerge w:val="restart"/>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 xml:space="preserve">Человек и </w:t>
            </w:r>
          </w:p>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общество</w:t>
            </w:r>
            <w:r w:rsidRPr="00FB6DC3">
              <w:rPr>
                <w:rFonts w:ascii="Times New Roman" w:eastAsia="Calibri" w:hAnsi="Times New Roman" w:cs="Times New Roman"/>
                <w:sz w:val="24"/>
                <w:szCs w:val="24"/>
                <w:lang w:val="ru-RU"/>
              </w:rPr>
              <w:t>(4ч.)</w:t>
            </w: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Мир профессий жителей нашего региона</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10</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Зачем человек трудится? Ценность труда и трудолюбия</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lang w:val="ru-RU"/>
              </w:rPr>
            </w:pPr>
            <w:hyperlink r:id="rId103" w:history="1">
              <w:r w:rsidR="00FB6DC3" w:rsidRPr="00FB6DC3">
                <w:rPr>
                  <w:rFonts w:ascii="Times New Roman" w:eastAsia="Calibri" w:hAnsi="Times New Roman" w:cs="Times New Roman"/>
                  <w:color w:val="0000FF"/>
                  <w:sz w:val="24"/>
                  <w:szCs w:val="24"/>
                  <w:u w:val="single"/>
                </w:rPr>
                <w:t>https</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resh</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edu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subject</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lesson</w:t>
              </w:r>
              <w:r w:rsidR="00FB6DC3" w:rsidRPr="00FB6DC3">
                <w:rPr>
                  <w:rFonts w:ascii="Times New Roman" w:eastAsia="Calibri" w:hAnsi="Times New Roman" w:cs="Times New Roman"/>
                  <w:color w:val="0000FF"/>
                  <w:sz w:val="24"/>
                  <w:szCs w:val="24"/>
                  <w:u w:val="single"/>
                  <w:lang w:val="ru-RU"/>
                </w:rPr>
                <w:t>/5531/</w:t>
              </w:r>
              <w:r w:rsidR="00FB6DC3" w:rsidRPr="00FB6DC3">
                <w:rPr>
                  <w:rFonts w:ascii="Times New Roman" w:eastAsia="Calibri" w:hAnsi="Times New Roman" w:cs="Times New Roman"/>
                  <w:color w:val="0000FF"/>
                  <w:sz w:val="24"/>
                  <w:szCs w:val="24"/>
                  <w:u w:val="single"/>
                </w:rPr>
                <w:t>start</w:t>
              </w:r>
              <w:r w:rsidR="00FB6DC3" w:rsidRPr="00FB6DC3">
                <w:rPr>
                  <w:rFonts w:ascii="Times New Roman" w:eastAsia="Calibri" w:hAnsi="Times New Roman" w:cs="Times New Roman"/>
                  <w:color w:val="0000FF"/>
                  <w:sz w:val="24"/>
                  <w:szCs w:val="24"/>
                  <w:u w:val="single"/>
                  <w:lang w:val="ru-RU"/>
                </w:rPr>
                <w:t>/155077/</w:t>
              </w:r>
            </w:hyperlink>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FB6DC3"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11</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rPr>
            </w:pPr>
            <w:r w:rsidRPr="00FB6DC3">
              <w:rPr>
                <w:rFonts w:ascii="Times New Roman" w:eastAsia="Calibri" w:hAnsi="Times New Roman" w:cs="Times New Roman"/>
                <w:color w:val="000000"/>
                <w:sz w:val="24"/>
                <w:szCs w:val="24"/>
                <w:lang w:val="ru-RU"/>
              </w:rPr>
              <w:t xml:space="preserve">Родословная. Родословное древо, история семьи. </w:t>
            </w:r>
            <w:r w:rsidRPr="00FB6DC3">
              <w:rPr>
                <w:rFonts w:ascii="Times New Roman" w:eastAsia="Calibri" w:hAnsi="Times New Roman" w:cs="Times New Roman"/>
                <w:color w:val="000000"/>
                <w:sz w:val="24"/>
                <w:szCs w:val="24"/>
              </w:rPr>
              <w:t>Предшествующиепоколения</w:t>
            </w:r>
          </w:p>
          <w:p w:rsidR="00FB6DC3" w:rsidRPr="00FB6DC3" w:rsidRDefault="00FB6DC3" w:rsidP="00FB6DC3">
            <w:pPr>
              <w:tabs>
                <w:tab w:val="left" w:pos="3326"/>
              </w:tabs>
              <w:spacing w:after="0" w:line="240" w:lineRule="auto"/>
              <w:rPr>
                <w:rFonts w:ascii="Times New Roman" w:eastAsia="Calibri" w:hAnsi="Times New Roman" w:cs="Times New Roman"/>
                <w:sz w:val="24"/>
                <w:szCs w:val="24"/>
              </w:rPr>
            </w:pPr>
          </w:p>
        </w:tc>
        <w:tc>
          <w:tcPr>
            <w:tcW w:w="3633"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12</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Семейные ценности и традиции. Труд, досуг, занятия членов семьи</w:t>
            </w:r>
          </w:p>
        </w:tc>
        <w:tc>
          <w:tcPr>
            <w:tcW w:w="3633"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13</w:t>
            </w:r>
          </w:p>
        </w:tc>
        <w:tc>
          <w:tcPr>
            <w:tcW w:w="1759" w:type="dxa"/>
            <w:vMerge w:val="restart"/>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r w:rsidRPr="00FB6DC3">
              <w:rPr>
                <w:rFonts w:ascii="Times New Roman" w:eastAsia="Calibri" w:hAnsi="Times New Roman" w:cs="Times New Roman"/>
                <w:sz w:val="24"/>
                <w:szCs w:val="24"/>
              </w:rPr>
              <w:t>Человек и природа</w:t>
            </w:r>
            <w:r w:rsidRPr="00FB6DC3">
              <w:rPr>
                <w:rFonts w:ascii="Times New Roman" w:eastAsia="Calibri" w:hAnsi="Times New Roman" w:cs="Times New Roman"/>
                <w:sz w:val="24"/>
                <w:szCs w:val="24"/>
                <w:lang w:val="ru-RU"/>
              </w:rPr>
              <w:t>(26ч.)</w:t>
            </w:r>
          </w:p>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w:t>
            </w:r>
          </w:p>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r w:rsidRPr="00FB6DC3">
              <w:rPr>
                <w:rFonts w:ascii="Times New Roman" w:eastAsia="Calibri" w:hAnsi="Times New Roman" w:cs="Times New Roman"/>
                <w:sz w:val="24"/>
                <w:szCs w:val="24"/>
              </w:rPr>
              <w:t>.</w:t>
            </w:r>
          </w:p>
        </w:tc>
        <w:tc>
          <w:tcPr>
            <w:tcW w:w="6006" w:type="dxa"/>
            <w:shd w:val="clear" w:color="auto" w:fill="auto"/>
          </w:tcPr>
          <w:p w:rsidR="00FB6DC3" w:rsidRPr="00FB6DC3" w:rsidRDefault="00FB6DC3" w:rsidP="00FB6DC3">
            <w:pPr>
              <w:widowControl w:val="0"/>
              <w:autoSpaceDE w:val="0"/>
              <w:autoSpaceDN w:val="0"/>
              <w:spacing w:before="65" w:after="0" w:line="261" w:lineRule="auto"/>
              <w:ind w:left="105" w:right="94"/>
              <w:rPr>
                <w:rFonts w:ascii="Times New Roman" w:eastAsia="Times New Roman" w:hAnsi="Times New Roman" w:cs="Times New Roman"/>
                <w:sz w:val="24"/>
                <w:szCs w:val="24"/>
                <w:lang w:val="ru-RU" w:bidi="en-US"/>
              </w:rPr>
            </w:pPr>
            <w:r w:rsidRPr="00FB6DC3">
              <w:rPr>
                <w:rFonts w:ascii="Times New Roman" w:eastAsia="Times New Roman" w:hAnsi="Times New Roman" w:cs="Times New Roman"/>
                <w:color w:val="000000"/>
                <w:sz w:val="24"/>
                <w:szCs w:val="24"/>
                <w:lang w:val="ru-RU" w:bidi="en-US"/>
              </w:rPr>
              <w:t>Связи в природе: зависимость изменений в живой природе от изменений в неживой природе</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lang w:val="ru-RU"/>
              </w:rPr>
            </w:pPr>
            <w:hyperlink r:id="rId104">
              <w:r w:rsidR="00FB6DC3" w:rsidRPr="00FB6DC3">
                <w:rPr>
                  <w:rFonts w:ascii="Times New Roman" w:eastAsia="Times New Roman" w:hAnsi="Times New Roman" w:cs="Times New Roman"/>
                  <w:color w:val="0000FF"/>
                  <w:sz w:val="24"/>
                  <w:szCs w:val="24"/>
                  <w:u w:val="single"/>
                </w:rPr>
                <w:t>https</w:t>
              </w:r>
              <w:r w:rsidR="00FB6DC3" w:rsidRPr="00FB6DC3">
                <w:rPr>
                  <w:rFonts w:ascii="Times New Roman" w:eastAsia="Times New Roman" w:hAnsi="Times New Roman" w:cs="Times New Roman"/>
                  <w:color w:val="0000FF"/>
                  <w:sz w:val="24"/>
                  <w:szCs w:val="24"/>
                  <w:u w:val="single"/>
                  <w:lang w:val="ru-RU"/>
                </w:rPr>
                <w:t>://</w:t>
              </w:r>
              <w:r w:rsidR="00FB6DC3" w:rsidRPr="00FB6DC3">
                <w:rPr>
                  <w:rFonts w:ascii="Times New Roman" w:eastAsia="Times New Roman" w:hAnsi="Times New Roman" w:cs="Times New Roman"/>
                  <w:color w:val="0000FF"/>
                  <w:sz w:val="24"/>
                  <w:szCs w:val="24"/>
                  <w:u w:val="single"/>
                </w:rPr>
                <w:t>m</w:t>
              </w:r>
              <w:r w:rsidR="00FB6DC3" w:rsidRPr="00FB6DC3">
                <w:rPr>
                  <w:rFonts w:ascii="Times New Roman" w:eastAsia="Times New Roman" w:hAnsi="Times New Roman" w:cs="Times New Roman"/>
                  <w:color w:val="0000FF"/>
                  <w:sz w:val="24"/>
                  <w:szCs w:val="24"/>
                  <w:u w:val="single"/>
                  <w:lang w:val="ru-RU"/>
                </w:rPr>
                <w:t>.</w:t>
              </w:r>
              <w:r w:rsidR="00FB6DC3" w:rsidRPr="00FB6DC3">
                <w:rPr>
                  <w:rFonts w:ascii="Times New Roman" w:eastAsia="Times New Roman" w:hAnsi="Times New Roman" w:cs="Times New Roman"/>
                  <w:color w:val="0000FF"/>
                  <w:sz w:val="24"/>
                  <w:szCs w:val="24"/>
                  <w:u w:val="single"/>
                </w:rPr>
                <w:t>edsoo</w:t>
              </w:r>
              <w:r w:rsidR="00FB6DC3" w:rsidRPr="00FB6DC3">
                <w:rPr>
                  <w:rFonts w:ascii="Times New Roman" w:eastAsia="Times New Roman" w:hAnsi="Times New Roman" w:cs="Times New Roman"/>
                  <w:color w:val="0000FF"/>
                  <w:sz w:val="24"/>
                  <w:szCs w:val="24"/>
                  <w:u w:val="single"/>
                  <w:lang w:val="ru-RU"/>
                </w:rPr>
                <w:t>.</w:t>
              </w:r>
              <w:r w:rsidR="00FB6DC3" w:rsidRPr="00FB6DC3">
                <w:rPr>
                  <w:rFonts w:ascii="Times New Roman" w:eastAsia="Times New Roman" w:hAnsi="Times New Roman" w:cs="Times New Roman"/>
                  <w:color w:val="0000FF"/>
                  <w:sz w:val="24"/>
                  <w:szCs w:val="24"/>
                  <w:u w:val="single"/>
                </w:rPr>
                <w:t>ru</w:t>
              </w:r>
              <w:r w:rsidR="00FB6DC3" w:rsidRPr="00FB6DC3">
                <w:rPr>
                  <w:rFonts w:ascii="Times New Roman" w:eastAsia="Times New Roman" w:hAnsi="Times New Roman" w:cs="Times New Roman"/>
                  <w:color w:val="0000FF"/>
                  <w:sz w:val="24"/>
                  <w:szCs w:val="24"/>
                  <w:u w:val="single"/>
                  <w:lang w:val="ru-RU"/>
                </w:rPr>
                <w:t>/7</w:t>
              </w:r>
              <w:r w:rsidR="00FB6DC3" w:rsidRPr="00FB6DC3">
                <w:rPr>
                  <w:rFonts w:ascii="Times New Roman" w:eastAsia="Times New Roman" w:hAnsi="Times New Roman" w:cs="Times New Roman"/>
                  <w:color w:val="0000FF"/>
                  <w:sz w:val="24"/>
                  <w:szCs w:val="24"/>
                  <w:u w:val="single"/>
                </w:rPr>
                <w:t>f</w:t>
              </w:r>
              <w:r w:rsidR="00FB6DC3" w:rsidRPr="00FB6DC3">
                <w:rPr>
                  <w:rFonts w:ascii="Times New Roman" w:eastAsia="Times New Roman" w:hAnsi="Times New Roman" w:cs="Times New Roman"/>
                  <w:color w:val="0000FF"/>
                  <w:sz w:val="24"/>
                  <w:szCs w:val="24"/>
                  <w:u w:val="single"/>
                  <w:lang w:val="ru-RU"/>
                </w:rPr>
                <w:t>4116</w:t>
              </w:r>
              <w:r w:rsidR="00FB6DC3" w:rsidRPr="00FB6DC3">
                <w:rPr>
                  <w:rFonts w:ascii="Times New Roman" w:eastAsia="Times New Roman" w:hAnsi="Times New Roman" w:cs="Times New Roman"/>
                  <w:color w:val="0000FF"/>
                  <w:sz w:val="24"/>
                  <w:szCs w:val="24"/>
                  <w:u w:val="single"/>
                </w:rPr>
                <w:t>e</w:t>
              </w:r>
              <w:r w:rsidR="00FB6DC3" w:rsidRPr="00FB6DC3">
                <w:rPr>
                  <w:rFonts w:ascii="Times New Roman" w:eastAsia="Times New Roman" w:hAnsi="Times New Roman" w:cs="Times New Roman"/>
                  <w:color w:val="0000FF"/>
                  <w:sz w:val="24"/>
                  <w:szCs w:val="24"/>
                  <w:u w:val="single"/>
                  <w:lang w:val="ru-RU"/>
                </w:rPr>
                <w:t>4</w:t>
              </w:r>
            </w:hyperlink>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14</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widowControl w:val="0"/>
              <w:autoSpaceDE w:val="0"/>
              <w:autoSpaceDN w:val="0"/>
              <w:spacing w:before="65" w:after="0" w:line="261" w:lineRule="auto"/>
              <w:ind w:left="105" w:right="189"/>
              <w:rPr>
                <w:rFonts w:ascii="Times New Roman" w:eastAsia="Times New Roman" w:hAnsi="Times New Roman" w:cs="Times New Roman"/>
                <w:sz w:val="24"/>
                <w:szCs w:val="24"/>
                <w:lang w:val="ru-RU" w:bidi="en-US"/>
              </w:rPr>
            </w:pPr>
            <w:r w:rsidRPr="00FB6DC3">
              <w:rPr>
                <w:rFonts w:ascii="Times New Roman" w:eastAsia="Times New Roman" w:hAnsi="Times New Roman" w:cs="Times New Roman"/>
                <w:color w:val="000000"/>
                <w:sz w:val="24"/>
                <w:szCs w:val="24"/>
                <w:lang w:val="ru-RU" w:bidi="en-US"/>
              </w:rPr>
              <w:t>Звездное небо: звезды и созвездия. Солнечная система: планеты (название, расположение от Солнца, краткая характеристика)</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lang w:val="ru-RU"/>
              </w:rPr>
            </w:pPr>
            <w:hyperlink r:id="rId105">
              <w:r w:rsidR="00FB6DC3" w:rsidRPr="00FB6DC3">
                <w:rPr>
                  <w:rFonts w:ascii="Times New Roman" w:eastAsia="Times New Roman" w:hAnsi="Times New Roman" w:cs="Times New Roman"/>
                  <w:color w:val="0000FF"/>
                  <w:sz w:val="24"/>
                  <w:szCs w:val="24"/>
                  <w:u w:val="single"/>
                </w:rPr>
                <w:t>https</w:t>
              </w:r>
              <w:r w:rsidR="00FB6DC3" w:rsidRPr="00FB6DC3">
                <w:rPr>
                  <w:rFonts w:ascii="Times New Roman" w:eastAsia="Times New Roman" w:hAnsi="Times New Roman" w:cs="Times New Roman"/>
                  <w:color w:val="0000FF"/>
                  <w:sz w:val="24"/>
                  <w:szCs w:val="24"/>
                  <w:u w:val="single"/>
                  <w:lang w:val="ru-RU"/>
                </w:rPr>
                <w:t>://</w:t>
              </w:r>
              <w:r w:rsidR="00FB6DC3" w:rsidRPr="00FB6DC3">
                <w:rPr>
                  <w:rFonts w:ascii="Times New Roman" w:eastAsia="Times New Roman" w:hAnsi="Times New Roman" w:cs="Times New Roman"/>
                  <w:color w:val="0000FF"/>
                  <w:sz w:val="24"/>
                  <w:szCs w:val="24"/>
                  <w:u w:val="single"/>
                </w:rPr>
                <w:t>m</w:t>
              </w:r>
              <w:r w:rsidR="00FB6DC3" w:rsidRPr="00FB6DC3">
                <w:rPr>
                  <w:rFonts w:ascii="Times New Roman" w:eastAsia="Times New Roman" w:hAnsi="Times New Roman" w:cs="Times New Roman"/>
                  <w:color w:val="0000FF"/>
                  <w:sz w:val="24"/>
                  <w:szCs w:val="24"/>
                  <w:u w:val="single"/>
                  <w:lang w:val="ru-RU"/>
                </w:rPr>
                <w:t>.</w:t>
              </w:r>
              <w:r w:rsidR="00FB6DC3" w:rsidRPr="00FB6DC3">
                <w:rPr>
                  <w:rFonts w:ascii="Times New Roman" w:eastAsia="Times New Roman" w:hAnsi="Times New Roman" w:cs="Times New Roman"/>
                  <w:color w:val="0000FF"/>
                  <w:sz w:val="24"/>
                  <w:szCs w:val="24"/>
                  <w:u w:val="single"/>
                </w:rPr>
                <w:t>edsoo</w:t>
              </w:r>
              <w:r w:rsidR="00FB6DC3" w:rsidRPr="00FB6DC3">
                <w:rPr>
                  <w:rFonts w:ascii="Times New Roman" w:eastAsia="Times New Roman" w:hAnsi="Times New Roman" w:cs="Times New Roman"/>
                  <w:color w:val="0000FF"/>
                  <w:sz w:val="24"/>
                  <w:szCs w:val="24"/>
                  <w:u w:val="single"/>
                  <w:lang w:val="ru-RU"/>
                </w:rPr>
                <w:t>.</w:t>
              </w:r>
              <w:r w:rsidR="00FB6DC3" w:rsidRPr="00FB6DC3">
                <w:rPr>
                  <w:rFonts w:ascii="Times New Roman" w:eastAsia="Times New Roman" w:hAnsi="Times New Roman" w:cs="Times New Roman"/>
                  <w:color w:val="0000FF"/>
                  <w:sz w:val="24"/>
                  <w:szCs w:val="24"/>
                  <w:u w:val="single"/>
                </w:rPr>
                <w:t>ru</w:t>
              </w:r>
              <w:r w:rsidR="00FB6DC3" w:rsidRPr="00FB6DC3">
                <w:rPr>
                  <w:rFonts w:ascii="Times New Roman" w:eastAsia="Times New Roman" w:hAnsi="Times New Roman" w:cs="Times New Roman"/>
                  <w:color w:val="0000FF"/>
                  <w:sz w:val="24"/>
                  <w:szCs w:val="24"/>
                  <w:u w:val="single"/>
                  <w:lang w:val="ru-RU"/>
                </w:rPr>
                <w:t>/7</w:t>
              </w:r>
              <w:r w:rsidR="00FB6DC3" w:rsidRPr="00FB6DC3">
                <w:rPr>
                  <w:rFonts w:ascii="Times New Roman" w:eastAsia="Times New Roman" w:hAnsi="Times New Roman" w:cs="Times New Roman"/>
                  <w:color w:val="0000FF"/>
                  <w:sz w:val="24"/>
                  <w:szCs w:val="24"/>
                  <w:u w:val="single"/>
                </w:rPr>
                <w:t>f</w:t>
              </w:r>
              <w:r w:rsidR="00FB6DC3" w:rsidRPr="00FB6DC3">
                <w:rPr>
                  <w:rFonts w:ascii="Times New Roman" w:eastAsia="Times New Roman" w:hAnsi="Times New Roman" w:cs="Times New Roman"/>
                  <w:color w:val="0000FF"/>
                  <w:sz w:val="24"/>
                  <w:szCs w:val="24"/>
                  <w:u w:val="single"/>
                  <w:lang w:val="ru-RU"/>
                </w:rPr>
                <w:t>4116</w:t>
              </w:r>
              <w:r w:rsidR="00FB6DC3" w:rsidRPr="00FB6DC3">
                <w:rPr>
                  <w:rFonts w:ascii="Times New Roman" w:eastAsia="Times New Roman" w:hAnsi="Times New Roman" w:cs="Times New Roman"/>
                  <w:color w:val="0000FF"/>
                  <w:sz w:val="24"/>
                  <w:szCs w:val="24"/>
                  <w:u w:val="single"/>
                </w:rPr>
                <w:t>e</w:t>
              </w:r>
              <w:r w:rsidR="00FB6DC3" w:rsidRPr="00FB6DC3">
                <w:rPr>
                  <w:rFonts w:ascii="Times New Roman" w:eastAsia="Times New Roman" w:hAnsi="Times New Roman" w:cs="Times New Roman"/>
                  <w:color w:val="0000FF"/>
                  <w:sz w:val="24"/>
                  <w:szCs w:val="24"/>
                  <w:u w:val="single"/>
                  <w:lang w:val="ru-RU"/>
                </w:rPr>
                <w:t>4</w:t>
              </w:r>
            </w:hyperlink>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15</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widowControl w:val="0"/>
              <w:autoSpaceDE w:val="0"/>
              <w:autoSpaceDN w:val="0"/>
              <w:spacing w:before="65" w:after="0" w:line="261" w:lineRule="auto"/>
              <w:ind w:left="105" w:right="189"/>
              <w:rPr>
                <w:rFonts w:ascii="Times New Roman" w:eastAsia="Times New Roman" w:hAnsi="Times New Roman" w:cs="Times New Roman"/>
                <w:sz w:val="24"/>
                <w:szCs w:val="24"/>
                <w:lang w:val="ru-RU" w:bidi="en-US"/>
              </w:rPr>
            </w:pPr>
            <w:r w:rsidRPr="00FB6DC3">
              <w:rPr>
                <w:rFonts w:ascii="Times New Roman" w:eastAsia="Times New Roman" w:hAnsi="Times New Roman" w:cs="Times New Roman"/>
                <w:color w:val="000000"/>
                <w:sz w:val="24"/>
                <w:szCs w:val="24"/>
                <w:lang w:val="ru-RU" w:bidi="en-US"/>
              </w:rPr>
              <w:t>Земля – живая планета Солнечной системы.</w:t>
            </w:r>
          </w:p>
        </w:tc>
        <w:tc>
          <w:tcPr>
            <w:tcW w:w="3633"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FB6DC3"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16</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color w:val="FF0000"/>
                <w:sz w:val="24"/>
                <w:szCs w:val="24"/>
              </w:rPr>
            </w:pPr>
            <w:r w:rsidRPr="00FB6DC3">
              <w:rPr>
                <w:rFonts w:ascii="Times New Roman" w:eastAsia="Calibri" w:hAnsi="Times New Roman" w:cs="Times New Roman"/>
                <w:color w:val="000000"/>
                <w:sz w:val="24"/>
                <w:szCs w:val="24"/>
                <w:lang w:val="ru-RU"/>
              </w:rPr>
              <w:t xml:space="preserve">Почему на Земле есть жизнь? </w:t>
            </w:r>
            <w:r w:rsidRPr="00FB6DC3">
              <w:rPr>
                <w:rFonts w:ascii="Times New Roman" w:eastAsia="Calibri" w:hAnsi="Times New Roman" w:cs="Times New Roman"/>
                <w:color w:val="000000"/>
                <w:sz w:val="24"/>
                <w:szCs w:val="24"/>
              </w:rPr>
              <w:t>УсловияжизнинаЗемле</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rPr>
            </w:pPr>
            <w:hyperlink r:id="rId106">
              <w:r w:rsidR="00FB6DC3" w:rsidRPr="00FB6DC3">
                <w:rPr>
                  <w:rFonts w:ascii="Times New Roman" w:eastAsia="Times New Roman" w:hAnsi="Times New Roman" w:cs="Times New Roman"/>
                  <w:color w:val="0000FF"/>
                  <w:sz w:val="24"/>
                  <w:szCs w:val="24"/>
                  <w:u w:val="single"/>
                </w:rPr>
                <w:t>https://m.edsoo.ru/7f4116e4</w:t>
              </w:r>
            </w:hyperlink>
          </w:p>
        </w:tc>
        <w:tc>
          <w:tcPr>
            <w:tcW w:w="1134" w:type="dxa"/>
            <w:shd w:val="clear" w:color="auto" w:fill="auto"/>
          </w:tcPr>
          <w:p w:rsidR="00FB6DC3" w:rsidRPr="007D3208"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r>
      <w:tr w:rsidR="00FB6DC3" w:rsidRPr="00FB6DC3"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17</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color w:val="FF0000"/>
                <w:sz w:val="24"/>
                <w:szCs w:val="24"/>
              </w:rPr>
            </w:pPr>
            <w:r w:rsidRPr="00FB6DC3">
              <w:rPr>
                <w:rFonts w:ascii="Times New Roman" w:eastAsia="Calibri" w:hAnsi="Times New Roman" w:cs="Times New Roman"/>
                <w:color w:val="000000"/>
                <w:sz w:val="24"/>
                <w:szCs w:val="24"/>
              </w:rPr>
              <w:t>Модел</w:t>
            </w:r>
            <w:r w:rsidRPr="00FB6DC3">
              <w:rPr>
                <w:rFonts w:ascii="Times New Roman" w:eastAsia="Calibri" w:hAnsi="Times New Roman" w:cs="Times New Roman"/>
                <w:color w:val="000000"/>
                <w:sz w:val="24"/>
                <w:szCs w:val="24"/>
                <w:lang w:val="ru-RU"/>
              </w:rPr>
              <w:t xml:space="preserve">ь </w:t>
            </w:r>
            <w:r w:rsidRPr="00FB6DC3">
              <w:rPr>
                <w:rFonts w:ascii="Times New Roman" w:eastAsia="Calibri" w:hAnsi="Times New Roman" w:cs="Times New Roman"/>
                <w:color w:val="000000"/>
                <w:sz w:val="24"/>
                <w:szCs w:val="24"/>
              </w:rPr>
              <w:t>Земли.Практическаяработа</w:t>
            </w:r>
          </w:p>
        </w:tc>
        <w:tc>
          <w:tcPr>
            <w:tcW w:w="3633"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r>
      <w:tr w:rsidR="00FB6DC3" w:rsidRPr="00FB6DC3"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18</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Ориентирование на местности. Практическая работа</w:t>
            </w:r>
          </w:p>
          <w:p w:rsidR="00FB6DC3" w:rsidRPr="00FB6DC3" w:rsidRDefault="00FB6DC3" w:rsidP="00FB6DC3">
            <w:pPr>
              <w:tabs>
                <w:tab w:val="left" w:pos="3326"/>
              </w:tabs>
              <w:spacing w:after="0" w:line="240" w:lineRule="auto"/>
              <w:rPr>
                <w:rFonts w:ascii="Times New Roman" w:eastAsia="Calibri" w:hAnsi="Times New Roman" w:cs="Times New Roman"/>
                <w:b/>
                <w:color w:val="FF0000"/>
                <w:sz w:val="24"/>
                <w:szCs w:val="24"/>
                <w:lang w:val="ru-RU"/>
              </w:rPr>
            </w:pPr>
          </w:p>
        </w:tc>
        <w:tc>
          <w:tcPr>
            <w:tcW w:w="3633"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FB6DC3"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19</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spacing w:after="0" w:line="240" w:lineRule="auto"/>
              <w:ind w:firstLine="227"/>
              <w:jc w:val="both"/>
              <w:rPr>
                <w:rFonts w:ascii="Times New Roman" w:eastAsia="Calibri" w:hAnsi="Times New Roman" w:cs="Times New Roman"/>
                <w:sz w:val="24"/>
                <w:szCs w:val="24"/>
              </w:rPr>
            </w:pPr>
            <w:r w:rsidRPr="00FB6DC3">
              <w:rPr>
                <w:rFonts w:ascii="Times New Roman" w:eastAsia="Calibri" w:hAnsi="Times New Roman" w:cs="Times New Roman"/>
                <w:color w:val="000000"/>
                <w:sz w:val="24"/>
                <w:szCs w:val="24"/>
                <w:lang w:val="ru-RU"/>
              </w:rPr>
              <w:t xml:space="preserve">Ориентирование на местности с использованием компаса. </w:t>
            </w:r>
            <w:r w:rsidRPr="00FB6DC3">
              <w:rPr>
                <w:rFonts w:ascii="Times New Roman" w:eastAsia="Calibri" w:hAnsi="Times New Roman" w:cs="Times New Roman"/>
                <w:color w:val="000000"/>
                <w:sz w:val="24"/>
                <w:szCs w:val="24"/>
              </w:rPr>
              <w:t>Практическаяработа</w:t>
            </w:r>
            <w:r w:rsidRPr="00FB6DC3">
              <w:rPr>
                <w:rFonts w:ascii="Times New Roman" w:eastAsia="Calibri" w:hAnsi="Times New Roman" w:cs="Times New Roman"/>
                <w:sz w:val="24"/>
                <w:szCs w:val="24"/>
              </w:rPr>
              <w:t>.</w:t>
            </w:r>
          </w:p>
          <w:p w:rsidR="00FB6DC3" w:rsidRPr="00FB6DC3" w:rsidRDefault="00FB6DC3" w:rsidP="00FB6DC3">
            <w:pPr>
              <w:tabs>
                <w:tab w:val="left" w:pos="3326"/>
              </w:tabs>
              <w:spacing w:after="0" w:line="240" w:lineRule="auto"/>
              <w:rPr>
                <w:rFonts w:ascii="Times New Roman" w:eastAsia="Calibri" w:hAnsi="Times New Roman" w:cs="Times New Roman"/>
                <w:sz w:val="24"/>
                <w:szCs w:val="24"/>
              </w:rPr>
            </w:pP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rPr>
            </w:pPr>
            <w:hyperlink r:id="rId107" w:history="1">
              <w:r w:rsidR="00FB6DC3" w:rsidRPr="00FB6DC3">
                <w:rPr>
                  <w:rFonts w:ascii="Times New Roman" w:eastAsia="Calibri" w:hAnsi="Times New Roman" w:cs="Times New Roman"/>
                  <w:color w:val="0000FF"/>
                  <w:sz w:val="24"/>
                  <w:szCs w:val="24"/>
                  <w:u w:val="single"/>
                </w:rPr>
                <w:t>https://uchi.ru/catalog/env/2-klass/lesson-13270</w:t>
              </w:r>
            </w:hyperlink>
          </w:p>
        </w:tc>
        <w:tc>
          <w:tcPr>
            <w:tcW w:w="1134" w:type="dxa"/>
            <w:shd w:val="clear" w:color="auto" w:fill="auto"/>
          </w:tcPr>
          <w:p w:rsidR="00FB6DC3" w:rsidRPr="007D3208"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r>
      <w:tr w:rsidR="00FB6DC3" w:rsidRPr="00FB6DC3"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20</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rPr>
            </w:pPr>
            <w:r w:rsidRPr="00FB6DC3">
              <w:rPr>
                <w:rFonts w:ascii="Times New Roman" w:eastAsia="Calibri" w:hAnsi="Times New Roman" w:cs="Times New Roman"/>
                <w:sz w:val="24"/>
                <w:szCs w:val="24"/>
                <w:lang w:val="ru-RU"/>
              </w:rPr>
              <w:t xml:space="preserve">Многообразие растений. Деревья, кустарники, травы. </w:t>
            </w:r>
            <w:r w:rsidRPr="00FB6DC3">
              <w:rPr>
                <w:rFonts w:ascii="Times New Roman" w:eastAsia="Calibri" w:hAnsi="Times New Roman" w:cs="Times New Roman"/>
                <w:color w:val="000000"/>
                <w:sz w:val="24"/>
                <w:szCs w:val="24"/>
                <w:lang w:val="ru-RU"/>
              </w:rPr>
              <w:t xml:space="preserve">Многообразие растений по месту обитания, внешнему виду. </w:t>
            </w:r>
            <w:r w:rsidRPr="00FB6DC3">
              <w:rPr>
                <w:rFonts w:ascii="Times New Roman" w:eastAsia="Calibri" w:hAnsi="Times New Roman" w:cs="Times New Roman"/>
                <w:color w:val="000000"/>
                <w:sz w:val="24"/>
                <w:szCs w:val="24"/>
              </w:rPr>
              <w:t>Сравнениерастенийразныхклиматическихусловий</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rPr>
            </w:pPr>
            <w:hyperlink r:id="rId108" w:history="1">
              <w:r w:rsidR="00FB6DC3" w:rsidRPr="00FB6DC3">
                <w:rPr>
                  <w:rFonts w:ascii="Times New Roman" w:eastAsia="Calibri" w:hAnsi="Times New Roman" w:cs="Times New Roman"/>
                  <w:color w:val="0000FF"/>
                  <w:sz w:val="24"/>
                  <w:szCs w:val="24"/>
                  <w:u w:val="single"/>
                </w:rPr>
                <w:t>https://uchi.ru/catalog/env/2-klass/chapter-2504/cards</w:t>
              </w:r>
            </w:hyperlink>
          </w:p>
        </w:tc>
        <w:tc>
          <w:tcPr>
            <w:tcW w:w="1134" w:type="dxa"/>
            <w:shd w:val="clear" w:color="auto" w:fill="auto"/>
          </w:tcPr>
          <w:p w:rsidR="00FB6DC3" w:rsidRPr="007D3208"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21</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color w:val="FF0000"/>
                <w:sz w:val="24"/>
                <w:szCs w:val="24"/>
                <w:lang w:val="ru-RU"/>
              </w:rPr>
            </w:pPr>
            <w:r w:rsidRPr="00FB6DC3">
              <w:rPr>
                <w:rFonts w:ascii="Times New Roman" w:eastAsia="Calibri" w:hAnsi="Times New Roman" w:cs="Times New Roman"/>
                <w:color w:val="000000"/>
                <w:sz w:val="24"/>
                <w:szCs w:val="24"/>
                <w:lang w:val="ru-RU"/>
              </w:rPr>
              <w:t>Деревья, кустарники, травы родного края (узнавание, называние, краткое описание)</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lang w:val="ru-RU"/>
              </w:rPr>
            </w:pPr>
            <w:hyperlink r:id="rId109" w:history="1">
              <w:r w:rsidR="00FB6DC3" w:rsidRPr="00FB6DC3">
                <w:rPr>
                  <w:rFonts w:ascii="Times New Roman" w:eastAsia="Calibri" w:hAnsi="Times New Roman" w:cs="Times New Roman"/>
                  <w:color w:val="0000FF"/>
                  <w:sz w:val="24"/>
                  <w:szCs w:val="24"/>
                  <w:u w:val="single"/>
                </w:rPr>
                <w:t>https</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uchi</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catalog</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env</w:t>
              </w:r>
              <w:r w:rsidR="00FB6DC3" w:rsidRPr="00FB6DC3">
                <w:rPr>
                  <w:rFonts w:ascii="Times New Roman" w:eastAsia="Calibri" w:hAnsi="Times New Roman" w:cs="Times New Roman"/>
                  <w:color w:val="0000FF"/>
                  <w:sz w:val="24"/>
                  <w:szCs w:val="24"/>
                  <w:u w:val="single"/>
                  <w:lang w:val="ru-RU"/>
                </w:rPr>
                <w:t>/1-</w:t>
              </w:r>
              <w:r w:rsidR="00FB6DC3" w:rsidRPr="00FB6DC3">
                <w:rPr>
                  <w:rFonts w:ascii="Times New Roman" w:eastAsia="Calibri" w:hAnsi="Times New Roman" w:cs="Times New Roman"/>
                  <w:color w:val="0000FF"/>
                  <w:sz w:val="24"/>
                  <w:szCs w:val="24"/>
                  <w:u w:val="single"/>
                </w:rPr>
                <w:t>klass</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chapter</w:t>
              </w:r>
              <w:r w:rsidR="00FB6DC3" w:rsidRPr="00FB6DC3">
                <w:rPr>
                  <w:rFonts w:ascii="Times New Roman" w:eastAsia="Calibri" w:hAnsi="Times New Roman" w:cs="Times New Roman"/>
                  <w:color w:val="0000FF"/>
                  <w:sz w:val="24"/>
                  <w:szCs w:val="24"/>
                  <w:u w:val="single"/>
                  <w:lang w:val="ru-RU"/>
                </w:rPr>
                <w:t>-1621</w:t>
              </w:r>
            </w:hyperlink>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FB6DC3"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22</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rPr>
            </w:pPr>
            <w:r w:rsidRPr="00FB6DC3">
              <w:rPr>
                <w:rFonts w:ascii="Times New Roman" w:eastAsia="Calibri" w:hAnsi="Times New Roman" w:cs="Times New Roman"/>
                <w:sz w:val="24"/>
                <w:szCs w:val="24"/>
                <w:lang w:val="ru-RU"/>
              </w:rPr>
              <w:t>Дикорастущие и культурные растения</w:t>
            </w:r>
            <w:r w:rsidRPr="00FB6DC3">
              <w:rPr>
                <w:rFonts w:ascii="Times New Roman" w:eastAsia="Calibri" w:hAnsi="Times New Roman" w:cs="Times New Roman"/>
                <w:color w:val="000000"/>
                <w:sz w:val="24"/>
                <w:szCs w:val="24"/>
                <w:lang w:val="ru-RU"/>
              </w:rPr>
              <w:t xml:space="preserve"> Травы нашего края: многообразие. </w:t>
            </w:r>
            <w:r w:rsidRPr="00FB6DC3">
              <w:rPr>
                <w:rFonts w:ascii="Times New Roman" w:eastAsia="Calibri" w:hAnsi="Times New Roman" w:cs="Times New Roman"/>
                <w:color w:val="000000"/>
                <w:sz w:val="24"/>
                <w:szCs w:val="24"/>
              </w:rPr>
              <w:t>Внешнийвид, условияжизни (называние, краткоеописание)</w:t>
            </w:r>
            <w:r w:rsidRPr="00FB6DC3">
              <w:rPr>
                <w:rFonts w:ascii="Times New Roman" w:eastAsia="Calibri" w:hAnsi="Times New Roman" w:cs="Times New Roman"/>
                <w:color w:val="FF0000"/>
                <w:sz w:val="24"/>
                <w:szCs w:val="24"/>
              </w:rPr>
              <w:t>.</w:t>
            </w:r>
            <w:r w:rsidRPr="00FB6DC3">
              <w:rPr>
                <w:rFonts w:ascii="Times New Roman" w:eastAsia="Calibri" w:hAnsi="Times New Roman" w:cs="Times New Roman"/>
                <w:color w:val="000000"/>
                <w:sz w:val="24"/>
                <w:szCs w:val="24"/>
                <w:shd w:val="clear" w:color="auto" w:fill="F7F5F5"/>
              </w:rPr>
              <w:t> </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color w:val="FF0000"/>
                <w:sz w:val="24"/>
                <w:szCs w:val="24"/>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23</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Деревья лиственные и хвойные. Сравнение лиственных и хвойных деревьев: общее и различия</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lang w:val="ru-RU"/>
              </w:rPr>
            </w:pPr>
            <w:hyperlink r:id="rId110" w:history="1">
              <w:r w:rsidR="00FB6DC3" w:rsidRPr="00FB6DC3">
                <w:rPr>
                  <w:rFonts w:ascii="Times New Roman" w:eastAsia="Calibri" w:hAnsi="Times New Roman" w:cs="Times New Roman"/>
                  <w:color w:val="0000FF"/>
                  <w:sz w:val="24"/>
                  <w:szCs w:val="24"/>
                  <w:u w:val="single"/>
                </w:rPr>
                <w:t>https</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resh</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edu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subject</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lesson</w:t>
              </w:r>
              <w:r w:rsidR="00FB6DC3" w:rsidRPr="00FB6DC3">
                <w:rPr>
                  <w:rFonts w:ascii="Times New Roman" w:eastAsia="Calibri" w:hAnsi="Times New Roman" w:cs="Times New Roman"/>
                  <w:color w:val="0000FF"/>
                  <w:sz w:val="24"/>
                  <w:szCs w:val="24"/>
                  <w:u w:val="single"/>
                  <w:lang w:val="ru-RU"/>
                </w:rPr>
                <w:t>/5533/</w:t>
              </w:r>
              <w:r w:rsidR="00FB6DC3" w:rsidRPr="00FB6DC3">
                <w:rPr>
                  <w:rFonts w:ascii="Times New Roman" w:eastAsia="Calibri" w:hAnsi="Times New Roman" w:cs="Times New Roman"/>
                  <w:color w:val="0000FF"/>
                  <w:sz w:val="24"/>
                  <w:szCs w:val="24"/>
                  <w:u w:val="single"/>
                </w:rPr>
                <w:t>start</w:t>
              </w:r>
              <w:r w:rsidR="00FB6DC3" w:rsidRPr="00FB6DC3">
                <w:rPr>
                  <w:rFonts w:ascii="Times New Roman" w:eastAsia="Calibri" w:hAnsi="Times New Roman" w:cs="Times New Roman"/>
                  <w:color w:val="0000FF"/>
                  <w:sz w:val="24"/>
                  <w:szCs w:val="24"/>
                  <w:u w:val="single"/>
                  <w:lang w:val="ru-RU"/>
                </w:rPr>
                <w:t>/156764/</w:t>
              </w:r>
            </w:hyperlink>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FB6DC3"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24</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color w:val="FF0000"/>
                <w:sz w:val="24"/>
                <w:szCs w:val="24"/>
                <w:lang w:val="ru-RU"/>
              </w:rPr>
            </w:pPr>
            <w:r w:rsidRPr="00FB6DC3">
              <w:rPr>
                <w:rFonts w:ascii="Times New Roman" w:eastAsia="Calibri" w:hAnsi="Times New Roman" w:cs="Times New Roman"/>
                <w:color w:val="000000"/>
                <w:sz w:val="24"/>
                <w:szCs w:val="24"/>
                <w:lang w:val="ru-RU"/>
              </w:rPr>
              <w:t>Кустарники нашего края: узнавание, название, краткое описание</w:t>
            </w:r>
          </w:p>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rPr>
            </w:pPr>
            <w:r w:rsidRPr="00FB6DC3">
              <w:rPr>
                <w:rFonts w:ascii="Times New Roman" w:eastAsia="Calibri" w:hAnsi="Times New Roman" w:cs="Times New Roman"/>
                <w:sz w:val="24"/>
                <w:szCs w:val="24"/>
              </w:rPr>
              <w:t>-</w:t>
            </w: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25</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Растения дикорастущие и культурные: общее и различия</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lang w:val="ru-RU"/>
              </w:rPr>
            </w:pPr>
            <w:hyperlink r:id="rId111" w:history="1">
              <w:r w:rsidR="00FB6DC3" w:rsidRPr="00FB6DC3">
                <w:rPr>
                  <w:rFonts w:ascii="Times New Roman" w:eastAsia="Calibri" w:hAnsi="Times New Roman" w:cs="Times New Roman"/>
                  <w:color w:val="0000FF"/>
                  <w:sz w:val="24"/>
                  <w:szCs w:val="24"/>
                  <w:u w:val="single"/>
                </w:rPr>
                <w:t>https</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uchitelya</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com</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okruzhayuschiy</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mir</w:t>
              </w:r>
              <w:r w:rsidR="00FB6DC3" w:rsidRPr="00FB6DC3">
                <w:rPr>
                  <w:rFonts w:ascii="Times New Roman" w:eastAsia="Calibri" w:hAnsi="Times New Roman" w:cs="Times New Roman"/>
                  <w:color w:val="0000FF"/>
                  <w:sz w:val="24"/>
                  <w:szCs w:val="24"/>
                  <w:u w:val="single"/>
                  <w:lang w:val="ru-RU"/>
                </w:rPr>
                <w:t>/40878-</w:t>
              </w:r>
              <w:r w:rsidR="00FB6DC3" w:rsidRPr="00FB6DC3">
                <w:rPr>
                  <w:rFonts w:ascii="Times New Roman" w:eastAsia="Calibri" w:hAnsi="Times New Roman" w:cs="Times New Roman"/>
                  <w:color w:val="0000FF"/>
                  <w:sz w:val="24"/>
                  <w:szCs w:val="24"/>
                  <w:u w:val="single"/>
                </w:rPr>
                <w:t>prezentaciya</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predki</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domashnih</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zhivotnyh</w:t>
              </w:r>
              <w:r w:rsidR="00FB6DC3" w:rsidRPr="00FB6DC3">
                <w:rPr>
                  <w:rFonts w:ascii="Times New Roman" w:eastAsia="Calibri" w:hAnsi="Times New Roman" w:cs="Times New Roman"/>
                  <w:color w:val="0000FF"/>
                  <w:sz w:val="24"/>
                  <w:szCs w:val="24"/>
                  <w:u w:val="single"/>
                  <w:lang w:val="ru-RU"/>
                </w:rPr>
                <w:t>-2-</w:t>
              </w:r>
              <w:r w:rsidR="00FB6DC3" w:rsidRPr="00FB6DC3">
                <w:rPr>
                  <w:rFonts w:ascii="Times New Roman" w:eastAsia="Calibri" w:hAnsi="Times New Roman" w:cs="Times New Roman"/>
                  <w:color w:val="0000FF"/>
                  <w:sz w:val="24"/>
                  <w:szCs w:val="24"/>
                  <w:u w:val="single"/>
                </w:rPr>
                <w:t>klass</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html</w:t>
              </w:r>
            </w:hyperlink>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26</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Многообразие животных родного края и разных территорий России</w:t>
            </w:r>
            <w:r w:rsidRPr="00FB6DC3">
              <w:rPr>
                <w:rFonts w:ascii="Times New Roman" w:eastAsia="Calibri" w:hAnsi="Times New Roman" w:cs="Times New Roman"/>
                <w:sz w:val="24"/>
                <w:szCs w:val="24"/>
                <w:lang w:val="ru-RU"/>
              </w:rPr>
              <w:t xml:space="preserve"> .</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27</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Мир животных: насекомые. Особенности внешнего вида, передвижения, питания: узнавание, называние, описание</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28</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Мир животных: рыбы. Особенности внешнего вида, условия жизни, передвижения, питания: узнавание, называние, описание</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FB6DC3"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29</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i/>
                <w:sz w:val="24"/>
                <w:szCs w:val="24"/>
                <w:lang w:val="ru-RU"/>
              </w:rPr>
            </w:pPr>
            <w:r w:rsidRPr="00FB6DC3">
              <w:rPr>
                <w:rFonts w:ascii="Times New Roman" w:eastAsia="Calibri" w:hAnsi="Times New Roman" w:cs="Times New Roman"/>
                <w:i/>
                <w:sz w:val="24"/>
                <w:szCs w:val="24"/>
                <w:lang w:val="ru-RU"/>
              </w:rPr>
              <w:t>Контрольная работа по теме «Человек и природа. Человек и общество» № 2</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30</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Мир животных: птицы. Особенности внешнего вида, передвижения, питания: узнавание, называние, описание</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lang w:val="ru-RU"/>
              </w:rPr>
            </w:pPr>
            <w:hyperlink r:id="rId112" w:history="1">
              <w:r w:rsidR="00FB6DC3" w:rsidRPr="00FB6DC3">
                <w:rPr>
                  <w:rFonts w:ascii="Times New Roman" w:eastAsia="Calibri" w:hAnsi="Times New Roman" w:cs="Times New Roman"/>
                  <w:color w:val="0000FF"/>
                  <w:sz w:val="24"/>
                  <w:szCs w:val="24"/>
                  <w:u w:val="single"/>
                </w:rPr>
                <w:t>https</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resh</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edu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subject</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lesson</w:t>
              </w:r>
              <w:r w:rsidR="00FB6DC3" w:rsidRPr="00FB6DC3">
                <w:rPr>
                  <w:rFonts w:ascii="Times New Roman" w:eastAsia="Calibri" w:hAnsi="Times New Roman" w:cs="Times New Roman"/>
                  <w:color w:val="0000FF"/>
                  <w:sz w:val="24"/>
                  <w:szCs w:val="24"/>
                  <w:u w:val="single"/>
                  <w:lang w:val="ru-RU"/>
                </w:rPr>
                <w:t>/5059/</w:t>
              </w:r>
              <w:r w:rsidR="00FB6DC3" w:rsidRPr="00FB6DC3">
                <w:rPr>
                  <w:rFonts w:ascii="Times New Roman" w:eastAsia="Calibri" w:hAnsi="Times New Roman" w:cs="Times New Roman"/>
                  <w:color w:val="0000FF"/>
                  <w:sz w:val="24"/>
                  <w:szCs w:val="24"/>
                  <w:u w:val="single"/>
                </w:rPr>
                <w:t>start</w:t>
              </w:r>
              <w:r w:rsidR="00FB6DC3" w:rsidRPr="00FB6DC3">
                <w:rPr>
                  <w:rFonts w:ascii="Times New Roman" w:eastAsia="Calibri" w:hAnsi="Times New Roman" w:cs="Times New Roman"/>
                  <w:color w:val="0000FF"/>
                  <w:sz w:val="24"/>
                  <w:szCs w:val="24"/>
                  <w:u w:val="single"/>
                  <w:lang w:val="ru-RU"/>
                </w:rPr>
                <w:t>/224168/</w:t>
              </w:r>
            </w:hyperlink>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31</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Мир животных: земноводные. Особенности внешнего вида, передвижения, питания: узнавание, называние, описание</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32</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Мир животных: пресмыкающиеся. Особенности внешнего вида, передвижения, питания: узнавание, называние, описание (общая  характеристика признаков)</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lang w:val="ru-RU"/>
              </w:rPr>
            </w:pPr>
            <w:hyperlink r:id="rId113" w:history="1">
              <w:r w:rsidR="00FB6DC3" w:rsidRPr="00FB6DC3">
                <w:rPr>
                  <w:rFonts w:ascii="Times New Roman" w:eastAsia="Calibri" w:hAnsi="Times New Roman" w:cs="Times New Roman"/>
                  <w:color w:val="0000FF"/>
                  <w:sz w:val="24"/>
                  <w:szCs w:val="24"/>
                  <w:u w:val="single"/>
                </w:rPr>
                <w:t>https</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resh</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edu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subject</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lesson</w:t>
              </w:r>
              <w:r w:rsidR="00FB6DC3" w:rsidRPr="00FB6DC3">
                <w:rPr>
                  <w:rFonts w:ascii="Times New Roman" w:eastAsia="Calibri" w:hAnsi="Times New Roman" w:cs="Times New Roman"/>
                  <w:color w:val="0000FF"/>
                  <w:sz w:val="24"/>
                  <w:szCs w:val="24"/>
                  <w:u w:val="single"/>
                  <w:lang w:val="ru-RU"/>
                </w:rPr>
                <w:t>/5961/</w:t>
              </w:r>
              <w:r w:rsidR="00FB6DC3" w:rsidRPr="00FB6DC3">
                <w:rPr>
                  <w:rFonts w:ascii="Times New Roman" w:eastAsia="Calibri" w:hAnsi="Times New Roman" w:cs="Times New Roman"/>
                  <w:color w:val="0000FF"/>
                  <w:sz w:val="24"/>
                  <w:szCs w:val="24"/>
                  <w:u w:val="single"/>
                </w:rPr>
                <w:t>start</w:t>
              </w:r>
              <w:r w:rsidR="00FB6DC3" w:rsidRPr="00FB6DC3">
                <w:rPr>
                  <w:rFonts w:ascii="Times New Roman" w:eastAsia="Calibri" w:hAnsi="Times New Roman" w:cs="Times New Roman"/>
                  <w:color w:val="0000FF"/>
                  <w:sz w:val="24"/>
                  <w:szCs w:val="24"/>
                  <w:u w:val="single"/>
                  <w:lang w:val="ru-RU"/>
                </w:rPr>
                <w:t>/156919/</w:t>
              </w:r>
            </w:hyperlink>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33</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Мир животных: звери (млекопитающие). Особенности внешнего вида, передвижения, питания: узнавание, называние, описание.</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lang w:val="ru-RU"/>
              </w:rPr>
            </w:pPr>
            <w:hyperlink r:id="rId114" w:history="1">
              <w:r w:rsidR="00FB6DC3" w:rsidRPr="00FB6DC3">
                <w:rPr>
                  <w:rFonts w:ascii="Times New Roman" w:eastAsia="Calibri" w:hAnsi="Times New Roman" w:cs="Times New Roman"/>
                  <w:color w:val="0000FF"/>
                  <w:sz w:val="24"/>
                  <w:szCs w:val="24"/>
                  <w:u w:val="single"/>
                </w:rPr>
                <w:t>https</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resh</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edu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subject</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lesson</w:t>
              </w:r>
              <w:r w:rsidR="00FB6DC3" w:rsidRPr="00FB6DC3">
                <w:rPr>
                  <w:rFonts w:ascii="Times New Roman" w:eastAsia="Calibri" w:hAnsi="Times New Roman" w:cs="Times New Roman"/>
                  <w:color w:val="0000FF"/>
                  <w:sz w:val="24"/>
                  <w:szCs w:val="24"/>
                  <w:u w:val="single"/>
                  <w:lang w:val="ru-RU"/>
                </w:rPr>
                <w:t>/5527/</w:t>
              </w:r>
              <w:r w:rsidR="00FB6DC3" w:rsidRPr="00FB6DC3">
                <w:rPr>
                  <w:rFonts w:ascii="Times New Roman" w:eastAsia="Calibri" w:hAnsi="Times New Roman" w:cs="Times New Roman"/>
                  <w:color w:val="0000FF"/>
                  <w:sz w:val="24"/>
                  <w:szCs w:val="24"/>
                  <w:u w:val="single"/>
                </w:rPr>
                <w:t>start</w:t>
              </w:r>
              <w:r w:rsidR="00FB6DC3" w:rsidRPr="00FB6DC3">
                <w:rPr>
                  <w:rFonts w:ascii="Times New Roman" w:eastAsia="Calibri" w:hAnsi="Times New Roman" w:cs="Times New Roman"/>
                  <w:color w:val="0000FF"/>
                  <w:sz w:val="24"/>
                  <w:szCs w:val="24"/>
                  <w:u w:val="single"/>
                  <w:lang w:val="ru-RU"/>
                </w:rPr>
                <w:t>/156949/</w:t>
              </w:r>
            </w:hyperlink>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FB6DC3"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r w:rsidRPr="00FB6DC3">
              <w:rPr>
                <w:rFonts w:ascii="Times New Roman" w:eastAsia="Calibri" w:hAnsi="Times New Roman" w:cs="Times New Roman"/>
                <w:sz w:val="24"/>
                <w:szCs w:val="24"/>
                <w:lang w:val="ru-RU"/>
              </w:rPr>
              <w:t>34</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Животные и их потомство Размножение животных. Стадии развития насекомого, земноводных..</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35</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Годовой ход изменений в жизни животных. Жизнь животных осенью и зимой.</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36</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Красная книга России. Ее значение в сохранении и охране редких растений и животных</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lang w:val="ru-RU"/>
              </w:rPr>
            </w:pPr>
            <w:hyperlink r:id="rId115" w:history="1">
              <w:r w:rsidR="00FB6DC3" w:rsidRPr="00FB6DC3">
                <w:rPr>
                  <w:rFonts w:ascii="Times New Roman" w:eastAsia="Calibri" w:hAnsi="Times New Roman" w:cs="Times New Roman"/>
                  <w:color w:val="0000FF"/>
                  <w:sz w:val="24"/>
                  <w:szCs w:val="24"/>
                  <w:u w:val="single"/>
                </w:rPr>
                <w:t>https</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resh</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edu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subject</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lesson</w:t>
              </w:r>
              <w:r w:rsidR="00FB6DC3" w:rsidRPr="00FB6DC3">
                <w:rPr>
                  <w:rFonts w:ascii="Times New Roman" w:eastAsia="Calibri" w:hAnsi="Times New Roman" w:cs="Times New Roman"/>
                  <w:color w:val="0000FF"/>
                  <w:sz w:val="24"/>
                  <w:szCs w:val="24"/>
                  <w:u w:val="single"/>
                  <w:lang w:val="ru-RU"/>
                </w:rPr>
                <w:t>/3719/</w:t>
              </w:r>
              <w:r w:rsidR="00FB6DC3" w:rsidRPr="00FB6DC3">
                <w:rPr>
                  <w:rFonts w:ascii="Times New Roman" w:eastAsia="Calibri" w:hAnsi="Times New Roman" w:cs="Times New Roman"/>
                  <w:color w:val="0000FF"/>
                  <w:sz w:val="24"/>
                  <w:szCs w:val="24"/>
                  <w:u w:val="single"/>
                </w:rPr>
                <w:t>start</w:t>
              </w:r>
              <w:r w:rsidR="00FB6DC3" w:rsidRPr="00FB6DC3">
                <w:rPr>
                  <w:rFonts w:ascii="Times New Roman" w:eastAsia="Calibri" w:hAnsi="Times New Roman" w:cs="Times New Roman"/>
                  <w:color w:val="0000FF"/>
                  <w:sz w:val="24"/>
                  <w:szCs w:val="24"/>
                  <w:u w:val="single"/>
                  <w:lang w:val="ru-RU"/>
                </w:rPr>
                <w:t>/156980/</w:t>
              </w:r>
            </w:hyperlink>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37</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38</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r w:rsidRPr="00FB6DC3">
              <w:rPr>
                <w:rFonts w:ascii="Times New Roman" w:eastAsia="Calibri" w:hAnsi="Times New Roman" w:cs="Times New Roman"/>
                <w:sz w:val="24"/>
                <w:szCs w:val="24"/>
                <w:lang w:val="ru-RU"/>
              </w:rPr>
              <w:t>39</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Заповедники: значение для охраны природы</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r w:rsidRPr="00FB6DC3">
              <w:rPr>
                <w:rFonts w:ascii="Times New Roman" w:eastAsia="Calibri" w:hAnsi="Times New Roman" w:cs="Times New Roman"/>
                <w:sz w:val="24"/>
                <w:szCs w:val="24"/>
                <w:lang w:val="ru-RU"/>
              </w:rPr>
              <w:t>40</w:t>
            </w:r>
          </w:p>
        </w:tc>
        <w:tc>
          <w:tcPr>
            <w:tcW w:w="1759" w:type="dxa"/>
            <w:vMerge w:val="restart"/>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r w:rsidRPr="00FB6DC3">
              <w:rPr>
                <w:rFonts w:ascii="Times New Roman" w:eastAsia="Calibri" w:hAnsi="Times New Roman" w:cs="Times New Roman"/>
                <w:sz w:val="24"/>
                <w:szCs w:val="24"/>
                <w:lang w:val="ru-RU"/>
              </w:rPr>
              <w:t>Человек и общество(5ч)</w:t>
            </w: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Какие задачи решают сотрудники заповедника. Правила поведения на территории заповедника</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lang w:val="ru-RU"/>
              </w:rPr>
            </w:pPr>
            <w:hyperlink r:id="rId116" w:history="1">
              <w:r w:rsidR="00FB6DC3" w:rsidRPr="00FB6DC3">
                <w:rPr>
                  <w:rFonts w:ascii="Times New Roman" w:eastAsia="Calibri" w:hAnsi="Times New Roman" w:cs="Times New Roman"/>
                  <w:color w:val="0000FF"/>
                  <w:sz w:val="24"/>
                  <w:szCs w:val="24"/>
                  <w:u w:val="single"/>
                </w:rPr>
                <w:t>https</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resh</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edu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subject</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lesson</w:t>
              </w:r>
              <w:r w:rsidR="00FB6DC3" w:rsidRPr="00FB6DC3">
                <w:rPr>
                  <w:rFonts w:ascii="Times New Roman" w:eastAsia="Calibri" w:hAnsi="Times New Roman" w:cs="Times New Roman"/>
                  <w:color w:val="0000FF"/>
                  <w:sz w:val="24"/>
                  <w:szCs w:val="24"/>
                  <w:u w:val="single"/>
                  <w:lang w:val="ru-RU"/>
                </w:rPr>
                <w:t>/4275/</w:t>
              </w:r>
              <w:r w:rsidR="00FB6DC3" w:rsidRPr="00FB6DC3">
                <w:rPr>
                  <w:rFonts w:ascii="Times New Roman" w:eastAsia="Calibri" w:hAnsi="Times New Roman" w:cs="Times New Roman"/>
                  <w:color w:val="0000FF"/>
                  <w:sz w:val="24"/>
                  <w:szCs w:val="24"/>
                  <w:u w:val="single"/>
                </w:rPr>
                <w:t>start</w:t>
              </w:r>
              <w:r w:rsidR="00FB6DC3" w:rsidRPr="00FB6DC3">
                <w:rPr>
                  <w:rFonts w:ascii="Times New Roman" w:eastAsia="Calibri" w:hAnsi="Times New Roman" w:cs="Times New Roman"/>
                  <w:color w:val="0000FF"/>
                  <w:sz w:val="24"/>
                  <w:szCs w:val="24"/>
                  <w:u w:val="single"/>
                  <w:lang w:val="ru-RU"/>
                </w:rPr>
                <w:t>/157167/</w:t>
              </w:r>
            </w:hyperlink>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41</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vAlign w:val="center"/>
          </w:tcPr>
          <w:p w:rsidR="00FB6DC3" w:rsidRPr="00FB6DC3" w:rsidRDefault="00FB6DC3" w:rsidP="00FB6DC3">
            <w:pPr>
              <w:spacing w:after="0" w:line="240" w:lineRule="auto"/>
              <w:ind w:left="135"/>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Заповедники Севера России (Остров Врангеля, Большой Арктический заповедник)</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42</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vAlign w:val="center"/>
          </w:tcPr>
          <w:p w:rsidR="00FB6DC3" w:rsidRPr="00FB6DC3" w:rsidRDefault="00FB6DC3" w:rsidP="00FB6DC3">
            <w:pPr>
              <w:spacing w:after="0" w:line="240" w:lineRule="auto"/>
              <w:ind w:left="135"/>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Заповедники Юга России (Кавказский заповедник) Заповедники Сибири (Байкальский заповедник, Саяно-Шушенский заповедник)</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FB6DC3"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43</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vAlign w:val="center"/>
          </w:tcPr>
          <w:p w:rsidR="00FB6DC3" w:rsidRPr="00FB6DC3" w:rsidRDefault="00FB6DC3" w:rsidP="00FB6DC3">
            <w:pPr>
              <w:spacing w:after="0" w:line="240" w:lineRule="auto"/>
              <w:ind w:left="135"/>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 xml:space="preserve">Заповедники Оренбургской области. Дикорастущие и культурные растения родного края. </w:t>
            </w:r>
            <w:r w:rsidRPr="00FB6DC3">
              <w:rPr>
                <w:rFonts w:ascii="Times New Roman" w:eastAsia="Calibri" w:hAnsi="Times New Roman" w:cs="Times New Roman"/>
                <w:color w:val="000000"/>
                <w:sz w:val="24"/>
                <w:szCs w:val="24"/>
              </w:rPr>
              <w:t>Животныеродногокрая.</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44</w:t>
            </w:r>
          </w:p>
        </w:tc>
        <w:tc>
          <w:tcPr>
            <w:tcW w:w="1759" w:type="dxa"/>
            <w:vMerge w:val="restart"/>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r w:rsidRPr="00FB6DC3">
              <w:rPr>
                <w:rFonts w:ascii="Times New Roman" w:eastAsia="Calibri" w:hAnsi="Times New Roman" w:cs="Times New Roman"/>
                <w:sz w:val="24"/>
                <w:szCs w:val="24"/>
              </w:rPr>
              <w:t>Правилабезопаснойжизни</w:t>
            </w:r>
            <w:r w:rsidRPr="00FB6DC3">
              <w:rPr>
                <w:rFonts w:ascii="Times New Roman" w:eastAsia="Calibri" w:hAnsi="Times New Roman" w:cs="Times New Roman"/>
                <w:sz w:val="24"/>
                <w:szCs w:val="24"/>
                <w:lang w:val="ru-RU"/>
              </w:rPr>
              <w:t>(6ч)</w:t>
            </w: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color w:val="000000"/>
                <w:sz w:val="24"/>
                <w:szCs w:val="24"/>
                <w:lang w:val="ru-RU"/>
              </w:rPr>
            </w:pPr>
            <w:r w:rsidRPr="00FB6DC3">
              <w:rPr>
                <w:rFonts w:ascii="Times New Roman" w:eastAsia="Calibri" w:hAnsi="Times New Roman" w:cs="Times New Roman"/>
                <w:color w:val="000000"/>
                <w:sz w:val="24"/>
                <w:szCs w:val="24"/>
                <w:lang w:val="ru-RU"/>
              </w:rPr>
              <w:t>Здоровый образ жизни. Режим дня: чередование сна, учебных занятий, двигательной активности</w:t>
            </w:r>
          </w:p>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FB6DC3" w:rsidTr="00F11A6C">
        <w:trPr>
          <w:trHeight w:val="879"/>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45</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color w:val="000000"/>
                <w:sz w:val="24"/>
                <w:szCs w:val="24"/>
              </w:rPr>
            </w:pPr>
            <w:r w:rsidRPr="00FB6DC3">
              <w:rPr>
                <w:rFonts w:ascii="Times New Roman" w:eastAsia="Calibri" w:hAnsi="Times New Roman" w:cs="Times New Roman"/>
                <w:color w:val="000000"/>
                <w:sz w:val="24"/>
                <w:szCs w:val="24"/>
                <w:lang w:val="ru-RU"/>
              </w:rPr>
              <w:t xml:space="preserve">Рациональное питание: количество приемов пищи и рацион питания. </w:t>
            </w:r>
            <w:r w:rsidRPr="00FB6DC3">
              <w:rPr>
                <w:rFonts w:ascii="Times New Roman" w:eastAsia="Calibri" w:hAnsi="Times New Roman" w:cs="Times New Roman"/>
                <w:color w:val="000000"/>
                <w:sz w:val="24"/>
                <w:szCs w:val="24"/>
              </w:rPr>
              <w:t>Витамины и здоровьеребенка</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rPr>
            </w:pPr>
            <w:hyperlink r:id="rId117" w:history="1">
              <w:r w:rsidR="00FB6DC3" w:rsidRPr="00FB6DC3">
                <w:rPr>
                  <w:rFonts w:ascii="Times New Roman" w:eastAsia="Calibri" w:hAnsi="Times New Roman" w:cs="Times New Roman"/>
                  <w:color w:val="0000FF"/>
                  <w:sz w:val="24"/>
                  <w:szCs w:val="24"/>
                  <w:u w:val="single"/>
                </w:rPr>
                <w:t>https://resh.edu.ru/subject/lesson/5564/start/157330/</w:t>
              </w:r>
            </w:hyperlink>
          </w:p>
        </w:tc>
        <w:tc>
          <w:tcPr>
            <w:tcW w:w="1134" w:type="dxa"/>
            <w:shd w:val="clear" w:color="auto" w:fill="auto"/>
          </w:tcPr>
          <w:p w:rsidR="00FB6DC3" w:rsidRPr="007D3208"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46</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Физическая культура, закаливание, игры на воздухе как условие сохранения и укрепления здоровья</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47</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Закаливание. Значение закаливания для укрепления здоровья. Средства и правила проведения закаливающих процедур</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FB6DC3"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48</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rPr>
            </w:pPr>
            <w:r w:rsidRPr="00FB6DC3">
              <w:rPr>
                <w:rFonts w:ascii="Times New Roman" w:eastAsia="Calibri" w:hAnsi="Times New Roman" w:cs="Times New Roman"/>
                <w:sz w:val="24"/>
                <w:szCs w:val="24"/>
                <w:lang w:val="ru-RU"/>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w:t>
            </w:r>
            <w:r w:rsidRPr="00FB6DC3">
              <w:rPr>
                <w:rFonts w:ascii="Times New Roman" w:eastAsia="Calibri" w:hAnsi="Times New Roman" w:cs="Times New Roman"/>
                <w:sz w:val="24"/>
                <w:szCs w:val="24"/>
              </w:rPr>
              <w:t>Номерателефоновэкстреннойпомощи</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rPr>
            </w:pPr>
            <w:hyperlink r:id="rId118">
              <w:r w:rsidR="00FB6DC3" w:rsidRPr="00FB6DC3">
                <w:rPr>
                  <w:rFonts w:ascii="Times New Roman" w:eastAsia="Times New Roman" w:hAnsi="Times New Roman" w:cs="Times New Roman"/>
                  <w:color w:val="0000FF"/>
                  <w:sz w:val="24"/>
                  <w:szCs w:val="24"/>
                  <w:u w:val="single"/>
                </w:rPr>
                <w:t>https://m.edsoo.ru/7f4116e4</w:t>
              </w:r>
            </w:hyperlink>
          </w:p>
        </w:tc>
        <w:tc>
          <w:tcPr>
            <w:tcW w:w="1134" w:type="dxa"/>
            <w:shd w:val="clear" w:color="auto" w:fill="auto"/>
          </w:tcPr>
          <w:p w:rsidR="00FB6DC3" w:rsidRPr="007D3208"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r>
      <w:tr w:rsidR="00FB6DC3" w:rsidRPr="00FB6DC3"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49</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Правила безопасности в школе: маршрут до школы, поведение на занятиях, переменах, при приеме пищи; на пришкольной территории</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rPr>
            </w:pPr>
            <w:r w:rsidRPr="00FB6DC3">
              <w:rPr>
                <w:rFonts w:ascii="Times New Roman" w:eastAsia="Calibri" w:hAnsi="Times New Roman" w:cs="Times New Roman"/>
                <w:sz w:val="24"/>
                <w:szCs w:val="24"/>
              </w:rPr>
              <w:t>https://resh.edu.ru/subject/lesson/5533/start/156764/ klass-2201697.html</w:t>
            </w:r>
          </w:p>
        </w:tc>
        <w:tc>
          <w:tcPr>
            <w:tcW w:w="1134" w:type="dxa"/>
            <w:shd w:val="clear" w:color="auto" w:fill="auto"/>
          </w:tcPr>
          <w:p w:rsidR="00FB6DC3" w:rsidRPr="007D3208"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50</w:t>
            </w:r>
          </w:p>
        </w:tc>
        <w:tc>
          <w:tcPr>
            <w:tcW w:w="1759" w:type="dxa"/>
            <w:vMerge w:val="restart"/>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Человек и общество.</w:t>
            </w:r>
            <w:r w:rsidRPr="00FB6DC3">
              <w:rPr>
                <w:rFonts w:ascii="Times New Roman" w:eastAsia="Calibri" w:hAnsi="Times New Roman" w:cs="Times New Roman"/>
                <w:sz w:val="24"/>
                <w:szCs w:val="24"/>
                <w:lang w:val="ru-RU"/>
              </w:rPr>
              <w:t>(5ч.)</w:t>
            </w: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Зачем человек трудится? Ценность труда и трудолюбия</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lang w:val="ru-RU"/>
              </w:rPr>
            </w:pPr>
            <w:hyperlink r:id="rId119" w:history="1">
              <w:r w:rsidR="00FB6DC3" w:rsidRPr="00FB6DC3">
                <w:rPr>
                  <w:rFonts w:ascii="Times New Roman" w:eastAsia="Calibri" w:hAnsi="Times New Roman" w:cs="Times New Roman"/>
                  <w:color w:val="0000FF"/>
                  <w:sz w:val="24"/>
                  <w:szCs w:val="24"/>
                  <w:u w:val="single"/>
                </w:rPr>
                <w:t>https</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uchitelya</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com</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okruzhayuschiy</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mir</w:t>
              </w:r>
              <w:r w:rsidR="00FB6DC3" w:rsidRPr="00FB6DC3">
                <w:rPr>
                  <w:rFonts w:ascii="Times New Roman" w:eastAsia="Calibri" w:hAnsi="Times New Roman" w:cs="Times New Roman"/>
                  <w:color w:val="0000FF"/>
                  <w:sz w:val="24"/>
                  <w:szCs w:val="24"/>
                  <w:u w:val="single"/>
                  <w:lang w:val="ru-RU"/>
                </w:rPr>
                <w:t>/40878-</w:t>
              </w:r>
              <w:r w:rsidR="00FB6DC3" w:rsidRPr="00FB6DC3">
                <w:rPr>
                  <w:rFonts w:ascii="Times New Roman" w:eastAsia="Calibri" w:hAnsi="Times New Roman" w:cs="Times New Roman"/>
                  <w:color w:val="0000FF"/>
                  <w:sz w:val="24"/>
                  <w:szCs w:val="24"/>
                  <w:u w:val="single"/>
                </w:rPr>
                <w:t>prezentaciya</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predki</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domashnih</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zhivotnyh</w:t>
              </w:r>
              <w:r w:rsidR="00FB6DC3" w:rsidRPr="00FB6DC3">
                <w:rPr>
                  <w:rFonts w:ascii="Times New Roman" w:eastAsia="Calibri" w:hAnsi="Times New Roman" w:cs="Times New Roman"/>
                  <w:color w:val="0000FF"/>
                  <w:sz w:val="24"/>
                  <w:szCs w:val="24"/>
                  <w:u w:val="single"/>
                  <w:lang w:val="ru-RU"/>
                </w:rPr>
                <w:t>-2-</w:t>
              </w:r>
              <w:r w:rsidR="00FB6DC3" w:rsidRPr="00FB6DC3">
                <w:rPr>
                  <w:rFonts w:ascii="Times New Roman" w:eastAsia="Calibri" w:hAnsi="Times New Roman" w:cs="Times New Roman"/>
                  <w:color w:val="0000FF"/>
                  <w:sz w:val="24"/>
                  <w:szCs w:val="24"/>
                  <w:u w:val="single"/>
                </w:rPr>
                <w:t>klass</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html</w:t>
              </w:r>
            </w:hyperlink>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51</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Родословная. Родословное древо, история семьи.Предшествующие поколения</w:t>
            </w:r>
          </w:p>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52</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Мир профессий жителей нашего региона</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53</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color w:val="FF0000"/>
                <w:sz w:val="24"/>
                <w:szCs w:val="24"/>
                <w:lang w:val="ru-RU"/>
              </w:rPr>
            </w:pPr>
            <w:r w:rsidRPr="00FB6DC3">
              <w:rPr>
                <w:rFonts w:ascii="Times New Roman" w:eastAsia="Calibri" w:hAnsi="Times New Roman" w:cs="Times New Roman"/>
                <w:color w:val="000000"/>
                <w:sz w:val="24"/>
                <w:szCs w:val="24"/>
                <w:lang w:val="ru-RU"/>
              </w:rPr>
              <w:t>Главные правила взаимоотношений членов общества: доброта, справедливость, честность, уважение к чужому мнению.</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lang w:val="ru-RU"/>
              </w:rPr>
            </w:pPr>
            <w:hyperlink r:id="rId120" w:history="1">
              <w:r w:rsidR="00FB6DC3" w:rsidRPr="00FB6DC3">
                <w:rPr>
                  <w:rFonts w:ascii="Times New Roman" w:eastAsia="Calibri" w:hAnsi="Times New Roman" w:cs="Times New Roman"/>
                  <w:color w:val="0000FF"/>
                  <w:sz w:val="24"/>
                  <w:szCs w:val="24"/>
                  <w:u w:val="single"/>
                </w:rPr>
                <w:t>https</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resh</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edu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subject</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lesson</w:t>
              </w:r>
              <w:r w:rsidR="00FB6DC3" w:rsidRPr="00FB6DC3">
                <w:rPr>
                  <w:rFonts w:ascii="Times New Roman" w:eastAsia="Calibri" w:hAnsi="Times New Roman" w:cs="Times New Roman"/>
                  <w:color w:val="0000FF"/>
                  <w:sz w:val="24"/>
                  <w:szCs w:val="24"/>
                  <w:u w:val="single"/>
                  <w:lang w:val="ru-RU"/>
                </w:rPr>
                <w:t>/5535/</w:t>
              </w:r>
              <w:r w:rsidR="00FB6DC3" w:rsidRPr="00FB6DC3">
                <w:rPr>
                  <w:rFonts w:ascii="Times New Roman" w:eastAsia="Calibri" w:hAnsi="Times New Roman" w:cs="Times New Roman"/>
                  <w:color w:val="0000FF"/>
                  <w:sz w:val="24"/>
                  <w:szCs w:val="24"/>
                  <w:u w:val="single"/>
                </w:rPr>
                <w:t>start</w:t>
              </w:r>
              <w:r w:rsidR="00FB6DC3" w:rsidRPr="00FB6DC3">
                <w:rPr>
                  <w:rFonts w:ascii="Times New Roman" w:eastAsia="Calibri" w:hAnsi="Times New Roman" w:cs="Times New Roman"/>
                  <w:color w:val="0000FF"/>
                  <w:sz w:val="24"/>
                  <w:szCs w:val="24"/>
                  <w:u w:val="single"/>
                  <w:lang w:val="ru-RU"/>
                </w:rPr>
                <w:t>/296107/</w:t>
              </w:r>
            </w:hyperlink>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r w:rsidRPr="00FB6DC3">
              <w:rPr>
                <w:rFonts w:ascii="Times New Roman" w:eastAsia="Calibri" w:hAnsi="Times New Roman" w:cs="Times New Roman"/>
                <w:sz w:val="24"/>
                <w:szCs w:val="24"/>
                <w:lang w:val="ru-RU"/>
              </w:rPr>
              <w:t>54</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 xml:space="preserve">Правила культурного поведения в общественных местах: кинотеатре, театре, торговом центре, музее </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55</w:t>
            </w:r>
          </w:p>
        </w:tc>
        <w:tc>
          <w:tcPr>
            <w:tcW w:w="1759" w:type="dxa"/>
            <w:vMerge w:val="restart"/>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r w:rsidRPr="00FB6DC3">
              <w:rPr>
                <w:rFonts w:ascii="Times New Roman" w:eastAsia="Calibri" w:hAnsi="Times New Roman" w:cs="Times New Roman"/>
                <w:sz w:val="24"/>
                <w:szCs w:val="24"/>
              </w:rPr>
              <w:t>Человек и природа</w:t>
            </w:r>
            <w:r w:rsidRPr="00FB6DC3">
              <w:rPr>
                <w:rFonts w:ascii="Times New Roman" w:eastAsia="Calibri" w:hAnsi="Times New Roman" w:cs="Times New Roman"/>
                <w:sz w:val="24"/>
                <w:szCs w:val="24"/>
                <w:lang w:val="ru-RU"/>
              </w:rPr>
              <w:t>(2ч)</w:t>
            </w: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Зависимость жизни растений от состояния неживой природы. Жизнь растений весной и летом.</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831"/>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56</w:t>
            </w:r>
          </w:p>
        </w:tc>
        <w:tc>
          <w:tcPr>
            <w:tcW w:w="1759" w:type="dxa"/>
            <w:vMerge/>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Годовой ход изменений в жизни животных. Жизнь животных весной и летом</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lang w:val="ru-RU"/>
              </w:rPr>
            </w:pPr>
            <w:hyperlink r:id="rId121" w:history="1">
              <w:r w:rsidR="00681F28" w:rsidRPr="004C61F4">
                <w:rPr>
                  <w:rStyle w:val="ac"/>
                  <w:rFonts w:ascii="Times New Roman" w:eastAsia="Calibri" w:hAnsi="Times New Roman" w:cs="Times New Roman"/>
                  <w:sz w:val="24"/>
                  <w:szCs w:val="24"/>
                </w:rPr>
                <w:t>https</w:t>
              </w:r>
              <w:r w:rsidR="00681F28" w:rsidRPr="004C61F4">
                <w:rPr>
                  <w:rStyle w:val="ac"/>
                  <w:rFonts w:ascii="Times New Roman" w:eastAsia="Calibri" w:hAnsi="Times New Roman" w:cs="Times New Roman"/>
                  <w:sz w:val="24"/>
                  <w:szCs w:val="24"/>
                  <w:lang w:val="ru-RU"/>
                </w:rPr>
                <w:t>://</w:t>
              </w:r>
              <w:r w:rsidR="00681F28" w:rsidRPr="004C61F4">
                <w:rPr>
                  <w:rStyle w:val="ac"/>
                  <w:rFonts w:ascii="Times New Roman" w:eastAsia="Calibri" w:hAnsi="Times New Roman" w:cs="Times New Roman"/>
                  <w:sz w:val="24"/>
                  <w:szCs w:val="24"/>
                </w:rPr>
                <w:t>resh</w:t>
              </w:r>
              <w:r w:rsidR="00681F28" w:rsidRPr="004C61F4">
                <w:rPr>
                  <w:rStyle w:val="ac"/>
                  <w:rFonts w:ascii="Times New Roman" w:eastAsia="Calibri" w:hAnsi="Times New Roman" w:cs="Times New Roman"/>
                  <w:sz w:val="24"/>
                  <w:szCs w:val="24"/>
                  <w:lang w:val="ru-RU"/>
                </w:rPr>
                <w:t>.</w:t>
              </w:r>
              <w:r w:rsidR="00681F28" w:rsidRPr="004C61F4">
                <w:rPr>
                  <w:rStyle w:val="ac"/>
                  <w:rFonts w:ascii="Times New Roman" w:eastAsia="Calibri" w:hAnsi="Times New Roman" w:cs="Times New Roman"/>
                  <w:sz w:val="24"/>
                  <w:szCs w:val="24"/>
                </w:rPr>
                <w:t>edu</w:t>
              </w:r>
              <w:r w:rsidR="00681F28" w:rsidRPr="004C61F4">
                <w:rPr>
                  <w:rStyle w:val="ac"/>
                  <w:rFonts w:ascii="Times New Roman" w:eastAsia="Calibri" w:hAnsi="Times New Roman" w:cs="Times New Roman"/>
                  <w:sz w:val="24"/>
                  <w:szCs w:val="24"/>
                  <w:lang w:val="ru-RU"/>
                </w:rPr>
                <w:t>.</w:t>
              </w:r>
              <w:r w:rsidR="00681F28" w:rsidRPr="004C61F4">
                <w:rPr>
                  <w:rStyle w:val="ac"/>
                  <w:rFonts w:ascii="Times New Roman" w:eastAsia="Calibri" w:hAnsi="Times New Roman" w:cs="Times New Roman"/>
                  <w:sz w:val="24"/>
                  <w:szCs w:val="24"/>
                </w:rPr>
                <w:t>ru</w:t>
              </w:r>
              <w:r w:rsidR="00681F28" w:rsidRPr="004C61F4">
                <w:rPr>
                  <w:rStyle w:val="ac"/>
                  <w:rFonts w:ascii="Times New Roman" w:eastAsia="Calibri" w:hAnsi="Times New Roman" w:cs="Times New Roman"/>
                  <w:sz w:val="24"/>
                  <w:szCs w:val="24"/>
                  <w:lang w:val="ru-RU"/>
                </w:rPr>
                <w:t>/</w:t>
              </w:r>
              <w:r w:rsidR="00681F28" w:rsidRPr="004C61F4">
                <w:rPr>
                  <w:rStyle w:val="ac"/>
                  <w:rFonts w:ascii="Times New Roman" w:eastAsia="Calibri" w:hAnsi="Times New Roman" w:cs="Times New Roman"/>
                  <w:sz w:val="24"/>
                  <w:szCs w:val="24"/>
                </w:rPr>
                <w:t>subject</w:t>
              </w:r>
              <w:r w:rsidR="00681F28" w:rsidRPr="004C61F4">
                <w:rPr>
                  <w:rStyle w:val="ac"/>
                  <w:rFonts w:ascii="Times New Roman" w:eastAsia="Calibri" w:hAnsi="Times New Roman" w:cs="Times New Roman"/>
                  <w:sz w:val="24"/>
                  <w:szCs w:val="24"/>
                  <w:lang w:val="ru-RU"/>
                </w:rPr>
                <w:t>/</w:t>
              </w:r>
              <w:r w:rsidR="00681F28" w:rsidRPr="004C61F4">
                <w:rPr>
                  <w:rStyle w:val="ac"/>
                  <w:rFonts w:ascii="Times New Roman" w:eastAsia="Calibri" w:hAnsi="Times New Roman" w:cs="Times New Roman"/>
                  <w:sz w:val="24"/>
                  <w:szCs w:val="24"/>
                </w:rPr>
                <w:t>lesson</w:t>
              </w:r>
              <w:r w:rsidR="00681F28" w:rsidRPr="004C61F4">
                <w:rPr>
                  <w:rStyle w:val="ac"/>
                  <w:rFonts w:ascii="Times New Roman" w:eastAsia="Calibri" w:hAnsi="Times New Roman" w:cs="Times New Roman"/>
                  <w:sz w:val="24"/>
                  <w:szCs w:val="24"/>
                  <w:lang w:val="ru-RU"/>
                </w:rPr>
                <w:t>/5538/</w:t>
              </w:r>
              <w:r w:rsidR="00681F28" w:rsidRPr="004C61F4">
                <w:rPr>
                  <w:rStyle w:val="ac"/>
                  <w:rFonts w:ascii="Times New Roman" w:eastAsia="Calibri" w:hAnsi="Times New Roman" w:cs="Times New Roman"/>
                  <w:sz w:val="24"/>
                  <w:szCs w:val="24"/>
                </w:rPr>
                <w:t>start</w:t>
              </w:r>
              <w:r w:rsidR="00681F28" w:rsidRPr="004C61F4">
                <w:rPr>
                  <w:rStyle w:val="ac"/>
                  <w:rFonts w:ascii="Times New Roman" w:eastAsia="Calibri" w:hAnsi="Times New Roman" w:cs="Times New Roman"/>
                  <w:sz w:val="24"/>
                  <w:szCs w:val="24"/>
                  <w:lang w:val="ru-RU"/>
                </w:rPr>
                <w:t>/292072/</w:t>
              </w:r>
            </w:hyperlink>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rPr>
            </w:pPr>
            <w:r w:rsidRPr="00FB6DC3">
              <w:rPr>
                <w:rFonts w:ascii="Times New Roman" w:eastAsia="Calibri" w:hAnsi="Times New Roman" w:cs="Times New Roman"/>
                <w:sz w:val="24"/>
                <w:szCs w:val="24"/>
              </w:rPr>
              <w:t>57</w:t>
            </w:r>
          </w:p>
        </w:tc>
        <w:tc>
          <w:tcPr>
            <w:tcW w:w="1759" w:type="dxa"/>
            <w:vMerge w:val="restart"/>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r w:rsidRPr="00FB6DC3">
              <w:rPr>
                <w:rFonts w:ascii="Times New Roman" w:eastAsia="Calibri" w:hAnsi="Times New Roman" w:cs="Times New Roman"/>
                <w:sz w:val="24"/>
                <w:szCs w:val="24"/>
              </w:rPr>
              <w:t>Человек и общество.</w:t>
            </w:r>
            <w:r w:rsidRPr="00FB6DC3">
              <w:rPr>
                <w:rFonts w:ascii="Times New Roman" w:eastAsia="Calibri" w:hAnsi="Times New Roman" w:cs="Times New Roman"/>
                <w:sz w:val="24"/>
                <w:szCs w:val="24"/>
                <w:lang w:val="ru-RU"/>
              </w:rPr>
              <w:t>(5ч.)</w:t>
            </w: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sz w:val="24"/>
                <w:szCs w:val="24"/>
                <w:lang w:val="ru-RU"/>
              </w:rPr>
              <w:t>Путешествие по России</w:t>
            </w:r>
            <w:r w:rsidRPr="00FB6DC3">
              <w:rPr>
                <w:rFonts w:ascii="Times New Roman" w:eastAsia="Calibri" w:hAnsi="Times New Roman" w:cs="Times New Roman"/>
                <w:sz w:val="24"/>
                <w:szCs w:val="24"/>
              </w:rPr>
              <w:t> </w:t>
            </w:r>
            <w:r w:rsidRPr="00FB6DC3">
              <w:rPr>
                <w:rFonts w:ascii="Times New Roman" w:eastAsia="Calibri" w:hAnsi="Times New Roman" w:cs="Times New Roman"/>
                <w:sz w:val="24"/>
                <w:szCs w:val="24"/>
                <w:lang w:val="ru-RU"/>
              </w:rPr>
              <w:t>. Россия и ее столица на карте</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jc w:val="center"/>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rPr>
            </w:pPr>
            <w:r w:rsidRPr="00FB6DC3">
              <w:rPr>
                <w:rFonts w:ascii="Times New Roman" w:eastAsia="Calibri" w:hAnsi="Times New Roman" w:cs="Times New Roman"/>
                <w:sz w:val="24"/>
                <w:szCs w:val="24"/>
              </w:rPr>
              <w:t>58</w:t>
            </w:r>
          </w:p>
        </w:tc>
        <w:tc>
          <w:tcPr>
            <w:tcW w:w="1759" w:type="dxa"/>
            <w:vMerge/>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Москва - столица России. Герб Москвы</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lang w:val="ru-RU"/>
              </w:rPr>
            </w:pPr>
            <w:hyperlink r:id="rId122" w:history="1">
              <w:r w:rsidR="00FB6DC3" w:rsidRPr="00FB6DC3">
                <w:rPr>
                  <w:rFonts w:ascii="Times New Roman" w:eastAsia="Calibri" w:hAnsi="Times New Roman" w:cs="Times New Roman"/>
                  <w:color w:val="0000FF"/>
                  <w:sz w:val="24"/>
                  <w:szCs w:val="24"/>
                  <w:u w:val="single"/>
                </w:rPr>
                <w:t>https</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resh</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edu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subject</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lesson</w:t>
              </w:r>
              <w:r w:rsidR="00FB6DC3" w:rsidRPr="00FB6DC3">
                <w:rPr>
                  <w:rFonts w:ascii="Times New Roman" w:eastAsia="Calibri" w:hAnsi="Times New Roman" w:cs="Times New Roman"/>
                  <w:color w:val="0000FF"/>
                  <w:sz w:val="24"/>
                  <w:szCs w:val="24"/>
                  <w:u w:val="single"/>
                  <w:lang w:val="ru-RU"/>
                </w:rPr>
                <w:t>/3739/</w:t>
              </w:r>
              <w:r w:rsidR="00FB6DC3" w:rsidRPr="00FB6DC3">
                <w:rPr>
                  <w:rFonts w:ascii="Times New Roman" w:eastAsia="Calibri" w:hAnsi="Times New Roman" w:cs="Times New Roman"/>
                  <w:color w:val="0000FF"/>
                  <w:sz w:val="24"/>
                  <w:szCs w:val="24"/>
                  <w:u w:val="single"/>
                </w:rPr>
                <w:t>start</w:t>
              </w:r>
              <w:r w:rsidR="00FB6DC3" w:rsidRPr="00FB6DC3">
                <w:rPr>
                  <w:rFonts w:ascii="Times New Roman" w:eastAsia="Calibri" w:hAnsi="Times New Roman" w:cs="Times New Roman"/>
                  <w:color w:val="0000FF"/>
                  <w:sz w:val="24"/>
                  <w:szCs w:val="24"/>
                  <w:u w:val="single"/>
                  <w:lang w:val="ru-RU"/>
                </w:rPr>
                <w:t>/157640/</w:t>
              </w:r>
            </w:hyperlink>
          </w:p>
        </w:tc>
        <w:tc>
          <w:tcPr>
            <w:tcW w:w="1134"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rPr>
            </w:pPr>
            <w:r w:rsidRPr="00FB6DC3">
              <w:rPr>
                <w:rFonts w:ascii="Times New Roman" w:eastAsia="Calibri" w:hAnsi="Times New Roman" w:cs="Times New Roman"/>
                <w:sz w:val="24"/>
                <w:szCs w:val="24"/>
              </w:rPr>
              <w:t>59</w:t>
            </w:r>
          </w:p>
        </w:tc>
        <w:tc>
          <w:tcPr>
            <w:tcW w:w="1759" w:type="dxa"/>
            <w:vMerge/>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Достопримечательности Москвы: Большой театр, МГУ, Московский цирк, Театр кукол имени С.В. Образцова</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rPr>
            </w:pPr>
            <w:r w:rsidRPr="00FB6DC3">
              <w:rPr>
                <w:rFonts w:ascii="Times New Roman" w:eastAsia="Calibri" w:hAnsi="Times New Roman" w:cs="Times New Roman"/>
                <w:sz w:val="24"/>
                <w:szCs w:val="24"/>
              </w:rPr>
              <w:t>60</w:t>
            </w:r>
          </w:p>
        </w:tc>
        <w:tc>
          <w:tcPr>
            <w:tcW w:w="1759" w:type="dxa"/>
            <w:vMerge/>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Страницы истории: как Москва строилась</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rPr>
            </w:pPr>
            <w:r w:rsidRPr="00FB6DC3">
              <w:rPr>
                <w:rFonts w:ascii="Times New Roman" w:eastAsia="Calibri" w:hAnsi="Times New Roman" w:cs="Times New Roman"/>
                <w:sz w:val="24"/>
                <w:szCs w:val="24"/>
              </w:rPr>
              <w:t>61</w:t>
            </w:r>
          </w:p>
        </w:tc>
        <w:tc>
          <w:tcPr>
            <w:tcW w:w="1759" w:type="dxa"/>
            <w:vMerge/>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Санкт-Петербург - северная столица. Достопримечательности города</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lang w:val="ru-RU"/>
              </w:rPr>
            </w:pPr>
            <w:hyperlink r:id="rId123" w:history="1">
              <w:r w:rsidR="00FB6DC3" w:rsidRPr="00FB6DC3">
                <w:rPr>
                  <w:rFonts w:ascii="Times New Roman" w:eastAsia="Calibri" w:hAnsi="Times New Roman" w:cs="Times New Roman"/>
                  <w:color w:val="0000FF"/>
                  <w:sz w:val="24"/>
                  <w:szCs w:val="24"/>
                  <w:u w:val="single"/>
                </w:rPr>
                <w:t>https</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resh</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edu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ru</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subject</w:t>
              </w:r>
              <w:r w:rsidR="00FB6DC3" w:rsidRPr="00FB6DC3">
                <w:rPr>
                  <w:rFonts w:ascii="Times New Roman" w:eastAsia="Calibri" w:hAnsi="Times New Roman" w:cs="Times New Roman"/>
                  <w:color w:val="0000FF"/>
                  <w:sz w:val="24"/>
                  <w:szCs w:val="24"/>
                  <w:u w:val="single"/>
                  <w:lang w:val="ru-RU"/>
                </w:rPr>
                <w:t>/</w:t>
              </w:r>
              <w:r w:rsidR="00FB6DC3" w:rsidRPr="00FB6DC3">
                <w:rPr>
                  <w:rFonts w:ascii="Times New Roman" w:eastAsia="Calibri" w:hAnsi="Times New Roman" w:cs="Times New Roman"/>
                  <w:color w:val="0000FF"/>
                  <w:sz w:val="24"/>
                  <w:szCs w:val="24"/>
                  <w:u w:val="single"/>
                </w:rPr>
                <w:t>lesson</w:t>
              </w:r>
              <w:r w:rsidR="00FB6DC3" w:rsidRPr="00FB6DC3">
                <w:rPr>
                  <w:rFonts w:ascii="Times New Roman" w:eastAsia="Calibri" w:hAnsi="Times New Roman" w:cs="Times New Roman"/>
                  <w:color w:val="0000FF"/>
                  <w:sz w:val="24"/>
                  <w:szCs w:val="24"/>
                  <w:u w:val="single"/>
                  <w:lang w:val="ru-RU"/>
                </w:rPr>
                <w:t>/3739/</w:t>
              </w:r>
              <w:r w:rsidR="00FB6DC3" w:rsidRPr="00FB6DC3">
                <w:rPr>
                  <w:rFonts w:ascii="Times New Roman" w:eastAsia="Calibri" w:hAnsi="Times New Roman" w:cs="Times New Roman"/>
                  <w:color w:val="0000FF"/>
                  <w:sz w:val="24"/>
                  <w:szCs w:val="24"/>
                  <w:u w:val="single"/>
                </w:rPr>
                <w:t>start</w:t>
              </w:r>
              <w:r w:rsidR="00FB6DC3" w:rsidRPr="00FB6DC3">
                <w:rPr>
                  <w:rFonts w:ascii="Times New Roman" w:eastAsia="Calibri" w:hAnsi="Times New Roman" w:cs="Times New Roman"/>
                  <w:color w:val="0000FF"/>
                  <w:sz w:val="24"/>
                  <w:szCs w:val="24"/>
                  <w:u w:val="single"/>
                  <w:lang w:val="ru-RU"/>
                </w:rPr>
                <w:t>/157640/</w:t>
              </w:r>
            </w:hyperlink>
          </w:p>
        </w:tc>
        <w:tc>
          <w:tcPr>
            <w:tcW w:w="1134"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r>
      <w:tr w:rsidR="00FB6DC3" w:rsidRPr="00FB6DC3" w:rsidTr="00F11A6C">
        <w:trPr>
          <w:trHeight w:val="276"/>
        </w:trPr>
        <w:tc>
          <w:tcPr>
            <w:tcW w:w="901"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rPr>
            </w:pPr>
            <w:r w:rsidRPr="00FB6DC3">
              <w:rPr>
                <w:rFonts w:ascii="Times New Roman" w:eastAsia="Calibri" w:hAnsi="Times New Roman" w:cs="Times New Roman"/>
                <w:sz w:val="24"/>
                <w:szCs w:val="24"/>
              </w:rPr>
              <w:t>62</w:t>
            </w:r>
          </w:p>
        </w:tc>
        <w:tc>
          <w:tcPr>
            <w:tcW w:w="1759" w:type="dxa"/>
            <w:vMerge w:val="restart"/>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 xml:space="preserve">Правила безопасного поведения </w:t>
            </w:r>
            <w:r w:rsidRPr="00FB6DC3">
              <w:rPr>
                <w:rFonts w:ascii="Times New Roman" w:eastAsia="Calibri" w:hAnsi="Times New Roman" w:cs="Times New Roman"/>
                <w:sz w:val="24"/>
                <w:szCs w:val="24"/>
                <w:lang w:val="ru-RU"/>
              </w:rPr>
              <w:t>(7ч.)</w:t>
            </w: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i/>
                <w:sz w:val="24"/>
                <w:szCs w:val="24"/>
                <w:lang w:val="ru-RU"/>
              </w:rPr>
            </w:pPr>
            <w:r w:rsidRPr="00FB6DC3">
              <w:rPr>
                <w:rFonts w:ascii="Times New Roman" w:eastAsia="Calibri" w:hAnsi="Times New Roman" w:cs="Times New Roman"/>
                <w:i/>
                <w:sz w:val="24"/>
                <w:szCs w:val="24"/>
                <w:lang w:val="ru-RU"/>
              </w:rPr>
              <w:t>Промежуточная аттестация. Контрольная работа</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rPr>
            </w:pPr>
            <w:r w:rsidRPr="00FB6DC3">
              <w:rPr>
                <w:rFonts w:ascii="Times New Roman" w:eastAsia="Calibri" w:hAnsi="Times New Roman" w:cs="Times New Roman"/>
                <w:sz w:val="24"/>
                <w:szCs w:val="24"/>
              </w:rPr>
              <w:t>63</w:t>
            </w:r>
          </w:p>
        </w:tc>
        <w:tc>
          <w:tcPr>
            <w:tcW w:w="1759" w:type="dxa"/>
            <w:vMerge/>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color w:val="FF0000"/>
                <w:sz w:val="24"/>
                <w:szCs w:val="24"/>
                <w:lang w:val="ru-RU"/>
              </w:rPr>
            </w:pPr>
            <w:r w:rsidRPr="00FB6DC3">
              <w:rPr>
                <w:rFonts w:ascii="Times New Roman" w:eastAsia="Calibri" w:hAnsi="Times New Roman" w:cs="Times New Roman"/>
                <w:color w:val="000000"/>
                <w:sz w:val="24"/>
                <w:szCs w:val="24"/>
                <w:lang w:val="ru-RU"/>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lang w:val="ru-RU"/>
              </w:rPr>
            </w:pPr>
            <w:hyperlink r:id="rId124">
              <w:r w:rsidR="00FB6DC3" w:rsidRPr="00FB6DC3">
                <w:rPr>
                  <w:rFonts w:ascii="Times New Roman" w:eastAsia="Times New Roman" w:hAnsi="Times New Roman" w:cs="Times New Roman"/>
                  <w:color w:val="0000FF"/>
                  <w:sz w:val="24"/>
                  <w:szCs w:val="24"/>
                  <w:u w:val="single"/>
                </w:rPr>
                <w:t>https</w:t>
              </w:r>
              <w:r w:rsidR="00FB6DC3" w:rsidRPr="00FB6DC3">
                <w:rPr>
                  <w:rFonts w:ascii="Times New Roman" w:eastAsia="Times New Roman" w:hAnsi="Times New Roman" w:cs="Times New Roman"/>
                  <w:color w:val="0000FF"/>
                  <w:sz w:val="24"/>
                  <w:szCs w:val="24"/>
                  <w:u w:val="single"/>
                  <w:lang w:val="ru-RU"/>
                </w:rPr>
                <w:t>://</w:t>
              </w:r>
              <w:r w:rsidR="00FB6DC3" w:rsidRPr="00FB6DC3">
                <w:rPr>
                  <w:rFonts w:ascii="Times New Roman" w:eastAsia="Times New Roman" w:hAnsi="Times New Roman" w:cs="Times New Roman"/>
                  <w:color w:val="0000FF"/>
                  <w:sz w:val="24"/>
                  <w:szCs w:val="24"/>
                  <w:u w:val="single"/>
                </w:rPr>
                <w:t>m</w:t>
              </w:r>
              <w:r w:rsidR="00FB6DC3" w:rsidRPr="00FB6DC3">
                <w:rPr>
                  <w:rFonts w:ascii="Times New Roman" w:eastAsia="Times New Roman" w:hAnsi="Times New Roman" w:cs="Times New Roman"/>
                  <w:color w:val="0000FF"/>
                  <w:sz w:val="24"/>
                  <w:szCs w:val="24"/>
                  <w:u w:val="single"/>
                  <w:lang w:val="ru-RU"/>
                </w:rPr>
                <w:t>.</w:t>
              </w:r>
              <w:r w:rsidR="00FB6DC3" w:rsidRPr="00FB6DC3">
                <w:rPr>
                  <w:rFonts w:ascii="Times New Roman" w:eastAsia="Times New Roman" w:hAnsi="Times New Roman" w:cs="Times New Roman"/>
                  <w:color w:val="0000FF"/>
                  <w:sz w:val="24"/>
                  <w:szCs w:val="24"/>
                  <w:u w:val="single"/>
                </w:rPr>
                <w:t>edsoo</w:t>
              </w:r>
              <w:r w:rsidR="00FB6DC3" w:rsidRPr="00FB6DC3">
                <w:rPr>
                  <w:rFonts w:ascii="Times New Roman" w:eastAsia="Times New Roman" w:hAnsi="Times New Roman" w:cs="Times New Roman"/>
                  <w:color w:val="0000FF"/>
                  <w:sz w:val="24"/>
                  <w:szCs w:val="24"/>
                  <w:u w:val="single"/>
                  <w:lang w:val="ru-RU"/>
                </w:rPr>
                <w:t>.</w:t>
              </w:r>
              <w:r w:rsidR="00FB6DC3" w:rsidRPr="00FB6DC3">
                <w:rPr>
                  <w:rFonts w:ascii="Times New Roman" w:eastAsia="Times New Roman" w:hAnsi="Times New Roman" w:cs="Times New Roman"/>
                  <w:color w:val="0000FF"/>
                  <w:sz w:val="24"/>
                  <w:szCs w:val="24"/>
                  <w:u w:val="single"/>
                </w:rPr>
                <w:t>ru</w:t>
              </w:r>
              <w:r w:rsidR="00FB6DC3" w:rsidRPr="00FB6DC3">
                <w:rPr>
                  <w:rFonts w:ascii="Times New Roman" w:eastAsia="Times New Roman" w:hAnsi="Times New Roman" w:cs="Times New Roman"/>
                  <w:color w:val="0000FF"/>
                  <w:sz w:val="24"/>
                  <w:szCs w:val="24"/>
                  <w:u w:val="single"/>
                  <w:lang w:val="ru-RU"/>
                </w:rPr>
                <w:t>/7</w:t>
              </w:r>
              <w:r w:rsidR="00FB6DC3" w:rsidRPr="00FB6DC3">
                <w:rPr>
                  <w:rFonts w:ascii="Times New Roman" w:eastAsia="Times New Roman" w:hAnsi="Times New Roman" w:cs="Times New Roman"/>
                  <w:color w:val="0000FF"/>
                  <w:sz w:val="24"/>
                  <w:szCs w:val="24"/>
                  <w:u w:val="single"/>
                </w:rPr>
                <w:t>f</w:t>
              </w:r>
              <w:r w:rsidR="00FB6DC3" w:rsidRPr="00FB6DC3">
                <w:rPr>
                  <w:rFonts w:ascii="Times New Roman" w:eastAsia="Times New Roman" w:hAnsi="Times New Roman" w:cs="Times New Roman"/>
                  <w:color w:val="0000FF"/>
                  <w:sz w:val="24"/>
                  <w:szCs w:val="24"/>
                  <w:u w:val="single"/>
                  <w:lang w:val="ru-RU"/>
                </w:rPr>
                <w:t>4116</w:t>
              </w:r>
              <w:r w:rsidR="00FB6DC3" w:rsidRPr="00FB6DC3">
                <w:rPr>
                  <w:rFonts w:ascii="Times New Roman" w:eastAsia="Times New Roman" w:hAnsi="Times New Roman" w:cs="Times New Roman"/>
                  <w:color w:val="0000FF"/>
                  <w:sz w:val="24"/>
                  <w:szCs w:val="24"/>
                  <w:u w:val="single"/>
                </w:rPr>
                <w:t>e</w:t>
              </w:r>
              <w:r w:rsidR="00FB6DC3" w:rsidRPr="00FB6DC3">
                <w:rPr>
                  <w:rFonts w:ascii="Times New Roman" w:eastAsia="Times New Roman" w:hAnsi="Times New Roman" w:cs="Times New Roman"/>
                  <w:color w:val="0000FF"/>
                  <w:sz w:val="24"/>
                  <w:szCs w:val="24"/>
                  <w:u w:val="single"/>
                  <w:lang w:val="ru-RU"/>
                </w:rPr>
                <w:t>4</w:t>
              </w:r>
            </w:hyperlink>
          </w:p>
        </w:tc>
        <w:tc>
          <w:tcPr>
            <w:tcW w:w="1134"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sz w:val="24"/>
                <w:szCs w:val="24"/>
                <w:lang w:val="ru-RU"/>
              </w:rPr>
              <w:t>64</w:t>
            </w:r>
          </w:p>
        </w:tc>
        <w:tc>
          <w:tcPr>
            <w:tcW w:w="1759" w:type="dxa"/>
            <w:vMerge/>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color w:val="FF0000"/>
                <w:sz w:val="24"/>
                <w:szCs w:val="24"/>
                <w:lang w:val="ru-RU"/>
              </w:rPr>
            </w:pPr>
            <w:r w:rsidRPr="00FB6DC3">
              <w:rPr>
                <w:rFonts w:ascii="Times New Roman" w:eastAsia="Calibri" w:hAnsi="Times New Roman" w:cs="Times New Roman"/>
                <w:color w:val="000000"/>
                <w:sz w:val="24"/>
                <w:szCs w:val="24"/>
                <w:lang w:val="ru-RU"/>
              </w:rPr>
              <w:t>Правила безопасного поведения пассажира наземного транспорта Знаки безопасности на общественном транспорте.</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lang w:val="ru-RU"/>
              </w:rPr>
            </w:pPr>
            <w:hyperlink r:id="rId125">
              <w:r w:rsidR="00FB6DC3" w:rsidRPr="00FB6DC3">
                <w:rPr>
                  <w:rFonts w:ascii="Times New Roman" w:eastAsia="Times New Roman" w:hAnsi="Times New Roman" w:cs="Times New Roman"/>
                  <w:color w:val="0000FF"/>
                  <w:sz w:val="24"/>
                  <w:szCs w:val="24"/>
                  <w:u w:val="single"/>
                </w:rPr>
                <w:t>https</w:t>
              </w:r>
              <w:r w:rsidR="00FB6DC3" w:rsidRPr="00FB6DC3">
                <w:rPr>
                  <w:rFonts w:ascii="Times New Roman" w:eastAsia="Times New Roman" w:hAnsi="Times New Roman" w:cs="Times New Roman"/>
                  <w:color w:val="0000FF"/>
                  <w:sz w:val="24"/>
                  <w:szCs w:val="24"/>
                  <w:u w:val="single"/>
                  <w:lang w:val="ru-RU"/>
                </w:rPr>
                <w:t>://</w:t>
              </w:r>
              <w:r w:rsidR="00FB6DC3" w:rsidRPr="00FB6DC3">
                <w:rPr>
                  <w:rFonts w:ascii="Times New Roman" w:eastAsia="Times New Roman" w:hAnsi="Times New Roman" w:cs="Times New Roman"/>
                  <w:color w:val="0000FF"/>
                  <w:sz w:val="24"/>
                  <w:szCs w:val="24"/>
                  <w:u w:val="single"/>
                </w:rPr>
                <w:t>m</w:t>
              </w:r>
              <w:r w:rsidR="00FB6DC3" w:rsidRPr="00FB6DC3">
                <w:rPr>
                  <w:rFonts w:ascii="Times New Roman" w:eastAsia="Times New Roman" w:hAnsi="Times New Roman" w:cs="Times New Roman"/>
                  <w:color w:val="0000FF"/>
                  <w:sz w:val="24"/>
                  <w:szCs w:val="24"/>
                  <w:u w:val="single"/>
                  <w:lang w:val="ru-RU"/>
                </w:rPr>
                <w:t>.</w:t>
              </w:r>
              <w:r w:rsidR="00FB6DC3" w:rsidRPr="00FB6DC3">
                <w:rPr>
                  <w:rFonts w:ascii="Times New Roman" w:eastAsia="Times New Roman" w:hAnsi="Times New Roman" w:cs="Times New Roman"/>
                  <w:color w:val="0000FF"/>
                  <w:sz w:val="24"/>
                  <w:szCs w:val="24"/>
                  <w:u w:val="single"/>
                </w:rPr>
                <w:t>edsoo</w:t>
              </w:r>
              <w:r w:rsidR="00FB6DC3" w:rsidRPr="00FB6DC3">
                <w:rPr>
                  <w:rFonts w:ascii="Times New Roman" w:eastAsia="Times New Roman" w:hAnsi="Times New Roman" w:cs="Times New Roman"/>
                  <w:color w:val="0000FF"/>
                  <w:sz w:val="24"/>
                  <w:szCs w:val="24"/>
                  <w:u w:val="single"/>
                  <w:lang w:val="ru-RU"/>
                </w:rPr>
                <w:t>.</w:t>
              </w:r>
              <w:r w:rsidR="00FB6DC3" w:rsidRPr="00FB6DC3">
                <w:rPr>
                  <w:rFonts w:ascii="Times New Roman" w:eastAsia="Times New Roman" w:hAnsi="Times New Roman" w:cs="Times New Roman"/>
                  <w:color w:val="0000FF"/>
                  <w:sz w:val="24"/>
                  <w:szCs w:val="24"/>
                  <w:u w:val="single"/>
                </w:rPr>
                <w:t>ru</w:t>
              </w:r>
              <w:r w:rsidR="00FB6DC3" w:rsidRPr="00FB6DC3">
                <w:rPr>
                  <w:rFonts w:ascii="Times New Roman" w:eastAsia="Times New Roman" w:hAnsi="Times New Roman" w:cs="Times New Roman"/>
                  <w:color w:val="0000FF"/>
                  <w:sz w:val="24"/>
                  <w:szCs w:val="24"/>
                  <w:u w:val="single"/>
                  <w:lang w:val="ru-RU"/>
                </w:rPr>
                <w:t>/7</w:t>
              </w:r>
              <w:r w:rsidR="00FB6DC3" w:rsidRPr="00FB6DC3">
                <w:rPr>
                  <w:rFonts w:ascii="Times New Roman" w:eastAsia="Times New Roman" w:hAnsi="Times New Roman" w:cs="Times New Roman"/>
                  <w:color w:val="0000FF"/>
                  <w:sz w:val="24"/>
                  <w:szCs w:val="24"/>
                  <w:u w:val="single"/>
                </w:rPr>
                <w:t>f</w:t>
              </w:r>
              <w:r w:rsidR="00FB6DC3" w:rsidRPr="00FB6DC3">
                <w:rPr>
                  <w:rFonts w:ascii="Times New Roman" w:eastAsia="Times New Roman" w:hAnsi="Times New Roman" w:cs="Times New Roman"/>
                  <w:color w:val="0000FF"/>
                  <w:sz w:val="24"/>
                  <w:szCs w:val="24"/>
                  <w:u w:val="single"/>
                  <w:lang w:val="ru-RU"/>
                </w:rPr>
                <w:t>4116</w:t>
              </w:r>
              <w:r w:rsidR="00FB6DC3" w:rsidRPr="00FB6DC3">
                <w:rPr>
                  <w:rFonts w:ascii="Times New Roman" w:eastAsia="Times New Roman" w:hAnsi="Times New Roman" w:cs="Times New Roman"/>
                  <w:color w:val="0000FF"/>
                  <w:sz w:val="24"/>
                  <w:szCs w:val="24"/>
                  <w:u w:val="single"/>
                </w:rPr>
                <w:t>e</w:t>
              </w:r>
              <w:r w:rsidR="00FB6DC3" w:rsidRPr="00FB6DC3">
                <w:rPr>
                  <w:rFonts w:ascii="Times New Roman" w:eastAsia="Times New Roman" w:hAnsi="Times New Roman" w:cs="Times New Roman"/>
                  <w:color w:val="0000FF"/>
                  <w:sz w:val="24"/>
                  <w:szCs w:val="24"/>
                  <w:u w:val="single"/>
                  <w:lang w:val="ru-RU"/>
                </w:rPr>
                <w:t>4</w:t>
              </w:r>
            </w:hyperlink>
          </w:p>
        </w:tc>
        <w:tc>
          <w:tcPr>
            <w:tcW w:w="1134"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sz w:val="24"/>
                <w:szCs w:val="24"/>
                <w:lang w:val="ru-RU"/>
              </w:rPr>
              <w:t>65</w:t>
            </w:r>
          </w:p>
        </w:tc>
        <w:tc>
          <w:tcPr>
            <w:tcW w:w="1759" w:type="dxa"/>
            <w:vMerge/>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6006"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b/>
                <w:sz w:val="24"/>
                <w:szCs w:val="24"/>
                <w:lang w:val="ru-RU"/>
              </w:rPr>
            </w:pPr>
            <w:r w:rsidRPr="00FB6DC3">
              <w:rPr>
                <w:rFonts w:ascii="Times New Roman" w:eastAsia="Calibri" w:hAnsi="Times New Roman" w:cs="Times New Roman"/>
                <w:color w:val="000000"/>
                <w:sz w:val="24"/>
                <w:szCs w:val="24"/>
                <w:lang w:val="ru-RU"/>
              </w:rPr>
              <w:t>Безопасное поведение на прогулках: правила поведения на игровых площадках; езда на велосипедах (санках, самокатах) и качелях</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lang w:val="ru-RU"/>
              </w:rPr>
            </w:pPr>
            <w:hyperlink r:id="rId126">
              <w:r w:rsidR="00FB6DC3" w:rsidRPr="00FB6DC3">
                <w:rPr>
                  <w:rFonts w:ascii="Times New Roman" w:eastAsia="Times New Roman" w:hAnsi="Times New Roman" w:cs="Times New Roman"/>
                  <w:color w:val="0000FF"/>
                  <w:sz w:val="24"/>
                  <w:szCs w:val="24"/>
                  <w:u w:val="single"/>
                </w:rPr>
                <w:t>https</w:t>
              </w:r>
              <w:r w:rsidR="00FB6DC3" w:rsidRPr="00FB6DC3">
                <w:rPr>
                  <w:rFonts w:ascii="Times New Roman" w:eastAsia="Times New Roman" w:hAnsi="Times New Roman" w:cs="Times New Roman"/>
                  <w:color w:val="0000FF"/>
                  <w:sz w:val="24"/>
                  <w:szCs w:val="24"/>
                  <w:u w:val="single"/>
                  <w:lang w:val="ru-RU"/>
                </w:rPr>
                <w:t>://</w:t>
              </w:r>
              <w:r w:rsidR="00FB6DC3" w:rsidRPr="00FB6DC3">
                <w:rPr>
                  <w:rFonts w:ascii="Times New Roman" w:eastAsia="Times New Roman" w:hAnsi="Times New Roman" w:cs="Times New Roman"/>
                  <w:color w:val="0000FF"/>
                  <w:sz w:val="24"/>
                  <w:szCs w:val="24"/>
                  <w:u w:val="single"/>
                </w:rPr>
                <w:t>m</w:t>
              </w:r>
              <w:r w:rsidR="00FB6DC3" w:rsidRPr="00FB6DC3">
                <w:rPr>
                  <w:rFonts w:ascii="Times New Roman" w:eastAsia="Times New Roman" w:hAnsi="Times New Roman" w:cs="Times New Roman"/>
                  <w:color w:val="0000FF"/>
                  <w:sz w:val="24"/>
                  <w:szCs w:val="24"/>
                  <w:u w:val="single"/>
                  <w:lang w:val="ru-RU"/>
                </w:rPr>
                <w:t>.</w:t>
              </w:r>
              <w:r w:rsidR="00FB6DC3" w:rsidRPr="00FB6DC3">
                <w:rPr>
                  <w:rFonts w:ascii="Times New Roman" w:eastAsia="Times New Roman" w:hAnsi="Times New Roman" w:cs="Times New Roman"/>
                  <w:color w:val="0000FF"/>
                  <w:sz w:val="24"/>
                  <w:szCs w:val="24"/>
                  <w:u w:val="single"/>
                </w:rPr>
                <w:t>edsoo</w:t>
              </w:r>
              <w:r w:rsidR="00FB6DC3" w:rsidRPr="00FB6DC3">
                <w:rPr>
                  <w:rFonts w:ascii="Times New Roman" w:eastAsia="Times New Roman" w:hAnsi="Times New Roman" w:cs="Times New Roman"/>
                  <w:color w:val="0000FF"/>
                  <w:sz w:val="24"/>
                  <w:szCs w:val="24"/>
                  <w:u w:val="single"/>
                  <w:lang w:val="ru-RU"/>
                </w:rPr>
                <w:t>.</w:t>
              </w:r>
              <w:r w:rsidR="00FB6DC3" w:rsidRPr="00FB6DC3">
                <w:rPr>
                  <w:rFonts w:ascii="Times New Roman" w:eastAsia="Times New Roman" w:hAnsi="Times New Roman" w:cs="Times New Roman"/>
                  <w:color w:val="0000FF"/>
                  <w:sz w:val="24"/>
                  <w:szCs w:val="24"/>
                  <w:u w:val="single"/>
                </w:rPr>
                <w:t>ru</w:t>
              </w:r>
              <w:r w:rsidR="00FB6DC3" w:rsidRPr="00FB6DC3">
                <w:rPr>
                  <w:rFonts w:ascii="Times New Roman" w:eastAsia="Times New Roman" w:hAnsi="Times New Roman" w:cs="Times New Roman"/>
                  <w:color w:val="0000FF"/>
                  <w:sz w:val="24"/>
                  <w:szCs w:val="24"/>
                  <w:u w:val="single"/>
                  <w:lang w:val="ru-RU"/>
                </w:rPr>
                <w:t>/7</w:t>
              </w:r>
              <w:r w:rsidR="00FB6DC3" w:rsidRPr="00FB6DC3">
                <w:rPr>
                  <w:rFonts w:ascii="Times New Roman" w:eastAsia="Times New Roman" w:hAnsi="Times New Roman" w:cs="Times New Roman"/>
                  <w:color w:val="0000FF"/>
                  <w:sz w:val="24"/>
                  <w:szCs w:val="24"/>
                  <w:u w:val="single"/>
                </w:rPr>
                <w:t>f</w:t>
              </w:r>
              <w:r w:rsidR="00FB6DC3" w:rsidRPr="00FB6DC3">
                <w:rPr>
                  <w:rFonts w:ascii="Times New Roman" w:eastAsia="Times New Roman" w:hAnsi="Times New Roman" w:cs="Times New Roman"/>
                  <w:color w:val="0000FF"/>
                  <w:sz w:val="24"/>
                  <w:szCs w:val="24"/>
                  <w:u w:val="single"/>
                  <w:lang w:val="ru-RU"/>
                </w:rPr>
                <w:t>4116</w:t>
              </w:r>
              <w:r w:rsidR="00FB6DC3" w:rsidRPr="00FB6DC3">
                <w:rPr>
                  <w:rFonts w:ascii="Times New Roman" w:eastAsia="Times New Roman" w:hAnsi="Times New Roman" w:cs="Times New Roman"/>
                  <w:color w:val="0000FF"/>
                  <w:sz w:val="24"/>
                  <w:szCs w:val="24"/>
                  <w:u w:val="single"/>
                </w:rPr>
                <w:t>e</w:t>
              </w:r>
              <w:r w:rsidR="00FB6DC3" w:rsidRPr="00FB6DC3">
                <w:rPr>
                  <w:rFonts w:ascii="Times New Roman" w:eastAsia="Times New Roman" w:hAnsi="Times New Roman" w:cs="Times New Roman"/>
                  <w:color w:val="0000FF"/>
                  <w:sz w:val="24"/>
                  <w:szCs w:val="24"/>
                  <w:u w:val="single"/>
                  <w:lang w:val="ru-RU"/>
                </w:rPr>
                <w:t>4</w:t>
              </w:r>
            </w:hyperlink>
          </w:p>
        </w:tc>
        <w:tc>
          <w:tcPr>
            <w:tcW w:w="1134"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sz w:val="24"/>
                <w:szCs w:val="24"/>
                <w:lang w:val="ru-RU"/>
              </w:rPr>
              <w:t>66</w:t>
            </w:r>
          </w:p>
        </w:tc>
        <w:tc>
          <w:tcPr>
            <w:tcW w:w="1759" w:type="dxa"/>
            <w:vMerge/>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6006" w:type="dxa"/>
            <w:shd w:val="clear" w:color="auto" w:fill="auto"/>
            <w:vAlign w:val="center"/>
          </w:tcPr>
          <w:p w:rsidR="00FB6DC3" w:rsidRPr="00FB6DC3" w:rsidRDefault="00FB6DC3" w:rsidP="00FB6DC3">
            <w:pPr>
              <w:spacing w:after="0" w:line="240" w:lineRule="auto"/>
              <w:ind w:left="135"/>
              <w:rPr>
                <w:rFonts w:ascii="Times New Roman" w:eastAsia="Calibri" w:hAnsi="Times New Roman" w:cs="Times New Roman"/>
                <w:i/>
                <w:sz w:val="24"/>
                <w:szCs w:val="24"/>
                <w:lang w:val="ru-RU"/>
              </w:rPr>
            </w:pPr>
            <w:r w:rsidRPr="00FB6DC3">
              <w:rPr>
                <w:rFonts w:ascii="Times New Roman" w:eastAsia="Calibri" w:hAnsi="Times New Roman" w:cs="Times New Roman"/>
                <w:i/>
                <w:sz w:val="24"/>
                <w:szCs w:val="24"/>
                <w:lang w:val="ru-RU"/>
              </w:rPr>
              <w:t>Контрольная работа № 3 по теме: «Здоровье и безопасность»</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r>
      <w:tr w:rsidR="00FB6DC3" w:rsidRPr="00FB6DC3" w:rsidTr="00F11A6C">
        <w:trPr>
          <w:trHeight w:val="276"/>
        </w:trPr>
        <w:tc>
          <w:tcPr>
            <w:tcW w:w="901"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r w:rsidRPr="00FB6DC3">
              <w:rPr>
                <w:rFonts w:ascii="Times New Roman" w:eastAsia="Calibri" w:hAnsi="Times New Roman" w:cs="Times New Roman"/>
                <w:sz w:val="24"/>
                <w:szCs w:val="24"/>
                <w:lang w:val="ru-RU"/>
              </w:rPr>
              <w:t>67</w:t>
            </w:r>
          </w:p>
        </w:tc>
        <w:tc>
          <w:tcPr>
            <w:tcW w:w="1759" w:type="dxa"/>
            <w:vMerge/>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6006" w:type="dxa"/>
            <w:shd w:val="clear" w:color="auto" w:fill="auto"/>
            <w:vAlign w:val="center"/>
          </w:tcPr>
          <w:p w:rsidR="00FB6DC3" w:rsidRPr="00FB6DC3" w:rsidRDefault="00FB6DC3" w:rsidP="00FB6DC3">
            <w:pPr>
              <w:spacing w:after="0" w:line="240" w:lineRule="auto"/>
              <w:ind w:left="135"/>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Правила безопасного поведения пассажира метро. Знаки безопасности в метро</w:t>
            </w:r>
          </w:p>
        </w:tc>
        <w:tc>
          <w:tcPr>
            <w:tcW w:w="3633"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1134"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850"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r>
      <w:tr w:rsidR="00FB6DC3" w:rsidRPr="0046724E" w:rsidTr="00F11A6C">
        <w:trPr>
          <w:trHeight w:val="276"/>
        </w:trPr>
        <w:tc>
          <w:tcPr>
            <w:tcW w:w="901"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rPr>
            </w:pPr>
            <w:r w:rsidRPr="00FB6DC3">
              <w:rPr>
                <w:rFonts w:ascii="Times New Roman" w:eastAsia="Calibri" w:hAnsi="Times New Roman" w:cs="Times New Roman"/>
                <w:sz w:val="24"/>
                <w:szCs w:val="24"/>
              </w:rPr>
              <w:t>68</w:t>
            </w:r>
          </w:p>
        </w:tc>
        <w:tc>
          <w:tcPr>
            <w:tcW w:w="1759" w:type="dxa"/>
            <w:vMerge/>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rPr>
            </w:pPr>
          </w:p>
        </w:tc>
        <w:tc>
          <w:tcPr>
            <w:tcW w:w="6006" w:type="dxa"/>
            <w:shd w:val="clear" w:color="auto" w:fill="auto"/>
            <w:vAlign w:val="center"/>
          </w:tcPr>
          <w:p w:rsidR="00FB6DC3" w:rsidRPr="00FB6DC3" w:rsidRDefault="00FB6DC3" w:rsidP="00FB6DC3">
            <w:pPr>
              <w:spacing w:after="0" w:line="240" w:lineRule="auto"/>
              <w:ind w:left="135"/>
              <w:rPr>
                <w:rFonts w:ascii="Times New Roman" w:eastAsia="Calibri" w:hAnsi="Times New Roman" w:cs="Times New Roman"/>
                <w:sz w:val="24"/>
                <w:szCs w:val="24"/>
                <w:lang w:val="ru-RU"/>
              </w:rPr>
            </w:pPr>
            <w:r w:rsidRPr="00FB6DC3">
              <w:rPr>
                <w:rFonts w:ascii="Times New Roman" w:eastAsia="Calibri" w:hAnsi="Times New Roman" w:cs="Times New Roman"/>
                <w:color w:val="000000"/>
                <w:sz w:val="24"/>
                <w:szCs w:val="24"/>
                <w:lang w:val="ru-RU"/>
              </w:rPr>
              <w:t>Безопасное пользование Интернетом. Правила поведения при пользовании компьютером: посадка, время пользования, обязательность отдыха и другие</w:t>
            </w:r>
          </w:p>
        </w:tc>
        <w:tc>
          <w:tcPr>
            <w:tcW w:w="3633" w:type="dxa"/>
            <w:shd w:val="clear" w:color="auto" w:fill="auto"/>
          </w:tcPr>
          <w:p w:rsidR="00FB6DC3" w:rsidRPr="00FB6DC3" w:rsidRDefault="00161CFB" w:rsidP="00FB6DC3">
            <w:pPr>
              <w:tabs>
                <w:tab w:val="left" w:pos="3326"/>
              </w:tabs>
              <w:spacing w:after="0" w:line="240" w:lineRule="auto"/>
              <w:rPr>
                <w:rFonts w:ascii="Times New Roman" w:eastAsia="Calibri" w:hAnsi="Times New Roman" w:cs="Times New Roman"/>
                <w:sz w:val="24"/>
                <w:szCs w:val="24"/>
                <w:lang w:val="ru-RU"/>
              </w:rPr>
            </w:pPr>
            <w:hyperlink r:id="rId127">
              <w:r w:rsidR="00FB6DC3" w:rsidRPr="00FB6DC3">
                <w:rPr>
                  <w:rFonts w:ascii="Times New Roman" w:eastAsia="Times New Roman" w:hAnsi="Times New Roman" w:cs="Times New Roman"/>
                  <w:color w:val="0000FF"/>
                  <w:sz w:val="24"/>
                  <w:szCs w:val="24"/>
                  <w:u w:val="single"/>
                </w:rPr>
                <w:t>https</w:t>
              </w:r>
              <w:r w:rsidR="00FB6DC3" w:rsidRPr="00FB6DC3">
                <w:rPr>
                  <w:rFonts w:ascii="Times New Roman" w:eastAsia="Times New Roman" w:hAnsi="Times New Roman" w:cs="Times New Roman"/>
                  <w:color w:val="0000FF"/>
                  <w:sz w:val="24"/>
                  <w:szCs w:val="24"/>
                  <w:u w:val="single"/>
                  <w:lang w:val="ru-RU"/>
                </w:rPr>
                <w:t>://</w:t>
              </w:r>
              <w:r w:rsidR="00FB6DC3" w:rsidRPr="00FB6DC3">
                <w:rPr>
                  <w:rFonts w:ascii="Times New Roman" w:eastAsia="Times New Roman" w:hAnsi="Times New Roman" w:cs="Times New Roman"/>
                  <w:color w:val="0000FF"/>
                  <w:sz w:val="24"/>
                  <w:szCs w:val="24"/>
                  <w:u w:val="single"/>
                </w:rPr>
                <w:t>m</w:t>
              </w:r>
              <w:r w:rsidR="00FB6DC3" w:rsidRPr="00FB6DC3">
                <w:rPr>
                  <w:rFonts w:ascii="Times New Roman" w:eastAsia="Times New Roman" w:hAnsi="Times New Roman" w:cs="Times New Roman"/>
                  <w:color w:val="0000FF"/>
                  <w:sz w:val="24"/>
                  <w:szCs w:val="24"/>
                  <w:u w:val="single"/>
                  <w:lang w:val="ru-RU"/>
                </w:rPr>
                <w:t>.</w:t>
              </w:r>
              <w:r w:rsidR="00FB6DC3" w:rsidRPr="00FB6DC3">
                <w:rPr>
                  <w:rFonts w:ascii="Times New Roman" w:eastAsia="Times New Roman" w:hAnsi="Times New Roman" w:cs="Times New Roman"/>
                  <w:color w:val="0000FF"/>
                  <w:sz w:val="24"/>
                  <w:szCs w:val="24"/>
                  <w:u w:val="single"/>
                </w:rPr>
                <w:t>edsoo</w:t>
              </w:r>
              <w:r w:rsidR="00FB6DC3" w:rsidRPr="00FB6DC3">
                <w:rPr>
                  <w:rFonts w:ascii="Times New Roman" w:eastAsia="Times New Roman" w:hAnsi="Times New Roman" w:cs="Times New Roman"/>
                  <w:color w:val="0000FF"/>
                  <w:sz w:val="24"/>
                  <w:szCs w:val="24"/>
                  <w:u w:val="single"/>
                  <w:lang w:val="ru-RU"/>
                </w:rPr>
                <w:t>.</w:t>
              </w:r>
              <w:r w:rsidR="00FB6DC3" w:rsidRPr="00FB6DC3">
                <w:rPr>
                  <w:rFonts w:ascii="Times New Roman" w:eastAsia="Times New Roman" w:hAnsi="Times New Roman" w:cs="Times New Roman"/>
                  <w:color w:val="0000FF"/>
                  <w:sz w:val="24"/>
                  <w:szCs w:val="24"/>
                  <w:u w:val="single"/>
                </w:rPr>
                <w:t>ru</w:t>
              </w:r>
              <w:r w:rsidR="00FB6DC3" w:rsidRPr="00FB6DC3">
                <w:rPr>
                  <w:rFonts w:ascii="Times New Roman" w:eastAsia="Times New Roman" w:hAnsi="Times New Roman" w:cs="Times New Roman"/>
                  <w:color w:val="0000FF"/>
                  <w:sz w:val="24"/>
                  <w:szCs w:val="24"/>
                  <w:u w:val="single"/>
                  <w:lang w:val="ru-RU"/>
                </w:rPr>
                <w:t>/7</w:t>
              </w:r>
              <w:r w:rsidR="00FB6DC3" w:rsidRPr="00FB6DC3">
                <w:rPr>
                  <w:rFonts w:ascii="Times New Roman" w:eastAsia="Times New Roman" w:hAnsi="Times New Roman" w:cs="Times New Roman"/>
                  <w:color w:val="0000FF"/>
                  <w:sz w:val="24"/>
                  <w:szCs w:val="24"/>
                  <w:u w:val="single"/>
                </w:rPr>
                <w:t>f</w:t>
              </w:r>
              <w:r w:rsidR="00FB6DC3" w:rsidRPr="00FB6DC3">
                <w:rPr>
                  <w:rFonts w:ascii="Times New Roman" w:eastAsia="Times New Roman" w:hAnsi="Times New Roman" w:cs="Times New Roman"/>
                  <w:color w:val="0000FF"/>
                  <w:sz w:val="24"/>
                  <w:szCs w:val="24"/>
                  <w:u w:val="single"/>
                  <w:lang w:val="ru-RU"/>
                </w:rPr>
                <w:t>4116</w:t>
              </w:r>
              <w:r w:rsidR="00FB6DC3" w:rsidRPr="00FB6DC3">
                <w:rPr>
                  <w:rFonts w:ascii="Times New Roman" w:eastAsia="Times New Roman" w:hAnsi="Times New Roman" w:cs="Times New Roman"/>
                  <w:color w:val="0000FF"/>
                  <w:sz w:val="24"/>
                  <w:szCs w:val="24"/>
                  <w:u w:val="single"/>
                </w:rPr>
                <w:t>e</w:t>
              </w:r>
              <w:r w:rsidR="00FB6DC3" w:rsidRPr="00FB6DC3">
                <w:rPr>
                  <w:rFonts w:ascii="Times New Roman" w:eastAsia="Times New Roman" w:hAnsi="Times New Roman" w:cs="Times New Roman"/>
                  <w:color w:val="0000FF"/>
                  <w:sz w:val="24"/>
                  <w:szCs w:val="24"/>
                  <w:u w:val="single"/>
                  <w:lang w:val="ru-RU"/>
                </w:rPr>
                <w:t>4</w:t>
              </w:r>
            </w:hyperlink>
          </w:p>
        </w:tc>
        <w:tc>
          <w:tcPr>
            <w:tcW w:w="1134" w:type="dxa"/>
            <w:shd w:val="clear" w:color="auto" w:fill="auto"/>
          </w:tcPr>
          <w:p w:rsidR="00FB6DC3" w:rsidRPr="00FB6DC3" w:rsidRDefault="00FB6DC3" w:rsidP="00FB6DC3">
            <w:pPr>
              <w:tabs>
                <w:tab w:val="left" w:pos="3326"/>
              </w:tabs>
              <w:spacing w:after="0" w:line="240" w:lineRule="auto"/>
              <w:rPr>
                <w:rFonts w:ascii="Times New Roman" w:eastAsia="Calibri" w:hAnsi="Times New Roman" w:cs="Times New Roman"/>
                <w:sz w:val="24"/>
                <w:szCs w:val="24"/>
                <w:lang w:val="ru-RU"/>
              </w:rPr>
            </w:pPr>
          </w:p>
        </w:tc>
        <w:tc>
          <w:tcPr>
            <w:tcW w:w="850" w:type="dxa"/>
            <w:shd w:val="clear" w:color="auto" w:fill="auto"/>
          </w:tcPr>
          <w:p w:rsidR="00FB6DC3" w:rsidRPr="007D3208" w:rsidRDefault="00FB6DC3" w:rsidP="00FB6DC3">
            <w:pPr>
              <w:tabs>
                <w:tab w:val="left" w:pos="3326"/>
              </w:tabs>
              <w:spacing w:after="0" w:line="240" w:lineRule="auto"/>
              <w:rPr>
                <w:rFonts w:ascii="Times New Roman" w:eastAsia="Calibri" w:hAnsi="Times New Roman" w:cs="Times New Roman"/>
                <w:sz w:val="24"/>
                <w:szCs w:val="24"/>
                <w:lang w:val="ru-RU"/>
              </w:rPr>
            </w:pPr>
          </w:p>
        </w:tc>
      </w:tr>
    </w:tbl>
    <w:p w:rsidR="00FB6DC3" w:rsidRPr="007D3208" w:rsidRDefault="00FB6DC3" w:rsidP="00FB6DC3">
      <w:pPr>
        <w:spacing w:after="200" w:line="276" w:lineRule="auto"/>
        <w:rPr>
          <w:rFonts w:ascii="Times New Roman" w:eastAsia="Calibri" w:hAnsi="Times New Roman" w:cs="Times New Roman"/>
          <w:sz w:val="24"/>
          <w:szCs w:val="24"/>
          <w:lang w:val="ru-RU" w:eastAsia="ru-RU"/>
        </w:rPr>
      </w:pPr>
    </w:p>
    <w:p w:rsidR="00FB6DC3" w:rsidRDefault="00BA6CE6" w:rsidP="00BA6CE6">
      <w:pPr>
        <w:spacing w:after="200" w:line="276" w:lineRule="auto"/>
        <w:jc w:val="center"/>
        <w:rPr>
          <w:rFonts w:ascii="Times New Roman" w:eastAsia="Calibri" w:hAnsi="Times New Roman" w:cs="Times New Roman"/>
          <w:b/>
          <w:sz w:val="24"/>
          <w:szCs w:val="24"/>
          <w:lang w:val="ru-RU" w:eastAsia="ru-RU"/>
        </w:rPr>
      </w:pPr>
      <w:r w:rsidRPr="00BA6CE6">
        <w:rPr>
          <w:rFonts w:ascii="Times New Roman" w:eastAsia="Calibri" w:hAnsi="Times New Roman" w:cs="Times New Roman"/>
          <w:b/>
          <w:sz w:val="24"/>
          <w:szCs w:val="24"/>
          <w:lang w:val="ru-RU" w:eastAsia="ru-RU"/>
        </w:rPr>
        <w:t>3 класс</w:t>
      </w:r>
    </w:p>
    <w:tbl>
      <w:tblPr>
        <w:tblStyle w:val="71"/>
        <w:tblpPr w:leftFromText="180" w:rightFromText="180" w:vertAnchor="text" w:tblpY="1"/>
        <w:tblOverlap w:val="never"/>
        <w:tblW w:w="14283" w:type="dxa"/>
        <w:tblLayout w:type="fixed"/>
        <w:tblLook w:val="04A0"/>
      </w:tblPr>
      <w:tblGrid>
        <w:gridCol w:w="675"/>
        <w:gridCol w:w="1843"/>
        <w:gridCol w:w="5954"/>
        <w:gridCol w:w="3827"/>
        <w:gridCol w:w="992"/>
        <w:gridCol w:w="992"/>
      </w:tblGrid>
      <w:tr w:rsidR="00B17F22" w:rsidRPr="00B17F22" w:rsidTr="00F11A6C">
        <w:trPr>
          <w:trHeight w:val="276"/>
        </w:trPr>
        <w:tc>
          <w:tcPr>
            <w:tcW w:w="675" w:type="dxa"/>
            <w:vMerge w:val="restart"/>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 урока</w:t>
            </w:r>
          </w:p>
        </w:tc>
        <w:tc>
          <w:tcPr>
            <w:tcW w:w="1843" w:type="dxa"/>
            <w:vMerge w:val="restart"/>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Тема, разделкурса</w:t>
            </w:r>
          </w:p>
        </w:tc>
        <w:tc>
          <w:tcPr>
            <w:tcW w:w="5954" w:type="dxa"/>
            <w:vMerge w:val="restart"/>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Тема урока</w:t>
            </w:r>
          </w:p>
        </w:tc>
        <w:tc>
          <w:tcPr>
            <w:tcW w:w="3827" w:type="dxa"/>
            <w:vMerge w:val="restart"/>
          </w:tcPr>
          <w:p w:rsidR="00B17F22" w:rsidRPr="00B17F22" w:rsidRDefault="00B17F22" w:rsidP="00B17F22">
            <w:pPr>
              <w:contextualSpacing/>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 xml:space="preserve">Электронные цифровые образовательные ресурсы </w:t>
            </w:r>
          </w:p>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1984" w:type="dxa"/>
            <w:gridSpan w:val="2"/>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Дата проведения урока</w:t>
            </w:r>
          </w:p>
        </w:tc>
      </w:tr>
      <w:tr w:rsidR="00B17F22" w:rsidRPr="00B17F22" w:rsidTr="00F11A6C">
        <w:trPr>
          <w:trHeight w:val="276"/>
        </w:trPr>
        <w:tc>
          <w:tcPr>
            <w:tcW w:w="675"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3827"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По плану</w:t>
            </w: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По факту</w:t>
            </w: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1</w:t>
            </w:r>
          </w:p>
        </w:tc>
        <w:tc>
          <w:tcPr>
            <w:tcW w:w="1843" w:type="dxa"/>
            <w:vMerge w:val="restart"/>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Человек и общество (5ч)</w:t>
            </w:r>
          </w:p>
        </w:tc>
        <w:tc>
          <w:tcPr>
            <w:tcW w:w="5954" w:type="dxa"/>
          </w:tcPr>
          <w:p w:rsidR="00B17F22" w:rsidRPr="00B17F22" w:rsidRDefault="00B17F22" w:rsidP="00B17F22">
            <w:pPr>
              <w:autoSpaceDE w:val="0"/>
              <w:autoSpaceDN w:val="0"/>
              <w:spacing w:before="98" w:line="230" w:lineRule="auto"/>
              <w:rPr>
                <w:rFonts w:ascii="Calibri" w:eastAsia="Times New Roman" w:hAnsi="Calibri" w:cs="Times New Roman"/>
              </w:rPr>
            </w:pPr>
            <w:r w:rsidRPr="00B17F22">
              <w:rPr>
                <w:rFonts w:ascii="Times New Roman" w:eastAsia="Times New Roman" w:hAnsi="Times New Roman" w:cs="Times New Roman"/>
                <w:color w:val="000000"/>
                <w:sz w:val="24"/>
              </w:rPr>
              <w:t>Методы изучения природы.</w:t>
            </w:r>
          </w:p>
        </w:tc>
        <w:tc>
          <w:tcPr>
            <w:tcW w:w="3827" w:type="dxa"/>
          </w:tcPr>
          <w:p w:rsidR="00B17F22" w:rsidRPr="00B17F22" w:rsidRDefault="00B17F22" w:rsidP="00B17F22">
            <w:pPr>
              <w:tabs>
                <w:tab w:val="left" w:pos="3326"/>
              </w:tabs>
              <w:rPr>
                <w:rFonts w:ascii="Times New Roman" w:eastAsia="Times New Roman" w:hAnsi="Times New Roman" w:cs="Times New Roman"/>
                <w:sz w:val="24"/>
                <w:szCs w:val="24"/>
              </w:rPr>
            </w:pPr>
            <w:r w:rsidRPr="00B17F22">
              <w:rPr>
                <w:rFonts w:ascii="Times New Roman" w:eastAsia="Times New Roman" w:hAnsi="Times New Roman" w:cs="Times New Roman"/>
                <w:color w:val="000000"/>
                <w:sz w:val="24"/>
              </w:rPr>
              <w:t xml:space="preserve">Библиотека ЦОК </w:t>
            </w:r>
            <w:hyperlink r:id="rId128">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tabs>
                <w:tab w:val="left" w:pos="3326"/>
              </w:tabs>
              <w:jc w:val="both"/>
              <w:rPr>
                <w:rFonts w:ascii="Times New Roman" w:eastAsia="Times New Roman" w:hAnsi="Times New Roman" w:cs="Times New Roman"/>
                <w:sz w:val="24"/>
                <w:szCs w:val="24"/>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2</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83" w:lineRule="auto"/>
              <w:ind w:left="72"/>
              <w:rPr>
                <w:rFonts w:ascii="Calibri" w:eastAsia="Times New Roman" w:hAnsi="Calibri" w:cs="Times New Roman"/>
              </w:rPr>
            </w:pPr>
            <w:r w:rsidRPr="00B17F22">
              <w:rPr>
                <w:rFonts w:ascii="Times New Roman" w:eastAsia="Times New Roman" w:hAnsi="Times New Roman" w:cs="Times New Roman"/>
                <w:color w:val="000000"/>
                <w:sz w:val="24"/>
              </w:rPr>
              <w:t xml:space="preserve">Общество - совокупность людей, которые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 xml:space="preserve">объединены общей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 xml:space="preserve">культурой и связаны друг с другом совместной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 xml:space="preserve">деятельностью во имя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общей цели.</w:t>
            </w:r>
          </w:p>
        </w:tc>
        <w:tc>
          <w:tcPr>
            <w:tcW w:w="3827" w:type="dxa"/>
          </w:tcPr>
          <w:p w:rsidR="00B17F22" w:rsidRPr="00B17F22" w:rsidRDefault="00B17F22" w:rsidP="00B17F22">
            <w:pPr>
              <w:tabs>
                <w:tab w:val="left" w:pos="3326"/>
              </w:tabs>
              <w:rPr>
                <w:rFonts w:ascii="Times New Roman" w:eastAsia="Times New Roman" w:hAnsi="Times New Roman" w:cs="Times New Roman"/>
                <w:sz w:val="24"/>
                <w:szCs w:val="24"/>
              </w:rPr>
            </w:pPr>
            <w:r w:rsidRPr="00B17F22">
              <w:rPr>
                <w:rFonts w:ascii="Times New Roman" w:eastAsia="Times New Roman" w:hAnsi="Times New Roman" w:cs="Times New Roman"/>
                <w:color w:val="000000"/>
                <w:sz w:val="24"/>
              </w:rPr>
              <w:t xml:space="preserve">Библиотека ЦОК </w:t>
            </w:r>
            <w:hyperlink r:id="rId129">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tabs>
                <w:tab w:val="left" w:pos="3326"/>
              </w:tabs>
              <w:jc w:val="both"/>
              <w:rPr>
                <w:rFonts w:ascii="Times New Roman" w:eastAsia="Times New Roman" w:hAnsi="Times New Roman" w:cs="Times New Roman"/>
                <w:sz w:val="24"/>
                <w:szCs w:val="24"/>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3</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83" w:lineRule="auto"/>
              <w:ind w:left="72"/>
              <w:rPr>
                <w:rFonts w:ascii="Calibri" w:eastAsia="Times New Roman" w:hAnsi="Calibri" w:cs="Times New Roman"/>
              </w:rPr>
            </w:pPr>
            <w:r w:rsidRPr="00B17F22">
              <w:rPr>
                <w:rFonts w:ascii="Times New Roman" w:eastAsia="Times New Roman" w:hAnsi="Times New Roman" w:cs="Times New Roman"/>
                <w:color w:val="000000"/>
                <w:sz w:val="24"/>
              </w:rPr>
              <w:t xml:space="preserve">Общество - совокупность людей, которые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 xml:space="preserve">объединены общей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 xml:space="preserve">культурой и связаны друг с другом совместной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 xml:space="preserve">деятельностью во имя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общей цели.</w:t>
            </w:r>
          </w:p>
        </w:tc>
        <w:tc>
          <w:tcPr>
            <w:tcW w:w="3827" w:type="dxa"/>
          </w:tcPr>
          <w:p w:rsidR="00B17F22" w:rsidRPr="00B17F22" w:rsidRDefault="00B17F22" w:rsidP="00B17F22">
            <w:pPr>
              <w:tabs>
                <w:tab w:val="left" w:pos="3326"/>
              </w:tabs>
              <w:rPr>
                <w:rFonts w:ascii="Times New Roman" w:eastAsia="Times New Roman" w:hAnsi="Times New Roman" w:cs="Times New Roman"/>
                <w:sz w:val="24"/>
                <w:szCs w:val="24"/>
              </w:rPr>
            </w:pPr>
            <w:r w:rsidRPr="00B17F22">
              <w:rPr>
                <w:rFonts w:ascii="Times New Roman" w:eastAsia="Times New Roman" w:hAnsi="Times New Roman" w:cs="Times New Roman"/>
                <w:color w:val="000000"/>
                <w:sz w:val="24"/>
              </w:rPr>
              <w:t xml:space="preserve">Библиотека ЦОК </w:t>
            </w:r>
            <w:hyperlink r:id="rId130">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tabs>
                <w:tab w:val="left" w:pos="3326"/>
              </w:tabs>
              <w:jc w:val="both"/>
              <w:rPr>
                <w:rFonts w:ascii="Times New Roman" w:eastAsia="Times New Roman" w:hAnsi="Times New Roman" w:cs="Times New Roman"/>
                <w:sz w:val="24"/>
                <w:szCs w:val="24"/>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4</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62" w:lineRule="auto"/>
              <w:ind w:left="72" w:right="144"/>
              <w:rPr>
                <w:rFonts w:ascii="Calibri" w:eastAsia="Times New Roman" w:hAnsi="Calibri" w:cs="Times New Roman"/>
              </w:rPr>
            </w:pPr>
            <w:r w:rsidRPr="00B17F22">
              <w:rPr>
                <w:rFonts w:ascii="Times New Roman" w:eastAsia="Times New Roman" w:hAnsi="Times New Roman" w:cs="Times New Roman"/>
                <w:color w:val="000000"/>
                <w:sz w:val="24"/>
              </w:rPr>
              <w:t>Наша Родина – Российская Федерация. Карта мира.</w:t>
            </w:r>
          </w:p>
        </w:tc>
        <w:tc>
          <w:tcPr>
            <w:tcW w:w="3827" w:type="dxa"/>
          </w:tcPr>
          <w:p w:rsidR="00B17F22" w:rsidRPr="00B17F22" w:rsidRDefault="00B17F22" w:rsidP="00B17F22">
            <w:pPr>
              <w:widowControl w:val="0"/>
              <w:autoSpaceDE w:val="0"/>
              <w:autoSpaceDN w:val="0"/>
              <w:spacing w:before="65"/>
              <w:ind w:left="62"/>
              <w:rPr>
                <w:rFonts w:ascii="Times New Roman" w:eastAsia="Times New Roman" w:hAnsi="Times New Roman" w:cs="Times New Roman"/>
                <w:sz w:val="24"/>
                <w:szCs w:val="24"/>
              </w:rPr>
            </w:pPr>
            <w:r w:rsidRPr="00B17F22">
              <w:rPr>
                <w:rFonts w:ascii="Times New Roman" w:eastAsia="Times New Roman" w:hAnsi="Times New Roman" w:cs="Times New Roman"/>
                <w:color w:val="000000"/>
                <w:sz w:val="24"/>
              </w:rPr>
              <w:t xml:space="preserve">Библиотека ЦОК </w:t>
            </w:r>
            <w:hyperlink r:id="rId131">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tabs>
                <w:tab w:val="left" w:pos="3326"/>
              </w:tabs>
              <w:jc w:val="both"/>
              <w:rPr>
                <w:rFonts w:ascii="Times New Roman" w:eastAsia="Times New Roman" w:hAnsi="Times New Roman" w:cs="Times New Roman"/>
                <w:sz w:val="24"/>
                <w:szCs w:val="24"/>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B17F22"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5</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62" w:lineRule="auto"/>
              <w:ind w:left="72" w:right="720"/>
              <w:rPr>
                <w:rFonts w:ascii="Calibri" w:eastAsia="Times New Roman" w:hAnsi="Calibri" w:cs="Times New Roman"/>
                <w:i/>
              </w:rPr>
            </w:pPr>
            <w:r w:rsidRPr="00B17F22">
              <w:rPr>
                <w:rFonts w:ascii="Times New Roman" w:eastAsia="Times New Roman" w:hAnsi="Times New Roman" w:cs="Times New Roman"/>
                <w:i/>
                <w:color w:val="000000"/>
                <w:sz w:val="24"/>
              </w:rPr>
              <w:t>Входная контрольная работа.</w:t>
            </w:r>
          </w:p>
        </w:tc>
        <w:tc>
          <w:tcPr>
            <w:tcW w:w="3827" w:type="dxa"/>
          </w:tcPr>
          <w:p w:rsidR="00B17F22" w:rsidRPr="00B17F22" w:rsidRDefault="00B17F22" w:rsidP="00B17F22">
            <w:pPr>
              <w:widowControl w:val="0"/>
              <w:autoSpaceDE w:val="0"/>
              <w:autoSpaceDN w:val="0"/>
              <w:spacing w:before="65"/>
              <w:ind w:left="62"/>
              <w:rPr>
                <w:rFonts w:ascii="Times New Roman" w:eastAsia="Times New Roman" w:hAnsi="Times New Roman" w:cs="Times New Roman"/>
                <w:sz w:val="24"/>
                <w:szCs w:val="24"/>
              </w:rPr>
            </w:pPr>
          </w:p>
        </w:tc>
        <w:tc>
          <w:tcPr>
            <w:tcW w:w="992" w:type="dxa"/>
          </w:tcPr>
          <w:p w:rsidR="00B17F22" w:rsidRPr="00B17F22" w:rsidRDefault="00B17F22" w:rsidP="00B17F22">
            <w:pPr>
              <w:tabs>
                <w:tab w:val="left" w:pos="3326"/>
              </w:tabs>
              <w:jc w:val="both"/>
              <w:rPr>
                <w:rFonts w:ascii="Times New Roman" w:eastAsia="Times New Roman" w:hAnsi="Times New Roman" w:cs="Times New Roman"/>
                <w:sz w:val="24"/>
                <w:szCs w:val="24"/>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6</w:t>
            </w:r>
          </w:p>
        </w:tc>
        <w:tc>
          <w:tcPr>
            <w:tcW w:w="1843" w:type="dxa"/>
            <w:vMerge w:val="restart"/>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Человек и природа (31ч)</w:t>
            </w:r>
          </w:p>
        </w:tc>
        <w:tc>
          <w:tcPr>
            <w:tcW w:w="5954" w:type="dxa"/>
          </w:tcPr>
          <w:p w:rsidR="00B17F22" w:rsidRPr="00B17F22" w:rsidRDefault="00B17F22" w:rsidP="00B17F22">
            <w:pPr>
              <w:autoSpaceDE w:val="0"/>
              <w:autoSpaceDN w:val="0"/>
              <w:spacing w:before="98" w:line="262" w:lineRule="auto"/>
              <w:ind w:left="72" w:right="144"/>
              <w:rPr>
                <w:rFonts w:ascii="Times New Roman" w:eastAsia="Times New Roman" w:hAnsi="Times New Roman" w:cs="Times New Roman"/>
                <w:sz w:val="24"/>
                <w:szCs w:val="24"/>
              </w:rPr>
            </w:pPr>
            <w:r w:rsidRPr="00B17F22">
              <w:rPr>
                <w:rFonts w:ascii="Times New Roman" w:eastAsia="Times New Roman" w:hAnsi="Times New Roman" w:cs="Times New Roman"/>
                <w:color w:val="000000"/>
                <w:sz w:val="24"/>
                <w:szCs w:val="24"/>
              </w:rPr>
              <w:t>Наша Родина – Российская Федерация. Карта мира.</w:t>
            </w:r>
          </w:p>
        </w:tc>
        <w:tc>
          <w:tcPr>
            <w:tcW w:w="3827" w:type="dxa"/>
          </w:tcPr>
          <w:p w:rsidR="00B17F22" w:rsidRPr="00B17F22" w:rsidRDefault="00B17F22" w:rsidP="00B17F22">
            <w:pPr>
              <w:tabs>
                <w:tab w:val="left" w:pos="3326"/>
              </w:tabs>
              <w:rPr>
                <w:rFonts w:ascii="Times New Roman" w:eastAsia="Times New Roman" w:hAnsi="Times New Roman" w:cs="Times New Roman"/>
                <w:sz w:val="24"/>
                <w:szCs w:val="24"/>
              </w:rPr>
            </w:pPr>
            <w:r w:rsidRPr="00B17F22">
              <w:rPr>
                <w:rFonts w:ascii="Times New Roman" w:eastAsia="Times New Roman" w:hAnsi="Times New Roman" w:cs="Times New Roman"/>
                <w:color w:val="000000"/>
                <w:sz w:val="24"/>
              </w:rPr>
              <w:t xml:space="preserve">Библиотека ЦОК </w:t>
            </w:r>
            <w:hyperlink r:id="rId132">
              <w:r w:rsidRPr="00B17F22">
                <w:rPr>
                  <w:rFonts w:ascii="Times New Roman" w:eastAsia="Times New Roman" w:hAnsi="Times New Roman" w:cs="Times New Roman"/>
                  <w:color w:val="0000FF"/>
                  <w:u w:val="single"/>
                </w:rPr>
                <w:t>https://m.edsoo.ru/7f4116e4</w:t>
              </w:r>
            </w:hyperlink>
          </w:p>
        </w:tc>
        <w:tc>
          <w:tcPr>
            <w:tcW w:w="992" w:type="dxa"/>
          </w:tcPr>
          <w:p w:rsidR="00B17F22" w:rsidRPr="00B17F22" w:rsidRDefault="00B17F22" w:rsidP="00B17F22">
            <w:pPr>
              <w:tabs>
                <w:tab w:val="left" w:pos="3326"/>
              </w:tabs>
              <w:jc w:val="both"/>
              <w:rPr>
                <w:rFonts w:ascii="Times New Roman" w:eastAsia="Times New Roman" w:hAnsi="Times New Roman" w:cs="Times New Roman"/>
                <w:sz w:val="24"/>
                <w:szCs w:val="24"/>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7</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100" w:line="281" w:lineRule="auto"/>
              <w:ind w:left="72"/>
              <w:rPr>
                <w:rFonts w:ascii="Times New Roman" w:eastAsia="Times New Roman" w:hAnsi="Times New Roman" w:cs="Times New Roman"/>
                <w:sz w:val="24"/>
                <w:szCs w:val="24"/>
              </w:rPr>
            </w:pPr>
            <w:r w:rsidRPr="00B17F22">
              <w:rPr>
                <w:rFonts w:ascii="Times New Roman" w:eastAsia="Times New Roman" w:hAnsi="Times New Roman" w:cs="Times New Roman"/>
                <w:color w:val="000000"/>
                <w:sz w:val="24"/>
                <w:szCs w:val="24"/>
              </w:rPr>
              <w:t>Методы изучения природы. Звезды и планеты. Солнце– ближайшая к нам звезда, источник света и тепла для всего живого на Земле.</w:t>
            </w:r>
          </w:p>
        </w:tc>
        <w:tc>
          <w:tcPr>
            <w:tcW w:w="3827" w:type="dxa"/>
          </w:tcPr>
          <w:p w:rsidR="00B17F22" w:rsidRPr="00B17F22" w:rsidRDefault="00B17F22" w:rsidP="00B17F22">
            <w:pPr>
              <w:tabs>
                <w:tab w:val="left" w:pos="3326"/>
              </w:tabs>
              <w:rPr>
                <w:rFonts w:ascii="Times New Roman" w:eastAsia="Times New Roman" w:hAnsi="Times New Roman" w:cs="Times New Roman"/>
                <w:sz w:val="24"/>
                <w:szCs w:val="24"/>
              </w:rPr>
            </w:pPr>
            <w:r w:rsidRPr="00B17F22">
              <w:rPr>
                <w:rFonts w:ascii="Times New Roman" w:eastAsia="Times New Roman" w:hAnsi="Times New Roman" w:cs="Times New Roman"/>
                <w:color w:val="000000"/>
                <w:sz w:val="24"/>
              </w:rPr>
              <w:t xml:space="preserve">Библиотека ЦОК </w:t>
            </w:r>
            <w:hyperlink r:id="rId133">
              <w:r w:rsidRPr="00B17F22">
                <w:rPr>
                  <w:rFonts w:ascii="Times New Roman" w:eastAsia="Times New Roman" w:hAnsi="Times New Roman" w:cs="Times New Roman"/>
                  <w:color w:val="0000FF"/>
                  <w:u w:val="single"/>
                </w:rPr>
                <w:t>https://m.edsoo.ru/7f4116e4</w:t>
              </w:r>
            </w:hyperlink>
          </w:p>
        </w:tc>
        <w:tc>
          <w:tcPr>
            <w:tcW w:w="992" w:type="dxa"/>
          </w:tcPr>
          <w:p w:rsidR="00B17F22" w:rsidRPr="00B17F22" w:rsidRDefault="00B17F22" w:rsidP="00B17F22">
            <w:pPr>
              <w:tabs>
                <w:tab w:val="left" w:pos="3326"/>
              </w:tabs>
              <w:jc w:val="both"/>
              <w:rPr>
                <w:rFonts w:ascii="Times New Roman" w:eastAsia="Times New Roman" w:hAnsi="Times New Roman" w:cs="Times New Roman"/>
                <w:sz w:val="24"/>
                <w:szCs w:val="24"/>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8</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71" w:lineRule="auto"/>
              <w:ind w:left="72" w:right="432"/>
              <w:rPr>
                <w:rFonts w:ascii="Times New Roman" w:eastAsia="Times New Roman" w:hAnsi="Times New Roman" w:cs="Times New Roman"/>
                <w:sz w:val="24"/>
                <w:szCs w:val="24"/>
              </w:rPr>
            </w:pPr>
            <w:r w:rsidRPr="00B17F22">
              <w:rPr>
                <w:rFonts w:ascii="Times New Roman" w:eastAsia="Times New Roman" w:hAnsi="Times New Roman" w:cs="Times New Roman"/>
                <w:color w:val="000000"/>
                <w:sz w:val="24"/>
                <w:szCs w:val="24"/>
              </w:rPr>
              <w:t>Вещество. Разнообразие веществ в окружающем мире.</w:t>
            </w:r>
          </w:p>
        </w:tc>
        <w:tc>
          <w:tcPr>
            <w:tcW w:w="3827" w:type="dxa"/>
          </w:tcPr>
          <w:p w:rsidR="00B17F22" w:rsidRPr="00B17F22" w:rsidRDefault="00B17F22" w:rsidP="00B17F22">
            <w:pPr>
              <w:tabs>
                <w:tab w:val="left" w:pos="3326"/>
              </w:tabs>
              <w:rPr>
                <w:rFonts w:ascii="Times New Roman" w:eastAsia="Times New Roman" w:hAnsi="Times New Roman" w:cs="Times New Roman"/>
                <w:sz w:val="24"/>
                <w:szCs w:val="24"/>
              </w:rPr>
            </w:pPr>
            <w:r w:rsidRPr="00B17F22">
              <w:rPr>
                <w:rFonts w:ascii="Times New Roman" w:eastAsia="Times New Roman" w:hAnsi="Times New Roman" w:cs="Times New Roman"/>
                <w:color w:val="000000"/>
                <w:sz w:val="24"/>
              </w:rPr>
              <w:t xml:space="preserve">Библиотека ЦОК </w:t>
            </w:r>
            <w:hyperlink r:id="rId134">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tabs>
                <w:tab w:val="left" w:pos="3326"/>
              </w:tabs>
              <w:jc w:val="both"/>
              <w:rPr>
                <w:rFonts w:ascii="Times New Roman" w:eastAsia="Times New Roman" w:hAnsi="Times New Roman" w:cs="Times New Roman"/>
                <w:sz w:val="24"/>
                <w:szCs w:val="24"/>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9</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71" w:lineRule="auto"/>
              <w:ind w:left="72" w:right="144"/>
              <w:rPr>
                <w:rFonts w:ascii="Times New Roman" w:eastAsia="Times New Roman" w:hAnsi="Times New Roman" w:cs="Times New Roman"/>
                <w:sz w:val="24"/>
                <w:szCs w:val="24"/>
              </w:rPr>
            </w:pPr>
            <w:r w:rsidRPr="00B17F22">
              <w:rPr>
                <w:rFonts w:ascii="Times New Roman" w:eastAsia="Times New Roman" w:hAnsi="Times New Roman" w:cs="Times New Roman"/>
                <w:color w:val="000000"/>
                <w:sz w:val="24"/>
                <w:szCs w:val="24"/>
              </w:rPr>
              <w:t xml:space="preserve">Вещество. Примеры </w:t>
            </w:r>
            <w:r w:rsidRPr="00B17F22">
              <w:rPr>
                <w:rFonts w:ascii="Times New Roman" w:eastAsia="Times New Roman" w:hAnsi="Times New Roman" w:cs="Times New Roman"/>
                <w:sz w:val="24"/>
                <w:szCs w:val="24"/>
              </w:rPr>
              <w:br/>
            </w:r>
            <w:r w:rsidRPr="00B17F22">
              <w:rPr>
                <w:rFonts w:ascii="Times New Roman" w:eastAsia="Times New Roman" w:hAnsi="Times New Roman" w:cs="Times New Roman"/>
                <w:color w:val="000000"/>
                <w:sz w:val="24"/>
                <w:szCs w:val="24"/>
              </w:rPr>
              <w:t>веществ: сахар, соль, вода, природный газ.</w:t>
            </w:r>
          </w:p>
        </w:tc>
        <w:tc>
          <w:tcPr>
            <w:tcW w:w="3827" w:type="dxa"/>
          </w:tcPr>
          <w:p w:rsidR="00B17F22" w:rsidRPr="00B17F22" w:rsidRDefault="00B17F22" w:rsidP="00B17F22">
            <w:pPr>
              <w:rPr>
                <w:rFonts w:ascii="Calibri" w:eastAsia="Times New Roman" w:hAnsi="Calibri" w:cs="Times New Roman"/>
              </w:rPr>
            </w:pPr>
            <w:r w:rsidRPr="00B17F22">
              <w:rPr>
                <w:rFonts w:ascii="Times New Roman" w:eastAsia="Times New Roman" w:hAnsi="Times New Roman" w:cs="Times New Roman"/>
                <w:color w:val="000000"/>
                <w:sz w:val="24"/>
              </w:rPr>
              <w:t xml:space="preserve">Библиотека ЦОК </w:t>
            </w:r>
            <w:hyperlink r:id="rId135">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tabs>
                <w:tab w:val="left" w:pos="3326"/>
              </w:tabs>
              <w:jc w:val="both"/>
              <w:rPr>
                <w:rFonts w:ascii="Times New Roman" w:eastAsia="Times New Roman" w:hAnsi="Times New Roman" w:cs="Times New Roman"/>
                <w:sz w:val="24"/>
                <w:szCs w:val="24"/>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10</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81" w:lineRule="auto"/>
              <w:ind w:left="72" w:right="288"/>
              <w:rPr>
                <w:rFonts w:ascii="Calibri" w:eastAsia="Times New Roman" w:hAnsi="Calibri" w:cs="Times New Roman"/>
              </w:rPr>
            </w:pPr>
            <w:r w:rsidRPr="00B17F22">
              <w:rPr>
                <w:rFonts w:ascii="Times New Roman" w:eastAsia="Times New Roman" w:hAnsi="Times New Roman" w:cs="Times New Roman"/>
                <w:color w:val="000000"/>
                <w:sz w:val="24"/>
              </w:rPr>
              <w:t xml:space="preserve">Твёрдые тела, жидкости, газы. Простейшие практические работы с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веществами, жидкостями, газами.</w:t>
            </w:r>
          </w:p>
        </w:tc>
        <w:tc>
          <w:tcPr>
            <w:tcW w:w="3827" w:type="dxa"/>
          </w:tcPr>
          <w:p w:rsidR="00B17F22" w:rsidRPr="00B17F22" w:rsidRDefault="00B17F22" w:rsidP="00B17F22">
            <w:pPr>
              <w:rPr>
                <w:rFonts w:ascii="Calibri" w:eastAsia="Times New Roman" w:hAnsi="Calibri" w:cs="Times New Roman"/>
              </w:rPr>
            </w:pPr>
            <w:r w:rsidRPr="00B17F22">
              <w:rPr>
                <w:rFonts w:ascii="Times New Roman" w:eastAsia="Times New Roman" w:hAnsi="Times New Roman" w:cs="Times New Roman"/>
                <w:color w:val="000000"/>
                <w:sz w:val="24"/>
              </w:rPr>
              <w:t xml:space="preserve">Библиотека ЦОК </w:t>
            </w:r>
            <w:hyperlink r:id="rId136">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tabs>
                <w:tab w:val="left" w:pos="3326"/>
              </w:tabs>
              <w:jc w:val="both"/>
              <w:rPr>
                <w:rFonts w:ascii="Times New Roman" w:eastAsia="Times New Roman" w:hAnsi="Times New Roman" w:cs="Times New Roman"/>
                <w:sz w:val="24"/>
                <w:szCs w:val="24"/>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11</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30" w:lineRule="auto"/>
              <w:ind w:left="72"/>
              <w:rPr>
                <w:rFonts w:ascii="Calibri" w:eastAsia="Times New Roman" w:hAnsi="Calibri" w:cs="Times New Roman"/>
              </w:rPr>
            </w:pPr>
            <w:r w:rsidRPr="00B17F22">
              <w:rPr>
                <w:rFonts w:ascii="Times New Roman" w:eastAsia="Times New Roman" w:hAnsi="Times New Roman" w:cs="Times New Roman"/>
                <w:color w:val="000000"/>
                <w:sz w:val="24"/>
              </w:rPr>
              <w:t>Воздух – смесь газов.</w:t>
            </w:r>
          </w:p>
          <w:p w:rsidR="00B17F22" w:rsidRPr="00B17F22" w:rsidRDefault="00B17F22" w:rsidP="00B17F22">
            <w:pPr>
              <w:autoSpaceDE w:val="0"/>
              <w:autoSpaceDN w:val="0"/>
              <w:spacing w:before="70" w:line="271" w:lineRule="auto"/>
              <w:ind w:left="72"/>
              <w:rPr>
                <w:rFonts w:ascii="Calibri" w:eastAsia="Times New Roman" w:hAnsi="Calibri" w:cs="Times New Roman"/>
              </w:rPr>
            </w:pPr>
            <w:r w:rsidRPr="00B17F22">
              <w:rPr>
                <w:rFonts w:ascii="Times New Roman" w:eastAsia="Times New Roman" w:hAnsi="Times New Roman" w:cs="Times New Roman"/>
                <w:color w:val="000000"/>
                <w:sz w:val="24"/>
              </w:rPr>
              <w:t>Свойства воздуха. Значение воздуха для растений, животных, человека.</w:t>
            </w:r>
          </w:p>
        </w:tc>
        <w:tc>
          <w:tcPr>
            <w:tcW w:w="3827" w:type="dxa"/>
          </w:tcPr>
          <w:p w:rsidR="00B17F22" w:rsidRPr="00B17F22" w:rsidRDefault="00B17F22" w:rsidP="00B17F22">
            <w:pPr>
              <w:rPr>
                <w:rFonts w:ascii="Calibri" w:eastAsia="Times New Roman" w:hAnsi="Calibri" w:cs="Times New Roman"/>
              </w:rPr>
            </w:pPr>
            <w:r w:rsidRPr="00B17F22">
              <w:rPr>
                <w:rFonts w:ascii="Times New Roman" w:eastAsia="Times New Roman" w:hAnsi="Times New Roman" w:cs="Times New Roman"/>
                <w:color w:val="000000"/>
                <w:sz w:val="24"/>
              </w:rPr>
              <w:t xml:space="preserve">Библиотека ЦОК </w:t>
            </w:r>
            <w:hyperlink r:id="rId137">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tabs>
                <w:tab w:val="left" w:pos="3326"/>
              </w:tabs>
              <w:jc w:val="both"/>
              <w:rPr>
                <w:rFonts w:ascii="Times New Roman" w:eastAsia="Times New Roman" w:hAnsi="Times New Roman" w:cs="Times New Roman"/>
                <w:sz w:val="24"/>
                <w:szCs w:val="24"/>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12</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100" w:line="230" w:lineRule="auto"/>
              <w:ind w:left="72"/>
              <w:rPr>
                <w:rFonts w:ascii="Calibri" w:eastAsia="Times New Roman" w:hAnsi="Calibri" w:cs="Times New Roman"/>
              </w:rPr>
            </w:pPr>
            <w:r w:rsidRPr="00B17F22">
              <w:rPr>
                <w:rFonts w:ascii="Times New Roman" w:eastAsia="Times New Roman" w:hAnsi="Times New Roman" w:cs="Times New Roman"/>
                <w:color w:val="000000"/>
                <w:sz w:val="24"/>
              </w:rPr>
              <w:t>Вода. Свойства воды.</w:t>
            </w:r>
          </w:p>
        </w:tc>
        <w:tc>
          <w:tcPr>
            <w:tcW w:w="3827" w:type="dxa"/>
          </w:tcPr>
          <w:p w:rsidR="00B17F22" w:rsidRPr="00B17F22" w:rsidRDefault="00B17F22" w:rsidP="00B17F22">
            <w:pPr>
              <w:rPr>
                <w:rFonts w:ascii="Calibri" w:eastAsia="Times New Roman" w:hAnsi="Calibri" w:cs="Times New Roman"/>
              </w:rPr>
            </w:pPr>
            <w:r w:rsidRPr="00B17F22">
              <w:rPr>
                <w:rFonts w:ascii="Times New Roman" w:eastAsia="Times New Roman" w:hAnsi="Times New Roman" w:cs="Times New Roman"/>
                <w:color w:val="000000"/>
                <w:sz w:val="24"/>
              </w:rPr>
              <w:t xml:space="preserve">Библиотека ЦОК </w:t>
            </w:r>
            <w:hyperlink r:id="rId138">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tabs>
                <w:tab w:val="left" w:pos="3326"/>
              </w:tabs>
              <w:jc w:val="both"/>
              <w:rPr>
                <w:rFonts w:ascii="Times New Roman" w:eastAsia="Times New Roman" w:hAnsi="Times New Roman" w:cs="Times New Roman"/>
                <w:sz w:val="24"/>
                <w:szCs w:val="24"/>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13</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100" w:line="281" w:lineRule="auto"/>
              <w:ind w:left="72"/>
              <w:rPr>
                <w:rFonts w:ascii="Calibri" w:eastAsia="Times New Roman" w:hAnsi="Calibri" w:cs="Times New Roman"/>
              </w:rPr>
            </w:pPr>
            <w:r w:rsidRPr="00B17F22">
              <w:rPr>
                <w:rFonts w:ascii="Times New Roman" w:eastAsia="Times New Roman" w:hAnsi="Times New Roman" w:cs="Times New Roman"/>
                <w:color w:val="000000"/>
                <w:sz w:val="24"/>
              </w:rPr>
              <w:t xml:space="preserve">Состояния воды, её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 xml:space="preserve">распространение в природе, значение для живых организмов и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 xml:space="preserve">хозяйственной жизни человека. </w:t>
            </w:r>
          </w:p>
        </w:tc>
        <w:tc>
          <w:tcPr>
            <w:tcW w:w="3827" w:type="dxa"/>
          </w:tcPr>
          <w:p w:rsidR="00B17F22" w:rsidRPr="00B17F22" w:rsidRDefault="00B17F22" w:rsidP="00B17F22">
            <w:pPr>
              <w:rPr>
                <w:rFonts w:ascii="Calibri" w:eastAsia="Times New Roman" w:hAnsi="Calibri" w:cs="Times New Roman"/>
              </w:rPr>
            </w:pPr>
            <w:r w:rsidRPr="00B17F22">
              <w:rPr>
                <w:rFonts w:ascii="Times New Roman" w:eastAsia="Times New Roman" w:hAnsi="Times New Roman" w:cs="Times New Roman"/>
                <w:color w:val="000000"/>
                <w:sz w:val="24"/>
              </w:rPr>
              <w:t xml:space="preserve">Библиотека ЦОК </w:t>
            </w:r>
            <w:hyperlink r:id="rId139">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tabs>
                <w:tab w:val="left" w:pos="3326"/>
              </w:tabs>
              <w:jc w:val="both"/>
              <w:rPr>
                <w:rFonts w:ascii="Times New Roman" w:eastAsia="Times New Roman" w:hAnsi="Times New Roman" w:cs="Times New Roman"/>
                <w:sz w:val="24"/>
                <w:szCs w:val="24"/>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14</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62" w:lineRule="auto"/>
              <w:ind w:left="72" w:right="864"/>
              <w:rPr>
                <w:rFonts w:ascii="Calibri" w:eastAsia="Times New Roman" w:hAnsi="Calibri" w:cs="Times New Roman"/>
              </w:rPr>
            </w:pPr>
            <w:r w:rsidRPr="00B17F22">
              <w:rPr>
                <w:rFonts w:ascii="Times New Roman" w:eastAsia="Times New Roman" w:hAnsi="Times New Roman" w:cs="Times New Roman"/>
                <w:color w:val="000000"/>
                <w:sz w:val="24"/>
              </w:rPr>
              <w:t>Круговорот воды в природе.</w:t>
            </w:r>
          </w:p>
        </w:tc>
        <w:tc>
          <w:tcPr>
            <w:tcW w:w="3827" w:type="dxa"/>
          </w:tcPr>
          <w:p w:rsidR="00B17F22" w:rsidRPr="00B17F22" w:rsidRDefault="00B17F22" w:rsidP="00B17F22">
            <w:pPr>
              <w:rPr>
                <w:rFonts w:ascii="Calibri" w:eastAsia="Times New Roman" w:hAnsi="Calibri" w:cs="Times New Roman"/>
              </w:rPr>
            </w:pPr>
            <w:r w:rsidRPr="00B17F22">
              <w:rPr>
                <w:rFonts w:ascii="Times New Roman" w:eastAsia="Times New Roman" w:hAnsi="Times New Roman" w:cs="Times New Roman"/>
                <w:color w:val="000000"/>
                <w:sz w:val="24"/>
              </w:rPr>
              <w:t xml:space="preserve">Библиотека ЦОК </w:t>
            </w:r>
            <w:hyperlink r:id="rId140">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tabs>
                <w:tab w:val="left" w:pos="3326"/>
              </w:tabs>
              <w:jc w:val="both"/>
              <w:rPr>
                <w:rFonts w:ascii="Times New Roman" w:eastAsia="Times New Roman" w:hAnsi="Times New Roman" w:cs="Times New Roman"/>
                <w:sz w:val="24"/>
                <w:szCs w:val="24"/>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15</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30" w:lineRule="auto"/>
              <w:ind w:left="72"/>
              <w:rPr>
                <w:rFonts w:ascii="Calibri" w:eastAsia="Times New Roman" w:hAnsi="Calibri" w:cs="Times New Roman"/>
              </w:rPr>
            </w:pPr>
            <w:r w:rsidRPr="00B17F22">
              <w:rPr>
                <w:rFonts w:ascii="Times New Roman" w:eastAsia="Times New Roman" w:hAnsi="Times New Roman" w:cs="Times New Roman"/>
                <w:color w:val="000000"/>
                <w:sz w:val="24"/>
              </w:rPr>
              <w:t>Охрана воздуха, воды.</w:t>
            </w:r>
          </w:p>
        </w:tc>
        <w:tc>
          <w:tcPr>
            <w:tcW w:w="3827" w:type="dxa"/>
          </w:tcPr>
          <w:p w:rsidR="00B17F22" w:rsidRPr="00B17F22" w:rsidRDefault="00B17F22" w:rsidP="00B17F22">
            <w:pPr>
              <w:rPr>
                <w:rFonts w:ascii="Calibri" w:eastAsia="Times New Roman" w:hAnsi="Calibri" w:cs="Times New Roman"/>
              </w:rPr>
            </w:pPr>
            <w:r w:rsidRPr="00B17F22">
              <w:rPr>
                <w:rFonts w:ascii="Times New Roman" w:eastAsia="Times New Roman" w:hAnsi="Times New Roman" w:cs="Times New Roman"/>
                <w:color w:val="000000"/>
                <w:sz w:val="24"/>
              </w:rPr>
              <w:t xml:space="preserve">Библиотека ЦОК </w:t>
            </w:r>
            <w:hyperlink r:id="rId141">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tabs>
                <w:tab w:val="left" w:pos="3326"/>
              </w:tabs>
              <w:jc w:val="both"/>
              <w:rPr>
                <w:rFonts w:ascii="Times New Roman" w:eastAsia="Times New Roman" w:hAnsi="Times New Roman" w:cs="Times New Roman"/>
                <w:sz w:val="24"/>
                <w:szCs w:val="24"/>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16</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ind w:left="72" w:right="144"/>
              <w:rPr>
                <w:rFonts w:ascii="Calibri" w:eastAsia="Times New Roman" w:hAnsi="Calibri" w:cs="Times New Roman"/>
              </w:rPr>
            </w:pPr>
            <w:r w:rsidRPr="00B17F22">
              <w:rPr>
                <w:rFonts w:ascii="Times New Roman" w:eastAsia="Times New Roman" w:hAnsi="Times New Roman" w:cs="Times New Roman"/>
                <w:color w:val="000000"/>
                <w:sz w:val="24"/>
              </w:rPr>
              <w:t xml:space="preserve">Почва, её состав, значение для живой природы и хозяйственной жизни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человека.</w:t>
            </w:r>
          </w:p>
        </w:tc>
        <w:tc>
          <w:tcPr>
            <w:tcW w:w="3827" w:type="dxa"/>
          </w:tcPr>
          <w:p w:rsidR="00B17F22" w:rsidRPr="00B17F22" w:rsidRDefault="00B17F22" w:rsidP="00B17F22">
            <w:pPr>
              <w:rPr>
                <w:rFonts w:ascii="Calibri" w:eastAsia="Times New Roman" w:hAnsi="Calibri" w:cs="Times New Roman"/>
              </w:rPr>
            </w:pPr>
            <w:r w:rsidRPr="00B17F22">
              <w:rPr>
                <w:rFonts w:ascii="Times New Roman" w:eastAsia="Times New Roman" w:hAnsi="Times New Roman" w:cs="Times New Roman"/>
                <w:color w:val="000000"/>
                <w:sz w:val="24"/>
              </w:rPr>
              <w:t xml:space="preserve">Библиотека ЦОК </w:t>
            </w:r>
            <w:hyperlink r:id="rId142">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tabs>
                <w:tab w:val="left" w:pos="3326"/>
              </w:tabs>
              <w:jc w:val="both"/>
              <w:rPr>
                <w:rFonts w:ascii="Times New Roman" w:eastAsia="Times New Roman" w:hAnsi="Times New Roman" w:cs="Times New Roman"/>
                <w:sz w:val="24"/>
                <w:szCs w:val="24"/>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17</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30" w:lineRule="auto"/>
              <w:ind w:left="72"/>
              <w:rPr>
                <w:rFonts w:ascii="Calibri" w:eastAsia="Times New Roman" w:hAnsi="Calibri" w:cs="Times New Roman"/>
              </w:rPr>
            </w:pPr>
            <w:r w:rsidRPr="00B17F22">
              <w:rPr>
                <w:rFonts w:ascii="Times New Roman" w:eastAsia="Times New Roman" w:hAnsi="Times New Roman" w:cs="Times New Roman"/>
                <w:color w:val="000000"/>
                <w:sz w:val="24"/>
              </w:rPr>
              <w:t>Разнообразие растений.</w:t>
            </w:r>
          </w:p>
        </w:tc>
        <w:tc>
          <w:tcPr>
            <w:tcW w:w="3827" w:type="dxa"/>
          </w:tcPr>
          <w:p w:rsidR="00B17F22" w:rsidRPr="00B17F22" w:rsidRDefault="00B17F22" w:rsidP="00B17F22">
            <w:pPr>
              <w:tabs>
                <w:tab w:val="left" w:pos="3326"/>
              </w:tabs>
              <w:rPr>
                <w:rFonts w:ascii="Times New Roman" w:eastAsia="Times New Roman" w:hAnsi="Times New Roman" w:cs="Times New Roman"/>
                <w:sz w:val="24"/>
                <w:szCs w:val="24"/>
              </w:rPr>
            </w:pPr>
            <w:r w:rsidRPr="00B17F22">
              <w:rPr>
                <w:rFonts w:ascii="Times New Roman" w:eastAsia="Times New Roman" w:hAnsi="Times New Roman" w:cs="Times New Roman"/>
                <w:color w:val="000000"/>
                <w:sz w:val="24"/>
              </w:rPr>
              <w:t xml:space="preserve">Библиотека ЦОК </w:t>
            </w:r>
            <w:hyperlink r:id="rId143">
              <w:r w:rsidRPr="00B17F22">
                <w:rPr>
                  <w:rFonts w:ascii="Times New Roman" w:eastAsia="Times New Roman" w:hAnsi="Times New Roman" w:cs="Times New Roman"/>
                  <w:color w:val="0000FF"/>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18</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ind w:left="72" w:right="288"/>
              <w:rPr>
                <w:rFonts w:ascii="Calibri" w:eastAsia="Times New Roman" w:hAnsi="Calibri" w:cs="Times New Roman"/>
              </w:rPr>
            </w:pPr>
            <w:r w:rsidRPr="00B17F22">
              <w:rPr>
                <w:rFonts w:ascii="Times New Roman" w:eastAsia="Times New Roman" w:hAnsi="Times New Roman" w:cs="Times New Roman"/>
                <w:color w:val="000000"/>
                <w:sz w:val="24"/>
              </w:rPr>
              <w:t xml:space="preserve">Зависимость жизненного цикла организмов от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 xml:space="preserve">условий окружающей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среды.</w:t>
            </w:r>
          </w:p>
        </w:tc>
        <w:tc>
          <w:tcPr>
            <w:tcW w:w="3827" w:type="dxa"/>
          </w:tcPr>
          <w:p w:rsidR="00B17F22" w:rsidRPr="00B17F22" w:rsidRDefault="00B17F22" w:rsidP="00B17F22">
            <w:pPr>
              <w:tabs>
                <w:tab w:val="left" w:pos="3326"/>
              </w:tabs>
              <w:rPr>
                <w:rFonts w:ascii="Times New Roman" w:eastAsia="Times New Roman" w:hAnsi="Times New Roman" w:cs="Times New Roman"/>
                <w:sz w:val="24"/>
                <w:szCs w:val="24"/>
              </w:rPr>
            </w:pPr>
            <w:r w:rsidRPr="00B17F22">
              <w:rPr>
                <w:rFonts w:ascii="Times New Roman" w:eastAsia="Times New Roman" w:hAnsi="Times New Roman" w:cs="Times New Roman"/>
                <w:color w:val="000000"/>
                <w:sz w:val="24"/>
              </w:rPr>
              <w:t xml:space="preserve">Библиотека ЦОК </w:t>
            </w:r>
            <w:hyperlink r:id="rId144">
              <w:r w:rsidRPr="00B17F22">
                <w:rPr>
                  <w:rFonts w:ascii="Times New Roman" w:eastAsia="Times New Roman" w:hAnsi="Times New Roman" w:cs="Times New Roman"/>
                  <w:color w:val="0000FF"/>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19</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100"/>
              <w:ind w:left="72" w:right="432"/>
              <w:rPr>
                <w:rFonts w:ascii="Calibri" w:eastAsia="Times New Roman" w:hAnsi="Calibri" w:cs="Times New Roman"/>
              </w:rPr>
            </w:pPr>
            <w:r w:rsidRPr="00B17F22">
              <w:rPr>
                <w:rFonts w:ascii="Times New Roman" w:eastAsia="Times New Roman" w:hAnsi="Times New Roman" w:cs="Times New Roman"/>
                <w:color w:val="000000"/>
                <w:sz w:val="24"/>
              </w:rPr>
              <w:t xml:space="preserve">Размножение и развитие растений. Особенности питания и дыхания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растений.</w:t>
            </w:r>
          </w:p>
        </w:tc>
        <w:tc>
          <w:tcPr>
            <w:tcW w:w="3827" w:type="dxa"/>
          </w:tcPr>
          <w:p w:rsidR="00B17F22" w:rsidRPr="00B17F22" w:rsidRDefault="00B17F22" w:rsidP="00B17F22">
            <w:pPr>
              <w:tabs>
                <w:tab w:val="left" w:pos="3326"/>
              </w:tabs>
              <w:rPr>
                <w:rFonts w:ascii="Times New Roman" w:eastAsia="Times New Roman" w:hAnsi="Times New Roman" w:cs="Times New Roman"/>
                <w:sz w:val="24"/>
                <w:szCs w:val="24"/>
              </w:rPr>
            </w:pPr>
            <w:r w:rsidRPr="00B17F22">
              <w:rPr>
                <w:rFonts w:ascii="Times New Roman" w:eastAsia="Times New Roman" w:hAnsi="Times New Roman" w:cs="Times New Roman"/>
                <w:color w:val="000000"/>
                <w:sz w:val="24"/>
              </w:rPr>
              <w:t xml:space="preserve">Библиотека ЦОК </w:t>
            </w:r>
            <w:hyperlink r:id="rId145">
              <w:r w:rsidRPr="00B17F22">
                <w:rPr>
                  <w:rFonts w:ascii="Times New Roman" w:eastAsia="Times New Roman" w:hAnsi="Times New Roman" w:cs="Times New Roman"/>
                  <w:color w:val="0000FF"/>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20</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83" w:lineRule="auto"/>
              <w:ind w:left="72" w:right="144"/>
              <w:rPr>
                <w:rFonts w:ascii="Calibri" w:eastAsia="Times New Roman" w:hAnsi="Calibri" w:cs="Times New Roman"/>
              </w:rPr>
            </w:pPr>
            <w:r w:rsidRPr="00B17F22">
              <w:rPr>
                <w:rFonts w:ascii="Times New Roman" w:eastAsia="Times New Roman" w:hAnsi="Times New Roman" w:cs="Times New Roman"/>
                <w:color w:val="000000"/>
                <w:sz w:val="24"/>
              </w:rPr>
              <w:t xml:space="preserve">Роль растений в природе и жизни людей, бережное отношение человека к растениям. Условия,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необходимые для жизни растения (свет, тепло, воздух, вода).</w:t>
            </w:r>
          </w:p>
        </w:tc>
        <w:tc>
          <w:tcPr>
            <w:tcW w:w="3827" w:type="dxa"/>
          </w:tcPr>
          <w:p w:rsidR="00B17F22" w:rsidRPr="00B17F22" w:rsidRDefault="00B17F22" w:rsidP="00B17F22">
            <w:pPr>
              <w:rPr>
                <w:rFonts w:ascii="Calibri" w:eastAsia="Times New Roman" w:hAnsi="Calibri" w:cs="Times New Roman"/>
              </w:rPr>
            </w:pPr>
            <w:r w:rsidRPr="00B17F22">
              <w:rPr>
                <w:rFonts w:ascii="Times New Roman" w:eastAsia="Times New Roman" w:hAnsi="Times New Roman" w:cs="Times New Roman"/>
                <w:color w:val="000000"/>
                <w:sz w:val="24"/>
              </w:rPr>
              <w:t xml:space="preserve">Библиотека ЦОК </w:t>
            </w:r>
            <w:hyperlink r:id="rId146">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21</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81" w:lineRule="auto"/>
              <w:ind w:left="72" w:right="288"/>
              <w:rPr>
                <w:rFonts w:ascii="Calibri" w:eastAsia="Times New Roman" w:hAnsi="Calibri" w:cs="Times New Roman"/>
              </w:rPr>
            </w:pPr>
            <w:r w:rsidRPr="00B17F22">
              <w:rPr>
                <w:rFonts w:ascii="Times New Roman" w:eastAsia="Times New Roman" w:hAnsi="Times New Roman" w:cs="Times New Roman"/>
                <w:color w:val="000000"/>
                <w:sz w:val="24"/>
              </w:rPr>
              <w:t xml:space="preserve">Разнообразие животных. Зависимость жизненного цикла организмов от условий окружающей среды. </w:t>
            </w:r>
          </w:p>
        </w:tc>
        <w:tc>
          <w:tcPr>
            <w:tcW w:w="3827" w:type="dxa"/>
          </w:tcPr>
          <w:p w:rsidR="00B17F22" w:rsidRPr="00B17F22" w:rsidRDefault="00B17F22" w:rsidP="00B17F22">
            <w:pPr>
              <w:rPr>
                <w:rFonts w:ascii="Calibri" w:eastAsia="Times New Roman" w:hAnsi="Calibri" w:cs="Times New Roman"/>
              </w:rPr>
            </w:pPr>
            <w:r w:rsidRPr="00B17F22">
              <w:rPr>
                <w:rFonts w:ascii="Times New Roman" w:eastAsia="Times New Roman" w:hAnsi="Times New Roman" w:cs="Times New Roman"/>
                <w:color w:val="000000"/>
                <w:sz w:val="24"/>
              </w:rPr>
              <w:t xml:space="preserve">Библиотека ЦОК </w:t>
            </w:r>
            <w:hyperlink r:id="rId147">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22</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71" w:lineRule="auto"/>
              <w:ind w:left="72" w:right="288"/>
              <w:rPr>
                <w:rFonts w:ascii="Calibri" w:eastAsia="Times New Roman" w:hAnsi="Calibri" w:cs="Times New Roman"/>
              </w:rPr>
            </w:pPr>
            <w:r w:rsidRPr="00B17F22">
              <w:rPr>
                <w:rFonts w:ascii="Times New Roman" w:eastAsia="Times New Roman" w:hAnsi="Times New Roman" w:cs="Times New Roman"/>
                <w:color w:val="000000"/>
                <w:sz w:val="24"/>
              </w:rPr>
              <w:t>Размножение и развитие животных (рыбы, птицы, звери).</w:t>
            </w:r>
          </w:p>
        </w:tc>
        <w:tc>
          <w:tcPr>
            <w:tcW w:w="3827"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23</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81" w:lineRule="auto"/>
              <w:ind w:left="72" w:right="432"/>
              <w:rPr>
                <w:rFonts w:ascii="Calibri" w:eastAsia="Times New Roman" w:hAnsi="Calibri" w:cs="Times New Roman"/>
              </w:rPr>
            </w:pPr>
            <w:r w:rsidRPr="00B17F22">
              <w:rPr>
                <w:rFonts w:ascii="Times New Roman" w:eastAsia="Times New Roman" w:hAnsi="Times New Roman" w:cs="Times New Roman"/>
                <w:color w:val="000000"/>
                <w:sz w:val="24"/>
              </w:rPr>
              <w:t>Особенности питания. Цепи питания. Условия, необходимые для жизни животных (воздух, вода, тепло, пища).</w:t>
            </w:r>
          </w:p>
        </w:tc>
        <w:tc>
          <w:tcPr>
            <w:tcW w:w="3827" w:type="dxa"/>
          </w:tcPr>
          <w:p w:rsidR="00B17F22" w:rsidRPr="00B17F22" w:rsidRDefault="00B17F22" w:rsidP="00B17F22">
            <w:pPr>
              <w:widowControl w:val="0"/>
              <w:autoSpaceDE w:val="0"/>
              <w:autoSpaceDN w:val="0"/>
              <w:spacing w:before="65"/>
              <w:ind w:left="62"/>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24</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81" w:lineRule="auto"/>
              <w:ind w:left="72"/>
              <w:rPr>
                <w:rFonts w:ascii="Calibri" w:eastAsia="Times New Roman" w:hAnsi="Calibri" w:cs="Times New Roman"/>
              </w:rPr>
            </w:pPr>
            <w:r w:rsidRPr="00B17F22">
              <w:rPr>
                <w:rFonts w:ascii="Times New Roman" w:eastAsia="Times New Roman" w:hAnsi="Times New Roman" w:cs="Times New Roman"/>
                <w:color w:val="000000"/>
                <w:sz w:val="24"/>
              </w:rPr>
              <w:t xml:space="preserve">Роль животных в природе и жизни людей, бережное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 xml:space="preserve">отношение человека к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животным. Охрана животных.</w:t>
            </w:r>
          </w:p>
        </w:tc>
        <w:tc>
          <w:tcPr>
            <w:tcW w:w="3827" w:type="dxa"/>
          </w:tcPr>
          <w:p w:rsidR="00B17F22" w:rsidRPr="00B17F22" w:rsidRDefault="00B17F22" w:rsidP="00B17F22">
            <w:pPr>
              <w:tabs>
                <w:tab w:val="left" w:pos="3326"/>
              </w:tabs>
              <w:rPr>
                <w:rFonts w:ascii="Times New Roman" w:eastAsia="Times New Roman" w:hAnsi="Times New Roman" w:cs="Times New Roman"/>
                <w:sz w:val="24"/>
                <w:szCs w:val="24"/>
              </w:rPr>
            </w:pPr>
            <w:r w:rsidRPr="00B17F22">
              <w:rPr>
                <w:rFonts w:ascii="Times New Roman" w:eastAsia="Times New Roman" w:hAnsi="Times New Roman" w:cs="Times New Roman"/>
                <w:color w:val="000000"/>
                <w:sz w:val="24"/>
              </w:rPr>
              <w:t xml:space="preserve">Библиотека ЦОК </w:t>
            </w:r>
            <w:hyperlink r:id="rId148">
              <w:r w:rsidRPr="00B17F22">
                <w:rPr>
                  <w:rFonts w:ascii="Times New Roman" w:eastAsia="Times New Roman" w:hAnsi="Times New Roman" w:cs="Times New Roman"/>
                  <w:color w:val="0000FF"/>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25</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62" w:lineRule="auto"/>
              <w:ind w:left="72"/>
              <w:rPr>
                <w:rFonts w:ascii="Calibri" w:eastAsia="Times New Roman" w:hAnsi="Calibri" w:cs="Times New Roman"/>
              </w:rPr>
            </w:pPr>
            <w:r w:rsidRPr="00B17F22">
              <w:rPr>
                <w:rFonts w:ascii="Times New Roman" w:eastAsia="Times New Roman" w:hAnsi="Times New Roman" w:cs="Times New Roman"/>
                <w:color w:val="000000"/>
                <w:sz w:val="24"/>
              </w:rPr>
              <w:t>Первоначальные</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представления о бактериях.</w:t>
            </w:r>
          </w:p>
        </w:tc>
        <w:tc>
          <w:tcPr>
            <w:tcW w:w="3827" w:type="dxa"/>
          </w:tcPr>
          <w:p w:rsidR="00B17F22" w:rsidRPr="00B17F22" w:rsidRDefault="00B17F22" w:rsidP="00B17F22">
            <w:pPr>
              <w:rPr>
                <w:rFonts w:ascii="Calibri" w:eastAsia="Times New Roman" w:hAnsi="Calibri" w:cs="Times New Roman"/>
              </w:rPr>
            </w:pPr>
            <w:r w:rsidRPr="00B17F22">
              <w:rPr>
                <w:rFonts w:ascii="Times New Roman" w:eastAsia="Times New Roman" w:hAnsi="Times New Roman" w:cs="Times New Roman"/>
                <w:color w:val="000000"/>
                <w:sz w:val="24"/>
              </w:rPr>
              <w:t xml:space="preserve">Библиотека ЦОК </w:t>
            </w:r>
            <w:hyperlink r:id="rId149">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26</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71" w:lineRule="auto"/>
              <w:ind w:left="72" w:right="144"/>
              <w:rPr>
                <w:rFonts w:ascii="Calibri" w:eastAsia="Times New Roman" w:hAnsi="Calibri" w:cs="Times New Roman"/>
              </w:rPr>
            </w:pPr>
            <w:r w:rsidRPr="00B17F22">
              <w:rPr>
                <w:rFonts w:ascii="Times New Roman" w:eastAsia="Times New Roman" w:hAnsi="Times New Roman" w:cs="Times New Roman"/>
                <w:color w:val="000000"/>
                <w:sz w:val="24"/>
              </w:rPr>
              <w:t xml:space="preserve">Грибы: строение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 xml:space="preserve">шляпочных грибов. Грибы съедобные и несъедобные. </w:t>
            </w:r>
          </w:p>
        </w:tc>
        <w:tc>
          <w:tcPr>
            <w:tcW w:w="3827" w:type="dxa"/>
          </w:tcPr>
          <w:p w:rsidR="00B17F22" w:rsidRPr="00B17F22" w:rsidRDefault="00B17F22" w:rsidP="00B17F22">
            <w:pPr>
              <w:rPr>
                <w:rFonts w:ascii="Calibri" w:eastAsia="Times New Roman" w:hAnsi="Calibri" w:cs="Times New Roman"/>
              </w:rPr>
            </w:pPr>
            <w:r w:rsidRPr="00B17F22">
              <w:rPr>
                <w:rFonts w:ascii="Times New Roman" w:eastAsia="Times New Roman" w:hAnsi="Times New Roman" w:cs="Times New Roman"/>
                <w:color w:val="000000"/>
                <w:sz w:val="24"/>
              </w:rPr>
              <w:t xml:space="preserve">Библиотека ЦОК </w:t>
            </w:r>
            <w:hyperlink r:id="rId150">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27</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ind w:left="72" w:right="288"/>
              <w:rPr>
                <w:rFonts w:ascii="Calibri" w:eastAsia="Times New Roman" w:hAnsi="Calibri" w:cs="Times New Roman"/>
              </w:rPr>
            </w:pPr>
            <w:r w:rsidRPr="00B17F22">
              <w:rPr>
                <w:rFonts w:ascii="Times New Roman" w:eastAsia="Times New Roman" w:hAnsi="Times New Roman" w:cs="Times New Roman"/>
                <w:color w:val="000000"/>
                <w:sz w:val="24"/>
              </w:rPr>
              <w:t xml:space="preserve">Растения родного края, названия и краткая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характеристика на основе наблюдений.</w:t>
            </w:r>
          </w:p>
        </w:tc>
        <w:tc>
          <w:tcPr>
            <w:tcW w:w="3827" w:type="dxa"/>
          </w:tcPr>
          <w:p w:rsidR="00B17F22" w:rsidRPr="00B17F22" w:rsidRDefault="00B17F22" w:rsidP="00B17F22">
            <w:pPr>
              <w:rPr>
                <w:rFonts w:ascii="Calibri" w:eastAsia="Times New Roman" w:hAnsi="Calibri" w:cs="Times New Roman"/>
              </w:rPr>
            </w:pPr>
            <w:r w:rsidRPr="00B17F22">
              <w:rPr>
                <w:rFonts w:ascii="Times New Roman" w:eastAsia="Times New Roman" w:hAnsi="Times New Roman" w:cs="Times New Roman"/>
                <w:color w:val="000000"/>
                <w:sz w:val="24"/>
              </w:rPr>
              <w:t xml:space="preserve">Библиотека ЦОК </w:t>
            </w:r>
            <w:hyperlink r:id="rId151">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28</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100" w:line="271" w:lineRule="auto"/>
              <w:ind w:left="72" w:right="288"/>
              <w:rPr>
                <w:rFonts w:ascii="Calibri" w:eastAsia="Times New Roman" w:hAnsi="Calibri" w:cs="Times New Roman"/>
              </w:rPr>
            </w:pPr>
            <w:r w:rsidRPr="00B17F22">
              <w:rPr>
                <w:rFonts w:ascii="Times New Roman" w:eastAsia="Times New Roman" w:hAnsi="Times New Roman" w:cs="Times New Roman"/>
                <w:color w:val="000000"/>
                <w:sz w:val="24"/>
              </w:rPr>
              <w:t>Человек – часть природы. Общее представление о строении тела человека.</w:t>
            </w:r>
          </w:p>
        </w:tc>
        <w:tc>
          <w:tcPr>
            <w:tcW w:w="3827" w:type="dxa"/>
          </w:tcPr>
          <w:p w:rsidR="00B17F22" w:rsidRPr="00B17F22" w:rsidRDefault="00B17F22" w:rsidP="00B17F22">
            <w:pPr>
              <w:rPr>
                <w:rFonts w:ascii="Calibri" w:eastAsia="Times New Roman" w:hAnsi="Calibri" w:cs="Times New Roman"/>
              </w:rPr>
            </w:pPr>
            <w:r w:rsidRPr="00B17F22">
              <w:rPr>
                <w:rFonts w:ascii="Times New Roman" w:eastAsia="Times New Roman" w:hAnsi="Times New Roman" w:cs="Times New Roman"/>
                <w:color w:val="000000"/>
                <w:sz w:val="24"/>
              </w:rPr>
              <w:t xml:space="preserve">Библиотека ЦОК </w:t>
            </w:r>
            <w:hyperlink r:id="rId152">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29</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83" w:lineRule="auto"/>
              <w:ind w:left="72"/>
              <w:rPr>
                <w:rFonts w:ascii="Calibri" w:eastAsia="Times New Roman" w:hAnsi="Calibri" w:cs="Times New Roman"/>
              </w:rPr>
            </w:pPr>
            <w:r w:rsidRPr="00B17F22">
              <w:rPr>
                <w:rFonts w:ascii="Times New Roman" w:eastAsia="Times New Roman" w:hAnsi="Times New Roman" w:cs="Times New Roman"/>
                <w:color w:val="000000"/>
                <w:sz w:val="24"/>
              </w:rPr>
              <w:t xml:space="preserve">Системы органов (опорно-двигательная, пищеварительная,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дыхательная, кровеносная, нервная, органы чувств), их роль в жизнедеятельности организма.</w:t>
            </w:r>
          </w:p>
        </w:tc>
        <w:tc>
          <w:tcPr>
            <w:tcW w:w="3827" w:type="dxa"/>
          </w:tcPr>
          <w:p w:rsidR="00B17F22" w:rsidRPr="00B17F22" w:rsidRDefault="00B17F22" w:rsidP="00B17F22">
            <w:pPr>
              <w:rPr>
                <w:rFonts w:ascii="Calibri" w:eastAsia="Times New Roman" w:hAnsi="Calibri" w:cs="Times New Roman"/>
              </w:rPr>
            </w:pPr>
            <w:r w:rsidRPr="00B17F22">
              <w:rPr>
                <w:rFonts w:ascii="Times New Roman" w:eastAsia="Times New Roman" w:hAnsi="Times New Roman" w:cs="Times New Roman"/>
                <w:color w:val="000000"/>
                <w:sz w:val="24"/>
              </w:rPr>
              <w:t xml:space="preserve">Библиотека ЦОК </w:t>
            </w:r>
            <w:hyperlink r:id="rId153">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30</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62" w:lineRule="auto"/>
              <w:rPr>
                <w:rFonts w:ascii="Calibri" w:eastAsia="Times New Roman" w:hAnsi="Calibri" w:cs="Times New Roman"/>
              </w:rPr>
            </w:pPr>
            <w:r w:rsidRPr="00B17F22">
              <w:rPr>
                <w:rFonts w:ascii="Times New Roman" w:eastAsia="Times New Roman" w:hAnsi="Times New Roman" w:cs="Times New Roman"/>
                <w:color w:val="000000"/>
                <w:sz w:val="24"/>
              </w:rPr>
              <w:t>Гигиена отдельных органов и систем органов человека.</w:t>
            </w:r>
          </w:p>
        </w:tc>
        <w:tc>
          <w:tcPr>
            <w:tcW w:w="3827" w:type="dxa"/>
          </w:tcPr>
          <w:p w:rsidR="00B17F22" w:rsidRPr="00B17F22" w:rsidRDefault="00B17F22" w:rsidP="00B17F22">
            <w:pPr>
              <w:widowControl w:val="0"/>
              <w:autoSpaceDE w:val="0"/>
              <w:autoSpaceDN w:val="0"/>
              <w:spacing w:before="65"/>
              <w:ind w:left="62"/>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31</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ind w:left="72" w:right="144"/>
              <w:rPr>
                <w:rFonts w:ascii="Calibri" w:eastAsia="Times New Roman" w:hAnsi="Calibri" w:cs="Times New Roman"/>
              </w:rPr>
            </w:pPr>
            <w:r w:rsidRPr="00B17F22">
              <w:rPr>
                <w:rFonts w:ascii="Times New Roman" w:eastAsia="Times New Roman" w:hAnsi="Times New Roman" w:cs="Times New Roman"/>
                <w:color w:val="000000"/>
                <w:sz w:val="24"/>
              </w:rPr>
              <w:t>Системы органов (опорно-двигательная, нервная) их роль в жизнедеятельности организма.</w:t>
            </w:r>
          </w:p>
        </w:tc>
        <w:tc>
          <w:tcPr>
            <w:tcW w:w="3827" w:type="dxa"/>
          </w:tcPr>
          <w:p w:rsidR="00B17F22" w:rsidRPr="00B17F22" w:rsidRDefault="00B17F22" w:rsidP="00B17F22">
            <w:pPr>
              <w:rPr>
                <w:rFonts w:ascii="Calibri" w:eastAsia="Times New Roman" w:hAnsi="Calibri" w:cs="Times New Roman"/>
              </w:rPr>
            </w:pPr>
            <w:r w:rsidRPr="00B17F22">
              <w:rPr>
                <w:rFonts w:ascii="Times New Roman" w:eastAsia="Times New Roman" w:hAnsi="Times New Roman" w:cs="Times New Roman"/>
                <w:color w:val="000000"/>
                <w:sz w:val="24"/>
              </w:rPr>
              <w:t xml:space="preserve">Библиотека ЦОК </w:t>
            </w:r>
            <w:hyperlink r:id="rId154">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32</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71" w:lineRule="auto"/>
              <w:ind w:left="72" w:right="144"/>
              <w:rPr>
                <w:rFonts w:ascii="Calibri" w:eastAsia="Times New Roman" w:hAnsi="Calibri" w:cs="Times New Roman"/>
                <w:i/>
              </w:rPr>
            </w:pPr>
            <w:r w:rsidRPr="00B17F22">
              <w:rPr>
                <w:rFonts w:ascii="Times New Roman" w:eastAsia="Times New Roman" w:hAnsi="Times New Roman" w:cs="Times New Roman"/>
                <w:i/>
                <w:color w:val="000000"/>
                <w:sz w:val="24"/>
              </w:rPr>
              <w:t xml:space="preserve">Контрольная работа по </w:t>
            </w:r>
            <w:r w:rsidRPr="00B17F22">
              <w:rPr>
                <w:rFonts w:ascii="Calibri" w:eastAsia="Times New Roman" w:hAnsi="Calibri" w:cs="Times New Roman"/>
                <w:i/>
              </w:rPr>
              <w:br/>
            </w:r>
            <w:r w:rsidRPr="00B17F22">
              <w:rPr>
                <w:rFonts w:ascii="Times New Roman" w:eastAsia="Times New Roman" w:hAnsi="Times New Roman" w:cs="Times New Roman"/>
                <w:i/>
                <w:color w:val="000000"/>
                <w:sz w:val="24"/>
              </w:rPr>
              <w:t>теме: «Человек и природа. Человек и общество».</w:t>
            </w:r>
          </w:p>
        </w:tc>
        <w:tc>
          <w:tcPr>
            <w:tcW w:w="3827" w:type="dxa"/>
          </w:tcPr>
          <w:p w:rsidR="00B17F22" w:rsidRPr="00B17F22" w:rsidRDefault="00B17F22" w:rsidP="00B17F22">
            <w:pPr>
              <w:rPr>
                <w:rFonts w:ascii="Calibri" w:eastAsia="Times New Roman" w:hAnsi="Calibri" w:cs="Times New Roman"/>
              </w:rPr>
            </w:pPr>
            <w:r w:rsidRPr="00B17F22">
              <w:rPr>
                <w:rFonts w:ascii="Times New Roman" w:eastAsia="Times New Roman" w:hAnsi="Times New Roman" w:cs="Times New Roman"/>
                <w:color w:val="000000"/>
                <w:sz w:val="24"/>
              </w:rPr>
              <w:t xml:space="preserve">Библиотека ЦОК </w:t>
            </w:r>
            <w:hyperlink r:id="rId155">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33</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78" w:lineRule="auto"/>
              <w:ind w:left="72"/>
              <w:rPr>
                <w:rFonts w:ascii="Calibri" w:eastAsia="Times New Roman" w:hAnsi="Calibri" w:cs="Times New Roman"/>
              </w:rPr>
            </w:pPr>
            <w:r w:rsidRPr="00B17F22">
              <w:rPr>
                <w:rFonts w:ascii="Times New Roman" w:eastAsia="Times New Roman" w:hAnsi="Times New Roman" w:cs="Times New Roman"/>
                <w:color w:val="000000"/>
                <w:sz w:val="24"/>
              </w:rPr>
              <w:t xml:space="preserve">Системы органов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 xml:space="preserve">(пищеварительная), их роль в жизнедеятельности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организма.</w:t>
            </w:r>
          </w:p>
        </w:tc>
        <w:tc>
          <w:tcPr>
            <w:tcW w:w="3827" w:type="dxa"/>
          </w:tcPr>
          <w:p w:rsidR="00B17F22" w:rsidRPr="00B17F22" w:rsidRDefault="00B17F22" w:rsidP="00B17F22">
            <w:pPr>
              <w:rPr>
                <w:rFonts w:ascii="Calibri" w:eastAsia="Times New Roman" w:hAnsi="Calibri" w:cs="Times New Roman"/>
              </w:rPr>
            </w:pPr>
            <w:r w:rsidRPr="00B17F22">
              <w:rPr>
                <w:rFonts w:ascii="Times New Roman" w:eastAsia="Times New Roman" w:hAnsi="Times New Roman" w:cs="Times New Roman"/>
                <w:color w:val="000000"/>
                <w:sz w:val="24"/>
              </w:rPr>
              <w:t xml:space="preserve">Библиотека ЦОК </w:t>
            </w:r>
            <w:hyperlink r:id="rId156">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34</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81" w:lineRule="auto"/>
              <w:ind w:left="72" w:right="432"/>
              <w:rPr>
                <w:rFonts w:ascii="Calibri" w:eastAsia="Times New Roman" w:hAnsi="Calibri" w:cs="Times New Roman"/>
              </w:rPr>
            </w:pPr>
            <w:r w:rsidRPr="00B17F22">
              <w:rPr>
                <w:rFonts w:ascii="Times New Roman" w:eastAsia="Times New Roman" w:hAnsi="Times New Roman" w:cs="Times New Roman"/>
                <w:color w:val="000000"/>
                <w:sz w:val="24"/>
              </w:rPr>
              <w:t xml:space="preserve">Системы органов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 xml:space="preserve">(дыхательная, кровеносная), их роль в жизнедеятельности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организма.</w:t>
            </w:r>
          </w:p>
        </w:tc>
        <w:tc>
          <w:tcPr>
            <w:tcW w:w="3827" w:type="dxa"/>
          </w:tcPr>
          <w:p w:rsidR="00B17F22" w:rsidRPr="00B17F22" w:rsidRDefault="00B17F22" w:rsidP="00B17F22">
            <w:pPr>
              <w:widowControl w:val="0"/>
              <w:autoSpaceDE w:val="0"/>
              <w:autoSpaceDN w:val="0"/>
              <w:spacing w:before="65"/>
              <w:ind w:left="62"/>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35</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62" w:lineRule="auto"/>
              <w:rPr>
                <w:rFonts w:ascii="Calibri" w:eastAsia="Times New Roman" w:hAnsi="Calibri" w:cs="Times New Roman"/>
              </w:rPr>
            </w:pPr>
            <w:r w:rsidRPr="00B17F22">
              <w:rPr>
                <w:rFonts w:ascii="Times New Roman" w:eastAsia="Times New Roman" w:hAnsi="Times New Roman" w:cs="Times New Roman"/>
                <w:color w:val="000000"/>
                <w:sz w:val="24"/>
              </w:rPr>
              <w:t>Гигиена отдельных органов и систем органов человека.</w:t>
            </w:r>
          </w:p>
          <w:p w:rsidR="00B17F22" w:rsidRPr="00B17F22" w:rsidRDefault="00B17F22" w:rsidP="00B17F22">
            <w:pPr>
              <w:autoSpaceDE w:val="0"/>
              <w:autoSpaceDN w:val="0"/>
              <w:spacing w:before="70" w:line="271" w:lineRule="auto"/>
              <w:ind w:left="72" w:right="432"/>
              <w:rPr>
                <w:rFonts w:ascii="Calibri" w:eastAsia="Times New Roman" w:hAnsi="Calibri" w:cs="Times New Roman"/>
              </w:rPr>
            </w:pPr>
            <w:r w:rsidRPr="00B17F22">
              <w:rPr>
                <w:rFonts w:ascii="Times New Roman" w:eastAsia="Times New Roman" w:hAnsi="Times New Roman" w:cs="Times New Roman"/>
                <w:color w:val="000000"/>
                <w:sz w:val="24"/>
              </w:rPr>
              <w:t>Измерение температуры тела человека, частоты пульса.</w:t>
            </w:r>
          </w:p>
        </w:tc>
        <w:tc>
          <w:tcPr>
            <w:tcW w:w="3827" w:type="dxa"/>
          </w:tcPr>
          <w:p w:rsidR="00B17F22" w:rsidRPr="00B17F22" w:rsidRDefault="00B17F22" w:rsidP="00B17F22">
            <w:pPr>
              <w:widowControl w:val="0"/>
              <w:autoSpaceDE w:val="0"/>
              <w:autoSpaceDN w:val="0"/>
              <w:spacing w:before="65"/>
              <w:ind w:left="62"/>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36</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81" w:lineRule="auto"/>
              <w:ind w:left="72"/>
              <w:rPr>
                <w:rFonts w:ascii="Calibri" w:eastAsia="Times New Roman" w:hAnsi="Calibri" w:cs="Times New Roman"/>
              </w:rPr>
            </w:pPr>
            <w:r w:rsidRPr="00B17F22">
              <w:rPr>
                <w:rFonts w:ascii="Times New Roman" w:eastAsia="Times New Roman" w:hAnsi="Times New Roman" w:cs="Times New Roman"/>
                <w:color w:val="000000"/>
                <w:sz w:val="24"/>
              </w:rPr>
              <w:t xml:space="preserve">Здоровый образ жизни: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 xml:space="preserve">двигательная активность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 xml:space="preserve">(утренняя зарядка,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 xml:space="preserve">динамические паузы),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 xml:space="preserve">закаливание и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профилактика заболеваний.</w:t>
            </w:r>
          </w:p>
        </w:tc>
        <w:tc>
          <w:tcPr>
            <w:tcW w:w="3827" w:type="dxa"/>
          </w:tcPr>
          <w:p w:rsidR="00B17F22" w:rsidRPr="00B17F22" w:rsidRDefault="00B17F22" w:rsidP="00B17F22">
            <w:pPr>
              <w:widowControl w:val="0"/>
              <w:autoSpaceDE w:val="0"/>
              <w:autoSpaceDN w:val="0"/>
              <w:spacing w:before="65"/>
              <w:ind w:left="62"/>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B17F22"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37</w:t>
            </w:r>
          </w:p>
        </w:tc>
        <w:tc>
          <w:tcPr>
            <w:tcW w:w="1843" w:type="dxa"/>
            <w:vMerge w:val="restart"/>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Правила безопасной жизни (6ч)</w:t>
            </w:r>
          </w:p>
        </w:tc>
        <w:tc>
          <w:tcPr>
            <w:tcW w:w="5954"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42"/>
              <w:gridCol w:w="95"/>
            </w:tblGrid>
            <w:tr w:rsidR="00B17F22" w:rsidRPr="00B17F22" w:rsidTr="00B17F22">
              <w:trPr>
                <w:trHeight w:val="797"/>
                <w:tblCellSpacing w:w="15" w:type="dxa"/>
              </w:trPr>
              <w:tc>
                <w:tcPr>
                  <w:tcW w:w="15008" w:type="dxa"/>
                  <w:shd w:val="clear" w:color="auto" w:fill="FFFFFF"/>
                  <w:hideMark/>
                </w:tcPr>
                <w:p w:rsidR="00B17F22" w:rsidRPr="00B17F22" w:rsidRDefault="00B17F22" w:rsidP="00475B90">
                  <w:pPr>
                    <w:framePr w:hSpace="180" w:wrap="around" w:vAnchor="text" w:hAnchor="text" w:y="1"/>
                    <w:spacing w:after="0" w:line="276" w:lineRule="auto"/>
                    <w:suppressOverlap/>
                    <w:rPr>
                      <w:rFonts w:ascii="inherit" w:eastAsia="Times New Roman" w:hAnsi="inherit" w:cs="Times New Roman"/>
                      <w:color w:val="000000"/>
                      <w:sz w:val="24"/>
                      <w:szCs w:val="24"/>
                      <w:lang w:val="ru-RU" w:eastAsia="ru-RU"/>
                    </w:rPr>
                  </w:pPr>
                  <w:r w:rsidRPr="00B17F22">
                    <w:rPr>
                      <w:rFonts w:ascii="inherit" w:eastAsia="Times New Roman" w:hAnsi="inherit" w:cs="Times New Roman"/>
                      <w:color w:val="000000"/>
                      <w:sz w:val="24"/>
                      <w:szCs w:val="24"/>
                      <w:lang w:val="ru-RU" w:eastAsia="ru-RU"/>
                    </w:rPr>
                    <w:t xml:space="preserve">Здоровый образ жизни: двигательная активность </w:t>
                  </w:r>
                </w:p>
                <w:p w:rsidR="00B17F22" w:rsidRPr="00B17F22" w:rsidRDefault="00B17F22" w:rsidP="00475B90">
                  <w:pPr>
                    <w:framePr w:hSpace="180" w:wrap="around" w:vAnchor="text" w:hAnchor="text" w:y="1"/>
                    <w:spacing w:after="0" w:line="276" w:lineRule="auto"/>
                    <w:suppressOverlap/>
                    <w:rPr>
                      <w:rFonts w:ascii="inherit" w:eastAsia="Times New Roman" w:hAnsi="inherit" w:cs="Times New Roman"/>
                      <w:color w:val="000000"/>
                      <w:sz w:val="24"/>
                      <w:szCs w:val="24"/>
                      <w:lang w:val="ru-RU" w:eastAsia="ru-RU"/>
                    </w:rPr>
                  </w:pPr>
                  <w:r w:rsidRPr="00B17F22">
                    <w:rPr>
                      <w:rFonts w:ascii="inherit" w:eastAsia="Times New Roman" w:hAnsi="inherit" w:cs="Times New Roman"/>
                      <w:color w:val="000000"/>
                      <w:sz w:val="24"/>
                      <w:szCs w:val="24"/>
                      <w:lang w:val="ru-RU" w:eastAsia="ru-RU"/>
                    </w:rPr>
                    <w:t xml:space="preserve">(утренняя зарядка, динамические паузы), </w:t>
                  </w:r>
                </w:p>
                <w:p w:rsidR="00B17F22" w:rsidRPr="00B17F22" w:rsidRDefault="00B17F22" w:rsidP="00475B90">
                  <w:pPr>
                    <w:framePr w:hSpace="180" w:wrap="around" w:vAnchor="text" w:hAnchor="text" w:y="1"/>
                    <w:spacing w:after="0" w:line="276" w:lineRule="auto"/>
                    <w:suppressOverlap/>
                    <w:rPr>
                      <w:rFonts w:ascii="inherit" w:eastAsia="Times New Roman" w:hAnsi="inherit" w:cs="Times New Roman"/>
                      <w:color w:val="000000"/>
                      <w:sz w:val="24"/>
                      <w:szCs w:val="24"/>
                      <w:lang w:val="ru-RU" w:eastAsia="ru-RU"/>
                    </w:rPr>
                  </w:pPr>
                  <w:r w:rsidRPr="00B17F22">
                    <w:rPr>
                      <w:rFonts w:ascii="inherit" w:eastAsia="Times New Roman" w:hAnsi="inherit" w:cs="Times New Roman"/>
                      <w:color w:val="000000"/>
                      <w:sz w:val="24"/>
                      <w:szCs w:val="24"/>
                      <w:lang w:val="ru-RU" w:eastAsia="ru-RU"/>
                    </w:rPr>
                    <w:t>закаливание и профилактика заболеваний</w:t>
                  </w:r>
                </w:p>
              </w:tc>
              <w:tc>
                <w:tcPr>
                  <w:tcW w:w="39" w:type="dxa"/>
                  <w:shd w:val="clear" w:color="auto" w:fill="FFFFFF"/>
                  <w:hideMark/>
                </w:tcPr>
                <w:p w:rsidR="00B17F22" w:rsidRPr="00B17F22" w:rsidRDefault="00B17F22" w:rsidP="00475B90">
                  <w:pPr>
                    <w:framePr w:hSpace="180" w:wrap="around" w:vAnchor="text" w:hAnchor="text" w:y="1"/>
                    <w:spacing w:after="0" w:line="240" w:lineRule="auto"/>
                    <w:suppressOverlap/>
                    <w:rPr>
                      <w:rFonts w:ascii="inherit" w:eastAsia="Times New Roman" w:hAnsi="inherit" w:cs="Times New Roman"/>
                      <w:color w:val="000000"/>
                      <w:sz w:val="24"/>
                      <w:szCs w:val="24"/>
                      <w:lang w:val="ru-RU" w:eastAsia="ru-RU"/>
                    </w:rPr>
                  </w:pPr>
                </w:p>
              </w:tc>
            </w:tr>
          </w:tbl>
          <w:p w:rsidR="00B17F22" w:rsidRPr="00B17F22" w:rsidRDefault="00B17F22" w:rsidP="00B17F22">
            <w:pPr>
              <w:autoSpaceDE w:val="0"/>
              <w:autoSpaceDN w:val="0"/>
              <w:spacing w:before="98" w:line="271" w:lineRule="auto"/>
              <w:ind w:left="72" w:right="144"/>
              <w:rPr>
                <w:rFonts w:ascii="Calibri" w:eastAsia="Times New Roman" w:hAnsi="Calibri" w:cs="Times New Roman"/>
              </w:rPr>
            </w:pPr>
          </w:p>
        </w:tc>
        <w:tc>
          <w:tcPr>
            <w:tcW w:w="3827" w:type="dxa"/>
          </w:tcPr>
          <w:p w:rsidR="00B17F22" w:rsidRPr="00B17F22" w:rsidRDefault="00B17F22" w:rsidP="00B17F22">
            <w:pPr>
              <w:widowControl w:val="0"/>
              <w:autoSpaceDE w:val="0"/>
              <w:autoSpaceDN w:val="0"/>
              <w:spacing w:before="65"/>
              <w:ind w:left="62"/>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38</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spacing w:before="100" w:beforeAutospacing="1" w:after="100" w:afterAutospacing="1"/>
              <w:rPr>
                <w:rFonts w:ascii="inherit" w:eastAsia="Calibri" w:hAnsi="inherit" w:cs="Times New Roman"/>
                <w:color w:val="000000"/>
                <w:sz w:val="24"/>
                <w:szCs w:val="24"/>
              </w:rPr>
            </w:pPr>
            <w:r w:rsidRPr="00B17F22">
              <w:rPr>
                <w:rFonts w:ascii="inherit" w:eastAsia="Calibri" w:hAnsi="inherit" w:cs="Times New Roman"/>
                <w:color w:val="000000"/>
                <w:sz w:val="24"/>
                <w:szCs w:val="24"/>
              </w:rPr>
              <w:t>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c>
          <w:tcPr>
            <w:tcW w:w="3827" w:type="dxa"/>
          </w:tcPr>
          <w:p w:rsidR="00B17F22" w:rsidRPr="00B17F22" w:rsidRDefault="00B17F22" w:rsidP="00B17F22">
            <w:pPr>
              <w:widowControl w:val="0"/>
              <w:autoSpaceDE w:val="0"/>
              <w:autoSpaceDN w:val="0"/>
              <w:spacing w:before="65"/>
              <w:ind w:left="62"/>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39</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spacing w:before="100" w:beforeAutospacing="1" w:after="100" w:afterAutospacing="1"/>
              <w:rPr>
                <w:rFonts w:ascii="inherit" w:eastAsia="Calibri" w:hAnsi="inherit" w:cs="Times New Roman"/>
                <w:color w:val="000000"/>
                <w:sz w:val="24"/>
                <w:szCs w:val="24"/>
              </w:rPr>
            </w:pPr>
            <w:r w:rsidRPr="00B17F22">
              <w:rPr>
                <w:rFonts w:ascii="inherit" w:eastAsia="Calibri" w:hAnsi="inherit" w:cs="Times New Roman"/>
                <w:color w:val="000000"/>
                <w:sz w:val="24"/>
                <w:szCs w:val="24"/>
              </w:rPr>
              <w:t>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c>
          <w:tcPr>
            <w:tcW w:w="3827" w:type="dxa"/>
          </w:tcPr>
          <w:p w:rsidR="00B17F22" w:rsidRPr="00B17F22" w:rsidRDefault="00B17F22" w:rsidP="00B17F22">
            <w:pPr>
              <w:widowControl w:val="0"/>
              <w:autoSpaceDE w:val="0"/>
              <w:autoSpaceDN w:val="0"/>
              <w:spacing w:before="65"/>
              <w:ind w:left="62"/>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40</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spacing w:before="100" w:beforeAutospacing="1" w:after="100" w:afterAutospacing="1"/>
              <w:rPr>
                <w:rFonts w:ascii="inherit" w:eastAsia="Calibri" w:hAnsi="inherit" w:cs="Times New Roman"/>
                <w:color w:val="000000"/>
                <w:sz w:val="24"/>
                <w:szCs w:val="24"/>
              </w:rPr>
            </w:pPr>
            <w:r w:rsidRPr="00B17F22">
              <w:rPr>
                <w:rFonts w:ascii="inherit" w:eastAsia="Calibri" w:hAnsi="inherit" w:cs="Times New Roman"/>
                <w:color w:val="000000"/>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tc>
        <w:tc>
          <w:tcPr>
            <w:tcW w:w="3827" w:type="dxa"/>
          </w:tcPr>
          <w:p w:rsidR="00B17F22" w:rsidRPr="00B17F22" w:rsidRDefault="00B17F22" w:rsidP="00B17F22">
            <w:pPr>
              <w:widowControl w:val="0"/>
              <w:autoSpaceDE w:val="0"/>
              <w:autoSpaceDN w:val="0"/>
              <w:spacing w:before="65"/>
              <w:ind w:left="62"/>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41</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spacing w:before="100" w:beforeAutospacing="1" w:after="100" w:afterAutospacing="1"/>
              <w:rPr>
                <w:rFonts w:ascii="inherit" w:eastAsia="Calibri" w:hAnsi="inherit" w:cs="Times New Roman"/>
                <w:color w:val="000000"/>
                <w:sz w:val="24"/>
                <w:szCs w:val="24"/>
              </w:rPr>
            </w:pPr>
            <w:r w:rsidRPr="00B17F22">
              <w:rPr>
                <w:rFonts w:ascii="inherit" w:eastAsia="Calibri" w:hAnsi="inherit" w:cs="Times New Roman"/>
                <w:color w:val="000000"/>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tc>
        <w:tc>
          <w:tcPr>
            <w:tcW w:w="3827" w:type="dxa"/>
          </w:tcPr>
          <w:p w:rsidR="00B17F22" w:rsidRPr="00B17F22" w:rsidRDefault="00B17F22" w:rsidP="00B17F22">
            <w:pPr>
              <w:rPr>
                <w:rFonts w:ascii="Calibri" w:eastAsia="Times New Roman" w:hAnsi="Calibri" w:cs="Times New Roman"/>
              </w:rPr>
            </w:pPr>
            <w:r w:rsidRPr="00B17F22">
              <w:rPr>
                <w:rFonts w:ascii="Times New Roman" w:eastAsia="Times New Roman" w:hAnsi="Times New Roman" w:cs="Times New Roman"/>
                <w:color w:val="000000"/>
                <w:sz w:val="24"/>
              </w:rPr>
              <w:t xml:space="preserve">Библиотека ЦОК </w:t>
            </w:r>
            <w:hyperlink r:id="rId157">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42</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42"/>
              <w:gridCol w:w="95"/>
            </w:tblGrid>
            <w:tr w:rsidR="00B17F22" w:rsidRPr="0046724E" w:rsidTr="00B17F22">
              <w:trPr>
                <w:tblCellSpacing w:w="15" w:type="dxa"/>
              </w:trPr>
              <w:tc>
                <w:tcPr>
                  <w:tcW w:w="15011" w:type="dxa"/>
                  <w:shd w:val="clear" w:color="auto" w:fill="FFFFFF"/>
                  <w:hideMark/>
                </w:tcPr>
                <w:p w:rsidR="00B17F22" w:rsidRPr="00B17F22" w:rsidRDefault="00B17F22" w:rsidP="00475B90">
                  <w:pPr>
                    <w:framePr w:hSpace="180" w:wrap="around" w:vAnchor="text" w:hAnchor="text" w:y="1"/>
                    <w:spacing w:after="0" w:line="240" w:lineRule="auto"/>
                    <w:suppressOverlap/>
                    <w:rPr>
                      <w:rFonts w:ascii="inherit" w:eastAsia="Times New Roman" w:hAnsi="inherit" w:cs="Times New Roman"/>
                      <w:color w:val="000000"/>
                      <w:sz w:val="24"/>
                      <w:szCs w:val="24"/>
                      <w:lang w:val="ru-RU" w:eastAsia="ru-RU"/>
                    </w:rPr>
                  </w:pPr>
                  <w:r w:rsidRPr="00B17F22">
                    <w:rPr>
                      <w:rFonts w:ascii="inherit" w:eastAsia="Times New Roman" w:hAnsi="inherit" w:cs="Times New Roman"/>
                      <w:color w:val="000000"/>
                      <w:sz w:val="24"/>
                      <w:szCs w:val="24"/>
                      <w:lang w:val="ru-RU" w:eastAsia="ru-RU"/>
                    </w:rPr>
                    <w:t>Безопасность в информационно-телекоммуника-</w:t>
                  </w:r>
                </w:p>
                <w:p w:rsidR="00B17F22" w:rsidRPr="00B17F22" w:rsidRDefault="00B17F22" w:rsidP="00475B90">
                  <w:pPr>
                    <w:framePr w:hSpace="180" w:wrap="around" w:vAnchor="text" w:hAnchor="text" w:y="1"/>
                    <w:spacing w:after="0" w:line="240" w:lineRule="auto"/>
                    <w:suppressOverlap/>
                    <w:rPr>
                      <w:rFonts w:ascii="inherit" w:eastAsia="Times New Roman" w:hAnsi="inherit" w:cs="Times New Roman"/>
                      <w:color w:val="000000"/>
                      <w:sz w:val="24"/>
                      <w:szCs w:val="24"/>
                      <w:lang w:val="ru-RU" w:eastAsia="ru-RU"/>
                    </w:rPr>
                  </w:pPr>
                  <w:r w:rsidRPr="00B17F22">
                    <w:rPr>
                      <w:rFonts w:ascii="inherit" w:eastAsia="Times New Roman" w:hAnsi="inherit" w:cs="Times New Roman"/>
                      <w:color w:val="000000"/>
                      <w:sz w:val="24"/>
                      <w:szCs w:val="24"/>
                      <w:lang w:val="ru-RU" w:eastAsia="ru-RU"/>
                    </w:rPr>
                    <w:t xml:space="preserve">ционной сети «Интернет» </w:t>
                  </w:r>
                </w:p>
                <w:p w:rsidR="00B17F22" w:rsidRPr="00B17F22" w:rsidRDefault="00B17F22" w:rsidP="00475B90">
                  <w:pPr>
                    <w:framePr w:hSpace="180" w:wrap="around" w:vAnchor="text" w:hAnchor="text" w:y="1"/>
                    <w:spacing w:after="0" w:line="240" w:lineRule="auto"/>
                    <w:suppressOverlap/>
                    <w:rPr>
                      <w:rFonts w:ascii="inherit" w:eastAsia="Times New Roman" w:hAnsi="inherit" w:cs="Times New Roman"/>
                      <w:color w:val="000000"/>
                      <w:sz w:val="24"/>
                      <w:szCs w:val="24"/>
                      <w:lang w:val="ru-RU" w:eastAsia="ru-RU"/>
                    </w:rPr>
                  </w:pPr>
                  <w:r w:rsidRPr="00B17F22">
                    <w:rPr>
                      <w:rFonts w:ascii="inherit" w:eastAsia="Times New Roman" w:hAnsi="inherit" w:cs="Times New Roman"/>
                      <w:color w:val="000000"/>
                      <w:sz w:val="24"/>
                      <w:szCs w:val="24"/>
                      <w:lang w:val="ru-RU" w:eastAsia="ru-RU"/>
                    </w:rPr>
                    <w:t xml:space="preserve">(ориентирование в признаках мошеннических </w:t>
                  </w:r>
                </w:p>
                <w:p w:rsidR="00B17F22" w:rsidRPr="00B17F22" w:rsidRDefault="00B17F22" w:rsidP="00475B90">
                  <w:pPr>
                    <w:framePr w:hSpace="180" w:wrap="around" w:vAnchor="text" w:hAnchor="text" w:y="1"/>
                    <w:spacing w:after="0" w:line="240" w:lineRule="auto"/>
                    <w:suppressOverlap/>
                    <w:rPr>
                      <w:rFonts w:ascii="inherit" w:eastAsia="Times New Roman" w:hAnsi="inherit" w:cs="Times New Roman"/>
                      <w:color w:val="000000"/>
                      <w:sz w:val="24"/>
                      <w:szCs w:val="24"/>
                      <w:lang w:val="ru-RU" w:eastAsia="ru-RU"/>
                    </w:rPr>
                  </w:pPr>
                  <w:r w:rsidRPr="00B17F22">
                    <w:rPr>
                      <w:rFonts w:ascii="inherit" w:eastAsia="Times New Roman" w:hAnsi="inherit" w:cs="Times New Roman"/>
                      <w:color w:val="000000"/>
                      <w:sz w:val="24"/>
                      <w:szCs w:val="24"/>
                      <w:lang w:val="ru-RU" w:eastAsia="ru-RU"/>
                    </w:rPr>
                    <w:t xml:space="preserve">действий, защита персональной информации, </w:t>
                  </w:r>
                </w:p>
                <w:p w:rsidR="00B17F22" w:rsidRPr="00B17F22" w:rsidRDefault="00B17F22" w:rsidP="00475B90">
                  <w:pPr>
                    <w:framePr w:hSpace="180" w:wrap="around" w:vAnchor="text" w:hAnchor="text" w:y="1"/>
                    <w:spacing w:after="0" w:line="240" w:lineRule="auto"/>
                    <w:suppressOverlap/>
                    <w:rPr>
                      <w:rFonts w:ascii="inherit" w:eastAsia="Times New Roman" w:hAnsi="inherit" w:cs="Times New Roman"/>
                      <w:color w:val="000000"/>
                      <w:sz w:val="24"/>
                      <w:szCs w:val="24"/>
                      <w:lang w:val="ru-RU" w:eastAsia="ru-RU"/>
                    </w:rPr>
                  </w:pPr>
                  <w:r w:rsidRPr="00B17F22">
                    <w:rPr>
                      <w:rFonts w:ascii="inherit" w:eastAsia="Times New Roman" w:hAnsi="inherit" w:cs="Times New Roman"/>
                      <w:color w:val="000000"/>
                      <w:sz w:val="24"/>
                      <w:szCs w:val="24"/>
                      <w:lang w:val="ru-RU" w:eastAsia="ru-RU"/>
                    </w:rPr>
                    <w:t xml:space="preserve">правила коммуникации в мессенджерах и </w:t>
                  </w:r>
                </w:p>
                <w:p w:rsidR="00B17F22" w:rsidRPr="00B17F22" w:rsidRDefault="00B17F22" w:rsidP="00475B90">
                  <w:pPr>
                    <w:framePr w:hSpace="180" w:wrap="around" w:vAnchor="text" w:hAnchor="text" w:y="1"/>
                    <w:spacing w:after="0" w:line="240" w:lineRule="auto"/>
                    <w:suppressOverlap/>
                    <w:rPr>
                      <w:rFonts w:ascii="inherit" w:eastAsia="Times New Roman" w:hAnsi="inherit" w:cs="Times New Roman"/>
                      <w:color w:val="000000"/>
                      <w:sz w:val="24"/>
                      <w:szCs w:val="24"/>
                      <w:lang w:val="ru-RU" w:eastAsia="ru-RU"/>
                    </w:rPr>
                  </w:pPr>
                  <w:r w:rsidRPr="00B17F22">
                    <w:rPr>
                      <w:rFonts w:ascii="inherit" w:eastAsia="Times New Roman" w:hAnsi="inherit" w:cs="Times New Roman"/>
                      <w:color w:val="000000"/>
                      <w:sz w:val="24"/>
                      <w:szCs w:val="24"/>
                      <w:lang w:val="ru-RU" w:eastAsia="ru-RU"/>
                    </w:rPr>
                    <w:t xml:space="preserve">социальных группах) в условиях </w:t>
                  </w:r>
                </w:p>
                <w:p w:rsidR="00B17F22" w:rsidRPr="00B17F22" w:rsidRDefault="00B17F22" w:rsidP="00475B90">
                  <w:pPr>
                    <w:framePr w:hSpace="180" w:wrap="around" w:vAnchor="text" w:hAnchor="text" w:y="1"/>
                    <w:spacing w:after="0" w:line="240" w:lineRule="auto"/>
                    <w:suppressOverlap/>
                    <w:rPr>
                      <w:rFonts w:ascii="inherit" w:eastAsia="Times New Roman" w:hAnsi="inherit" w:cs="Times New Roman"/>
                      <w:color w:val="000000"/>
                      <w:sz w:val="24"/>
                      <w:szCs w:val="24"/>
                      <w:lang w:val="ru-RU" w:eastAsia="ru-RU"/>
                    </w:rPr>
                  </w:pPr>
                  <w:r w:rsidRPr="00B17F22">
                    <w:rPr>
                      <w:rFonts w:ascii="inherit" w:eastAsia="Times New Roman" w:hAnsi="inherit" w:cs="Times New Roman"/>
                      <w:color w:val="000000"/>
                      <w:sz w:val="24"/>
                      <w:szCs w:val="24"/>
                      <w:lang w:val="ru-RU" w:eastAsia="ru-RU"/>
                    </w:rPr>
                    <w:t>контролируемого доступа в информационно-</w:t>
                  </w:r>
                </w:p>
                <w:p w:rsidR="00B17F22" w:rsidRPr="00B17F22" w:rsidRDefault="00B17F22" w:rsidP="00475B90">
                  <w:pPr>
                    <w:framePr w:hSpace="180" w:wrap="around" w:vAnchor="text" w:hAnchor="text" w:y="1"/>
                    <w:spacing w:after="0" w:line="240" w:lineRule="auto"/>
                    <w:suppressOverlap/>
                    <w:rPr>
                      <w:rFonts w:ascii="inherit" w:eastAsia="Times New Roman" w:hAnsi="inherit" w:cs="Times New Roman"/>
                      <w:color w:val="000000"/>
                      <w:sz w:val="24"/>
                      <w:szCs w:val="24"/>
                      <w:lang w:val="ru-RU" w:eastAsia="ru-RU"/>
                    </w:rPr>
                  </w:pPr>
                  <w:r w:rsidRPr="00B17F22">
                    <w:rPr>
                      <w:rFonts w:ascii="inherit" w:eastAsia="Times New Roman" w:hAnsi="inherit" w:cs="Times New Roman"/>
                      <w:color w:val="000000"/>
                      <w:sz w:val="24"/>
                      <w:szCs w:val="24"/>
                      <w:lang w:val="ru-RU" w:eastAsia="ru-RU"/>
                    </w:rPr>
                    <w:t>телекоммуникационную сеть «Интернет»</w:t>
                  </w:r>
                </w:p>
              </w:tc>
              <w:tc>
                <w:tcPr>
                  <w:tcW w:w="36" w:type="dxa"/>
                  <w:shd w:val="clear" w:color="auto" w:fill="FFFFFF"/>
                  <w:hideMark/>
                </w:tcPr>
                <w:p w:rsidR="00B17F22" w:rsidRPr="00B17F22" w:rsidRDefault="00B17F22" w:rsidP="00475B90">
                  <w:pPr>
                    <w:framePr w:hSpace="180" w:wrap="around" w:vAnchor="text" w:hAnchor="text" w:y="1"/>
                    <w:spacing w:after="200" w:line="240" w:lineRule="auto"/>
                    <w:suppressOverlap/>
                    <w:rPr>
                      <w:rFonts w:ascii="inherit" w:eastAsia="Times New Roman" w:hAnsi="inherit" w:cs="Times New Roman"/>
                      <w:color w:val="000000"/>
                      <w:sz w:val="24"/>
                      <w:szCs w:val="24"/>
                      <w:lang w:val="ru-RU" w:eastAsia="ru-RU"/>
                    </w:rPr>
                  </w:pPr>
                </w:p>
              </w:tc>
            </w:tr>
          </w:tbl>
          <w:p w:rsidR="00B17F22" w:rsidRPr="00B17F22" w:rsidRDefault="00B17F22" w:rsidP="00B17F22">
            <w:pPr>
              <w:autoSpaceDE w:val="0"/>
              <w:autoSpaceDN w:val="0"/>
              <w:ind w:left="72"/>
              <w:rPr>
                <w:rFonts w:ascii="Calibri" w:eastAsia="Times New Roman" w:hAnsi="Calibri" w:cs="Times New Roman"/>
              </w:rPr>
            </w:pPr>
          </w:p>
        </w:tc>
        <w:tc>
          <w:tcPr>
            <w:tcW w:w="3827" w:type="dxa"/>
          </w:tcPr>
          <w:p w:rsidR="00B17F22" w:rsidRPr="00B17F22" w:rsidRDefault="00B17F22" w:rsidP="00B17F22">
            <w:pPr>
              <w:rPr>
                <w:rFonts w:ascii="Calibri" w:eastAsia="Times New Roman" w:hAnsi="Calibri" w:cs="Times New Roman"/>
              </w:rPr>
            </w:pPr>
            <w:r w:rsidRPr="00B17F22">
              <w:rPr>
                <w:rFonts w:ascii="Times New Roman" w:eastAsia="Times New Roman" w:hAnsi="Times New Roman" w:cs="Times New Roman"/>
                <w:color w:val="000000"/>
                <w:sz w:val="24"/>
              </w:rPr>
              <w:t xml:space="preserve">Библиотека ЦОК </w:t>
            </w:r>
            <w:hyperlink r:id="rId158">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43</w:t>
            </w:r>
          </w:p>
        </w:tc>
        <w:tc>
          <w:tcPr>
            <w:tcW w:w="1843" w:type="dxa"/>
            <w:vMerge w:val="restart"/>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Человек и общество (26ч)</w:t>
            </w:r>
          </w:p>
        </w:tc>
        <w:tc>
          <w:tcPr>
            <w:tcW w:w="5954" w:type="dxa"/>
          </w:tcPr>
          <w:p w:rsidR="00B17F22" w:rsidRPr="00B17F22" w:rsidRDefault="00B17F22" w:rsidP="00B17F22">
            <w:pPr>
              <w:autoSpaceDE w:val="0"/>
              <w:autoSpaceDN w:val="0"/>
              <w:spacing w:before="98" w:line="262" w:lineRule="auto"/>
              <w:ind w:left="72"/>
              <w:rPr>
                <w:rFonts w:ascii="Calibri" w:eastAsia="Times New Roman" w:hAnsi="Calibri" w:cs="Times New Roman"/>
              </w:rPr>
            </w:pPr>
            <w:r w:rsidRPr="00B17F22">
              <w:rPr>
                <w:rFonts w:ascii="Times New Roman" w:eastAsia="Times New Roman" w:hAnsi="Times New Roman" w:cs="Times New Roman"/>
                <w:color w:val="000000"/>
                <w:sz w:val="24"/>
              </w:rPr>
              <w:t>Семья – коллектив близких, родных людей.</w:t>
            </w:r>
          </w:p>
        </w:tc>
        <w:tc>
          <w:tcPr>
            <w:tcW w:w="3827" w:type="dxa"/>
          </w:tcPr>
          <w:p w:rsidR="00B17F22" w:rsidRPr="00B17F22" w:rsidRDefault="00B17F22" w:rsidP="00B17F22">
            <w:pPr>
              <w:rPr>
                <w:rFonts w:ascii="Calibri" w:eastAsia="Times New Roman" w:hAnsi="Calibri" w:cs="Times New Roman"/>
              </w:rPr>
            </w:pPr>
            <w:r w:rsidRPr="00B17F22">
              <w:rPr>
                <w:rFonts w:ascii="Times New Roman" w:eastAsia="Times New Roman" w:hAnsi="Times New Roman" w:cs="Times New Roman"/>
                <w:color w:val="000000"/>
                <w:sz w:val="24"/>
              </w:rPr>
              <w:t xml:space="preserve">Библиотека ЦОК </w:t>
            </w:r>
            <w:hyperlink r:id="rId159">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B17F22"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44</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tabs>
                <w:tab w:val="left" w:pos="132"/>
              </w:tabs>
              <w:autoSpaceDE w:val="0"/>
              <w:autoSpaceDN w:val="0"/>
              <w:spacing w:before="98" w:line="262" w:lineRule="auto"/>
              <w:ind w:left="72" w:right="288"/>
              <w:rPr>
                <w:rFonts w:ascii="Calibri" w:eastAsia="Times New Roman" w:hAnsi="Calibri" w:cs="Times New Roman"/>
              </w:rPr>
            </w:pPr>
            <w:r w:rsidRPr="00B17F22">
              <w:rPr>
                <w:rFonts w:ascii="Times New Roman" w:eastAsia="Times New Roman" w:hAnsi="Times New Roman" w:cs="Times New Roman"/>
                <w:color w:val="000000"/>
                <w:sz w:val="24"/>
              </w:rPr>
              <w:t xml:space="preserve"> Семейный бюджет,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доходы и расходы семьи. Уважение к семейным ценностям.</w:t>
            </w:r>
          </w:p>
        </w:tc>
        <w:tc>
          <w:tcPr>
            <w:tcW w:w="3827" w:type="dxa"/>
          </w:tcPr>
          <w:p w:rsidR="00B17F22" w:rsidRPr="00B17F22" w:rsidRDefault="00B17F22" w:rsidP="00B17F22">
            <w:pPr>
              <w:tabs>
                <w:tab w:val="left" w:pos="3326"/>
              </w:tabs>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45</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81" w:lineRule="auto"/>
              <w:ind w:left="72" w:right="144"/>
              <w:rPr>
                <w:rFonts w:ascii="Calibri" w:eastAsia="Times New Roman" w:hAnsi="Calibri" w:cs="Times New Roman"/>
              </w:rPr>
            </w:pPr>
            <w:r w:rsidRPr="00B17F22">
              <w:rPr>
                <w:rFonts w:ascii="Times New Roman" w:eastAsia="Times New Roman" w:hAnsi="Times New Roman" w:cs="Times New Roman"/>
                <w:color w:val="000000"/>
                <w:sz w:val="24"/>
              </w:rPr>
              <w:t xml:space="preserve">Полезные ископаемые, их значение в хозяйстве человека, бережное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 xml:space="preserve">отношение людей к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полезным ископаемым.</w:t>
            </w:r>
          </w:p>
        </w:tc>
        <w:tc>
          <w:tcPr>
            <w:tcW w:w="3827" w:type="dxa"/>
          </w:tcPr>
          <w:p w:rsidR="00B17F22" w:rsidRPr="00B17F22" w:rsidRDefault="00B17F22" w:rsidP="00B17F22">
            <w:pPr>
              <w:tabs>
                <w:tab w:val="left" w:pos="3326"/>
              </w:tabs>
              <w:rPr>
                <w:rFonts w:ascii="Times New Roman" w:eastAsia="Times New Roman" w:hAnsi="Times New Roman" w:cs="Times New Roman"/>
                <w:sz w:val="24"/>
                <w:szCs w:val="24"/>
              </w:rPr>
            </w:pPr>
            <w:r w:rsidRPr="00B17F22">
              <w:rPr>
                <w:rFonts w:ascii="Times New Roman" w:eastAsia="Times New Roman" w:hAnsi="Times New Roman" w:cs="Times New Roman"/>
                <w:color w:val="000000"/>
                <w:sz w:val="24"/>
              </w:rPr>
              <w:t xml:space="preserve">Библиотека ЦОК </w:t>
            </w:r>
            <w:hyperlink r:id="rId160">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46</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62" w:lineRule="auto"/>
              <w:ind w:left="72" w:right="432"/>
              <w:rPr>
                <w:rFonts w:ascii="Calibri" w:eastAsia="Times New Roman" w:hAnsi="Calibri" w:cs="Times New Roman"/>
              </w:rPr>
            </w:pPr>
            <w:r w:rsidRPr="00B17F22">
              <w:rPr>
                <w:rFonts w:ascii="Times New Roman" w:eastAsia="Times New Roman" w:hAnsi="Times New Roman" w:cs="Times New Roman"/>
                <w:color w:val="000000"/>
                <w:sz w:val="24"/>
              </w:rPr>
              <w:t>Значение труда в жизни человека и общества.</w:t>
            </w:r>
          </w:p>
        </w:tc>
        <w:tc>
          <w:tcPr>
            <w:tcW w:w="3827" w:type="dxa"/>
          </w:tcPr>
          <w:p w:rsidR="00B17F22" w:rsidRPr="00B17F22" w:rsidRDefault="00B17F22" w:rsidP="00B17F22">
            <w:pPr>
              <w:widowControl w:val="0"/>
              <w:autoSpaceDE w:val="0"/>
              <w:autoSpaceDN w:val="0"/>
              <w:spacing w:before="65"/>
              <w:ind w:left="62"/>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47</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ind w:left="72" w:right="576"/>
              <w:rPr>
                <w:rFonts w:ascii="Calibri" w:eastAsia="Times New Roman" w:hAnsi="Calibri" w:cs="Times New Roman"/>
              </w:rPr>
            </w:pPr>
            <w:r w:rsidRPr="00B17F22">
              <w:rPr>
                <w:rFonts w:ascii="Times New Roman" w:eastAsia="Times New Roman" w:hAnsi="Times New Roman" w:cs="Times New Roman"/>
                <w:color w:val="000000"/>
                <w:sz w:val="24"/>
              </w:rPr>
              <w:t xml:space="preserve">Трудолюбие как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общественно значимая ценность в культуре народов России.</w:t>
            </w:r>
          </w:p>
        </w:tc>
        <w:tc>
          <w:tcPr>
            <w:tcW w:w="3827" w:type="dxa"/>
          </w:tcPr>
          <w:p w:rsidR="00B17F22" w:rsidRPr="00B17F22" w:rsidRDefault="00B17F22" w:rsidP="00B17F22">
            <w:pPr>
              <w:widowControl w:val="0"/>
              <w:autoSpaceDE w:val="0"/>
              <w:autoSpaceDN w:val="0"/>
              <w:spacing w:before="65"/>
              <w:ind w:left="62"/>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48</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71" w:lineRule="auto"/>
              <w:ind w:left="72" w:right="144"/>
              <w:rPr>
                <w:rFonts w:ascii="Calibri" w:eastAsia="Times New Roman" w:hAnsi="Calibri" w:cs="Times New Roman"/>
              </w:rPr>
            </w:pPr>
            <w:r w:rsidRPr="00B17F22">
              <w:rPr>
                <w:rFonts w:ascii="Times New Roman" w:eastAsia="Times New Roman" w:hAnsi="Times New Roman" w:cs="Times New Roman"/>
                <w:color w:val="000000"/>
                <w:sz w:val="24"/>
              </w:rPr>
              <w:t>Особенности труда людей родного края, их профессии.</w:t>
            </w:r>
          </w:p>
        </w:tc>
        <w:tc>
          <w:tcPr>
            <w:tcW w:w="3827" w:type="dxa"/>
          </w:tcPr>
          <w:p w:rsidR="00B17F22" w:rsidRPr="00B17F22" w:rsidRDefault="00B17F22" w:rsidP="00B17F22">
            <w:pPr>
              <w:widowControl w:val="0"/>
              <w:autoSpaceDE w:val="0"/>
              <w:autoSpaceDN w:val="0"/>
              <w:spacing w:before="65"/>
              <w:ind w:left="62"/>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49</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62" w:lineRule="auto"/>
              <w:ind w:left="72"/>
              <w:rPr>
                <w:rFonts w:ascii="Calibri" w:eastAsia="Times New Roman" w:hAnsi="Calibri" w:cs="Times New Roman"/>
              </w:rPr>
            </w:pPr>
            <w:r w:rsidRPr="00B17F22">
              <w:rPr>
                <w:rFonts w:ascii="Times New Roman" w:eastAsia="Times New Roman" w:hAnsi="Times New Roman" w:cs="Times New Roman"/>
                <w:color w:val="000000"/>
                <w:sz w:val="24"/>
              </w:rPr>
              <w:t>Семейный бюджет, доходы и расходы семьи.</w:t>
            </w:r>
          </w:p>
        </w:tc>
        <w:tc>
          <w:tcPr>
            <w:tcW w:w="3827" w:type="dxa"/>
          </w:tcPr>
          <w:p w:rsidR="00B17F22" w:rsidRPr="00B17F22" w:rsidRDefault="00B17F22" w:rsidP="00B17F22">
            <w:pPr>
              <w:tabs>
                <w:tab w:val="left" w:pos="3326"/>
              </w:tabs>
              <w:rPr>
                <w:rFonts w:ascii="Times New Roman" w:eastAsia="Times New Roman" w:hAnsi="Times New Roman" w:cs="Times New Roman"/>
                <w:sz w:val="24"/>
                <w:szCs w:val="24"/>
              </w:rPr>
            </w:pPr>
            <w:r w:rsidRPr="00B17F22">
              <w:rPr>
                <w:rFonts w:ascii="Times New Roman" w:eastAsia="Times New Roman" w:hAnsi="Times New Roman" w:cs="Times New Roman"/>
                <w:color w:val="000000"/>
                <w:sz w:val="24"/>
              </w:rPr>
              <w:t xml:space="preserve">Библиотека ЦОК </w:t>
            </w:r>
            <w:hyperlink r:id="rId161">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B17F22"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50</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62" w:lineRule="auto"/>
              <w:ind w:left="72" w:right="576"/>
              <w:rPr>
                <w:rFonts w:ascii="Calibri" w:eastAsia="Times New Roman" w:hAnsi="Calibri" w:cs="Times New Roman"/>
              </w:rPr>
            </w:pPr>
            <w:r w:rsidRPr="00B17F22">
              <w:rPr>
                <w:rFonts w:ascii="Times New Roman" w:eastAsia="Times New Roman" w:hAnsi="Times New Roman" w:cs="Times New Roman"/>
                <w:color w:val="000000"/>
                <w:sz w:val="24"/>
              </w:rPr>
              <w:t>Уважение к семейным ценностям.</w:t>
            </w:r>
          </w:p>
        </w:tc>
        <w:tc>
          <w:tcPr>
            <w:tcW w:w="3827" w:type="dxa"/>
          </w:tcPr>
          <w:p w:rsidR="00B17F22" w:rsidRPr="00B17F22" w:rsidRDefault="00B17F22" w:rsidP="00B17F22">
            <w:pPr>
              <w:widowControl w:val="0"/>
              <w:autoSpaceDE w:val="0"/>
              <w:autoSpaceDN w:val="0"/>
              <w:spacing w:before="65"/>
              <w:ind w:left="62"/>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51</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62" w:lineRule="auto"/>
              <w:ind w:left="72" w:right="432"/>
              <w:rPr>
                <w:rFonts w:ascii="Calibri" w:eastAsia="Times New Roman" w:hAnsi="Calibri" w:cs="Times New Roman"/>
              </w:rPr>
            </w:pPr>
            <w:r w:rsidRPr="00B17F22">
              <w:rPr>
                <w:rFonts w:ascii="Times New Roman" w:eastAsia="Times New Roman" w:hAnsi="Times New Roman" w:cs="Times New Roman"/>
                <w:color w:val="000000"/>
                <w:sz w:val="24"/>
              </w:rPr>
              <w:t>Города Золотого кольца России.</w:t>
            </w:r>
          </w:p>
        </w:tc>
        <w:tc>
          <w:tcPr>
            <w:tcW w:w="3827" w:type="dxa"/>
          </w:tcPr>
          <w:p w:rsidR="00B17F22" w:rsidRPr="00B17F22" w:rsidRDefault="00B17F22" w:rsidP="00B17F22">
            <w:pPr>
              <w:tabs>
                <w:tab w:val="left" w:pos="3326"/>
              </w:tabs>
              <w:rPr>
                <w:rFonts w:ascii="Times New Roman" w:eastAsia="Times New Roman" w:hAnsi="Times New Roman" w:cs="Times New Roman"/>
                <w:sz w:val="24"/>
                <w:szCs w:val="24"/>
              </w:rPr>
            </w:pPr>
            <w:r w:rsidRPr="00B17F22">
              <w:rPr>
                <w:rFonts w:ascii="Times New Roman" w:eastAsia="Times New Roman" w:hAnsi="Times New Roman" w:cs="Times New Roman"/>
                <w:color w:val="000000"/>
                <w:sz w:val="24"/>
              </w:rPr>
              <w:t xml:space="preserve">Библиотека ЦОК </w:t>
            </w:r>
            <w:hyperlink r:id="rId162">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52</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100" w:line="281" w:lineRule="auto"/>
              <w:ind w:left="72" w:right="144"/>
              <w:rPr>
                <w:rFonts w:ascii="Calibri" w:eastAsia="Times New Roman" w:hAnsi="Calibri" w:cs="Times New Roman"/>
              </w:rPr>
            </w:pPr>
            <w:r w:rsidRPr="00B17F22">
              <w:rPr>
                <w:rFonts w:ascii="Times New Roman" w:eastAsia="Times New Roman" w:hAnsi="Times New Roman" w:cs="Times New Roman"/>
                <w:color w:val="000000"/>
                <w:sz w:val="24"/>
              </w:rPr>
              <w:t xml:space="preserve">Народы России. Уважение к культуре, традициям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 xml:space="preserve">своего народа и других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народов, государственным символам России.</w:t>
            </w:r>
          </w:p>
        </w:tc>
        <w:tc>
          <w:tcPr>
            <w:tcW w:w="3827" w:type="dxa"/>
          </w:tcPr>
          <w:p w:rsidR="00B17F22" w:rsidRPr="00B17F22" w:rsidRDefault="00B17F22" w:rsidP="00B17F22">
            <w:pPr>
              <w:tabs>
                <w:tab w:val="left" w:pos="3326"/>
              </w:tabs>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53</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30" w:lineRule="auto"/>
              <w:ind w:left="72"/>
              <w:rPr>
                <w:rFonts w:ascii="Calibri" w:eastAsia="Times New Roman" w:hAnsi="Calibri" w:cs="Times New Roman"/>
              </w:rPr>
            </w:pPr>
            <w:r w:rsidRPr="00B17F22">
              <w:rPr>
                <w:rFonts w:ascii="Times New Roman" w:eastAsia="Times New Roman" w:hAnsi="Times New Roman" w:cs="Times New Roman"/>
                <w:color w:val="000000"/>
                <w:sz w:val="24"/>
              </w:rPr>
              <w:t>Страны и народы мира.</w:t>
            </w:r>
          </w:p>
          <w:p w:rsidR="00B17F22" w:rsidRPr="00B17F22" w:rsidRDefault="00B17F22" w:rsidP="00B17F22">
            <w:pPr>
              <w:autoSpaceDE w:val="0"/>
              <w:autoSpaceDN w:val="0"/>
              <w:spacing w:before="70" w:line="271" w:lineRule="auto"/>
              <w:ind w:left="72" w:right="144"/>
              <w:rPr>
                <w:rFonts w:ascii="Calibri" w:eastAsia="Times New Roman" w:hAnsi="Calibri" w:cs="Times New Roman"/>
              </w:rPr>
            </w:pPr>
            <w:r w:rsidRPr="00B17F22">
              <w:rPr>
                <w:rFonts w:ascii="Times New Roman" w:eastAsia="Times New Roman" w:hAnsi="Times New Roman" w:cs="Times New Roman"/>
                <w:color w:val="000000"/>
                <w:sz w:val="24"/>
              </w:rPr>
              <w:t xml:space="preserve">Памятники природы и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культуры – символы стран, в которых они находятся.</w:t>
            </w:r>
          </w:p>
        </w:tc>
        <w:tc>
          <w:tcPr>
            <w:tcW w:w="3827" w:type="dxa"/>
          </w:tcPr>
          <w:p w:rsidR="00B17F22" w:rsidRPr="00B17F22" w:rsidRDefault="00B17F22" w:rsidP="00B17F22">
            <w:pPr>
              <w:tabs>
                <w:tab w:val="left" w:pos="3326"/>
              </w:tabs>
              <w:rPr>
                <w:rFonts w:ascii="Times New Roman" w:eastAsia="Times New Roman" w:hAnsi="Times New Roman" w:cs="Times New Roman"/>
                <w:sz w:val="24"/>
                <w:szCs w:val="24"/>
              </w:rPr>
            </w:pPr>
            <w:r w:rsidRPr="00B17F22">
              <w:rPr>
                <w:rFonts w:ascii="Times New Roman" w:eastAsia="Times New Roman" w:hAnsi="Times New Roman" w:cs="Times New Roman"/>
                <w:color w:val="000000"/>
                <w:sz w:val="24"/>
              </w:rPr>
              <w:t xml:space="preserve">Библиотека ЦОК </w:t>
            </w:r>
            <w:hyperlink r:id="rId163">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54</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30" w:lineRule="auto"/>
              <w:ind w:left="72"/>
              <w:rPr>
                <w:rFonts w:ascii="Calibri" w:eastAsia="Times New Roman" w:hAnsi="Calibri" w:cs="Times New Roman"/>
              </w:rPr>
            </w:pPr>
            <w:r w:rsidRPr="00B17F22">
              <w:rPr>
                <w:rFonts w:ascii="Times New Roman" w:eastAsia="Times New Roman" w:hAnsi="Times New Roman" w:cs="Times New Roman"/>
                <w:color w:val="000000"/>
                <w:sz w:val="24"/>
              </w:rPr>
              <w:t>Страны и народы мира.</w:t>
            </w:r>
          </w:p>
          <w:p w:rsidR="00B17F22" w:rsidRPr="00B17F22" w:rsidRDefault="00B17F22" w:rsidP="00B17F22">
            <w:pPr>
              <w:autoSpaceDE w:val="0"/>
              <w:autoSpaceDN w:val="0"/>
              <w:spacing w:before="70" w:line="271" w:lineRule="auto"/>
              <w:ind w:left="72" w:right="144"/>
              <w:rPr>
                <w:rFonts w:ascii="Calibri" w:eastAsia="Times New Roman" w:hAnsi="Calibri" w:cs="Times New Roman"/>
              </w:rPr>
            </w:pPr>
            <w:r w:rsidRPr="00B17F22">
              <w:rPr>
                <w:rFonts w:ascii="Times New Roman" w:eastAsia="Times New Roman" w:hAnsi="Times New Roman" w:cs="Times New Roman"/>
                <w:color w:val="000000"/>
                <w:sz w:val="24"/>
              </w:rPr>
              <w:t xml:space="preserve">Памятники природы и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культуры – символы стран, в которых они находятся.</w:t>
            </w:r>
          </w:p>
        </w:tc>
        <w:tc>
          <w:tcPr>
            <w:tcW w:w="3827" w:type="dxa"/>
          </w:tcPr>
          <w:p w:rsidR="00B17F22" w:rsidRPr="00B17F22" w:rsidRDefault="00B17F22" w:rsidP="00B17F22">
            <w:pPr>
              <w:widowControl w:val="0"/>
              <w:autoSpaceDE w:val="0"/>
              <w:autoSpaceDN w:val="0"/>
              <w:spacing w:before="65"/>
              <w:ind w:left="62"/>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55</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30" w:lineRule="auto"/>
              <w:ind w:left="72"/>
              <w:rPr>
                <w:rFonts w:ascii="Calibri" w:eastAsia="Times New Roman" w:hAnsi="Calibri" w:cs="Times New Roman"/>
              </w:rPr>
            </w:pPr>
            <w:r w:rsidRPr="00B17F22">
              <w:rPr>
                <w:rFonts w:ascii="Times New Roman" w:eastAsia="Times New Roman" w:hAnsi="Times New Roman" w:cs="Times New Roman"/>
                <w:color w:val="000000"/>
                <w:sz w:val="24"/>
              </w:rPr>
              <w:t>Страны и народы мира.</w:t>
            </w:r>
          </w:p>
          <w:p w:rsidR="00B17F22" w:rsidRPr="00B17F22" w:rsidRDefault="00B17F22" w:rsidP="00B17F22">
            <w:pPr>
              <w:autoSpaceDE w:val="0"/>
              <w:autoSpaceDN w:val="0"/>
              <w:spacing w:before="70" w:line="271" w:lineRule="auto"/>
              <w:ind w:left="72" w:right="144"/>
              <w:rPr>
                <w:rFonts w:ascii="Calibri" w:eastAsia="Times New Roman" w:hAnsi="Calibri" w:cs="Times New Roman"/>
              </w:rPr>
            </w:pPr>
            <w:r w:rsidRPr="00B17F22">
              <w:rPr>
                <w:rFonts w:ascii="Times New Roman" w:eastAsia="Times New Roman" w:hAnsi="Times New Roman" w:cs="Times New Roman"/>
                <w:color w:val="000000"/>
                <w:sz w:val="24"/>
              </w:rPr>
              <w:t xml:space="preserve">Памятники природы и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культуры – символы стран, в которых они находятся.</w:t>
            </w:r>
          </w:p>
        </w:tc>
        <w:tc>
          <w:tcPr>
            <w:tcW w:w="3827" w:type="dxa"/>
          </w:tcPr>
          <w:p w:rsidR="00B17F22" w:rsidRPr="00B17F22" w:rsidRDefault="00B17F22" w:rsidP="00B17F22">
            <w:pPr>
              <w:widowControl w:val="0"/>
              <w:autoSpaceDE w:val="0"/>
              <w:autoSpaceDN w:val="0"/>
              <w:spacing w:before="65"/>
              <w:ind w:left="62"/>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56</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30" w:lineRule="auto"/>
              <w:ind w:left="72"/>
              <w:rPr>
                <w:rFonts w:ascii="Calibri" w:eastAsia="Times New Roman" w:hAnsi="Calibri" w:cs="Times New Roman"/>
              </w:rPr>
            </w:pPr>
            <w:r w:rsidRPr="00B17F22">
              <w:rPr>
                <w:rFonts w:ascii="Times New Roman" w:eastAsia="Times New Roman" w:hAnsi="Times New Roman" w:cs="Times New Roman"/>
                <w:color w:val="000000"/>
                <w:sz w:val="24"/>
              </w:rPr>
              <w:t>Страны и народы мира.</w:t>
            </w:r>
          </w:p>
          <w:p w:rsidR="00B17F22" w:rsidRPr="00B17F22" w:rsidRDefault="00B17F22" w:rsidP="00B17F22">
            <w:pPr>
              <w:autoSpaceDE w:val="0"/>
              <w:autoSpaceDN w:val="0"/>
              <w:spacing w:before="70" w:line="271" w:lineRule="auto"/>
              <w:ind w:left="72" w:right="144"/>
              <w:rPr>
                <w:rFonts w:ascii="Calibri" w:eastAsia="Times New Roman" w:hAnsi="Calibri" w:cs="Times New Roman"/>
              </w:rPr>
            </w:pPr>
            <w:r w:rsidRPr="00B17F22">
              <w:rPr>
                <w:rFonts w:ascii="Times New Roman" w:eastAsia="Times New Roman" w:hAnsi="Times New Roman" w:cs="Times New Roman"/>
                <w:color w:val="000000"/>
                <w:sz w:val="24"/>
              </w:rPr>
              <w:t xml:space="preserve">Памятники природы и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культуры – символы стран, в которых они находятся.</w:t>
            </w:r>
          </w:p>
        </w:tc>
        <w:tc>
          <w:tcPr>
            <w:tcW w:w="3827" w:type="dxa"/>
          </w:tcPr>
          <w:p w:rsidR="00B17F22" w:rsidRPr="00B17F22" w:rsidRDefault="00B17F22" w:rsidP="00B17F22">
            <w:pPr>
              <w:tabs>
                <w:tab w:val="left" w:pos="3326"/>
              </w:tabs>
              <w:rPr>
                <w:rFonts w:ascii="Times New Roman" w:eastAsia="Times New Roman" w:hAnsi="Times New Roman" w:cs="Times New Roman"/>
                <w:sz w:val="24"/>
                <w:szCs w:val="24"/>
              </w:rPr>
            </w:pPr>
            <w:r w:rsidRPr="00B17F22">
              <w:rPr>
                <w:rFonts w:ascii="Times New Roman" w:eastAsia="Times New Roman" w:hAnsi="Times New Roman" w:cs="Times New Roman"/>
                <w:color w:val="000000"/>
                <w:sz w:val="24"/>
              </w:rPr>
              <w:t xml:space="preserve">Библиотека ЦОК </w:t>
            </w:r>
            <w:hyperlink r:id="rId164">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57</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100" w:line="230" w:lineRule="auto"/>
              <w:ind w:left="72"/>
              <w:rPr>
                <w:rFonts w:ascii="Calibri" w:eastAsia="Times New Roman" w:hAnsi="Calibri" w:cs="Times New Roman"/>
              </w:rPr>
            </w:pPr>
            <w:r w:rsidRPr="00B17F22">
              <w:rPr>
                <w:rFonts w:ascii="Times New Roman" w:eastAsia="Times New Roman" w:hAnsi="Times New Roman" w:cs="Times New Roman"/>
                <w:color w:val="000000"/>
                <w:sz w:val="24"/>
              </w:rPr>
              <w:t>Страны и народы мира.</w:t>
            </w:r>
          </w:p>
          <w:p w:rsidR="00B17F22" w:rsidRPr="00B17F22" w:rsidRDefault="00B17F22" w:rsidP="00B17F22">
            <w:pPr>
              <w:autoSpaceDE w:val="0"/>
              <w:autoSpaceDN w:val="0"/>
              <w:spacing w:before="70" w:line="271" w:lineRule="auto"/>
              <w:ind w:left="72" w:right="144"/>
              <w:rPr>
                <w:rFonts w:ascii="Calibri" w:eastAsia="Times New Roman" w:hAnsi="Calibri" w:cs="Times New Roman"/>
              </w:rPr>
            </w:pPr>
            <w:r w:rsidRPr="00B17F22">
              <w:rPr>
                <w:rFonts w:ascii="Times New Roman" w:eastAsia="Times New Roman" w:hAnsi="Times New Roman" w:cs="Times New Roman"/>
                <w:color w:val="000000"/>
                <w:sz w:val="24"/>
              </w:rPr>
              <w:t xml:space="preserve">Памятники природы и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культуры – символы стран, в которых они находятся.</w:t>
            </w:r>
          </w:p>
        </w:tc>
        <w:tc>
          <w:tcPr>
            <w:tcW w:w="3827" w:type="dxa"/>
          </w:tcPr>
          <w:p w:rsidR="00B17F22" w:rsidRPr="00B17F22" w:rsidRDefault="00B17F22" w:rsidP="00B17F22">
            <w:pPr>
              <w:tabs>
                <w:tab w:val="left" w:pos="3326"/>
              </w:tabs>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58</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30" w:lineRule="auto"/>
              <w:ind w:left="72"/>
              <w:rPr>
                <w:rFonts w:ascii="Calibri" w:eastAsia="Times New Roman" w:hAnsi="Calibri" w:cs="Times New Roman"/>
              </w:rPr>
            </w:pPr>
            <w:r w:rsidRPr="00B17F22">
              <w:rPr>
                <w:rFonts w:ascii="Times New Roman" w:eastAsia="Times New Roman" w:hAnsi="Times New Roman" w:cs="Times New Roman"/>
                <w:color w:val="000000"/>
                <w:sz w:val="24"/>
              </w:rPr>
              <w:t>Страны и народы мира.</w:t>
            </w:r>
          </w:p>
          <w:p w:rsidR="00B17F22" w:rsidRPr="00B17F22" w:rsidRDefault="00B17F22" w:rsidP="00B17F22">
            <w:pPr>
              <w:autoSpaceDE w:val="0"/>
              <w:autoSpaceDN w:val="0"/>
              <w:spacing w:before="70" w:line="271" w:lineRule="auto"/>
              <w:ind w:left="72" w:right="144"/>
              <w:rPr>
                <w:rFonts w:ascii="Calibri" w:eastAsia="Times New Roman" w:hAnsi="Calibri" w:cs="Times New Roman"/>
              </w:rPr>
            </w:pPr>
            <w:r w:rsidRPr="00B17F22">
              <w:rPr>
                <w:rFonts w:ascii="Times New Roman" w:eastAsia="Times New Roman" w:hAnsi="Times New Roman" w:cs="Times New Roman"/>
                <w:color w:val="000000"/>
                <w:sz w:val="24"/>
              </w:rPr>
              <w:t xml:space="preserve">Памятники природы и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культуры – символы стран, в которых они находятся.</w:t>
            </w:r>
          </w:p>
        </w:tc>
        <w:tc>
          <w:tcPr>
            <w:tcW w:w="3827" w:type="dxa"/>
          </w:tcPr>
          <w:p w:rsidR="00B17F22" w:rsidRPr="00B17F22" w:rsidRDefault="00B17F22" w:rsidP="00B17F22">
            <w:pPr>
              <w:widowControl w:val="0"/>
              <w:autoSpaceDE w:val="0"/>
              <w:autoSpaceDN w:val="0"/>
              <w:spacing w:before="65"/>
              <w:ind w:left="62"/>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59</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62" w:lineRule="auto"/>
              <w:ind w:left="72" w:right="1152"/>
              <w:rPr>
                <w:rFonts w:ascii="Calibri" w:eastAsia="Times New Roman" w:hAnsi="Calibri" w:cs="Times New Roman"/>
              </w:rPr>
            </w:pPr>
            <w:r w:rsidRPr="00B17F22">
              <w:rPr>
                <w:rFonts w:ascii="Times New Roman" w:eastAsia="Times New Roman" w:hAnsi="Times New Roman" w:cs="Times New Roman"/>
                <w:color w:val="000000"/>
                <w:sz w:val="24"/>
              </w:rPr>
              <w:t>Горные породы и минералы.</w:t>
            </w:r>
          </w:p>
        </w:tc>
        <w:tc>
          <w:tcPr>
            <w:tcW w:w="3827" w:type="dxa"/>
          </w:tcPr>
          <w:p w:rsidR="00B17F22" w:rsidRPr="00B17F22" w:rsidRDefault="00B17F22" w:rsidP="00B17F22">
            <w:pPr>
              <w:tabs>
                <w:tab w:val="left" w:pos="3326"/>
              </w:tabs>
              <w:rPr>
                <w:rFonts w:ascii="Times New Roman" w:eastAsia="Times New Roman" w:hAnsi="Times New Roman" w:cs="Times New Roman"/>
                <w:sz w:val="24"/>
                <w:szCs w:val="24"/>
              </w:rPr>
            </w:pPr>
            <w:r w:rsidRPr="00B17F22">
              <w:rPr>
                <w:rFonts w:ascii="Times New Roman" w:eastAsia="Times New Roman" w:hAnsi="Times New Roman" w:cs="Times New Roman"/>
                <w:color w:val="000000"/>
                <w:sz w:val="24"/>
              </w:rPr>
              <w:t xml:space="preserve">Библиотека ЦОК </w:t>
            </w:r>
            <w:hyperlink r:id="rId165">
              <w:r w:rsidRPr="00B17F22">
                <w:rPr>
                  <w:rFonts w:ascii="Times New Roman" w:eastAsia="Times New Roman" w:hAnsi="Times New Roman" w:cs="Times New Roman"/>
                  <w:color w:val="0000FF"/>
                  <w:sz w:val="24"/>
                  <w:szCs w:val="24"/>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B17F22"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60</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62" w:lineRule="auto"/>
              <w:ind w:left="72"/>
              <w:rPr>
                <w:rFonts w:ascii="Calibri" w:eastAsia="Times New Roman" w:hAnsi="Calibri" w:cs="Times New Roman"/>
              </w:rPr>
            </w:pPr>
            <w:r w:rsidRPr="00B17F22">
              <w:rPr>
                <w:rFonts w:ascii="Times New Roman" w:eastAsia="Times New Roman" w:hAnsi="Times New Roman" w:cs="Times New Roman"/>
                <w:color w:val="000000"/>
                <w:sz w:val="24"/>
              </w:rPr>
              <w:t xml:space="preserve">Полезные ископаемые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родного края.</w:t>
            </w:r>
          </w:p>
        </w:tc>
        <w:tc>
          <w:tcPr>
            <w:tcW w:w="3827" w:type="dxa"/>
          </w:tcPr>
          <w:p w:rsidR="00B17F22" w:rsidRPr="00B17F22" w:rsidRDefault="00B17F22" w:rsidP="00B17F22">
            <w:pPr>
              <w:widowControl w:val="0"/>
              <w:autoSpaceDE w:val="0"/>
              <w:autoSpaceDN w:val="0"/>
              <w:spacing w:before="65"/>
              <w:ind w:left="62"/>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61</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62" w:lineRule="auto"/>
              <w:ind w:left="72" w:right="432"/>
              <w:rPr>
                <w:rFonts w:ascii="Calibri" w:eastAsia="Times New Roman" w:hAnsi="Calibri" w:cs="Times New Roman"/>
              </w:rPr>
            </w:pPr>
            <w:r w:rsidRPr="00B17F22">
              <w:rPr>
                <w:rFonts w:ascii="Times New Roman" w:eastAsia="Times New Roman" w:hAnsi="Times New Roman" w:cs="Times New Roman"/>
                <w:color w:val="000000"/>
                <w:sz w:val="24"/>
              </w:rPr>
              <w:t xml:space="preserve">Природные сообщества: лес, луг, пруд. </w:t>
            </w:r>
          </w:p>
        </w:tc>
        <w:tc>
          <w:tcPr>
            <w:tcW w:w="3827" w:type="dxa"/>
          </w:tcPr>
          <w:p w:rsidR="00B17F22" w:rsidRPr="00B17F22" w:rsidRDefault="00B17F22" w:rsidP="00B17F22">
            <w:pPr>
              <w:tabs>
                <w:tab w:val="left" w:pos="3326"/>
              </w:tabs>
              <w:rPr>
                <w:rFonts w:ascii="Times New Roman" w:eastAsia="Times New Roman" w:hAnsi="Times New Roman" w:cs="Times New Roman"/>
                <w:sz w:val="24"/>
                <w:szCs w:val="24"/>
              </w:rPr>
            </w:pPr>
            <w:r w:rsidRPr="00B17F22">
              <w:rPr>
                <w:rFonts w:ascii="Times New Roman" w:eastAsia="Times New Roman" w:hAnsi="Times New Roman" w:cs="Times New Roman"/>
                <w:color w:val="000000"/>
                <w:sz w:val="24"/>
              </w:rPr>
              <w:t xml:space="preserve">Библиотека ЦОК </w:t>
            </w:r>
            <w:hyperlink r:id="rId166">
              <w:r w:rsidRPr="00B17F22">
                <w:rPr>
                  <w:rFonts w:ascii="Times New Roman" w:eastAsia="Times New Roman" w:hAnsi="Times New Roman" w:cs="Times New Roman"/>
                  <w:color w:val="0000FF"/>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62</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62" w:lineRule="auto"/>
              <w:ind w:left="72" w:right="432"/>
              <w:rPr>
                <w:rFonts w:ascii="Calibri" w:eastAsia="Times New Roman" w:hAnsi="Calibri" w:cs="Times New Roman"/>
              </w:rPr>
            </w:pPr>
            <w:r w:rsidRPr="00B17F22">
              <w:rPr>
                <w:rFonts w:ascii="Times New Roman" w:eastAsia="Times New Roman" w:hAnsi="Times New Roman" w:cs="Times New Roman"/>
                <w:color w:val="000000"/>
                <w:sz w:val="24"/>
              </w:rPr>
              <w:t xml:space="preserve">Природные сообщества: лес, луг, пруд. </w:t>
            </w:r>
          </w:p>
        </w:tc>
        <w:tc>
          <w:tcPr>
            <w:tcW w:w="3827" w:type="dxa"/>
          </w:tcPr>
          <w:p w:rsidR="00B17F22" w:rsidRPr="00B17F22" w:rsidRDefault="00B17F22" w:rsidP="00B17F22">
            <w:pPr>
              <w:tabs>
                <w:tab w:val="left" w:pos="3326"/>
              </w:tabs>
              <w:rPr>
                <w:rFonts w:ascii="Times New Roman" w:eastAsia="Times New Roman" w:hAnsi="Times New Roman" w:cs="Times New Roman"/>
                <w:sz w:val="24"/>
                <w:szCs w:val="24"/>
              </w:rPr>
            </w:pPr>
            <w:r w:rsidRPr="00B17F22">
              <w:rPr>
                <w:rFonts w:ascii="Times New Roman" w:eastAsia="Times New Roman" w:hAnsi="Times New Roman" w:cs="Times New Roman"/>
                <w:color w:val="000000"/>
                <w:sz w:val="24"/>
              </w:rPr>
              <w:t xml:space="preserve">Библиотека ЦОК </w:t>
            </w:r>
            <w:hyperlink r:id="rId167">
              <w:r w:rsidRPr="00B17F22">
                <w:rPr>
                  <w:rFonts w:ascii="Times New Roman" w:eastAsia="Times New Roman" w:hAnsi="Times New Roman" w:cs="Times New Roman"/>
                  <w:color w:val="0000FF"/>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63</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ind w:left="72" w:right="144"/>
              <w:rPr>
                <w:rFonts w:ascii="Calibri" w:eastAsia="Times New Roman" w:hAnsi="Calibri" w:cs="Times New Roman"/>
              </w:rPr>
            </w:pPr>
            <w:r w:rsidRPr="00B17F22">
              <w:rPr>
                <w:rFonts w:ascii="Times New Roman" w:eastAsia="Times New Roman" w:hAnsi="Times New Roman" w:cs="Times New Roman"/>
                <w:color w:val="000000"/>
                <w:sz w:val="24"/>
              </w:rPr>
              <w:t>Взаимосвязи в природном сообществе: растения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 xml:space="preserve">пища и укрытие для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животных.</w:t>
            </w:r>
          </w:p>
        </w:tc>
        <w:tc>
          <w:tcPr>
            <w:tcW w:w="3827" w:type="dxa"/>
          </w:tcPr>
          <w:p w:rsidR="00B17F22" w:rsidRPr="00B17F22" w:rsidRDefault="00B17F22" w:rsidP="00B17F22">
            <w:pPr>
              <w:widowControl w:val="0"/>
              <w:autoSpaceDE w:val="0"/>
              <w:autoSpaceDN w:val="0"/>
              <w:spacing w:before="65"/>
              <w:ind w:left="62"/>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64</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62" w:lineRule="auto"/>
              <w:ind w:left="72" w:right="432"/>
              <w:rPr>
                <w:rFonts w:ascii="Calibri" w:eastAsia="Times New Roman" w:hAnsi="Calibri" w:cs="Times New Roman"/>
              </w:rPr>
            </w:pPr>
            <w:r w:rsidRPr="00B17F22">
              <w:rPr>
                <w:rFonts w:ascii="Times New Roman" w:eastAsia="Times New Roman" w:hAnsi="Times New Roman" w:cs="Times New Roman"/>
                <w:color w:val="000000"/>
                <w:sz w:val="24"/>
              </w:rPr>
              <w:t xml:space="preserve">Влияние человека на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природные сообщества.</w:t>
            </w:r>
          </w:p>
        </w:tc>
        <w:tc>
          <w:tcPr>
            <w:tcW w:w="3827" w:type="dxa"/>
          </w:tcPr>
          <w:p w:rsidR="00B17F22" w:rsidRPr="00B17F22" w:rsidRDefault="00B17F22" w:rsidP="00B17F22">
            <w:pPr>
              <w:widowControl w:val="0"/>
              <w:autoSpaceDE w:val="0"/>
              <w:autoSpaceDN w:val="0"/>
              <w:spacing w:before="65"/>
              <w:ind w:left="62"/>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B17F22"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65</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71" w:lineRule="auto"/>
              <w:ind w:left="72" w:right="144"/>
              <w:rPr>
                <w:rFonts w:ascii="Calibri" w:eastAsia="Times New Roman" w:hAnsi="Calibri" w:cs="Times New Roman"/>
              </w:rPr>
            </w:pPr>
            <w:r w:rsidRPr="00B17F22">
              <w:rPr>
                <w:rFonts w:ascii="Times New Roman" w:eastAsia="Times New Roman" w:hAnsi="Times New Roman" w:cs="Times New Roman"/>
                <w:color w:val="000000"/>
                <w:sz w:val="24"/>
              </w:rPr>
              <w:t xml:space="preserve">Природные сообщества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родного края.</w:t>
            </w:r>
          </w:p>
        </w:tc>
        <w:tc>
          <w:tcPr>
            <w:tcW w:w="3827" w:type="dxa"/>
          </w:tcPr>
          <w:p w:rsidR="00B17F22" w:rsidRPr="00B17F22" w:rsidRDefault="00B17F22" w:rsidP="00B17F22">
            <w:pPr>
              <w:widowControl w:val="0"/>
              <w:autoSpaceDE w:val="0"/>
              <w:autoSpaceDN w:val="0"/>
              <w:spacing w:before="65"/>
              <w:ind w:left="62"/>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66</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71" w:lineRule="auto"/>
              <w:ind w:left="72" w:right="432"/>
              <w:rPr>
                <w:rFonts w:ascii="Calibri" w:eastAsia="Times New Roman" w:hAnsi="Calibri" w:cs="Times New Roman"/>
              </w:rPr>
            </w:pPr>
            <w:r w:rsidRPr="00B17F22">
              <w:rPr>
                <w:rFonts w:ascii="Times New Roman" w:eastAsia="Times New Roman" w:hAnsi="Times New Roman" w:cs="Times New Roman"/>
                <w:color w:val="000000"/>
                <w:sz w:val="24"/>
              </w:rPr>
              <w:t>Правила нравственного поведения в природных сообществах.</w:t>
            </w:r>
          </w:p>
        </w:tc>
        <w:tc>
          <w:tcPr>
            <w:tcW w:w="3827" w:type="dxa"/>
          </w:tcPr>
          <w:p w:rsidR="00B17F22" w:rsidRPr="00B17F22" w:rsidRDefault="00B17F22" w:rsidP="00B17F22">
            <w:pPr>
              <w:widowControl w:val="0"/>
              <w:autoSpaceDE w:val="0"/>
              <w:autoSpaceDN w:val="0"/>
              <w:spacing w:before="65"/>
              <w:ind w:left="62"/>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B17F22" w:rsidTr="00F11A6C">
        <w:trPr>
          <w:trHeight w:val="58"/>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67</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62" w:lineRule="auto"/>
              <w:ind w:right="576"/>
              <w:rPr>
                <w:rFonts w:ascii="Calibri" w:eastAsia="Times New Roman" w:hAnsi="Calibri" w:cs="Times New Roman"/>
                <w:i/>
              </w:rPr>
            </w:pPr>
            <w:r w:rsidRPr="00B17F22">
              <w:rPr>
                <w:rFonts w:ascii="Times New Roman" w:eastAsia="Times New Roman" w:hAnsi="Times New Roman" w:cs="Times New Roman"/>
                <w:i/>
                <w:color w:val="000000"/>
                <w:sz w:val="24"/>
              </w:rPr>
              <w:t>Промежуточная аттестация. Контрольная работа.</w:t>
            </w:r>
          </w:p>
        </w:tc>
        <w:tc>
          <w:tcPr>
            <w:tcW w:w="3827" w:type="dxa"/>
          </w:tcPr>
          <w:p w:rsidR="00B17F22" w:rsidRPr="00B17F22" w:rsidRDefault="00B17F22" w:rsidP="00B17F22">
            <w:pPr>
              <w:widowControl w:val="0"/>
              <w:autoSpaceDE w:val="0"/>
              <w:autoSpaceDN w:val="0"/>
              <w:spacing w:before="65"/>
              <w:ind w:left="62"/>
              <w:rPr>
                <w:rFonts w:ascii="Times New Roman" w:eastAsia="Times New Roman" w:hAnsi="Times New Roman" w:cs="Times New Roman"/>
                <w:sz w:val="24"/>
                <w:szCs w:val="24"/>
              </w:rPr>
            </w:pPr>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r w:rsidR="00B17F22" w:rsidRPr="0046724E" w:rsidTr="00F11A6C">
        <w:trPr>
          <w:trHeight w:val="276"/>
        </w:trPr>
        <w:tc>
          <w:tcPr>
            <w:tcW w:w="675" w:type="dxa"/>
          </w:tcPr>
          <w:p w:rsidR="00B17F22" w:rsidRPr="00B17F22" w:rsidRDefault="00B17F22" w:rsidP="00B17F22">
            <w:pPr>
              <w:tabs>
                <w:tab w:val="left" w:pos="3326"/>
              </w:tabs>
              <w:jc w:val="center"/>
              <w:rPr>
                <w:rFonts w:ascii="Times New Roman" w:eastAsia="Times New Roman" w:hAnsi="Times New Roman" w:cs="Times New Roman"/>
                <w:sz w:val="24"/>
                <w:szCs w:val="24"/>
              </w:rPr>
            </w:pPr>
            <w:r w:rsidRPr="00B17F22">
              <w:rPr>
                <w:rFonts w:ascii="Times New Roman" w:eastAsia="Times New Roman" w:hAnsi="Times New Roman" w:cs="Times New Roman"/>
                <w:sz w:val="24"/>
                <w:szCs w:val="24"/>
              </w:rPr>
              <w:t>68</w:t>
            </w:r>
          </w:p>
        </w:tc>
        <w:tc>
          <w:tcPr>
            <w:tcW w:w="1843" w:type="dxa"/>
            <w:vMerge/>
          </w:tcPr>
          <w:p w:rsidR="00B17F22" w:rsidRPr="00B17F22" w:rsidRDefault="00B17F22" w:rsidP="00B17F22">
            <w:pPr>
              <w:tabs>
                <w:tab w:val="left" w:pos="3326"/>
              </w:tabs>
              <w:jc w:val="center"/>
              <w:rPr>
                <w:rFonts w:ascii="Times New Roman" w:eastAsia="Times New Roman" w:hAnsi="Times New Roman" w:cs="Times New Roman"/>
                <w:sz w:val="24"/>
                <w:szCs w:val="24"/>
              </w:rPr>
            </w:pPr>
          </w:p>
        </w:tc>
        <w:tc>
          <w:tcPr>
            <w:tcW w:w="5954" w:type="dxa"/>
          </w:tcPr>
          <w:p w:rsidR="00B17F22" w:rsidRPr="00B17F22" w:rsidRDefault="00B17F22" w:rsidP="00B17F22">
            <w:pPr>
              <w:autoSpaceDE w:val="0"/>
              <w:autoSpaceDN w:val="0"/>
              <w:spacing w:before="98" w:line="262" w:lineRule="auto"/>
              <w:ind w:left="72" w:right="432"/>
              <w:rPr>
                <w:rFonts w:ascii="Calibri" w:eastAsia="Times New Roman" w:hAnsi="Calibri" w:cs="Times New Roman"/>
              </w:rPr>
            </w:pPr>
            <w:r w:rsidRPr="00B17F22">
              <w:rPr>
                <w:rFonts w:ascii="Times New Roman" w:eastAsia="Times New Roman" w:hAnsi="Times New Roman" w:cs="Times New Roman"/>
                <w:color w:val="000000"/>
                <w:sz w:val="24"/>
              </w:rPr>
              <w:t xml:space="preserve">Правила нравственного поведения в социуме. Внимание, уважительное отношение к людям с ограниченными </w:t>
            </w:r>
            <w:r w:rsidRPr="00B17F22">
              <w:rPr>
                <w:rFonts w:ascii="Calibri" w:eastAsia="Times New Roman" w:hAnsi="Calibri" w:cs="Times New Roman"/>
              </w:rPr>
              <w:br/>
            </w:r>
            <w:r w:rsidRPr="00B17F22">
              <w:rPr>
                <w:rFonts w:ascii="Times New Roman" w:eastAsia="Times New Roman" w:hAnsi="Times New Roman" w:cs="Times New Roman"/>
                <w:color w:val="000000"/>
                <w:sz w:val="24"/>
              </w:rPr>
              <w:t xml:space="preserve">возможностями. </w:t>
            </w:r>
          </w:p>
        </w:tc>
        <w:tc>
          <w:tcPr>
            <w:tcW w:w="3827" w:type="dxa"/>
          </w:tcPr>
          <w:p w:rsidR="00B17F22" w:rsidRPr="00B17F22" w:rsidRDefault="00B17F22" w:rsidP="00B17F22">
            <w:pPr>
              <w:tabs>
                <w:tab w:val="left" w:pos="3326"/>
              </w:tabs>
              <w:rPr>
                <w:rFonts w:ascii="Times New Roman" w:eastAsia="Times New Roman" w:hAnsi="Times New Roman" w:cs="Times New Roman"/>
                <w:sz w:val="24"/>
                <w:szCs w:val="24"/>
              </w:rPr>
            </w:pPr>
            <w:r w:rsidRPr="00B17F22">
              <w:rPr>
                <w:rFonts w:ascii="Times New Roman" w:eastAsia="Times New Roman" w:hAnsi="Times New Roman" w:cs="Times New Roman"/>
                <w:color w:val="000000"/>
                <w:sz w:val="24"/>
              </w:rPr>
              <w:t xml:space="preserve">Библиотека ЦОК </w:t>
            </w:r>
            <w:hyperlink r:id="rId168">
              <w:r w:rsidRPr="00B17F22">
                <w:rPr>
                  <w:rFonts w:ascii="Times New Roman" w:eastAsia="Times New Roman" w:hAnsi="Times New Roman" w:cs="Times New Roman"/>
                  <w:color w:val="0000FF"/>
                  <w:u w:val="single"/>
                </w:rPr>
                <w:t>https://m.edsoo.ru/7f4116e4</w:t>
              </w:r>
            </w:hyperlink>
          </w:p>
        </w:tc>
        <w:tc>
          <w:tcPr>
            <w:tcW w:w="992" w:type="dxa"/>
          </w:tcPr>
          <w:p w:rsidR="00B17F22" w:rsidRPr="00B17F22" w:rsidRDefault="00B17F22" w:rsidP="00B17F22">
            <w:pPr>
              <w:rPr>
                <w:rFonts w:ascii="Calibri" w:eastAsia="Times New Roman" w:hAnsi="Calibri" w:cs="Times New Roman"/>
              </w:rPr>
            </w:pPr>
          </w:p>
        </w:tc>
        <w:tc>
          <w:tcPr>
            <w:tcW w:w="992" w:type="dxa"/>
          </w:tcPr>
          <w:p w:rsidR="00B17F22" w:rsidRPr="00B17F22" w:rsidRDefault="00B17F22" w:rsidP="00B17F22">
            <w:pPr>
              <w:tabs>
                <w:tab w:val="left" w:pos="3326"/>
              </w:tabs>
              <w:jc w:val="center"/>
              <w:rPr>
                <w:rFonts w:ascii="Times New Roman" w:eastAsia="Times New Roman" w:hAnsi="Times New Roman" w:cs="Times New Roman"/>
                <w:sz w:val="24"/>
                <w:szCs w:val="24"/>
              </w:rPr>
            </w:pPr>
          </w:p>
        </w:tc>
      </w:tr>
    </w:tbl>
    <w:p w:rsidR="00B17F22" w:rsidRPr="00B17F22" w:rsidRDefault="00B17F22" w:rsidP="00B17F22">
      <w:pPr>
        <w:spacing w:after="200" w:line="276" w:lineRule="auto"/>
        <w:ind w:firstLine="720"/>
        <w:rPr>
          <w:rFonts w:ascii="Calibri" w:eastAsia="Times New Roman" w:hAnsi="Calibri" w:cs="Times New Roman"/>
          <w:sz w:val="22"/>
          <w:szCs w:val="22"/>
          <w:lang w:val="ru-RU" w:eastAsia="ru-RU"/>
        </w:rPr>
      </w:pPr>
    </w:p>
    <w:p w:rsidR="00B17F22" w:rsidRDefault="00F11A6C" w:rsidP="00F11A6C">
      <w:pPr>
        <w:spacing w:after="200" w:line="276" w:lineRule="auto"/>
        <w:ind w:firstLine="720"/>
        <w:jc w:val="center"/>
        <w:rPr>
          <w:rFonts w:ascii="Times New Roman" w:eastAsia="Times New Roman" w:hAnsi="Times New Roman" w:cs="Times New Roman"/>
          <w:b/>
          <w:sz w:val="24"/>
          <w:szCs w:val="24"/>
          <w:lang w:val="ru-RU" w:eastAsia="ru-RU"/>
        </w:rPr>
      </w:pPr>
      <w:r w:rsidRPr="00F11A6C">
        <w:rPr>
          <w:rFonts w:ascii="Times New Roman" w:eastAsia="Times New Roman" w:hAnsi="Times New Roman" w:cs="Times New Roman"/>
          <w:b/>
          <w:sz w:val="24"/>
          <w:szCs w:val="24"/>
          <w:lang w:val="ru-RU" w:eastAsia="ru-RU"/>
        </w:rPr>
        <w:t>4 класс</w:t>
      </w:r>
    </w:p>
    <w:tbl>
      <w:tblPr>
        <w:tblW w:w="1413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3"/>
        <w:gridCol w:w="2131"/>
        <w:gridCol w:w="5528"/>
        <w:gridCol w:w="3827"/>
        <w:gridCol w:w="992"/>
        <w:gridCol w:w="993"/>
      </w:tblGrid>
      <w:tr w:rsidR="009620BA" w:rsidRPr="009620BA" w:rsidTr="002B0232">
        <w:trPr>
          <w:trHeight w:val="869"/>
          <w:tblCellSpacing w:w="20" w:type="nil"/>
        </w:trPr>
        <w:tc>
          <w:tcPr>
            <w:tcW w:w="663" w:type="dxa"/>
            <w:vMerge w:val="restart"/>
            <w:tcBorders>
              <w:bottom w:val="single" w:sz="0" w:space="0" w:color="auto"/>
            </w:tcBorders>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sz w:val="24"/>
                <w:szCs w:val="24"/>
                <w:lang w:val="ru-RU"/>
              </w:rPr>
              <w:t>№</w:t>
            </w:r>
          </w:p>
        </w:tc>
        <w:tc>
          <w:tcPr>
            <w:tcW w:w="2131" w:type="dxa"/>
            <w:vMerge w:val="restart"/>
            <w:tcBorders>
              <w:bottom w:val="single" w:sz="0" w:space="0" w:color="auto"/>
            </w:tcBorders>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b/>
                <w:color w:val="000000"/>
                <w:sz w:val="24"/>
                <w:szCs w:val="24"/>
                <w:lang w:val="ru-RU"/>
              </w:rPr>
            </w:pPr>
            <w:r w:rsidRPr="009620BA">
              <w:rPr>
                <w:rFonts w:ascii="Times New Roman" w:eastAsia="Calibri" w:hAnsi="Times New Roman" w:cs="Times New Roman"/>
                <w:b/>
                <w:color w:val="000000"/>
                <w:sz w:val="24"/>
                <w:szCs w:val="24"/>
                <w:lang w:val="ru-RU"/>
              </w:rPr>
              <w:t>Тема, раздел курса</w:t>
            </w:r>
          </w:p>
        </w:tc>
        <w:tc>
          <w:tcPr>
            <w:tcW w:w="5528" w:type="dxa"/>
            <w:vMerge w:val="restart"/>
            <w:tcBorders>
              <w:bottom w:val="single" w:sz="0" w:space="0" w:color="auto"/>
            </w:tcBorders>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rPr>
            </w:pPr>
            <w:r w:rsidRPr="009620BA">
              <w:rPr>
                <w:rFonts w:ascii="Times New Roman" w:eastAsia="Calibri" w:hAnsi="Times New Roman" w:cs="Times New Roman"/>
                <w:b/>
                <w:color w:val="000000"/>
                <w:sz w:val="24"/>
                <w:szCs w:val="24"/>
              </w:rPr>
              <w:t xml:space="preserve">Тема урока </w:t>
            </w:r>
          </w:p>
          <w:p w:rsidR="009620BA" w:rsidRPr="009620BA" w:rsidRDefault="009620BA" w:rsidP="009620BA">
            <w:pPr>
              <w:spacing w:after="0" w:line="276" w:lineRule="auto"/>
              <w:ind w:left="135"/>
              <w:rPr>
                <w:rFonts w:ascii="Times New Roman" w:eastAsia="Calibri" w:hAnsi="Times New Roman" w:cs="Times New Roman"/>
                <w:sz w:val="24"/>
                <w:szCs w:val="24"/>
              </w:rPr>
            </w:pPr>
          </w:p>
        </w:tc>
        <w:tc>
          <w:tcPr>
            <w:tcW w:w="3827" w:type="dxa"/>
            <w:vMerge w:val="restart"/>
            <w:tcBorders>
              <w:bottom w:val="single" w:sz="0" w:space="0" w:color="auto"/>
            </w:tcBorders>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rPr>
            </w:pPr>
            <w:r w:rsidRPr="009620BA">
              <w:rPr>
                <w:rFonts w:ascii="Times New Roman" w:eastAsia="Calibri" w:hAnsi="Times New Roman" w:cs="Times New Roman"/>
                <w:b/>
                <w:color w:val="000000"/>
                <w:sz w:val="24"/>
                <w:szCs w:val="24"/>
              </w:rPr>
              <w:t xml:space="preserve">Электронные цифровые образовательные ресурсы </w:t>
            </w:r>
          </w:p>
          <w:p w:rsidR="009620BA" w:rsidRPr="009620BA" w:rsidRDefault="009620BA" w:rsidP="009620BA">
            <w:pPr>
              <w:spacing w:after="0" w:line="276" w:lineRule="auto"/>
              <w:ind w:left="135"/>
              <w:rPr>
                <w:rFonts w:ascii="Times New Roman" w:eastAsia="Calibri" w:hAnsi="Times New Roman" w:cs="Times New Roman"/>
                <w:sz w:val="24"/>
                <w:szCs w:val="24"/>
              </w:rPr>
            </w:pPr>
          </w:p>
        </w:tc>
        <w:tc>
          <w:tcPr>
            <w:tcW w:w="1985" w:type="dxa"/>
            <w:gridSpan w:val="2"/>
            <w:tcBorders>
              <w:bottom w:val="single" w:sz="4" w:space="0" w:color="auto"/>
            </w:tcBorders>
          </w:tcPr>
          <w:p w:rsidR="009620BA" w:rsidRPr="009620BA" w:rsidRDefault="009620BA" w:rsidP="009620BA">
            <w:pPr>
              <w:spacing w:after="0" w:line="276" w:lineRule="auto"/>
              <w:ind w:left="135"/>
              <w:rPr>
                <w:rFonts w:ascii="Times New Roman" w:eastAsia="Calibri" w:hAnsi="Times New Roman" w:cs="Times New Roman"/>
                <w:b/>
                <w:color w:val="000000"/>
                <w:sz w:val="24"/>
                <w:szCs w:val="24"/>
                <w:lang w:val="ru-RU"/>
              </w:rPr>
            </w:pPr>
            <w:r w:rsidRPr="009620BA">
              <w:rPr>
                <w:rFonts w:ascii="Times New Roman" w:eastAsia="Calibri" w:hAnsi="Times New Roman" w:cs="Times New Roman"/>
                <w:b/>
                <w:color w:val="000000"/>
                <w:sz w:val="24"/>
                <w:szCs w:val="24"/>
                <w:lang w:val="ru-RU"/>
              </w:rPr>
              <w:t>Дата изучения</w:t>
            </w:r>
          </w:p>
        </w:tc>
      </w:tr>
      <w:tr w:rsidR="009620BA" w:rsidRPr="009620BA" w:rsidTr="002B0232">
        <w:trPr>
          <w:trHeight w:val="570"/>
          <w:tblCellSpacing w:w="20" w:type="nil"/>
        </w:trPr>
        <w:tc>
          <w:tcPr>
            <w:tcW w:w="663" w:type="dxa"/>
            <w:vMerge/>
            <w:tcMar>
              <w:top w:w="50" w:type="dxa"/>
              <w:left w:w="100" w:type="dxa"/>
            </w:tcMar>
          </w:tcPr>
          <w:p w:rsidR="009620BA" w:rsidRPr="009620BA" w:rsidRDefault="009620BA" w:rsidP="009620BA">
            <w:pPr>
              <w:spacing w:after="200" w:line="276" w:lineRule="auto"/>
              <w:rPr>
                <w:rFonts w:ascii="Times New Roman" w:eastAsia="Calibri" w:hAnsi="Times New Roman" w:cs="Times New Roman"/>
                <w:sz w:val="24"/>
                <w:szCs w:val="24"/>
              </w:rPr>
            </w:pPr>
          </w:p>
        </w:tc>
        <w:tc>
          <w:tcPr>
            <w:tcW w:w="2131" w:type="dxa"/>
            <w:vMerge/>
            <w:tcMar>
              <w:top w:w="50" w:type="dxa"/>
              <w:left w:w="100" w:type="dxa"/>
            </w:tcMar>
          </w:tcPr>
          <w:p w:rsidR="009620BA" w:rsidRPr="009620BA" w:rsidRDefault="009620BA" w:rsidP="009620BA">
            <w:pPr>
              <w:spacing w:after="200" w:line="276" w:lineRule="auto"/>
              <w:rPr>
                <w:rFonts w:ascii="Times New Roman" w:eastAsia="Calibri" w:hAnsi="Times New Roman" w:cs="Times New Roman"/>
                <w:sz w:val="24"/>
                <w:szCs w:val="24"/>
              </w:rPr>
            </w:pPr>
          </w:p>
        </w:tc>
        <w:tc>
          <w:tcPr>
            <w:tcW w:w="5528" w:type="dxa"/>
            <w:vMerge/>
            <w:tcMar>
              <w:top w:w="50" w:type="dxa"/>
              <w:left w:w="100" w:type="dxa"/>
            </w:tcMar>
          </w:tcPr>
          <w:p w:rsidR="009620BA" w:rsidRPr="009620BA" w:rsidRDefault="009620BA" w:rsidP="009620BA">
            <w:pPr>
              <w:spacing w:after="200" w:line="276" w:lineRule="auto"/>
              <w:rPr>
                <w:rFonts w:ascii="Times New Roman" w:eastAsia="Calibri" w:hAnsi="Times New Roman" w:cs="Times New Roman"/>
                <w:sz w:val="24"/>
                <w:szCs w:val="24"/>
              </w:rPr>
            </w:pPr>
          </w:p>
        </w:tc>
        <w:tc>
          <w:tcPr>
            <w:tcW w:w="3827" w:type="dxa"/>
            <w:vMerge/>
            <w:tcMar>
              <w:top w:w="50" w:type="dxa"/>
              <w:left w:w="100" w:type="dxa"/>
            </w:tcMar>
          </w:tcPr>
          <w:p w:rsidR="009620BA" w:rsidRPr="009620BA" w:rsidRDefault="009620BA" w:rsidP="009620BA">
            <w:pPr>
              <w:spacing w:after="200" w:line="276" w:lineRule="auto"/>
              <w:rPr>
                <w:rFonts w:ascii="Times New Roman" w:eastAsia="Calibri" w:hAnsi="Times New Roman" w:cs="Times New Roman"/>
                <w:sz w:val="24"/>
                <w:szCs w:val="24"/>
              </w:rPr>
            </w:pPr>
          </w:p>
        </w:tc>
        <w:tc>
          <w:tcPr>
            <w:tcW w:w="992" w:type="dxa"/>
            <w:tcBorders>
              <w:top w:val="single" w:sz="4" w:space="0" w:color="auto"/>
            </w:tcBorders>
          </w:tcPr>
          <w:p w:rsidR="009620BA" w:rsidRPr="009620BA" w:rsidRDefault="009620BA" w:rsidP="009620BA">
            <w:pPr>
              <w:spacing w:after="200" w:line="276" w:lineRule="auto"/>
              <w:rPr>
                <w:rFonts w:ascii="Times New Roman" w:eastAsia="Calibri" w:hAnsi="Times New Roman" w:cs="Times New Roman"/>
                <w:sz w:val="24"/>
                <w:szCs w:val="24"/>
                <w:lang w:val="ru-RU"/>
              </w:rPr>
            </w:pPr>
            <w:r w:rsidRPr="009620BA">
              <w:rPr>
                <w:rFonts w:ascii="Times New Roman" w:eastAsia="Calibri" w:hAnsi="Times New Roman" w:cs="Times New Roman"/>
                <w:sz w:val="24"/>
                <w:szCs w:val="24"/>
                <w:lang w:val="ru-RU"/>
              </w:rPr>
              <w:t>По плану</w:t>
            </w:r>
          </w:p>
        </w:tc>
        <w:tc>
          <w:tcPr>
            <w:tcW w:w="993" w:type="dxa"/>
            <w:tcBorders>
              <w:top w:val="single" w:sz="4" w:space="0" w:color="auto"/>
            </w:tcBorders>
          </w:tcPr>
          <w:p w:rsidR="009620BA" w:rsidRPr="009620BA" w:rsidRDefault="009620BA" w:rsidP="009620BA">
            <w:pPr>
              <w:spacing w:after="200" w:line="276" w:lineRule="auto"/>
              <w:rPr>
                <w:rFonts w:ascii="Times New Roman" w:eastAsia="Calibri" w:hAnsi="Times New Roman" w:cs="Times New Roman"/>
                <w:sz w:val="24"/>
                <w:szCs w:val="24"/>
                <w:lang w:val="ru-RU"/>
              </w:rPr>
            </w:pPr>
            <w:r w:rsidRPr="009620BA">
              <w:rPr>
                <w:rFonts w:ascii="Times New Roman" w:eastAsia="Calibri" w:hAnsi="Times New Roman" w:cs="Times New Roman"/>
                <w:sz w:val="24"/>
                <w:szCs w:val="24"/>
                <w:lang w:val="ru-RU"/>
              </w:rPr>
              <w:t>По факту</w:t>
            </w: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b/>
                <w:bCs/>
                <w:color w:val="000000"/>
                <w:sz w:val="24"/>
                <w:szCs w:val="24"/>
                <w:lang w:val="ru-RU"/>
              </w:rPr>
            </w:pPr>
            <w:r w:rsidRPr="009620BA">
              <w:rPr>
                <w:rFonts w:ascii="Times New Roman" w:eastAsia="Calibri" w:hAnsi="Times New Roman" w:cs="Times New Roman"/>
                <w:b/>
                <w:bCs/>
                <w:color w:val="000000"/>
                <w:sz w:val="24"/>
                <w:szCs w:val="24"/>
                <w:lang w:val="ru-RU"/>
              </w:rPr>
              <w:t>Раздел 1. Человек и общество ( 9 ч)</w:t>
            </w: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Как человек изучает окружающую природу?</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rPr>
            </w:pPr>
            <w:r w:rsidRPr="009620BA">
              <w:rPr>
                <w:rFonts w:ascii="Times New Roman" w:eastAsia="Calibri" w:hAnsi="Times New Roman" w:cs="Times New Roman"/>
                <w:color w:val="000000"/>
                <w:sz w:val="24"/>
                <w:szCs w:val="24"/>
              </w:rPr>
              <w:t>Солнце - звезда</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69">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8414</w:t>
              </w:r>
              <w:r w:rsidRPr="009620BA">
                <w:rPr>
                  <w:rFonts w:ascii="Times New Roman" w:eastAsia="Calibri" w:hAnsi="Times New Roman" w:cs="Times New Roman"/>
                  <w:color w:val="0000FF"/>
                  <w:sz w:val="24"/>
                  <w:szCs w:val="24"/>
                  <w:u w:val="single"/>
                </w:rPr>
                <w:t>d</w:t>
              </w:r>
              <w:r w:rsidRPr="009620BA">
                <w:rPr>
                  <w:rFonts w:ascii="Times New Roman" w:eastAsia="Calibri" w:hAnsi="Times New Roman" w:cs="Times New Roman"/>
                  <w:color w:val="0000FF"/>
                  <w:sz w:val="24"/>
                  <w:szCs w:val="24"/>
                  <w:u w:val="single"/>
                  <w:lang w:val="ru-RU"/>
                </w:rPr>
                <w:t>1</w:t>
              </w:r>
              <w:r w:rsidRPr="009620BA">
                <w:rPr>
                  <w:rFonts w:ascii="Times New Roman" w:eastAsia="Calibri" w:hAnsi="Times New Roman" w:cs="Times New Roman"/>
                  <w:color w:val="0000FF"/>
                  <w:sz w:val="24"/>
                  <w:szCs w:val="24"/>
                  <w:u w:val="single"/>
                </w:rPr>
                <w:t>c</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Планеты Солнечной системы. Луна – спутник Земли</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70">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8414</w:t>
              </w:r>
              <w:r w:rsidRPr="009620BA">
                <w:rPr>
                  <w:rFonts w:ascii="Times New Roman" w:eastAsia="Calibri" w:hAnsi="Times New Roman" w:cs="Times New Roman"/>
                  <w:color w:val="0000FF"/>
                  <w:sz w:val="24"/>
                  <w:szCs w:val="24"/>
                  <w:u w:val="single"/>
                </w:rPr>
                <w:t>eca</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9620BA"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color w:val="000000"/>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i/>
                <w:iCs/>
                <w:color w:val="000000"/>
                <w:sz w:val="24"/>
                <w:szCs w:val="24"/>
                <w:lang w:val="ru-RU"/>
              </w:rPr>
            </w:pPr>
            <w:r w:rsidRPr="009620BA">
              <w:rPr>
                <w:rFonts w:ascii="Times New Roman" w:eastAsia="Calibri" w:hAnsi="Times New Roman" w:cs="Times New Roman"/>
                <w:i/>
                <w:iCs/>
                <w:color w:val="000000"/>
                <w:sz w:val="24"/>
                <w:szCs w:val="24"/>
                <w:lang w:val="ru-RU"/>
              </w:rPr>
              <w:t>Входная контрольная работа</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Смена дня и ночи на Земле как результат вращения планеты вокруг своей оси (практические работы с моделями и схемами)</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r>
      <w:tr w:rsidR="009620BA" w:rsidRPr="009620BA"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Обращение Земли вокруг Солнца как причина смены сезонов (практические работы с моделями и схемами). Общая характеристика времён года</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Историческое время. Что такое «лента времени»?</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71">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8418</w:t>
              </w:r>
              <w:r w:rsidRPr="009620BA">
                <w:rPr>
                  <w:rFonts w:ascii="Times New Roman" w:eastAsia="Calibri" w:hAnsi="Times New Roman" w:cs="Times New Roman"/>
                  <w:color w:val="0000FF"/>
                  <w:sz w:val="24"/>
                  <w:szCs w:val="24"/>
                  <w:u w:val="single"/>
                </w:rPr>
                <w:t>dc</w:t>
              </w:r>
              <w:r w:rsidRPr="009620BA">
                <w:rPr>
                  <w:rFonts w:ascii="Times New Roman" w:eastAsia="Calibri" w:hAnsi="Times New Roman" w:cs="Times New Roman"/>
                  <w:color w:val="0000FF"/>
                  <w:sz w:val="24"/>
                  <w:szCs w:val="24"/>
                  <w:u w:val="single"/>
                  <w:lang w:val="ru-RU"/>
                </w:rPr>
                <w:t>2</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Экологические проблемы взаимодействия человека и природы</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72">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8415118</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rPr>
            </w:pPr>
            <w:r w:rsidRPr="009620BA">
              <w:rPr>
                <w:rFonts w:ascii="Times New Roman" w:eastAsia="Calibri" w:hAnsi="Times New Roman" w:cs="Times New Roman"/>
                <w:color w:val="000000"/>
                <w:sz w:val="24"/>
                <w:szCs w:val="24"/>
              </w:rPr>
              <w:t>Всемирное культурное наследие России</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73">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8415</w:t>
              </w:r>
              <w:r w:rsidRPr="009620BA">
                <w:rPr>
                  <w:rFonts w:ascii="Times New Roman" w:eastAsia="Calibri" w:hAnsi="Times New Roman" w:cs="Times New Roman"/>
                  <w:color w:val="0000FF"/>
                  <w:sz w:val="24"/>
                  <w:szCs w:val="24"/>
                  <w:u w:val="single"/>
                </w:rPr>
                <w:t>b</w:t>
              </w:r>
              <w:r w:rsidRPr="009620BA">
                <w:rPr>
                  <w:rFonts w:ascii="Times New Roman" w:eastAsia="Calibri" w:hAnsi="Times New Roman" w:cs="Times New Roman"/>
                  <w:color w:val="0000FF"/>
                  <w:sz w:val="24"/>
                  <w:szCs w:val="24"/>
                  <w:u w:val="single"/>
                  <w:lang w:val="ru-RU"/>
                </w:rPr>
                <w:t>9</w:t>
              </w:r>
              <w:r w:rsidRPr="009620BA">
                <w:rPr>
                  <w:rFonts w:ascii="Times New Roman" w:eastAsia="Calibri" w:hAnsi="Times New Roman" w:cs="Times New Roman"/>
                  <w:color w:val="0000FF"/>
                  <w:sz w:val="24"/>
                  <w:szCs w:val="24"/>
                  <w:u w:val="single"/>
                </w:rPr>
                <w:t>a</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r w:rsidRPr="009620BA">
              <w:rPr>
                <w:rFonts w:ascii="Times New Roman" w:eastAsia="Calibri" w:hAnsi="Times New Roman" w:cs="Times New Roman"/>
                <w:b/>
                <w:bCs/>
                <w:color w:val="000000"/>
                <w:sz w:val="24"/>
                <w:szCs w:val="24"/>
                <w:lang w:val="ru-RU"/>
              </w:rPr>
              <w:t>Раздел 2.  Человек и природа( 5 ч)</w:t>
            </w: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Природные и культурные объекты Всемирного наследия в России</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74">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841580</w:t>
              </w:r>
              <w:r w:rsidRPr="009620BA">
                <w:rPr>
                  <w:rFonts w:ascii="Times New Roman" w:eastAsia="Calibri" w:hAnsi="Times New Roman" w:cs="Times New Roman"/>
                  <w:color w:val="0000FF"/>
                  <w:sz w:val="24"/>
                  <w:szCs w:val="24"/>
                  <w:u w:val="single"/>
                </w:rPr>
                <w:t>c</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Природные и культурные объекты Всемирного наследия за рубежом</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Знакомство с Международной Красной книгой</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75">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8415636</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9620BA"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rPr>
            </w:pPr>
            <w:r w:rsidRPr="009620BA">
              <w:rPr>
                <w:rFonts w:ascii="Times New Roman" w:eastAsia="Calibri" w:hAnsi="Times New Roman" w:cs="Times New Roman"/>
                <w:color w:val="000000"/>
                <w:sz w:val="24"/>
                <w:szCs w:val="24"/>
              </w:rPr>
              <w:t>Всемирное культурное наследие</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rPr>
            </w:pPr>
            <w:r w:rsidRPr="009620BA">
              <w:rPr>
                <w:rFonts w:ascii="Times New Roman" w:eastAsia="Calibri" w:hAnsi="Times New Roman" w:cs="Times New Roman"/>
                <w:color w:val="000000"/>
                <w:sz w:val="24"/>
                <w:szCs w:val="24"/>
              </w:rPr>
              <w:t>Охрана историко-культурного наследия</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76">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8418</w:t>
              </w:r>
              <w:r w:rsidRPr="009620BA">
                <w:rPr>
                  <w:rFonts w:ascii="Times New Roman" w:eastAsia="Calibri" w:hAnsi="Times New Roman" w:cs="Times New Roman"/>
                  <w:color w:val="0000FF"/>
                  <w:sz w:val="24"/>
                  <w:szCs w:val="24"/>
                  <w:u w:val="single"/>
                </w:rPr>
                <w:t>dc</w:t>
              </w:r>
              <w:r w:rsidRPr="009620BA">
                <w:rPr>
                  <w:rFonts w:ascii="Times New Roman" w:eastAsia="Calibri" w:hAnsi="Times New Roman" w:cs="Times New Roman"/>
                  <w:color w:val="0000FF"/>
                  <w:sz w:val="24"/>
                  <w:szCs w:val="24"/>
                  <w:u w:val="single"/>
                  <w:lang w:val="ru-RU"/>
                </w:rPr>
                <w:t>2</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b/>
                <w:bCs/>
                <w:color w:val="000000"/>
                <w:sz w:val="24"/>
                <w:szCs w:val="24"/>
                <w:lang w:val="ru-RU"/>
              </w:rPr>
            </w:pPr>
            <w:r w:rsidRPr="009620BA">
              <w:rPr>
                <w:rFonts w:ascii="Times New Roman" w:eastAsia="Calibri" w:hAnsi="Times New Roman" w:cs="Times New Roman"/>
                <w:b/>
                <w:bCs/>
                <w:color w:val="000000"/>
                <w:sz w:val="24"/>
                <w:szCs w:val="24"/>
                <w:lang w:val="ru-RU"/>
              </w:rPr>
              <w:t>Раздел 3. Правила безопасной жизнедеятельности</w:t>
            </w:r>
          </w:p>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r w:rsidRPr="009620BA">
              <w:rPr>
                <w:rFonts w:ascii="Times New Roman" w:eastAsia="Calibri" w:hAnsi="Times New Roman" w:cs="Times New Roman"/>
                <w:b/>
                <w:bCs/>
                <w:color w:val="000000"/>
                <w:sz w:val="24"/>
                <w:szCs w:val="24"/>
                <w:lang w:val="ru-RU"/>
              </w:rPr>
              <w:t>( 5 ч)</w:t>
            </w: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О вредных для здоровья привычках</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77">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8415</w:t>
              </w:r>
              <w:r w:rsidRPr="009620BA">
                <w:rPr>
                  <w:rFonts w:ascii="Times New Roman" w:eastAsia="Calibri" w:hAnsi="Times New Roman" w:cs="Times New Roman"/>
                  <w:color w:val="0000FF"/>
                  <w:sz w:val="24"/>
                  <w:szCs w:val="24"/>
                  <w:u w:val="single"/>
                </w:rPr>
                <w:t>da</w:t>
              </w:r>
              <w:r w:rsidRPr="009620BA">
                <w:rPr>
                  <w:rFonts w:ascii="Times New Roman" w:eastAsia="Calibri" w:hAnsi="Times New Roman" w:cs="Times New Roman"/>
                  <w:color w:val="0000FF"/>
                  <w:sz w:val="24"/>
                  <w:szCs w:val="24"/>
                  <w:u w:val="single"/>
                  <w:lang w:val="ru-RU"/>
                </w:rPr>
                <w:t>2</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Правила цифровой грамотности при использовании Интернет</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78">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8415</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50</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Планирование маршрутов с учётом транспортной инфраструктуры населённого пункта</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79">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8416306</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Правила поведения в общественных местах: зонах отдыха, учреждениях культуры и торговых центрах</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80">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84164</w:t>
              </w:r>
              <w:r w:rsidRPr="009620BA">
                <w:rPr>
                  <w:rFonts w:ascii="Times New Roman" w:eastAsia="Calibri" w:hAnsi="Times New Roman" w:cs="Times New Roman"/>
                  <w:color w:val="0000FF"/>
                  <w:sz w:val="24"/>
                  <w:szCs w:val="24"/>
                  <w:u w:val="single"/>
                </w:rPr>
                <w:t>be</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Безопасное поведение при езде на велосипеде и самокате. Дорожные знаки</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81">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8416180</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r w:rsidRPr="009620BA">
              <w:rPr>
                <w:rFonts w:ascii="Times New Roman" w:eastAsia="Calibri" w:hAnsi="Times New Roman" w:cs="Times New Roman"/>
                <w:b/>
                <w:bCs/>
                <w:color w:val="000000"/>
                <w:sz w:val="24"/>
                <w:szCs w:val="24"/>
                <w:lang w:val="ru-RU"/>
              </w:rPr>
              <w:t>Раздел 2.  Человек и природа( 18 ч)</w:t>
            </w: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Равнины России: Восточно-Европейская, Западно-Сибирская (название, общая характеристика, нахождение на карте)</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82">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8416996</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Горные системы России: Урал, Кавказ, Алтай (краткая характеристика, главные вершины, место нахождения на карте)</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83">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8416</w:t>
              </w:r>
              <w:r w:rsidRPr="009620BA">
                <w:rPr>
                  <w:rFonts w:ascii="Times New Roman" w:eastAsia="Calibri" w:hAnsi="Times New Roman" w:cs="Times New Roman"/>
                  <w:color w:val="0000FF"/>
                  <w:sz w:val="24"/>
                  <w:szCs w:val="24"/>
                  <w:u w:val="single"/>
                </w:rPr>
                <w:t>b</w:t>
              </w:r>
              <w:r w:rsidRPr="009620BA">
                <w:rPr>
                  <w:rFonts w:ascii="Times New Roman" w:eastAsia="Calibri" w:hAnsi="Times New Roman" w:cs="Times New Roman"/>
                  <w:color w:val="0000FF"/>
                  <w:sz w:val="24"/>
                  <w:szCs w:val="24"/>
                  <w:u w:val="single"/>
                  <w:lang w:val="ru-RU"/>
                </w:rPr>
                <w:t>58</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rPr>
            </w:pPr>
            <w:r w:rsidRPr="009620BA">
              <w:rPr>
                <w:rFonts w:ascii="Times New Roman" w:eastAsia="Calibri" w:hAnsi="Times New Roman" w:cs="Times New Roman"/>
                <w:color w:val="000000"/>
                <w:sz w:val="24"/>
                <w:szCs w:val="24"/>
                <w:lang w:val="ru-RU"/>
              </w:rPr>
              <w:t xml:space="preserve">Водоёмы Земли, их разнообразие. Естественные водоёмы: океан, море, озеро, болото. </w:t>
            </w:r>
            <w:r w:rsidRPr="009620BA">
              <w:rPr>
                <w:rFonts w:ascii="Times New Roman" w:eastAsia="Calibri" w:hAnsi="Times New Roman" w:cs="Times New Roman"/>
                <w:color w:val="000000"/>
                <w:sz w:val="24"/>
                <w:szCs w:val="24"/>
              </w:rPr>
              <w:t>Примеры водоёмов в России</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84">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8416</w:t>
              </w:r>
              <w:r w:rsidRPr="009620BA">
                <w:rPr>
                  <w:rFonts w:ascii="Times New Roman" w:eastAsia="Calibri" w:hAnsi="Times New Roman" w:cs="Times New Roman"/>
                  <w:color w:val="0000FF"/>
                  <w:sz w:val="24"/>
                  <w:szCs w:val="24"/>
                  <w:u w:val="single"/>
                </w:rPr>
                <w:t>cfc</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rPr>
            </w:pPr>
            <w:r w:rsidRPr="009620BA">
              <w:rPr>
                <w:rFonts w:ascii="Times New Roman" w:eastAsia="Calibri" w:hAnsi="Times New Roman" w:cs="Times New Roman"/>
                <w:color w:val="000000"/>
                <w:sz w:val="24"/>
                <w:szCs w:val="24"/>
              </w:rPr>
              <w:t>Река как водный поток</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85">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8416</w:t>
              </w:r>
              <w:r w:rsidRPr="009620BA">
                <w:rPr>
                  <w:rFonts w:ascii="Times New Roman" w:eastAsia="Calibri" w:hAnsi="Times New Roman" w:cs="Times New Roman"/>
                  <w:color w:val="0000FF"/>
                  <w:sz w:val="24"/>
                  <w:szCs w:val="24"/>
                  <w:u w:val="single"/>
                </w:rPr>
                <w:t>fae</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Крупнейшие реки России: название, нахождение на карте</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Характеристика природных зон России: арктическая пустыня. Связи в природной зоне</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86">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8417</w:t>
              </w:r>
              <w:r w:rsidRPr="009620BA">
                <w:rPr>
                  <w:rFonts w:ascii="Times New Roman" w:eastAsia="Calibri" w:hAnsi="Times New Roman" w:cs="Times New Roman"/>
                  <w:color w:val="0000FF"/>
                  <w:sz w:val="24"/>
                  <w:szCs w:val="24"/>
                  <w:u w:val="single"/>
                </w:rPr>
                <w:t>b</w:t>
              </w:r>
              <w:r w:rsidRPr="009620BA">
                <w:rPr>
                  <w:rFonts w:ascii="Times New Roman" w:eastAsia="Calibri" w:hAnsi="Times New Roman" w:cs="Times New Roman"/>
                  <w:color w:val="0000FF"/>
                  <w:sz w:val="24"/>
                  <w:szCs w:val="24"/>
                  <w:u w:val="single"/>
                  <w:lang w:val="ru-RU"/>
                </w:rPr>
                <w:t>34</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Характеристика природных зон России: тундра. Связи в природной зоне</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87">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8417</w:t>
              </w:r>
              <w:r w:rsidRPr="009620BA">
                <w:rPr>
                  <w:rFonts w:ascii="Times New Roman" w:eastAsia="Calibri" w:hAnsi="Times New Roman" w:cs="Times New Roman"/>
                  <w:color w:val="0000FF"/>
                  <w:sz w:val="24"/>
                  <w:szCs w:val="24"/>
                  <w:u w:val="single"/>
                </w:rPr>
                <w:t>d</w:t>
              </w:r>
              <w:r w:rsidRPr="009620BA">
                <w:rPr>
                  <w:rFonts w:ascii="Times New Roman" w:eastAsia="Calibri" w:hAnsi="Times New Roman" w:cs="Times New Roman"/>
                  <w:color w:val="0000FF"/>
                  <w:sz w:val="24"/>
                  <w:szCs w:val="24"/>
                  <w:u w:val="single"/>
                  <w:lang w:val="ru-RU"/>
                </w:rPr>
                <w:t>1</w:t>
              </w:r>
              <w:r w:rsidRPr="009620BA">
                <w:rPr>
                  <w:rFonts w:ascii="Times New Roman" w:eastAsia="Calibri" w:hAnsi="Times New Roman" w:cs="Times New Roman"/>
                  <w:color w:val="0000FF"/>
                  <w:sz w:val="24"/>
                  <w:szCs w:val="24"/>
                  <w:u w:val="single"/>
                </w:rPr>
                <w:t>e</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Характеристика природных зон России: тайга. </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88">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8417</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08</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9620BA"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color w:val="000000"/>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r w:rsidRPr="009620BA">
              <w:rPr>
                <w:rFonts w:ascii="Times New Roman" w:eastAsia="Calibri" w:hAnsi="Times New Roman" w:cs="Times New Roman"/>
                <w:color w:val="000000"/>
                <w:sz w:val="24"/>
                <w:szCs w:val="24"/>
                <w:lang w:val="ru-RU"/>
              </w:rPr>
              <w:t>Характеристика природных зон России: тайга. Связи в природной зоне</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Характеристика природных зон России: смешанный лес. Связи в природной зоне</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89">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84181</w:t>
              </w:r>
              <w:r w:rsidRPr="009620BA">
                <w:rPr>
                  <w:rFonts w:ascii="Times New Roman" w:eastAsia="Calibri" w:hAnsi="Times New Roman" w:cs="Times New Roman"/>
                  <w:color w:val="0000FF"/>
                  <w:sz w:val="24"/>
                  <w:szCs w:val="24"/>
                  <w:u w:val="single"/>
                </w:rPr>
                <w:t>ce</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Характеристика природных зон России: степь. Связи в природной зоне</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90">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84185</w:t>
              </w:r>
              <w:r w:rsidRPr="009620BA">
                <w:rPr>
                  <w:rFonts w:ascii="Times New Roman" w:eastAsia="Calibri" w:hAnsi="Times New Roman" w:cs="Times New Roman"/>
                  <w:color w:val="0000FF"/>
                  <w:sz w:val="24"/>
                  <w:szCs w:val="24"/>
                  <w:u w:val="single"/>
                </w:rPr>
                <w:t>ac</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9620BA"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r w:rsidRPr="009620BA">
              <w:rPr>
                <w:rFonts w:ascii="Times New Roman" w:eastAsia="Calibri" w:hAnsi="Times New Roman" w:cs="Times New Roman"/>
                <w:color w:val="000000"/>
                <w:sz w:val="24"/>
                <w:szCs w:val="24"/>
                <w:lang w:val="ru-RU"/>
              </w:rPr>
              <w:t>Характеристика природных зон России:  полупустыня. Связи в природной зоне</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Формы земной поверхности (на примере родного края)</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91">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8417526</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Водоёмы и реки родного края</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r>
      <w:tr w:rsidR="009620BA" w:rsidRPr="009620BA"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b/>
                <w:bCs/>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Использование рек и водоёмов человеком (хозяйственная деятельность, отдых). Охрана рек и водоёмов</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Защита и охрана природных богатств (воздуха, воды, полезных ископаемых, флоры и фауны)</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Искусственные водоёмы: водохранилища, пруды (общая характеристика)</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r>
      <w:tr w:rsidR="009620BA" w:rsidRPr="009620BA"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r w:rsidRPr="009620BA">
              <w:rPr>
                <w:rFonts w:ascii="Times New Roman" w:eastAsia="Calibri" w:hAnsi="Times New Roman" w:cs="Times New Roman"/>
                <w:b/>
                <w:bCs/>
                <w:color w:val="000000"/>
                <w:sz w:val="24"/>
                <w:szCs w:val="24"/>
                <w:lang w:val="ru-RU"/>
              </w:rPr>
              <w:t>Раздел 1. Человек и общество ( 20 ч)</w:t>
            </w: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rPr>
            </w:pPr>
            <w:r w:rsidRPr="009620BA">
              <w:rPr>
                <w:rFonts w:ascii="Times New Roman" w:eastAsia="Calibri" w:hAnsi="Times New Roman" w:cs="Times New Roman"/>
                <w:color w:val="000000"/>
                <w:sz w:val="24"/>
                <w:szCs w:val="24"/>
              </w:rPr>
              <w:t>Человек - творец культурных ценностей</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Труд и быт людей в разные исторические времена</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92">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8419</w:t>
              </w:r>
              <w:r w:rsidRPr="009620BA">
                <w:rPr>
                  <w:rFonts w:ascii="Times New Roman" w:eastAsia="Calibri" w:hAnsi="Times New Roman" w:cs="Times New Roman"/>
                  <w:color w:val="0000FF"/>
                  <w:sz w:val="24"/>
                  <w:szCs w:val="24"/>
                  <w:u w:val="single"/>
                </w:rPr>
                <w:t>c</w:t>
              </w:r>
              <w:r w:rsidRPr="009620BA">
                <w:rPr>
                  <w:rFonts w:ascii="Times New Roman" w:eastAsia="Calibri" w:hAnsi="Times New Roman" w:cs="Times New Roman"/>
                  <w:color w:val="0000FF"/>
                  <w:sz w:val="24"/>
                  <w:szCs w:val="24"/>
                  <w:u w:val="single"/>
                  <w:lang w:val="ru-RU"/>
                </w:rPr>
                <w:t>54</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Государство Русь. Страницы общественной и культурной жизни</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93">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8419894</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9620BA"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rPr>
            </w:pPr>
            <w:r w:rsidRPr="009620BA">
              <w:rPr>
                <w:rFonts w:ascii="Times New Roman" w:eastAsia="Calibri" w:hAnsi="Times New Roman" w:cs="Times New Roman"/>
                <w:color w:val="000000"/>
                <w:sz w:val="24"/>
                <w:szCs w:val="24"/>
                <w:lang w:val="ru-RU"/>
              </w:rPr>
              <w:t xml:space="preserve">Города России. Древние города России. </w:t>
            </w:r>
            <w:r w:rsidRPr="009620BA">
              <w:rPr>
                <w:rFonts w:ascii="Times New Roman" w:eastAsia="Calibri" w:hAnsi="Times New Roman" w:cs="Times New Roman"/>
                <w:color w:val="000000"/>
                <w:sz w:val="24"/>
                <w:szCs w:val="24"/>
              </w:rPr>
              <w:t>Страницы истории</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Государство Русь. Человек - защитник своего Отечества</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Московское государство. Страницы общественной и культурной жизни в Московском государстве</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Образование и культура в Московском государстве</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Страницы истории Российской империи. Пётр </w:t>
            </w:r>
            <w:r w:rsidRPr="009620BA">
              <w:rPr>
                <w:rFonts w:ascii="Times New Roman" w:eastAsia="Calibri" w:hAnsi="Times New Roman" w:cs="Times New Roman"/>
                <w:color w:val="000000"/>
                <w:sz w:val="24"/>
                <w:szCs w:val="24"/>
              </w:rPr>
              <w:t>I</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94">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w:t>
              </w:r>
              <w:r w:rsidRPr="009620BA">
                <w:rPr>
                  <w:rFonts w:ascii="Times New Roman" w:eastAsia="Calibri" w:hAnsi="Times New Roman" w:cs="Times New Roman"/>
                  <w:color w:val="0000FF"/>
                  <w:sz w:val="24"/>
                  <w:szCs w:val="24"/>
                  <w:u w:val="single"/>
                </w:rPr>
                <w:t>b</w:t>
              </w:r>
              <w:r w:rsidRPr="009620BA">
                <w:rPr>
                  <w:rFonts w:ascii="Times New Roman" w:eastAsia="Calibri" w:hAnsi="Times New Roman" w:cs="Times New Roman"/>
                  <w:color w:val="0000FF"/>
                  <w:sz w:val="24"/>
                  <w:szCs w:val="24"/>
                  <w:u w:val="single"/>
                  <w:lang w:val="ru-RU"/>
                </w:rPr>
                <w:t>284</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Страницы Российской империи. Преобразования в культуре, науке, быту</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rPr>
            </w:pPr>
            <w:r w:rsidRPr="009620BA">
              <w:rPr>
                <w:rFonts w:ascii="Times New Roman" w:eastAsia="Calibri" w:hAnsi="Times New Roman" w:cs="Times New Roman"/>
                <w:color w:val="000000"/>
                <w:sz w:val="24"/>
                <w:szCs w:val="24"/>
              </w:rPr>
              <w:t>Образование в Российской империи</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95">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w:t>
              </w:r>
              <w:r w:rsidRPr="009620BA">
                <w:rPr>
                  <w:rFonts w:ascii="Times New Roman" w:eastAsia="Calibri" w:hAnsi="Times New Roman" w:cs="Times New Roman"/>
                  <w:color w:val="0000FF"/>
                  <w:sz w:val="24"/>
                  <w:szCs w:val="24"/>
                  <w:u w:val="single"/>
                </w:rPr>
                <w:t>b</w:t>
              </w:r>
              <w:r w:rsidRPr="009620BA">
                <w:rPr>
                  <w:rFonts w:ascii="Times New Roman" w:eastAsia="Calibri" w:hAnsi="Times New Roman" w:cs="Times New Roman"/>
                  <w:color w:val="0000FF"/>
                  <w:sz w:val="24"/>
                  <w:szCs w:val="24"/>
                  <w:u w:val="single"/>
                  <w:lang w:val="ru-RU"/>
                </w:rPr>
                <w:t>4</w:t>
              </w:r>
              <w:r w:rsidRPr="009620BA">
                <w:rPr>
                  <w:rFonts w:ascii="Times New Roman" w:eastAsia="Calibri" w:hAnsi="Times New Roman" w:cs="Times New Roman"/>
                  <w:color w:val="0000FF"/>
                  <w:sz w:val="24"/>
                  <w:szCs w:val="24"/>
                  <w:u w:val="single"/>
                </w:rPr>
                <w:t>aa</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Развитие культуры в Российской империи Российская империя: развитие культуры </w:t>
            </w:r>
            <w:r w:rsidRPr="009620BA">
              <w:rPr>
                <w:rFonts w:ascii="Times New Roman" w:eastAsia="Calibri" w:hAnsi="Times New Roman" w:cs="Times New Roman"/>
                <w:color w:val="000000"/>
                <w:sz w:val="24"/>
                <w:szCs w:val="24"/>
              </w:rPr>
              <w:t>XVIII</w:t>
            </w:r>
            <w:r w:rsidRPr="009620BA">
              <w:rPr>
                <w:rFonts w:ascii="Times New Roman" w:eastAsia="Calibri" w:hAnsi="Times New Roman" w:cs="Times New Roman"/>
                <w:color w:val="000000"/>
                <w:sz w:val="24"/>
                <w:szCs w:val="24"/>
                <w:lang w:val="ru-RU"/>
              </w:rPr>
              <w:t xml:space="preserve"> века (архитектура, живопись, театр)</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«Золотой век» русской культуры. Великие поэты и писатели, композиторы и художники </w:t>
            </w:r>
            <w:r w:rsidRPr="009620BA">
              <w:rPr>
                <w:rFonts w:ascii="Times New Roman" w:eastAsia="Calibri" w:hAnsi="Times New Roman" w:cs="Times New Roman"/>
                <w:color w:val="000000"/>
                <w:sz w:val="24"/>
                <w:szCs w:val="24"/>
              </w:rPr>
              <w:t>XIX</w:t>
            </w:r>
            <w:r w:rsidRPr="009620BA">
              <w:rPr>
                <w:rFonts w:ascii="Times New Roman" w:eastAsia="Calibri" w:hAnsi="Times New Roman" w:cs="Times New Roman"/>
                <w:color w:val="000000"/>
                <w:sz w:val="24"/>
                <w:szCs w:val="24"/>
                <w:lang w:val="ru-RU"/>
              </w:rPr>
              <w:t xml:space="preserve"> века</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Первая Отечественная война: 1812 год. Защита Родины от французских завоевателей</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Страницы истории России ХХ века</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96">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w:t>
              </w:r>
              <w:r w:rsidRPr="009620BA">
                <w:rPr>
                  <w:rFonts w:ascii="Times New Roman" w:eastAsia="Calibri" w:hAnsi="Times New Roman" w:cs="Times New Roman"/>
                  <w:color w:val="0000FF"/>
                  <w:sz w:val="24"/>
                  <w:szCs w:val="24"/>
                  <w:u w:val="single"/>
                </w:rPr>
                <w:t>c</w:t>
              </w:r>
              <w:r w:rsidRPr="009620BA">
                <w:rPr>
                  <w:rFonts w:ascii="Times New Roman" w:eastAsia="Calibri" w:hAnsi="Times New Roman" w:cs="Times New Roman"/>
                  <w:color w:val="0000FF"/>
                  <w:sz w:val="24"/>
                  <w:szCs w:val="24"/>
                  <w:u w:val="single"/>
                  <w:lang w:val="ru-RU"/>
                </w:rPr>
                <w:t>56</w:t>
              </w:r>
              <w:r w:rsidRPr="009620BA">
                <w:rPr>
                  <w:rFonts w:ascii="Times New Roman" w:eastAsia="Calibri" w:hAnsi="Times New Roman" w:cs="Times New Roman"/>
                  <w:color w:val="0000FF"/>
                  <w:sz w:val="24"/>
                  <w:szCs w:val="24"/>
                  <w:u w:val="single"/>
                </w:rPr>
                <w:t>c</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9620BA"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r w:rsidRPr="009620BA">
              <w:rPr>
                <w:rFonts w:ascii="Times New Roman" w:eastAsia="Calibri" w:hAnsi="Times New Roman" w:cs="Times New Roman"/>
                <w:i/>
                <w:iCs/>
                <w:color w:val="000000"/>
                <w:sz w:val="24"/>
                <w:szCs w:val="24"/>
                <w:lang w:val="ru-RU"/>
              </w:rPr>
              <w:t>Всероссийская проверочная работа</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Великая Отечественная война 1941-1945 гг: как все начиналось…</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Великая Отечественная война 1941-1945 гг: главные сражения</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97">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w:t>
              </w:r>
              <w:r w:rsidRPr="009620BA">
                <w:rPr>
                  <w:rFonts w:ascii="Times New Roman" w:eastAsia="Calibri" w:hAnsi="Times New Roman" w:cs="Times New Roman"/>
                  <w:color w:val="0000FF"/>
                  <w:sz w:val="24"/>
                  <w:szCs w:val="24"/>
                  <w:u w:val="single"/>
                </w:rPr>
                <w:t>c</w:t>
              </w:r>
              <w:r w:rsidRPr="009620BA">
                <w:rPr>
                  <w:rFonts w:ascii="Times New Roman" w:eastAsia="Calibri" w:hAnsi="Times New Roman" w:cs="Times New Roman"/>
                  <w:color w:val="0000FF"/>
                  <w:sz w:val="24"/>
                  <w:szCs w:val="24"/>
                  <w:u w:val="single"/>
                  <w:lang w:val="ru-RU"/>
                </w:rPr>
                <w:t>800</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Всё для фронта – всё для победы</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98">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w:t>
              </w:r>
              <w:r w:rsidRPr="009620BA">
                <w:rPr>
                  <w:rFonts w:ascii="Times New Roman" w:eastAsia="Calibri" w:hAnsi="Times New Roman" w:cs="Times New Roman"/>
                  <w:color w:val="0000FF"/>
                  <w:sz w:val="24"/>
                  <w:szCs w:val="24"/>
                  <w:u w:val="single"/>
                </w:rPr>
                <w:t>c</w:t>
              </w:r>
              <w:r w:rsidRPr="009620BA">
                <w:rPr>
                  <w:rFonts w:ascii="Times New Roman" w:eastAsia="Calibri" w:hAnsi="Times New Roman" w:cs="Times New Roman"/>
                  <w:color w:val="0000FF"/>
                  <w:sz w:val="24"/>
                  <w:szCs w:val="24"/>
                  <w:u w:val="single"/>
                  <w:lang w:val="ru-RU"/>
                </w:rPr>
                <w:t>9</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4</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9620BA"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rPr>
            </w:pPr>
            <w:r w:rsidRPr="009620BA">
              <w:rPr>
                <w:rFonts w:ascii="Times New Roman" w:eastAsia="Calibri" w:hAnsi="Times New Roman" w:cs="Times New Roman"/>
                <w:color w:val="000000"/>
                <w:sz w:val="24"/>
                <w:szCs w:val="24"/>
              </w:rPr>
              <w:t>Взятие Берлина. Парад Победы</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Мы живём в Российской Федерации</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199">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w:t>
              </w:r>
              <w:r w:rsidRPr="009620BA">
                <w:rPr>
                  <w:rFonts w:ascii="Times New Roman" w:eastAsia="Calibri" w:hAnsi="Times New Roman" w:cs="Times New Roman"/>
                  <w:color w:val="0000FF"/>
                  <w:sz w:val="24"/>
                  <w:szCs w:val="24"/>
                  <w:u w:val="single"/>
                </w:rPr>
                <w:t>dac</w:t>
              </w:r>
              <w:r w:rsidRPr="009620BA">
                <w:rPr>
                  <w:rFonts w:ascii="Times New Roman" w:eastAsia="Calibri" w:hAnsi="Times New Roman" w:cs="Times New Roman"/>
                  <w:color w:val="0000FF"/>
                  <w:sz w:val="24"/>
                  <w:szCs w:val="24"/>
                  <w:u w:val="single"/>
                  <w:lang w:val="ru-RU"/>
                </w:rPr>
                <w:t>0</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Государственное устройство РФ (общее представление). Конституция РФ. Президент РФ. Политико-административная карта России</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200">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w:t>
              </w:r>
              <w:r w:rsidRPr="009620BA">
                <w:rPr>
                  <w:rFonts w:ascii="Times New Roman" w:eastAsia="Calibri" w:hAnsi="Times New Roman" w:cs="Times New Roman"/>
                  <w:color w:val="0000FF"/>
                  <w:sz w:val="24"/>
                  <w:szCs w:val="24"/>
                  <w:u w:val="single"/>
                </w:rPr>
                <w:t>d</w:t>
              </w:r>
              <w:r w:rsidRPr="009620BA">
                <w:rPr>
                  <w:rFonts w:ascii="Times New Roman" w:eastAsia="Calibri" w:hAnsi="Times New Roman" w:cs="Times New Roman"/>
                  <w:color w:val="0000FF"/>
                  <w:sz w:val="24"/>
                  <w:szCs w:val="24"/>
                  <w:u w:val="single"/>
                  <w:lang w:val="ru-RU"/>
                </w:rPr>
                <w:t>188</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r w:rsidRPr="009620BA">
              <w:rPr>
                <w:rFonts w:ascii="Times New Roman" w:eastAsia="Calibri" w:hAnsi="Times New Roman" w:cs="Times New Roman"/>
                <w:b/>
                <w:bCs/>
                <w:color w:val="000000"/>
                <w:sz w:val="24"/>
                <w:szCs w:val="24"/>
                <w:lang w:val="ru-RU"/>
              </w:rPr>
              <w:t>Раздел 2.  Человек и природа( 2 ч)</w:t>
            </w: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Родной край. Знаменитые люди родного края</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r>
      <w:tr w:rsidR="009620BA" w:rsidRPr="009620BA"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b/>
                <w:bCs/>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i/>
                <w:color w:val="000000"/>
                <w:sz w:val="24"/>
                <w:szCs w:val="24"/>
                <w:lang w:val="ru-RU"/>
              </w:rPr>
            </w:pPr>
            <w:r w:rsidRPr="009620BA">
              <w:rPr>
                <w:rFonts w:ascii="Times New Roman" w:eastAsia="Calibri" w:hAnsi="Times New Roman" w:cs="Times New Roman"/>
                <w:i/>
                <w:sz w:val="24"/>
                <w:szCs w:val="24"/>
                <w:lang w:val="ru-RU"/>
              </w:rPr>
              <w:t>Промежуточная аттестация. Контрольная работа.</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r w:rsidRPr="009620BA">
              <w:rPr>
                <w:rFonts w:ascii="Times New Roman" w:eastAsia="Calibri" w:hAnsi="Times New Roman" w:cs="Times New Roman"/>
                <w:b/>
                <w:bCs/>
                <w:color w:val="000000"/>
                <w:sz w:val="24"/>
                <w:szCs w:val="24"/>
                <w:lang w:val="ru-RU"/>
              </w:rPr>
              <w:t>Раздел 1. Человек и общество ( 5ч)</w:t>
            </w: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Взаимоотношения людей в обществе: доброта и гуманизм, справедливость и уважение</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201">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w:t>
              </w:r>
              <w:r w:rsidRPr="009620BA">
                <w:rPr>
                  <w:rFonts w:ascii="Times New Roman" w:eastAsia="Calibri" w:hAnsi="Times New Roman" w:cs="Times New Roman"/>
                  <w:color w:val="0000FF"/>
                  <w:sz w:val="24"/>
                  <w:szCs w:val="24"/>
                  <w:u w:val="single"/>
                </w:rPr>
                <w:t>d</w:t>
              </w:r>
              <w:r w:rsidRPr="009620BA">
                <w:rPr>
                  <w:rFonts w:ascii="Times New Roman" w:eastAsia="Calibri" w:hAnsi="Times New Roman" w:cs="Times New Roman"/>
                  <w:color w:val="0000FF"/>
                  <w:sz w:val="24"/>
                  <w:szCs w:val="24"/>
                  <w:u w:val="single"/>
                  <w:lang w:val="ru-RU"/>
                </w:rPr>
                <w:t>8</w:t>
              </w:r>
              <w:r w:rsidRPr="009620BA">
                <w:rPr>
                  <w:rFonts w:ascii="Times New Roman" w:eastAsia="Calibri" w:hAnsi="Times New Roman" w:cs="Times New Roman"/>
                  <w:color w:val="0000FF"/>
                  <w:sz w:val="24"/>
                  <w:szCs w:val="24"/>
                  <w:u w:val="single"/>
                </w:rPr>
                <w:t>ea</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Права и обязанности гражданина Российской Федерации. Права ребёнка</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202">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w:t>
              </w:r>
              <w:r w:rsidRPr="009620BA">
                <w:rPr>
                  <w:rFonts w:ascii="Times New Roman" w:eastAsia="Calibri" w:hAnsi="Times New Roman" w:cs="Times New Roman"/>
                  <w:color w:val="0000FF"/>
                  <w:sz w:val="24"/>
                  <w:szCs w:val="24"/>
                  <w:u w:val="single"/>
                </w:rPr>
                <w:t>d</w:t>
              </w:r>
              <w:r w:rsidRPr="009620BA">
                <w:rPr>
                  <w:rFonts w:ascii="Times New Roman" w:eastAsia="Calibri" w:hAnsi="Times New Roman" w:cs="Times New Roman"/>
                  <w:color w:val="0000FF"/>
                  <w:sz w:val="24"/>
                  <w:szCs w:val="24"/>
                  <w:u w:val="single"/>
                  <w:lang w:val="ru-RU"/>
                </w:rPr>
                <w:t>336</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r w:rsidRPr="009620BA">
              <w:rPr>
                <w:rFonts w:ascii="Times New Roman" w:eastAsia="Calibri" w:hAnsi="Times New Roman" w:cs="Times New Roman"/>
                <w:color w:val="000000"/>
                <w:sz w:val="24"/>
                <w:szCs w:val="24"/>
                <w:lang w:val="ru-RU"/>
              </w:rPr>
              <w:t>Государственные праздники России</w:t>
            </w:r>
          </w:p>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Праздник в жизни общества и человека</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 xml:space="preserve">Библиотека ЦОК </w:t>
            </w:r>
            <w:hyperlink r:id="rId203">
              <w:r w:rsidRPr="009620BA">
                <w:rPr>
                  <w:rFonts w:ascii="Times New Roman" w:eastAsia="Calibri" w:hAnsi="Times New Roman" w:cs="Times New Roman"/>
                  <w:color w:val="0000FF"/>
                  <w:sz w:val="24"/>
                  <w:szCs w:val="24"/>
                  <w:u w:val="single"/>
                </w:rPr>
                <w:t>https</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m</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edsoo</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ru</w:t>
              </w:r>
              <w:r w:rsidRPr="009620BA">
                <w:rPr>
                  <w:rFonts w:ascii="Times New Roman" w:eastAsia="Calibri" w:hAnsi="Times New Roman" w:cs="Times New Roman"/>
                  <w:color w:val="0000FF"/>
                  <w:sz w:val="24"/>
                  <w:szCs w:val="24"/>
                  <w:u w:val="single"/>
                  <w:lang w:val="ru-RU"/>
                </w:rPr>
                <w:t>/</w:t>
              </w:r>
              <w:r w:rsidRPr="009620BA">
                <w:rPr>
                  <w:rFonts w:ascii="Times New Roman" w:eastAsia="Calibri" w:hAnsi="Times New Roman" w:cs="Times New Roman"/>
                  <w:color w:val="0000FF"/>
                  <w:sz w:val="24"/>
                  <w:szCs w:val="24"/>
                  <w:u w:val="single"/>
                </w:rPr>
                <w:t>f</w:t>
              </w:r>
              <w:r w:rsidRPr="009620BA">
                <w:rPr>
                  <w:rFonts w:ascii="Times New Roman" w:eastAsia="Calibri" w:hAnsi="Times New Roman" w:cs="Times New Roman"/>
                  <w:color w:val="0000FF"/>
                  <w:sz w:val="24"/>
                  <w:szCs w:val="24"/>
                  <w:u w:val="single"/>
                  <w:lang w:val="ru-RU"/>
                </w:rPr>
                <w:t>841</w:t>
              </w:r>
              <w:r w:rsidRPr="009620BA">
                <w:rPr>
                  <w:rFonts w:ascii="Times New Roman" w:eastAsia="Calibri" w:hAnsi="Times New Roman" w:cs="Times New Roman"/>
                  <w:color w:val="0000FF"/>
                  <w:sz w:val="24"/>
                  <w:szCs w:val="24"/>
                  <w:u w:val="single"/>
                </w:rPr>
                <w:t>dc</w:t>
              </w:r>
              <w:r w:rsidRPr="009620BA">
                <w:rPr>
                  <w:rFonts w:ascii="Times New Roman" w:eastAsia="Calibri" w:hAnsi="Times New Roman" w:cs="Times New Roman"/>
                  <w:color w:val="0000FF"/>
                  <w:sz w:val="24"/>
                  <w:szCs w:val="24"/>
                  <w:u w:val="single"/>
                  <w:lang w:val="ru-RU"/>
                </w:rPr>
                <w:t>50</w:t>
              </w:r>
            </w:hyperlink>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b/>
                <w:bCs/>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Праздники и памятные даты своего региона</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r>
      <w:tr w:rsidR="009620BA" w:rsidRPr="009620BA"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i/>
                <w:sz w:val="24"/>
                <w:szCs w:val="24"/>
                <w:lang w:val="ru-RU"/>
              </w:rPr>
            </w:pPr>
            <w:r w:rsidRPr="009620BA">
              <w:rPr>
                <w:rFonts w:ascii="Times New Roman" w:eastAsia="Calibri" w:hAnsi="Times New Roman" w:cs="Times New Roman"/>
                <w:i/>
                <w:color w:val="000000"/>
                <w:sz w:val="24"/>
                <w:szCs w:val="24"/>
                <w:lang w:val="ru-RU"/>
              </w:rPr>
              <w:t>Итоговая комплексная работа</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r w:rsidRPr="009620BA">
              <w:rPr>
                <w:rFonts w:ascii="Times New Roman" w:eastAsia="Calibri" w:hAnsi="Times New Roman" w:cs="Times New Roman"/>
                <w:b/>
                <w:bCs/>
                <w:color w:val="000000"/>
                <w:sz w:val="24"/>
                <w:szCs w:val="24"/>
                <w:lang w:val="ru-RU"/>
              </w:rPr>
              <w:t>Раздел 2.  Человек и природа( 4 ч)</w:t>
            </w:r>
          </w:p>
        </w:tc>
        <w:tc>
          <w:tcPr>
            <w:tcW w:w="5528" w:type="dxa"/>
            <w:tcMar>
              <w:top w:w="50" w:type="dxa"/>
              <w:left w:w="100" w:type="dxa"/>
            </w:tcMar>
            <w:vAlign w:val="center"/>
          </w:tcPr>
          <w:p w:rsidR="009620BA" w:rsidRPr="009620BA" w:rsidRDefault="009620BA" w:rsidP="002B0232">
            <w:pPr>
              <w:spacing w:after="0" w:line="276" w:lineRule="auto"/>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Малая Родина гражданина России. Достопримечательности родного края</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r>
      <w:tr w:rsidR="009620BA" w:rsidRPr="0046724E"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Наша малая Родина: главный город</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r>
      <w:tr w:rsidR="009620BA" w:rsidRPr="009620BA"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r w:rsidRPr="009620BA">
              <w:rPr>
                <w:rFonts w:ascii="Times New Roman" w:eastAsia="Calibri" w:hAnsi="Times New Roman" w:cs="Times New Roman"/>
                <w:color w:val="000000"/>
                <w:sz w:val="24"/>
                <w:szCs w:val="24"/>
                <w:lang w:val="ru-RU"/>
              </w:rPr>
              <w:t>Города России.  Страницы истории</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r>
      <w:tr w:rsidR="009620BA" w:rsidRPr="009620BA" w:rsidTr="002B0232">
        <w:trPr>
          <w:trHeight w:val="144"/>
          <w:tblCellSpacing w:w="20" w:type="nil"/>
        </w:trPr>
        <w:tc>
          <w:tcPr>
            <w:tcW w:w="663" w:type="dxa"/>
            <w:tcMar>
              <w:top w:w="50" w:type="dxa"/>
              <w:left w:w="100" w:type="dxa"/>
            </w:tcMar>
            <w:vAlign w:val="center"/>
          </w:tcPr>
          <w:p w:rsidR="009620BA" w:rsidRPr="009620BA" w:rsidRDefault="009620BA" w:rsidP="00D0790B">
            <w:pPr>
              <w:numPr>
                <w:ilvl w:val="0"/>
                <w:numId w:val="86"/>
              </w:numPr>
              <w:spacing w:after="0" w:line="276" w:lineRule="auto"/>
              <w:contextualSpacing/>
              <w:rPr>
                <w:rFonts w:ascii="Times New Roman" w:eastAsia="Calibri" w:hAnsi="Times New Roman" w:cs="Times New Roman"/>
                <w:sz w:val="24"/>
                <w:szCs w:val="24"/>
                <w:lang w:val="ru-RU"/>
              </w:rPr>
            </w:pPr>
          </w:p>
        </w:tc>
        <w:tc>
          <w:tcPr>
            <w:tcW w:w="2131" w:type="dxa"/>
            <w:tcMar>
              <w:top w:w="50" w:type="dxa"/>
              <w:left w:w="100" w:type="dxa"/>
            </w:tcMar>
          </w:tcPr>
          <w:p w:rsidR="009620BA" w:rsidRPr="009620BA" w:rsidRDefault="009620BA" w:rsidP="009620BA">
            <w:pPr>
              <w:spacing w:after="0" w:line="276" w:lineRule="auto"/>
              <w:ind w:left="135"/>
              <w:rPr>
                <w:rFonts w:ascii="Times New Roman" w:eastAsia="Calibri" w:hAnsi="Times New Roman" w:cs="Times New Roman"/>
                <w:color w:val="000000"/>
                <w:sz w:val="24"/>
                <w:szCs w:val="24"/>
                <w:lang w:val="ru-RU"/>
              </w:rPr>
            </w:pPr>
          </w:p>
        </w:tc>
        <w:tc>
          <w:tcPr>
            <w:tcW w:w="5528" w:type="dxa"/>
            <w:tcMar>
              <w:top w:w="50" w:type="dxa"/>
              <w:left w:w="100" w:type="dxa"/>
            </w:tcMar>
            <w:vAlign w:val="center"/>
          </w:tcPr>
          <w:p w:rsidR="009620BA" w:rsidRPr="009620BA" w:rsidRDefault="009620BA" w:rsidP="009620BA">
            <w:pPr>
              <w:spacing w:after="0" w:line="276" w:lineRule="auto"/>
              <w:rPr>
                <w:rFonts w:ascii="Times New Roman" w:eastAsia="Calibri" w:hAnsi="Times New Roman" w:cs="Times New Roman"/>
                <w:color w:val="000000"/>
                <w:sz w:val="24"/>
                <w:szCs w:val="24"/>
                <w:lang w:val="ru-RU"/>
              </w:rPr>
            </w:pPr>
            <w:r w:rsidRPr="009620BA">
              <w:rPr>
                <w:rFonts w:ascii="Times New Roman" w:eastAsia="Calibri" w:hAnsi="Times New Roman" w:cs="Times New Roman"/>
                <w:color w:val="000000"/>
                <w:sz w:val="24"/>
                <w:szCs w:val="24"/>
                <w:lang w:val="ru-RU"/>
              </w:rPr>
              <w:t>Города-герои. Страницы истории</w:t>
            </w:r>
          </w:p>
        </w:tc>
        <w:tc>
          <w:tcPr>
            <w:tcW w:w="3827" w:type="dxa"/>
            <w:tcMar>
              <w:top w:w="50" w:type="dxa"/>
              <w:left w:w="100" w:type="dxa"/>
            </w:tcMar>
            <w:vAlign w:val="center"/>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2"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c>
          <w:tcPr>
            <w:tcW w:w="993" w:type="dxa"/>
          </w:tcPr>
          <w:p w:rsidR="009620BA" w:rsidRPr="009620BA" w:rsidRDefault="009620BA" w:rsidP="009620BA">
            <w:pPr>
              <w:spacing w:after="0" w:line="276" w:lineRule="auto"/>
              <w:ind w:left="135"/>
              <w:rPr>
                <w:rFonts w:ascii="Times New Roman" w:eastAsia="Calibri" w:hAnsi="Times New Roman" w:cs="Times New Roman"/>
                <w:sz w:val="24"/>
                <w:szCs w:val="24"/>
                <w:lang w:val="ru-RU"/>
              </w:rPr>
            </w:pPr>
          </w:p>
        </w:tc>
      </w:tr>
    </w:tbl>
    <w:p w:rsidR="00293F9A" w:rsidRPr="00293F9A" w:rsidRDefault="00293F9A" w:rsidP="00C73CE5">
      <w:pPr>
        <w:rPr>
          <w:rFonts w:ascii="Times New Roman" w:hAnsi="Times New Roman" w:cs="Times New Roman"/>
          <w:b/>
          <w:sz w:val="24"/>
          <w:szCs w:val="24"/>
          <w:lang w:val="ru-RU"/>
        </w:rPr>
        <w:sectPr w:rsidR="00293F9A" w:rsidRPr="00293F9A">
          <w:pgSz w:w="16383" w:h="11906" w:orient="landscape"/>
          <w:pgMar w:top="1134" w:right="850" w:bottom="1134" w:left="1701" w:header="720" w:footer="720" w:gutter="0"/>
          <w:cols w:space="720"/>
        </w:sectPr>
      </w:pPr>
    </w:p>
    <w:p w:rsidR="00CB7680" w:rsidRPr="00816476" w:rsidRDefault="00CB7680" w:rsidP="00E54757">
      <w:pPr>
        <w:spacing w:after="0" w:line="480" w:lineRule="auto"/>
        <w:rPr>
          <w:b/>
          <w:lang w:val="ru-RU"/>
        </w:rPr>
      </w:pPr>
      <w:bookmarkStart w:id="5" w:name="block-614377"/>
      <w:bookmarkEnd w:id="3"/>
    </w:p>
    <w:p w:rsidR="002D3B4D" w:rsidRPr="00AE43C9" w:rsidRDefault="00C73CE5" w:rsidP="00D0790B">
      <w:pPr>
        <w:pStyle w:val="af"/>
        <w:numPr>
          <w:ilvl w:val="0"/>
          <w:numId w:val="1"/>
        </w:numPr>
        <w:jc w:val="center"/>
        <w:rPr>
          <w:rFonts w:ascii="Times New Roman" w:hAnsi="Times New Roman" w:cs="Times New Roman"/>
          <w:b/>
          <w:sz w:val="24"/>
          <w:szCs w:val="24"/>
          <w:lang w:val="ru-RU"/>
        </w:rPr>
      </w:pPr>
      <w:r>
        <w:rPr>
          <w:rFonts w:ascii="Times New Roman" w:hAnsi="Times New Roman" w:cs="Times New Roman"/>
          <w:b/>
          <w:sz w:val="24"/>
          <w:szCs w:val="24"/>
          <w:lang w:val="ru-RU"/>
        </w:rPr>
        <w:t>Оценочные материалы</w:t>
      </w:r>
    </w:p>
    <w:p w:rsidR="002D3B4D" w:rsidRPr="00B141E9" w:rsidRDefault="000C7E7E" w:rsidP="00B141E9">
      <w:pPr>
        <w:jc w:val="center"/>
        <w:rPr>
          <w:rFonts w:ascii="Times New Roman" w:hAnsi="Times New Roman" w:cs="Times New Roman"/>
          <w:b/>
          <w:sz w:val="24"/>
          <w:szCs w:val="24"/>
          <w:lang w:val="ru-RU"/>
        </w:rPr>
      </w:pPr>
      <w:r>
        <w:rPr>
          <w:rFonts w:ascii="Times New Roman" w:hAnsi="Times New Roman" w:cs="Times New Roman"/>
          <w:b/>
          <w:sz w:val="24"/>
          <w:szCs w:val="24"/>
          <w:lang w:val="ru-RU"/>
        </w:rPr>
        <w:t>1 класс</w:t>
      </w:r>
    </w:p>
    <w:bookmarkEnd w:id="5"/>
    <w:p w:rsidR="000C7E7E" w:rsidRPr="000C7E7E" w:rsidRDefault="000C7E7E" w:rsidP="000C7E7E">
      <w:pPr>
        <w:spacing w:after="0" w:line="240" w:lineRule="auto"/>
        <w:jc w:val="center"/>
        <w:rPr>
          <w:rFonts w:ascii="Times New Roman" w:eastAsia="Times New Roman" w:hAnsi="Times New Roman" w:cs="Times New Roman"/>
          <w:b/>
          <w:sz w:val="24"/>
          <w:szCs w:val="24"/>
          <w:lang w:val="ru-RU"/>
        </w:rPr>
      </w:pPr>
      <w:r w:rsidRPr="000C7E7E">
        <w:rPr>
          <w:rFonts w:ascii="Times New Roman" w:eastAsia="Times New Roman" w:hAnsi="Times New Roman" w:cs="Times New Roman"/>
          <w:b/>
          <w:sz w:val="24"/>
          <w:szCs w:val="24"/>
          <w:lang w:val="ru-RU"/>
        </w:rPr>
        <w:t>Стартовая  диагностическая  работа по окружающему миру</w:t>
      </w:r>
    </w:p>
    <w:p w:rsidR="000C7E7E" w:rsidRPr="000C7E7E" w:rsidRDefault="000C7E7E" w:rsidP="000C7E7E">
      <w:pPr>
        <w:spacing w:after="0" w:line="240" w:lineRule="auto"/>
        <w:rPr>
          <w:rFonts w:ascii="Times New Roman" w:eastAsia="Times New Roman" w:hAnsi="Times New Roman" w:cs="Times New Roman"/>
          <w:b/>
          <w:sz w:val="24"/>
          <w:szCs w:val="24"/>
          <w:lang w:val="ru-RU"/>
        </w:rPr>
      </w:pPr>
    </w:p>
    <w:p w:rsidR="000C7E7E" w:rsidRPr="000C7E7E" w:rsidRDefault="000C7E7E" w:rsidP="000C7E7E">
      <w:pPr>
        <w:spacing w:after="0" w:line="240" w:lineRule="auto"/>
        <w:rPr>
          <w:rFonts w:ascii="Times New Roman" w:eastAsia="Times New Roman" w:hAnsi="Times New Roman" w:cs="Times New Roman"/>
          <w:sz w:val="24"/>
          <w:szCs w:val="24"/>
          <w:lang w:val="ru-RU"/>
        </w:rPr>
      </w:pPr>
      <w:r w:rsidRPr="000C7E7E">
        <w:rPr>
          <w:rFonts w:ascii="Times New Roman" w:eastAsia="Times New Roman" w:hAnsi="Times New Roman" w:cs="Times New Roman"/>
          <w:b/>
          <w:sz w:val="24"/>
          <w:szCs w:val="24"/>
          <w:lang w:val="ru-RU"/>
        </w:rPr>
        <w:t>Цель работы</w:t>
      </w:r>
      <w:r w:rsidRPr="000C7E7E">
        <w:rPr>
          <w:rFonts w:ascii="Times New Roman" w:eastAsia="Times New Roman" w:hAnsi="Times New Roman" w:cs="Times New Roman"/>
          <w:sz w:val="24"/>
          <w:szCs w:val="24"/>
          <w:lang w:val="ru-RU"/>
        </w:rPr>
        <w:t>: изучение уровня знаний обучающихся 1 класса об окружающем мире.</w:t>
      </w:r>
    </w:p>
    <w:p w:rsidR="000C7E7E" w:rsidRPr="000C7E7E" w:rsidRDefault="000C7E7E" w:rsidP="00C73CE5">
      <w:pPr>
        <w:spacing w:after="0" w:line="240" w:lineRule="auto"/>
        <w:rPr>
          <w:rFonts w:ascii="Times New Roman" w:eastAsia="Times New Roman" w:hAnsi="Times New Roman" w:cs="Times New Roman"/>
          <w:b/>
          <w:sz w:val="24"/>
          <w:szCs w:val="24"/>
          <w:lang w:val="ru-RU"/>
        </w:rPr>
      </w:pPr>
    </w:p>
    <w:p w:rsidR="000C7E7E" w:rsidRPr="000C7E7E" w:rsidRDefault="000C7E7E" w:rsidP="000C7E7E">
      <w:pPr>
        <w:spacing w:after="0" w:line="240" w:lineRule="auto"/>
        <w:rPr>
          <w:rFonts w:ascii="Times New Roman" w:eastAsia="Times New Roman" w:hAnsi="Times New Roman" w:cs="Times New Roman"/>
          <w:b/>
          <w:sz w:val="24"/>
          <w:szCs w:val="24"/>
          <w:lang w:val="ru-RU"/>
        </w:rPr>
      </w:pPr>
      <w:r w:rsidRPr="000C7E7E">
        <w:rPr>
          <w:rFonts w:ascii="Times New Roman" w:eastAsia="Times New Roman" w:hAnsi="Times New Roman" w:cs="Times New Roman"/>
          <w:b/>
          <w:sz w:val="24"/>
          <w:szCs w:val="24"/>
          <w:lang w:val="ru-RU"/>
        </w:rPr>
        <w:t>Рассмотри рисунки. Отметь правильный ответ и поставьте «+».</w:t>
      </w:r>
    </w:p>
    <w:p w:rsidR="000C7E7E" w:rsidRPr="000C7E7E" w:rsidRDefault="000C7E7E" w:rsidP="000C7E7E">
      <w:pPr>
        <w:spacing w:after="0" w:line="240" w:lineRule="auto"/>
        <w:rPr>
          <w:rFonts w:ascii="Times New Roman" w:eastAsia="Times New Roman" w:hAnsi="Times New Roman" w:cs="Times New Roman"/>
          <w:sz w:val="24"/>
          <w:szCs w:val="24"/>
          <w:lang w:val="ru-RU"/>
        </w:rPr>
      </w:pPr>
    </w:p>
    <w:p w:rsidR="000C7E7E" w:rsidRPr="000C7E7E" w:rsidRDefault="000C7E7E" w:rsidP="000C7E7E">
      <w:pPr>
        <w:numPr>
          <w:ilvl w:val="0"/>
          <w:numId w:val="93"/>
        </w:numPr>
        <w:spacing w:after="0" w:line="240" w:lineRule="auto"/>
        <w:contextualSpacing/>
        <w:rPr>
          <w:rFonts w:ascii="Times New Roman" w:eastAsia="Times New Roman" w:hAnsi="Times New Roman" w:cs="Times New Roman"/>
          <w:b/>
          <w:sz w:val="24"/>
          <w:szCs w:val="24"/>
          <w:lang w:val="ru-RU"/>
        </w:rPr>
      </w:pPr>
      <w:r w:rsidRPr="000C7E7E">
        <w:rPr>
          <w:rFonts w:ascii="Times New Roman" w:eastAsia="Times New Roman" w:hAnsi="Times New Roman" w:cs="Times New Roman"/>
          <w:b/>
          <w:sz w:val="24"/>
          <w:szCs w:val="24"/>
          <w:lang w:val="ru-RU"/>
        </w:rPr>
        <w:t>Где изображена зима?</w:t>
      </w:r>
    </w:p>
    <w:p w:rsidR="000C7E7E" w:rsidRPr="000C7E7E" w:rsidRDefault="000C7E7E" w:rsidP="000C7E7E">
      <w:pPr>
        <w:spacing w:after="0" w:line="240" w:lineRule="auto"/>
        <w:ind w:left="360"/>
        <w:contextualSpacing/>
        <w:rPr>
          <w:rFonts w:ascii="Times New Roman" w:eastAsia="Times New Roman" w:hAnsi="Times New Roman" w:cs="Times New Roman"/>
          <w:b/>
          <w:sz w:val="24"/>
          <w:szCs w:val="24"/>
          <w:lang w:val="ru-RU"/>
        </w:rPr>
      </w:pPr>
    </w:p>
    <w:tbl>
      <w:tblPr>
        <w:tblStyle w:val="ad"/>
        <w:tblW w:w="0" w:type="auto"/>
        <w:tblInd w:w="-765" w:type="dxa"/>
        <w:tblLook w:val="04A0"/>
      </w:tblPr>
      <w:tblGrid>
        <w:gridCol w:w="2488"/>
        <w:gridCol w:w="2605"/>
        <w:gridCol w:w="2804"/>
        <w:gridCol w:w="2439"/>
      </w:tblGrid>
      <w:tr w:rsidR="000C7E7E" w:rsidRPr="000C7E7E" w:rsidTr="000C7E7E">
        <w:tc>
          <w:tcPr>
            <w:tcW w:w="2681" w:type="dxa"/>
          </w:tcPr>
          <w:p w:rsidR="000C7E7E" w:rsidRPr="000C7E7E" w:rsidRDefault="000C7E7E" w:rsidP="000C7E7E">
            <w:pPr>
              <w:contextualSpacing/>
              <w:rPr>
                <w:rFonts w:ascii="Times New Roman" w:eastAsia="Times New Roman" w:hAnsi="Times New Roman" w:cs="Times New Roman"/>
                <w:b/>
                <w:sz w:val="24"/>
                <w:szCs w:val="24"/>
                <w:lang w:val="ru-RU"/>
              </w:rPr>
            </w:pPr>
            <w:r w:rsidRPr="000C7E7E">
              <w:rPr>
                <w:rFonts w:ascii="Times New Roman" w:eastAsia="Times New Roman" w:hAnsi="Times New Roman" w:cs="Times New Roman"/>
                <w:noProof/>
                <w:sz w:val="24"/>
                <w:szCs w:val="24"/>
                <w:lang w:val="ru-RU" w:eastAsia="ru-RU"/>
              </w:rPr>
              <w:drawing>
                <wp:anchor distT="0" distB="0" distL="114300" distR="114300" simplePos="0" relativeHeight="251659264" behindDoc="0" locked="0" layoutInCell="1" allowOverlap="1">
                  <wp:simplePos x="0" y="0"/>
                  <wp:positionH relativeFrom="column">
                    <wp:posOffset>-3175</wp:posOffset>
                  </wp:positionH>
                  <wp:positionV relativeFrom="paragraph">
                    <wp:posOffset>179705</wp:posOffset>
                  </wp:positionV>
                  <wp:extent cx="1565649" cy="2014990"/>
                  <wp:effectExtent l="0" t="0" r="0" b="0"/>
                  <wp:wrapSquare wrapText="bothSides"/>
                  <wp:docPr id="50" name="Рисунок 50" descr="https://detskie-raskraski.com/images/ves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etskie-raskraski.com/images/vesna/2.jpg"/>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5649" cy="2014990"/>
                          </a:xfrm>
                          <a:prstGeom prst="rect">
                            <a:avLst/>
                          </a:prstGeom>
                          <a:noFill/>
                          <a:ln>
                            <a:noFill/>
                          </a:ln>
                        </pic:spPr>
                      </pic:pic>
                    </a:graphicData>
                  </a:graphic>
                </wp:anchor>
              </w:drawing>
            </w:r>
          </w:p>
        </w:tc>
        <w:tc>
          <w:tcPr>
            <w:tcW w:w="2808" w:type="dxa"/>
          </w:tcPr>
          <w:p w:rsidR="000C7E7E" w:rsidRPr="000C7E7E" w:rsidRDefault="000C7E7E" w:rsidP="000C7E7E">
            <w:pPr>
              <w:contextualSpacing/>
              <w:rPr>
                <w:rFonts w:ascii="Times New Roman" w:eastAsia="Times New Roman" w:hAnsi="Times New Roman" w:cs="Times New Roman"/>
                <w:b/>
                <w:sz w:val="24"/>
                <w:szCs w:val="24"/>
                <w:lang w:val="ru-RU"/>
              </w:rPr>
            </w:pPr>
            <w:r w:rsidRPr="000C7E7E">
              <w:rPr>
                <w:rFonts w:ascii="Times New Roman" w:eastAsia="Times New Roman" w:hAnsi="Times New Roman" w:cs="Times New Roman"/>
                <w:noProof/>
                <w:sz w:val="24"/>
                <w:szCs w:val="24"/>
                <w:lang w:val="ru-RU" w:eastAsia="ru-RU"/>
              </w:rPr>
              <w:drawing>
                <wp:inline distT="0" distB="0" distL="0" distR="0">
                  <wp:extent cx="1645920" cy="2337064"/>
                  <wp:effectExtent l="0" t="0" r="0" b="6350"/>
                  <wp:docPr id="51" name="Рисунок 51" descr="раскраска на са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краска на санках"/>
                          <pic:cNvPicPr>
                            <a:picLocks noChangeAspect="1" noChangeArrowheads="1"/>
                          </pic:cNvPicPr>
                        </pic:nvPicPr>
                        <pic:blipFill>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6889" cy="2338440"/>
                          </a:xfrm>
                          <a:prstGeom prst="rect">
                            <a:avLst/>
                          </a:prstGeom>
                          <a:noFill/>
                          <a:ln>
                            <a:noFill/>
                          </a:ln>
                        </pic:spPr>
                      </pic:pic>
                    </a:graphicData>
                  </a:graphic>
                </wp:inline>
              </w:drawing>
            </w:r>
          </w:p>
        </w:tc>
        <w:tc>
          <w:tcPr>
            <w:tcW w:w="1861" w:type="dxa"/>
          </w:tcPr>
          <w:p w:rsidR="000C7E7E" w:rsidRPr="000C7E7E" w:rsidRDefault="000C7E7E" w:rsidP="000C7E7E">
            <w:pPr>
              <w:contextualSpacing/>
              <w:rPr>
                <w:rFonts w:ascii="Times New Roman" w:eastAsia="Times New Roman" w:hAnsi="Times New Roman" w:cs="Times New Roman"/>
                <w:b/>
                <w:sz w:val="24"/>
                <w:szCs w:val="24"/>
                <w:lang w:val="ru-RU"/>
              </w:rPr>
            </w:pPr>
            <w:r w:rsidRPr="000C7E7E">
              <w:rPr>
                <w:rFonts w:ascii="Times New Roman" w:eastAsia="Times New Roman" w:hAnsi="Times New Roman" w:cs="Times New Roman"/>
                <w:noProof/>
                <w:sz w:val="24"/>
                <w:szCs w:val="24"/>
                <w:lang w:val="ru-RU" w:eastAsia="ru-RU"/>
              </w:rPr>
              <w:drawing>
                <wp:inline distT="0" distB="0" distL="0" distR="0">
                  <wp:extent cx="1782573" cy="2035189"/>
                  <wp:effectExtent l="0" t="0" r="0" b="0"/>
                  <wp:docPr id="52" name="Рисунок 52" descr="C:\Users\215\Desktop\1559047262_osennie-deti_raskrasku.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15\Desktop\1559047262_osennie-deti_raskrasku.com.jpg"/>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3661" cy="2036431"/>
                          </a:xfrm>
                          <a:prstGeom prst="rect">
                            <a:avLst/>
                          </a:prstGeom>
                          <a:noFill/>
                          <a:ln>
                            <a:noFill/>
                          </a:ln>
                        </pic:spPr>
                      </pic:pic>
                    </a:graphicData>
                  </a:graphic>
                </wp:inline>
              </w:drawing>
            </w:r>
          </w:p>
        </w:tc>
        <w:tc>
          <w:tcPr>
            <w:tcW w:w="1861" w:type="dxa"/>
          </w:tcPr>
          <w:p w:rsidR="000C7E7E" w:rsidRPr="000C7E7E" w:rsidRDefault="000C7E7E" w:rsidP="000C7E7E">
            <w:pPr>
              <w:contextualSpacing/>
              <w:rPr>
                <w:rFonts w:ascii="Times New Roman" w:eastAsia="Times New Roman" w:hAnsi="Times New Roman" w:cs="Times New Roman"/>
                <w:b/>
                <w:sz w:val="24"/>
                <w:szCs w:val="24"/>
                <w:lang w:val="ru-RU"/>
              </w:rPr>
            </w:pPr>
            <w:r w:rsidRPr="000C7E7E">
              <w:rPr>
                <w:rFonts w:ascii="Times New Roman" w:eastAsia="Times New Roman" w:hAnsi="Times New Roman" w:cs="Times New Roman"/>
                <w:noProof/>
                <w:sz w:val="24"/>
                <w:szCs w:val="24"/>
                <w:lang w:val="ru-RU" w:eastAsia="ru-RU"/>
              </w:rPr>
              <w:drawing>
                <wp:inline distT="0" distB="0" distL="0" distR="0">
                  <wp:extent cx="1531620" cy="2043249"/>
                  <wp:effectExtent l="0" t="0" r="0" b="0"/>
                  <wp:docPr id="53" name="Рисунок 53" descr="Раскраски Лето - распечатать в формате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краски Лето - распечатать в формате А4"/>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534431" cy="2046999"/>
                          </a:xfrm>
                          <a:prstGeom prst="rect">
                            <a:avLst/>
                          </a:prstGeom>
                          <a:noFill/>
                          <a:ln>
                            <a:noFill/>
                          </a:ln>
                        </pic:spPr>
                      </pic:pic>
                    </a:graphicData>
                  </a:graphic>
                </wp:inline>
              </w:drawing>
            </w:r>
          </w:p>
        </w:tc>
      </w:tr>
      <w:tr w:rsidR="000C7E7E" w:rsidRPr="000C7E7E" w:rsidTr="000C7E7E">
        <w:tc>
          <w:tcPr>
            <w:tcW w:w="2681" w:type="dxa"/>
          </w:tcPr>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t>А</w:t>
            </w:r>
          </w:p>
        </w:tc>
        <w:tc>
          <w:tcPr>
            <w:tcW w:w="2808" w:type="dxa"/>
          </w:tcPr>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t>Б</w:t>
            </w:r>
          </w:p>
        </w:tc>
        <w:tc>
          <w:tcPr>
            <w:tcW w:w="1861" w:type="dxa"/>
          </w:tcPr>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t>В</w:t>
            </w:r>
          </w:p>
        </w:tc>
        <w:tc>
          <w:tcPr>
            <w:tcW w:w="1861" w:type="dxa"/>
          </w:tcPr>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t>Г</w:t>
            </w:r>
          </w:p>
        </w:tc>
      </w:tr>
    </w:tbl>
    <w:p w:rsidR="000C7E7E" w:rsidRPr="000C7E7E" w:rsidRDefault="000C7E7E" w:rsidP="000C7E7E">
      <w:pPr>
        <w:spacing w:after="0" w:line="240" w:lineRule="auto"/>
        <w:rPr>
          <w:rFonts w:ascii="Times New Roman" w:eastAsia="Times New Roman" w:hAnsi="Times New Roman" w:cs="Times New Roman"/>
          <w:b/>
          <w:sz w:val="24"/>
          <w:szCs w:val="24"/>
          <w:lang w:val="ru-RU"/>
        </w:rPr>
      </w:pPr>
    </w:p>
    <w:p w:rsidR="000C7E7E" w:rsidRPr="000C7E7E" w:rsidRDefault="000C7E7E" w:rsidP="000C7E7E">
      <w:pPr>
        <w:numPr>
          <w:ilvl w:val="0"/>
          <w:numId w:val="93"/>
        </w:numPr>
        <w:spacing w:after="0" w:line="240" w:lineRule="auto"/>
        <w:contextualSpacing/>
        <w:rPr>
          <w:rFonts w:ascii="Times New Roman" w:eastAsia="Times New Roman" w:hAnsi="Times New Roman" w:cs="Times New Roman"/>
          <w:b/>
          <w:sz w:val="24"/>
          <w:szCs w:val="24"/>
          <w:lang w:val="ru-RU"/>
        </w:rPr>
      </w:pPr>
      <w:r w:rsidRPr="000C7E7E">
        <w:rPr>
          <w:rFonts w:ascii="Times New Roman" w:eastAsia="Times New Roman" w:hAnsi="Times New Roman" w:cs="Times New Roman"/>
          <w:b/>
          <w:sz w:val="24"/>
          <w:szCs w:val="24"/>
          <w:lang w:val="ru-RU"/>
        </w:rPr>
        <w:t>Где живет сорока?</w:t>
      </w:r>
    </w:p>
    <w:p w:rsidR="000C7E7E" w:rsidRPr="000C7E7E" w:rsidRDefault="000C7E7E" w:rsidP="000C7E7E">
      <w:pPr>
        <w:spacing w:after="0" w:line="240" w:lineRule="auto"/>
        <w:rPr>
          <w:rFonts w:ascii="Times New Roman" w:eastAsia="Times New Roman" w:hAnsi="Times New Roman" w:cs="Times New Roman"/>
          <w:b/>
          <w:sz w:val="24"/>
          <w:szCs w:val="24"/>
          <w:lang w:val="ru-RU"/>
        </w:rPr>
      </w:pPr>
    </w:p>
    <w:tbl>
      <w:tblPr>
        <w:tblStyle w:val="ad"/>
        <w:tblW w:w="10371" w:type="dxa"/>
        <w:tblInd w:w="-765" w:type="dxa"/>
        <w:tblLook w:val="04A0"/>
      </w:tblPr>
      <w:tblGrid>
        <w:gridCol w:w="2616"/>
        <w:gridCol w:w="2592"/>
        <w:gridCol w:w="2748"/>
        <w:gridCol w:w="2446"/>
      </w:tblGrid>
      <w:tr w:rsidR="000C7E7E" w:rsidRPr="000C7E7E" w:rsidTr="000C7E7E">
        <w:tc>
          <w:tcPr>
            <w:tcW w:w="2616" w:type="dxa"/>
          </w:tcPr>
          <w:p w:rsidR="000C7E7E" w:rsidRPr="000C7E7E" w:rsidRDefault="000C7E7E" w:rsidP="000C7E7E">
            <w:pPr>
              <w:rPr>
                <w:rFonts w:ascii="Times New Roman" w:eastAsia="Times New Roman" w:hAnsi="Times New Roman" w:cs="Times New Roman"/>
                <w:b/>
                <w:sz w:val="24"/>
                <w:szCs w:val="24"/>
                <w:lang w:val="ru-RU"/>
              </w:rPr>
            </w:pPr>
            <w:r w:rsidRPr="000C7E7E">
              <w:rPr>
                <w:rFonts w:ascii="Times New Roman" w:eastAsia="Times New Roman" w:hAnsi="Times New Roman" w:cs="Times New Roman"/>
                <w:noProof/>
                <w:sz w:val="24"/>
                <w:szCs w:val="24"/>
                <w:lang w:val="ru-RU" w:eastAsia="ru-RU"/>
              </w:rPr>
              <w:drawing>
                <wp:inline distT="0" distB="0" distL="0" distR="0">
                  <wp:extent cx="1524000" cy="2065020"/>
                  <wp:effectExtent l="0" t="0" r="0" b="0"/>
                  <wp:docPr id="54" name="Рисунок 54" descr="Гнездо на ве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нездо на ветке"/>
                          <pic:cNvPicPr>
                            <a:picLocks noChangeAspect="1" noChangeArrowheads="1"/>
                          </pic:cNvPicPr>
                        </pic:nvPicPr>
                        <pic:blipFill>
                          <a:blip r:embed="rId2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2065020"/>
                          </a:xfrm>
                          <a:prstGeom prst="rect">
                            <a:avLst/>
                          </a:prstGeom>
                          <a:noFill/>
                          <a:ln>
                            <a:noFill/>
                          </a:ln>
                        </pic:spPr>
                      </pic:pic>
                    </a:graphicData>
                  </a:graphic>
                </wp:inline>
              </w:drawing>
            </w:r>
          </w:p>
        </w:tc>
        <w:tc>
          <w:tcPr>
            <w:tcW w:w="2592" w:type="dxa"/>
          </w:tcPr>
          <w:p w:rsidR="000C7E7E" w:rsidRPr="000C7E7E" w:rsidRDefault="000C7E7E" w:rsidP="000C7E7E">
            <w:pPr>
              <w:contextualSpacing/>
              <w:rPr>
                <w:rFonts w:ascii="Times New Roman" w:eastAsia="Times New Roman" w:hAnsi="Times New Roman" w:cs="Times New Roman"/>
                <w:b/>
                <w:noProof/>
                <w:sz w:val="24"/>
                <w:szCs w:val="24"/>
                <w:lang w:val="ru-RU" w:eastAsia="ru-RU"/>
              </w:rPr>
            </w:pPr>
          </w:p>
          <w:p w:rsidR="000C7E7E" w:rsidRPr="000C7E7E" w:rsidRDefault="000C7E7E" w:rsidP="000C7E7E">
            <w:pPr>
              <w:contextualSpacing/>
              <w:rPr>
                <w:rFonts w:ascii="Times New Roman" w:eastAsia="Times New Roman" w:hAnsi="Times New Roman" w:cs="Times New Roman"/>
                <w:b/>
                <w:sz w:val="24"/>
                <w:szCs w:val="24"/>
                <w:lang w:val="ru-RU"/>
              </w:rPr>
            </w:pPr>
            <w:r w:rsidRPr="000C7E7E">
              <w:rPr>
                <w:rFonts w:ascii="Times New Roman" w:eastAsia="Times New Roman" w:hAnsi="Times New Roman" w:cs="Times New Roman"/>
                <w:b/>
                <w:noProof/>
                <w:sz w:val="24"/>
                <w:szCs w:val="24"/>
                <w:lang w:val="ru-RU" w:eastAsia="ru-RU"/>
              </w:rPr>
              <w:drawing>
                <wp:inline distT="0" distB="0" distL="0" distR="0">
                  <wp:extent cx="1508760" cy="1661160"/>
                  <wp:effectExtent l="0" t="0" r="0" b="0"/>
                  <wp:docPr id="55" name="Рисунок 55" descr="C:\Users\215\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15\Desktop\images.png"/>
                          <pic:cNvPicPr>
                            <a:picLocks noChangeAspect="1" noChangeArrowheads="1"/>
                          </pic:cNvPicPr>
                        </pic:nvPicPr>
                        <pic:blipFill>
                          <a:blip r:embed="rId2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3020" cy="1665850"/>
                          </a:xfrm>
                          <a:prstGeom prst="rect">
                            <a:avLst/>
                          </a:prstGeom>
                          <a:noFill/>
                          <a:ln>
                            <a:noFill/>
                          </a:ln>
                        </pic:spPr>
                      </pic:pic>
                    </a:graphicData>
                  </a:graphic>
                </wp:inline>
              </w:drawing>
            </w:r>
          </w:p>
        </w:tc>
        <w:tc>
          <w:tcPr>
            <w:tcW w:w="2611" w:type="dxa"/>
          </w:tcPr>
          <w:p w:rsidR="000C7E7E" w:rsidRPr="000C7E7E" w:rsidRDefault="000C7E7E" w:rsidP="000C7E7E">
            <w:pPr>
              <w:contextualSpacing/>
              <w:rPr>
                <w:rFonts w:ascii="Times New Roman" w:eastAsia="Times New Roman" w:hAnsi="Times New Roman" w:cs="Times New Roman"/>
                <w:b/>
                <w:sz w:val="24"/>
                <w:szCs w:val="24"/>
                <w:lang w:val="ru-RU"/>
              </w:rPr>
            </w:pPr>
          </w:p>
          <w:p w:rsidR="000C7E7E" w:rsidRPr="000C7E7E" w:rsidRDefault="000C7E7E" w:rsidP="000C7E7E">
            <w:pPr>
              <w:rPr>
                <w:rFonts w:ascii="Times New Roman" w:eastAsia="Times New Roman" w:hAnsi="Times New Roman" w:cs="Times New Roman"/>
                <w:sz w:val="24"/>
                <w:szCs w:val="24"/>
                <w:lang w:val="ru-RU"/>
              </w:rPr>
            </w:pPr>
            <w:r w:rsidRPr="000C7E7E">
              <w:rPr>
                <w:rFonts w:ascii="Times New Roman" w:eastAsia="Times New Roman" w:hAnsi="Times New Roman" w:cs="Times New Roman"/>
                <w:noProof/>
                <w:sz w:val="24"/>
                <w:szCs w:val="24"/>
                <w:lang w:val="ru-RU" w:eastAsia="ru-RU"/>
              </w:rPr>
              <w:drawing>
                <wp:inline distT="0" distB="0" distL="0" distR="0">
                  <wp:extent cx="1607820" cy="1638300"/>
                  <wp:effectExtent l="0" t="0" r="0" b="0"/>
                  <wp:docPr id="56" name="Рисунок 56" descr="C:\Users\215\Desktop\196105-ul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15\Desktop\196105-uley-4.jpg"/>
                          <pic:cNvPicPr>
                            <a:picLocks noChangeAspect="1" noChangeArrowheads="1"/>
                          </pic:cNvPicPr>
                        </pic:nvPicPr>
                        <pic:blipFill>
                          <a:blip r:embed="rId2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7820" cy="1638300"/>
                          </a:xfrm>
                          <a:prstGeom prst="rect">
                            <a:avLst/>
                          </a:prstGeom>
                          <a:noFill/>
                          <a:ln>
                            <a:noFill/>
                          </a:ln>
                        </pic:spPr>
                      </pic:pic>
                    </a:graphicData>
                  </a:graphic>
                </wp:inline>
              </w:drawing>
            </w:r>
          </w:p>
          <w:p w:rsidR="000C7E7E" w:rsidRPr="000C7E7E" w:rsidRDefault="000C7E7E" w:rsidP="000C7E7E">
            <w:pPr>
              <w:rPr>
                <w:rFonts w:ascii="Times New Roman" w:eastAsia="Times New Roman" w:hAnsi="Times New Roman" w:cs="Times New Roman"/>
                <w:sz w:val="24"/>
                <w:szCs w:val="24"/>
                <w:lang w:val="ru-RU"/>
              </w:rPr>
            </w:pPr>
          </w:p>
          <w:p w:rsidR="000C7E7E" w:rsidRPr="000C7E7E" w:rsidRDefault="000C7E7E" w:rsidP="000C7E7E">
            <w:pPr>
              <w:rPr>
                <w:rFonts w:ascii="Times New Roman" w:eastAsia="Times New Roman" w:hAnsi="Times New Roman" w:cs="Times New Roman"/>
                <w:sz w:val="24"/>
                <w:szCs w:val="24"/>
                <w:lang w:val="ru-RU"/>
              </w:rPr>
            </w:pPr>
          </w:p>
        </w:tc>
        <w:tc>
          <w:tcPr>
            <w:tcW w:w="2552" w:type="dxa"/>
          </w:tcPr>
          <w:p w:rsidR="000C7E7E" w:rsidRPr="000C7E7E" w:rsidRDefault="000C7E7E" w:rsidP="000C7E7E">
            <w:pPr>
              <w:contextualSpacing/>
              <w:rPr>
                <w:rFonts w:ascii="Times New Roman" w:eastAsia="Times New Roman" w:hAnsi="Times New Roman" w:cs="Times New Roman"/>
                <w:b/>
                <w:sz w:val="24"/>
                <w:szCs w:val="24"/>
                <w:lang w:val="ru-RU"/>
              </w:rPr>
            </w:pPr>
            <w:r w:rsidRPr="000C7E7E">
              <w:rPr>
                <w:rFonts w:ascii="Times New Roman" w:eastAsia="Times New Roman" w:hAnsi="Times New Roman" w:cs="Times New Roman"/>
                <w:b/>
                <w:noProof/>
                <w:sz w:val="24"/>
                <w:szCs w:val="24"/>
                <w:lang w:val="ru-RU" w:eastAsia="ru-RU"/>
              </w:rPr>
              <w:drawing>
                <wp:inline distT="0" distB="0" distL="0" distR="0">
                  <wp:extent cx="1416042" cy="2004060"/>
                  <wp:effectExtent l="0" t="0" r="0" b="0"/>
                  <wp:docPr id="57" name="Рисунок 57" descr="C:\Users\215\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15\Desktop\download.jpg"/>
                          <pic:cNvPicPr>
                            <a:picLocks noChangeAspect="1" noChangeArrowheads="1"/>
                          </pic:cNvPicPr>
                        </pic:nvPicPr>
                        <pic:blipFill>
                          <a:blip r:embed="rId2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7719" cy="2006433"/>
                          </a:xfrm>
                          <a:prstGeom prst="rect">
                            <a:avLst/>
                          </a:prstGeom>
                          <a:noFill/>
                          <a:ln>
                            <a:noFill/>
                          </a:ln>
                        </pic:spPr>
                      </pic:pic>
                    </a:graphicData>
                  </a:graphic>
                </wp:inline>
              </w:drawing>
            </w:r>
          </w:p>
        </w:tc>
      </w:tr>
      <w:tr w:rsidR="000C7E7E" w:rsidRPr="000C7E7E" w:rsidTr="000C7E7E">
        <w:tc>
          <w:tcPr>
            <w:tcW w:w="2616" w:type="dxa"/>
          </w:tcPr>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t>А</w:t>
            </w:r>
          </w:p>
        </w:tc>
        <w:tc>
          <w:tcPr>
            <w:tcW w:w="2592" w:type="dxa"/>
          </w:tcPr>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t>Б</w:t>
            </w:r>
          </w:p>
        </w:tc>
        <w:tc>
          <w:tcPr>
            <w:tcW w:w="2611" w:type="dxa"/>
          </w:tcPr>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t>В</w:t>
            </w:r>
          </w:p>
        </w:tc>
        <w:tc>
          <w:tcPr>
            <w:tcW w:w="2552" w:type="dxa"/>
          </w:tcPr>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t>Г</w:t>
            </w:r>
          </w:p>
        </w:tc>
      </w:tr>
    </w:tbl>
    <w:p w:rsidR="000C7E7E" w:rsidRPr="000C7E7E" w:rsidRDefault="000C7E7E" w:rsidP="000C7E7E">
      <w:pPr>
        <w:spacing w:after="0" w:line="240" w:lineRule="auto"/>
        <w:rPr>
          <w:rFonts w:ascii="Times New Roman" w:eastAsia="Times New Roman" w:hAnsi="Times New Roman" w:cs="Times New Roman"/>
          <w:b/>
          <w:sz w:val="24"/>
          <w:szCs w:val="24"/>
          <w:lang w:val="ru-RU"/>
        </w:rPr>
      </w:pPr>
    </w:p>
    <w:p w:rsidR="000C7E7E" w:rsidRPr="000C7E7E" w:rsidRDefault="000C7E7E" w:rsidP="000C7E7E">
      <w:pPr>
        <w:spacing w:after="0" w:line="240" w:lineRule="auto"/>
        <w:rPr>
          <w:rFonts w:ascii="Times New Roman" w:eastAsia="Times New Roman" w:hAnsi="Times New Roman" w:cs="Times New Roman"/>
          <w:b/>
          <w:sz w:val="24"/>
          <w:szCs w:val="24"/>
          <w:lang w:val="ru-RU"/>
        </w:rPr>
      </w:pPr>
    </w:p>
    <w:p w:rsidR="000C7E7E" w:rsidRPr="000C7E7E" w:rsidRDefault="000C7E7E" w:rsidP="000C7E7E">
      <w:pPr>
        <w:numPr>
          <w:ilvl w:val="0"/>
          <w:numId w:val="93"/>
        </w:numPr>
        <w:spacing w:after="0" w:line="240" w:lineRule="auto"/>
        <w:contextualSpacing/>
        <w:rPr>
          <w:rFonts w:ascii="Times New Roman" w:eastAsia="Times New Roman" w:hAnsi="Times New Roman" w:cs="Times New Roman"/>
          <w:b/>
          <w:sz w:val="24"/>
          <w:szCs w:val="24"/>
          <w:lang w:val="ru-RU"/>
        </w:rPr>
      </w:pPr>
      <w:r w:rsidRPr="000C7E7E">
        <w:rPr>
          <w:rFonts w:ascii="Times New Roman" w:eastAsia="Times New Roman" w:hAnsi="Times New Roman" w:cs="Times New Roman"/>
          <w:b/>
          <w:sz w:val="24"/>
          <w:szCs w:val="24"/>
          <w:lang w:val="ru-RU"/>
        </w:rPr>
        <w:t>На кого охотится лиса?</w:t>
      </w:r>
    </w:p>
    <w:p w:rsidR="000C7E7E" w:rsidRPr="000C7E7E" w:rsidRDefault="000C7E7E" w:rsidP="000C7E7E">
      <w:pPr>
        <w:spacing w:after="0" w:line="240" w:lineRule="auto"/>
        <w:ind w:left="360"/>
        <w:contextualSpacing/>
        <w:rPr>
          <w:rFonts w:ascii="Times New Roman" w:eastAsia="Times New Roman" w:hAnsi="Times New Roman" w:cs="Times New Roman"/>
          <w:b/>
          <w:sz w:val="24"/>
          <w:szCs w:val="24"/>
          <w:lang w:val="ru-RU"/>
        </w:rPr>
      </w:pPr>
    </w:p>
    <w:tbl>
      <w:tblPr>
        <w:tblStyle w:val="ad"/>
        <w:tblW w:w="0" w:type="auto"/>
        <w:tblInd w:w="-765" w:type="dxa"/>
        <w:tblLook w:val="04A0"/>
      </w:tblPr>
      <w:tblGrid>
        <w:gridCol w:w="2681"/>
        <w:gridCol w:w="2808"/>
        <w:gridCol w:w="2316"/>
        <w:gridCol w:w="2448"/>
      </w:tblGrid>
      <w:tr w:rsidR="000C7E7E" w:rsidRPr="000C7E7E" w:rsidTr="000C7E7E">
        <w:tc>
          <w:tcPr>
            <w:tcW w:w="2681" w:type="dxa"/>
          </w:tcPr>
          <w:p w:rsidR="000C7E7E" w:rsidRPr="000C7E7E" w:rsidRDefault="000C7E7E" w:rsidP="000C7E7E">
            <w:pPr>
              <w:contextualSpacing/>
              <w:rPr>
                <w:rFonts w:ascii="Times New Roman" w:eastAsia="Times New Roman" w:hAnsi="Times New Roman" w:cs="Times New Roman"/>
                <w:b/>
                <w:noProof/>
                <w:sz w:val="24"/>
                <w:szCs w:val="24"/>
                <w:lang w:val="ru-RU" w:eastAsia="ru-RU"/>
              </w:rPr>
            </w:pPr>
          </w:p>
          <w:p w:rsidR="000C7E7E" w:rsidRPr="000C7E7E" w:rsidRDefault="000C7E7E" w:rsidP="000C7E7E">
            <w:pPr>
              <w:contextualSpacing/>
              <w:rPr>
                <w:rFonts w:ascii="Times New Roman" w:eastAsia="Times New Roman" w:hAnsi="Times New Roman" w:cs="Times New Roman"/>
                <w:b/>
                <w:noProof/>
                <w:sz w:val="24"/>
                <w:szCs w:val="24"/>
                <w:lang w:val="ru-RU" w:eastAsia="ru-RU"/>
              </w:rPr>
            </w:pPr>
          </w:p>
          <w:p w:rsidR="000C7E7E" w:rsidRPr="000C7E7E" w:rsidRDefault="000C7E7E" w:rsidP="000C7E7E">
            <w:pPr>
              <w:contextualSpacing/>
              <w:rPr>
                <w:rFonts w:ascii="Times New Roman" w:eastAsia="Times New Roman" w:hAnsi="Times New Roman" w:cs="Times New Roman"/>
                <w:b/>
                <w:noProof/>
                <w:sz w:val="24"/>
                <w:szCs w:val="24"/>
                <w:lang w:val="ru-RU" w:eastAsia="ru-RU"/>
              </w:rPr>
            </w:pPr>
          </w:p>
          <w:p w:rsidR="000C7E7E" w:rsidRPr="000C7E7E" w:rsidRDefault="000C7E7E" w:rsidP="000C7E7E">
            <w:pPr>
              <w:contextualSpacing/>
              <w:rPr>
                <w:rFonts w:ascii="Times New Roman" w:eastAsia="Times New Roman" w:hAnsi="Times New Roman" w:cs="Times New Roman"/>
                <w:b/>
                <w:sz w:val="24"/>
                <w:szCs w:val="24"/>
                <w:lang w:val="ru-RU"/>
              </w:rPr>
            </w:pPr>
            <w:r w:rsidRPr="000C7E7E">
              <w:rPr>
                <w:rFonts w:ascii="Times New Roman" w:eastAsia="Times New Roman" w:hAnsi="Times New Roman" w:cs="Times New Roman"/>
                <w:b/>
                <w:noProof/>
                <w:sz w:val="24"/>
                <w:szCs w:val="24"/>
                <w:lang w:val="ru-RU" w:eastAsia="ru-RU"/>
              </w:rPr>
              <w:drawing>
                <wp:inline distT="0" distB="0" distL="0" distR="0">
                  <wp:extent cx="1539240" cy="1285240"/>
                  <wp:effectExtent l="0" t="0" r="0" b="0"/>
                  <wp:docPr id="58" name="Рисунок 58" descr="C:\Users\215\Desktop\Медведи-скачать-и-распечатать-бесплатно-7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215\Desktop\Медведи-скачать-и-распечатать-бесплатно-7300.jpg"/>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213" cy="1288557"/>
                          </a:xfrm>
                          <a:prstGeom prst="rect">
                            <a:avLst/>
                          </a:prstGeom>
                          <a:noFill/>
                          <a:ln>
                            <a:noFill/>
                          </a:ln>
                        </pic:spPr>
                      </pic:pic>
                    </a:graphicData>
                  </a:graphic>
                </wp:inline>
              </w:drawing>
            </w:r>
          </w:p>
        </w:tc>
        <w:tc>
          <w:tcPr>
            <w:tcW w:w="2808" w:type="dxa"/>
          </w:tcPr>
          <w:p w:rsidR="000C7E7E" w:rsidRPr="000C7E7E" w:rsidRDefault="000C7E7E" w:rsidP="000C7E7E">
            <w:pPr>
              <w:contextualSpacing/>
              <w:rPr>
                <w:rFonts w:ascii="Times New Roman" w:eastAsia="Times New Roman" w:hAnsi="Times New Roman" w:cs="Times New Roman"/>
                <w:noProof/>
                <w:sz w:val="24"/>
                <w:szCs w:val="24"/>
                <w:lang w:val="ru-RU" w:eastAsia="ru-RU"/>
              </w:rPr>
            </w:pPr>
          </w:p>
          <w:p w:rsidR="000C7E7E" w:rsidRPr="000C7E7E" w:rsidRDefault="000C7E7E" w:rsidP="000C7E7E">
            <w:pPr>
              <w:contextualSpacing/>
              <w:rPr>
                <w:rFonts w:ascii="Times New Roman" w:eastAsia="Times New Roman" w:hAnsi="Times New Roman" w:cs="Times New Roman"/>
                <w:noProof/>
                <w:sz w:val="24"/>
                <w:szCs w:val="24"/>
                <w:lang w:val="ru-RU" w:eastAsia="ru-RU"/>
              </w:rPr>
            </w:pPr>
          </w:p>
          <w:p w:rsidR="000C7E7E" w:rsidRPr="000C7E7E" w:rsidRDefault="000C7E7E" w:rsidP="000C7E7E">
            <w:pPr>
              <w:contextualSpacing/>
              <w:rPr>
                <w:rFonts w:ascii="Times New Roman" w:eastAsia="Times New Roman" w:hAnsi="Times New Roman" w:cs="Times New Roman"/>
                <w:noProof/>
                <w:sz w:val="24"/>
                <w:szCs w:val="24"/>
                <w:lang w:val="ru-RU" w:eastAsia="ru-RU"/>
              </w:rPr>
            </w:pPr>
          </w:p>
          <w:p w:rsidR="000C7E7E" w:rsidRPr="000C7E7E" w:rsidRDefault="000C7E7E" w:rsidP="000C7E7E">
            <w:pPr>
              <w:contextualSpacing/>
              <w:rPr>
                <w:rFonts w:ascii="Times New Roman" w:eastAsia="Times New Roman" w:hAnsi="Times New Roman" w:cs="Times New Roman"/>
                <w:b/>
                <w:sz w:val="24"/>
                <w:szCs w:val="24"/>
                <w:lang w:val="ru-RU"/>
              </w:rPr>
            </w:pPr>
            <w:r w:rsidRPr="000C7E7E">
              <w:rPr>
                <w:rFonts w:ascii="Times New Roman" w:eastAsia="Times New Roman" w:hAnsi="Times New Roman" w:cs="Times New Roman"/>
                <w:noProof/>
                <w:sz w:val="24"/>
                <w:szCs w:val="24"/>
                <w:lang w:val="ru-RU" w:eastAsia="ru-RU"/>
              </w:rPr>
              <w:drawing>
                <wp:inline distT="0" distB="0" distL="0" distR="0">
                  <wp:extent cx="1539240" cy="1275080"/>
                  <wp:effectExtent l="0" t="0" r="0" b="0"/>
                  <wp:docPr id="59" name="Рисунок 59" descr="C:\Users\215\Desktop\Свиньяp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215\Desktop\Свиньяp391.jpg"/>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5255" cy="1280063"/>
                          </a:xfrm>
                          <a:prstGeom prst="rect">
                            <a:avLst/>
                          </a:prstGeom>
                          <a:noFill/>
                          <a:ln>
                            <a:noFill/>
                          </a:ln>
                        </pic:spPr>
                      </pic:pic>
                    </a:graphicData>
                  </a:graphic>
                </wp:inline>
              </w:drawing>
            </w:r>
          </w:p>
        </w:tc>
        <w:tc>
          <w:tcPr>
            <w:tcW w:w="1861" w:type="dxa"/>
          </w:tcPr>
          <w:p w:rsidR="000C7E7E" w:rsidRPr="000C7E7E" w:rsidRDefault="000C7E7E" w:rsidP="000C7E7E">
            <w:pPr>
              <w:contextualSpacing/>
              <w:rPr>
                <w:rFonts w:ascii="Times New Roman" w:eastAsia="Times New Roman" w:hAnsi="Times New Roman" w:cs="Times New Roman"/>
                <w:b/>
                <w:noProof/>
                <w:sz w:val="24"/>
                <w:szCs w:val="24"/>
                <w:lang w:val="ru-RU" w:eastAsia="ru-RU"/>
              </w:rPr>
            </w:pPr>
          </w:p>
          <w:p w:rsidR="000C7E7E" w:rsidRPr="000C7E7E" w:rsidRDefault="000C7E7E" w:rsidP="000C7E7E">
            <w:pPr>
              <w:contextualSpacing/>
              <w:rPr>
                <w:rFonts w:ascii="Times New Roman" w:eastAsia="Times New Roman" w:hAnsi="Times New Roman" w:cs="Times New Roman"/>
                <w:b/>
                <w:sz w:val="24"/>
                <w:szCs w:val="24"/>
                <w:lang w:val="ru-RU"/>
              </w:rPr>
            </w:pPr>
            <w:r w:rsidRPr="000C7E7E">
              <w:rPr>
                <w:rFonts w:ascii="Times New Roman" w:eastAsia="Times New Roman" w:hAnsi="Times New Roman" w:cs="Times New Roman"/>
                <w:b/>
                <w:noProof/>
                <w:sz w:val="24"/>
                <w:szCs w:val="24"/>
                <w:lang w:val="ru-RU" w:eastAsia="ru-RU"/>
              </w:rPr>
              <w:drawing>
                <wp:inline distT="0" distB="0" distL="0" distR="0">
                  <wp:extent cx="1333500" cy="1612265"/>
                  <wp:effectExtent l="0" t="0" r="0" b="0"/>
                  <wp:docPr id="60" name="Рисунок 60" descr="C:\Users\215\Desktop\raskraski-zhivotnie-vol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215\Desktop\raskraski-zhivotnie-volk-5.jpg"/>
                          <pic:cNvPicPr>
                            <a:picLocks noChangeAspect="1" noChangeArrowheads="1"/>
                          </pic:cNvPicPr>
                        </pic:nvPicPr>
                        <pic:blipFill>
                          <a:blip r:embed="rId2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6581" cy="1615990"/>
                          </a:xfrm>
                          <a:prstGeom prst="rect">
                            <a:avLst/>
                          </a:prstGeom>
                          <a:noFill/>
                          <a:ln>
                            <a:noFill/>
                          </a:ln>
                        </pic:spPr>
                      </pic:pic>
                    </a:graphicData>
                  </a:graphic>
                </wp:inline>
              </w:drawing>
            </w:r>
          </w:p>
        </w:tc>
        <w:tc>
          <w:tcPr>
            <w:tcW w:w="1861" w:type="dxa"/>
          </w:tcPr>
          <w:p w:rsidR="000C7E7E" w:rsidRPr="000C7E7E" w:rsidRDefault="000C7E7E" w:rsidP="000C7E7E">
            <w:pPr>
              <w:contextualSpacing/>
              <w:rPr>
                <w:rFonts w:ascii="Times New Roman" w:eastAsia="Times New Roman" w:hAnsi="Times New Roman" w:cs="Times New Roman"/>
                <w:b/>
                <w:sz w:val="24"/>
                <w:szCs w:val="24"/>
                <w:lang w:val="ru-RU"/>
              </w:rPr>
            </w:pPr>
          </w:p>
          <w:p w:rsidR="000C7E7E" w:rsidRPr="000C7E7E" w:rsidRDefault="000C7E7E" w:rsidP="000C7E7E">
            <w:pPr>
              <w:contextualSpacing/>
              <w:rPr>
                <w:rFonts w:ascii="Times New Roman" w:eastAsia="Times New Roman" w:hAnsi="Times New Roman" w:cs="Times New Roman"/>
                <w:b/>
                <w:sz w:val="24"/>
                <w:szCs w:val="24"/>
                <w:lang w:val="ru-RU"/>
              </w:rPr>
            </w:pPr>
            <w:r w:rsidRPr="000C7E7E">
              <w:rPr>
                <w:rFonts w:ascii="Times New Roman" w:eastAsia="Times New Roman" w:hAnsi="Times New Roman" w:cs="Times New Roman"/>
                <w:b/>
                <w:noProof/>
                <w:sz w:val="24"/>
                <w:szCs w:val="24"/>
                <w:lang w:val="ru-RU" w:eastAsia="ru-RU"/>
              </w:rPr>
              <w:drawing>
                <wp:inline distT="0" distB="0" distL="0" distR="0">
                  <wp:extent cx="1417320" cy="1188085"/>
                  <wp:effectExtent l="0" t="0" r="0" b="0"/>
                  <wp:docPr id="61" name="Рисунок 61" descr="C:\Users\215\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215\Desktop\download.jpg"/>
                          <pic:cNvPicPr>
                            <a:picLocks noChangeAspect="1" noChangeArrowheads="1"/>
                          </pic:cNvPicPr>
                        </pic:nvPicPr>
                        <pic:blipFill>
                          <a:blip r:embed="rId2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0612" cy="1190845"/>
                          </a:xfrm>
                          <a:prstGeom prst="rect">
                            <a:avLst/>
                          </a:prstGeom>
                          <a:noFill/>
                          <a:ln>
                            <a:noFill/>
                          </a:ln>
                        </pic:spPr>
                      </pic:pic>
                    </a:graphicData>
                  </a:graphic>
                </wp:inline>
              </w:drawing>
            </w:r>
          </w:p>
          <w:p w:rsidR="000C7E7E" w:rsidRPr="000C7E7E" w:rsidRDefault="000C7E7E" w:rsidP="000C7E7E">
            <w:pPr>
              <w:contextualSpacing/>
              <w:rPr>
                <w:rFonts w:ascii="Times New Roman" w:eastAsia="Times New Roman" w:hAnsi="Times New Roman" w:cs="Times New Roman"/>
                <w:b/>
                <w:sz w:val="24"/>
                <w:szCs w:val="24"/>
                <w:lang w:val="ru-RU"/>
              </w:rPr>
            </w:pPr>
          </w:p>
          <w:p w:rsidR="000C7E7E" w:rsidRPr="000C7E7E" w:rsidRDefault="000C7E7E" w:rsidP="000C7E7E">
            <w:pPr>
              <w:contextualSpacing/>
              <w:rPr>
                <w:rFonts w:ascii="Times New Roman" w:eastAsia="Times New Roman" w:hAnsi="Times New Roman" w:cs="Times New Roman"/>
                <w:b/>
                <w:sz w:val="24"/>
                <w:szCs w:val="24"/>
                <w:lang w:val="ru-RU"/>
              </w:rPr>
            </w:pPr>
          </w:p>
          <w:p w:rsidR="000C7E7E" w:rsidRPr="000C7E7E" w:rsidRDefault="000C7E7E" w:rsidP="000C7E7E">
            <w:pPr>
              <w:contextualSpacing/>
              <w:rPr>
                <w:rFonts w:ascii="Times New Roman" w:eastAsia="Times New Roman" w:hAnsi="Times New Roman" w:cs="Times New Roman"/>
                <w:b/>
                <w:sz w:val="24"/>
                <w:szCs w:val="24"/>
                <w:lang w:val="ru-RU"/>
              </w:rPr>
            </w:pPr>
          </w:p>
        </w:tc>
      </w:tr>
      <w:tr w:rsidR="000C7E7E" w:rsidRPr="000C7E7E" w:rsidTr="000C7E7E">
        <w:tc>
          <w:tcPr>
            <w:tcW w:w="2681" w:type="dxa"/>
          </w:tcPr>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t>А</w:t>
            </w:r>
          </w:p>
        </w:tc>
        <w:tc>
          <w:tcPr>
            <w:tcW w:w="2808" w:type="dxa"/>
          </w:tcPr>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t>Б</w:t>
            </w:r>
          </w:p>
        </w:tc>
        <w:tc>
          <w:tcPr>
            <w:tcW w:w="1861" w:type="dxa"/>
          </w:tcPr>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t>В</w:t>
            </w:r>
          </w:p>
        </w:tc>
        <w:tc>
          <w:tcPr>
            <w:tcW w:w="1861" w:type="dxa"/>
          </w:tcPr>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t>Г</w:t>
            </w:r>
          </w:p>
        </w:tc>
      </w:tr>
    </w:tbl>
    <w:p w:rsidR="000C7E7E" w:rsidRPr="000C7E7E" w:rsidRDefault="000C7E7E" w:rsidP="000C7E7E">
      <w:pPr>
        <w:spacing w:after="0" w:line="240" w:lineRule="auto"/>
        <w:rPr>
          <w:rFonts w:ascii="Times New Roman" w:eastAsia="Times New Roman" w:hAnsi="Times New Roman" w:cs="Times New Roman"/>
          <w:b/>
          <w:sz w:val="24"/>
          <w:szCs w:val="24"/>
          <w:lang w:val="ru-RU"/>
        </w:rPr>
      </w:pPr>
    </w:p>
    <w:p w:rsidR="000C7E7E" w:rsidRPr="000C7E7E" w:rsidRDefault="000C7E7E" w:rsidP="000C7E7E">
      <w:pPr>
        <w:numPr>
          <w:ilvl w:val="0"/>
          <w:numId w:val="93"/>
        </w:numPr>
        <w:spacing w:after="0" w:line="240" w:lineRule="auto"/>
        <w:contextualSpacing/>
        <w:rPr>
          <w:rFonts w:ascii="Times New Roman" w:eastAsia="Times New Roman" w:hAnsi="Times New Roman" w:cs="Times New Roman"/>
          <w:b/>
          <w:sz w:val="24"/>
          <w:szCs w:val="24"/>
          <w:lang w:val="ru-RU"/>
        </w:rPr>
      </w:pPr>
      <w:r w:rsidRPr="000C7E7E">
        <w:rPr>
          <w:rFonts w:ascii="Times New Roman" w:eastAsia="Times New Roman" w:hAnsi="Times New Roman" w:cs="Times New Roman"/>
          <w:b/>
          <w:sz w:val="24"/>
          <w:szCs w:val="24"/>
          <w:lang w:val="ru-RU"/>
        </w:rPr>
        <w:t>В чем дети носят учебники в школу?</w:t>
      </w:r>
    </w:p>
    <w:p w:rsidR="000C7E7E" w:rsidRPr="000C7E7E" w:rsidRDefault="000C7E7E" w:rsidP="000C7E7E">
      <w:pPr>
        <w:spacing w:after="0" w:line="240" w:lineRule="auto"/>
        <w:rPr>
          <w:rFonts w:ascii="Times New Roman" w:eastAsia="Times New Roman" w:hAnsi="Times New Roman" w:cs="Times New Roman"/>
          <w:b/>
          <w:sz w:val="24"/>
          <w:szCs w:val="24"/>
          <w:lang w:val="ru-RU"/>
        </w:rPr>
      </w:pPr>
    </w:p>
    <w:tbl>
      <w:tblPr>
        <w:tblStyle w:val="ad"/>
        <w:tblW w:w="0" w:type="auto"/>
        <w:tblInd w:w="-765" w:type="dxa"/>
        <w:tblLook w:val="04A0"/>
      </w:tblPr>
      <w:tblGrid>
        <w:gridCol w:w="2817"/>
        <w:gridCol w:w="2760"/>
        <w:gridCol w:w="2469"/>
        <w:gridCol w:w="2290"/>
      </w:tblGrid>
      <w:tr w:rsidR="000C7E7E" w:rsidRPr="000C7E7E" w:rsidTr="000C7E7E">
        <w:tc>
          <w:tcPr>
            <w:tcW w:w="2817" w:type="dxa"/>
          </w:tcPr>
          <w:p w:rsidR="000C7E7E" w:rsidRPr="000C7E7E" w:rsidRDefault="000C7E7E" w:rsidP="000C7E7E">
            <w:pPr>
              <w:contextualSpacing/>
              <w:rPr>
                <w:rFonts w:ascii="Times New Roman" w:eastAsia="Times New Roman" w:hAnsi="Times New Roman" w:cs="Times New Roman"/>
                <w:b/>
                <w:noProof/>
                <w:sz w:val="24"/>
                <w:szCs w:val="24"/>
                <w:lang w:val="ru-RU" w:eastAsia="ru-RU"/>
              </w:rPr>
            </w:pPr>
            <w:r w:rsidRPr="000C7E7E">
              <w:rPr>
                <w:rFonts w:ascii="Times New Roman" w:eastAsia="Times New Roman" w:hAnsi="Times New Roman" w:cs="Times New Roman"/>
                <w:b/>
                <w:noProof/>
                <w:sz w:val="24"/>
                <w:szCs w:val="24"/>
                <w:lang w:val="ru-RU" w:eastAsia="ru-RU"/>
              </w:rPr>
              <w:drawing>
                <wp:inline distT="0" distB="0" distL="0" distR="0">
                  <wp:extent cx="1651635" cy="2202180"/>
                  <wp:effectExtent l="0" t="0" r="0" b="0"/>
                  <wp:docPr id="62" name="Рисунок 62" descr="C:\Users\215\Desktop\66894-pena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215\Desktop\66894-penal-12.jpg"/>
                          <pic:cNvPicPr>
                            <a:picLocks noChangeAspect="1" noChangeArrowheads="1"/>
                          </pic:cNvPicPr>
                        </pic:nvPicPr>
                        <pic:blipFill>
                          <a:blip r:embed="rId2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1635" cy="2202180"/>
                          </a:xfrm>
                          <a:prstGeom prst="rect">
                            <a:avLst/>
                          </a:prstGeom>
                          <a:noFill/>
                          <a:ln>
                            <a:noFill/>
                          </a:ln>
                        </pic:spPr>
                      </pic:pic>
                    </a:graphicData>
                  </a:graphic>
                </wp:inline>
              </w:drawing>
            </w:r>
          </w:p>
        </w:tc>
        <w:tc>
          <w:tcPr>
            <w:tcW w:w="2759" w:type="dxa"/>
          </w:tcPr>
          <w:p w:rsidR="000C7E7E" w:rsidRPr="000C7E7E" w:rsidRDefault="000C7E7E" w:rsidP="000C7E7E">
            <w:pPr>
              <w:contextualSpacing/>
              <w:rPr>
                <w:rFonts w:ascii="Times New Roman" w:eastAsia="Times New Roman" w:hAnsi="Times New Roman" w:cs="Times New Roman"/>
                <w:noProof/>
                <w:sz w:val="24"/>
                <w:szCs w:val="24"/>
                <w:lang w:val="ru-RU" w:eastAsia="ru-RU"/>
              </w:rPr>
            </w:pPr>
          </w:p>
          <w:p w:rsidR="000C7E7E" w:rsidRPr="000C7E7E" w:rsidRDefault="000C7E7E" w:rsidP="000C7E7E">
            <w:pPr>
              <w:contextualSpacing/>
              <w:rPr>
                <w:rFonts w:ascii="Times New Roman" w:eastAsia="Times New Roman" w:hAnsi="Times New Roman" w:cs="Times New Roman"/>
                <w:noProof/>
                <w:sz w:val="24"/>
                <w:szCs w:val="24"/>
                <w:lang w:val="ru-RU" w:eastAsia="ru-RU"/>
              </w:rPr>
            </w:pPr>
          </w:p>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drawing>
                <wp:inline distT="0" distB="0" distL="0" distR="0">
                  <wp:extent cx="1615007" cy="1892300"/>
                  <wp:effectExtent l="0" t="0" r="0" b="0"/>
                  <wp:docPr id="63" name="Рисунок 63" descr="C:\Users\215\Desktop\145998-ocharovatelnaya-stranica-raskraski-chemod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215\Desktop\145998-ocharovatelnaya-stranica-raskraski-chemodana.jpg"/>
                          <pic:cNvPicPr>
                            <a:picLocks noChangeAspect="1" noChangeArrowheads="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2336" cy="1900887"/>
                          </a:xfrm>
                          <a:prstGeom prst="rect">
                            <a:avLst/>
                          </a:prstGeom>
                          <a:noFill/>
                          <a:ln>
                            <a:noFill/>
                          </a:ln>
                        </pic:spPr>
                      </pic:pic>
                    </a:graphicData>
                  </a:graphic>
                </wp:inline>
              </w:drawing>
            </w:r>
          </w:p>
          <w:p w:rsidR="000C7E7E" w:rsidRPr="000C7E7E" w:rsidRDefault="000C7E7E" w:rsidP="000C7E7E">
            <w:pPr>
              <w:contextualSpacing/>
              <w:rPr>
                <w:rFonts w:ascii="Times New Roman" w:eastAsia="Times New Roman" w:hAnsi="Times New Roman" w:cs="Times New Roman"/>
                <w:b/>
                <w:sz w:val="24"/>
                <w:szCs w:val="24"/>
                <w:lang w:val="ru-RU"/>
              </w:rPr>
            </w:pPr>
          </w:p>
        </w:tc>
        <w:tc>
          <w:tcPr>
            <w:tcW w:w="2470" w:type="dxa"/>
          </w:tcPr>
          <w:p w:rsidR="000C7E7E" w:rsidRPr="000C7E7E" w:rsidRDefault="000C7E7E" w:rsidP="000C7E7E">
            <w:pPr>
              <w:contextualSpacing/>
              <w:rPr>
                <w:rFonts w:ascii="Times New Roman" w:eastAsia="Times New Roman" w:hAnsi="Times New Roman" w:cs="Times New Roman"/>
                <w:b/>
                <w:noProof/>
                <w:sz w:val="24"/>
                <w:szCs w:val="24"/>
                <w:lang w:val="ru-RU" w:eastAsia="ru-RU"/>
              </w:rPr>
            </w:pPr>
          </w:p>
          <w:p w:rsidR="000C7E7E" w:rsidRPr="000C7E7E" w:rsidRDefault="000C7E7E" w:rsidP="000C7E7E">
            <w:pPr>
              <w:contextualSpacing/>
              <w:rPr>
                <w:rFonts w:ascii="Times New Roman" w:eastAsia="Times New Roman" w:hAnsi="Times New Roman" w:cs="Times New Roman"/>
                <w:b/>
                <w:sz w:val="24"/>
                <w:szCs w:val="24"/>
                <w:lang w:val="ru-RU"/>
              </w:rPr>
            </w:pPr>
            <w:r w:rsidRPr="000C7E7E">
              <w:rPr>
                <w:rFonts w:ascii="Times New Roman" w:eastAsia="Times New Roman" w:hAnsi="Times New Roman" w:cs="Times New Roman"/>
                <w:noProof/>
                <w:sz w:val="24"/>
                <w:szCs w:val="24"/>
                <w:lang w:val="ru-RU" w:eastAsia="ru-RU"/>
              </w:rPr>
              <w:drawing>
                <wp:inline distT="0" distB="0" distL="0" distR="0">
                  <wp:extent cx="1356360" cy="1950720"/>
                  <wp:effectExtent l="0" t="0" r="0" b="0"/>
                  <wp:docPr id="64" name="Рисунок 64" descr="raskraska-portfe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askraska-portfel9"/>
                          <pic:cNvPicPr>
                            <a:picLocks noChangeAspect="1" noChangeArrowheads="1"/>
                          </pic:cNvPicPr>
                        </pic:nvPicPr>
                        <pic:blipFill>
                          <a:blip r:embed="rId2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6360" cy="1950720"/>
                          </a:xfrm>
                          <a:prstGeom prst="rect">
                            <a:avLst/>
                          </a:prstGeom>
                          <a:noFill/>
                          <a:ln>
                            <a:noFill/>
                          </a:ln>
                        </pic:spPr>
                      </pic:pic>
                    </a:graphicData>
                  </a:graphic>
                </wp:inline>
              </w:drawing>
            </w:r>
          </w:p>
        </w:tc>
        <w:tc>
          <w:tcPr>
            <w:tcW w:w="2290" w:type="dxa"/>
          </w:tcPr>
          <w:p w:rsidR="000C7E7E" w:rsidRPr="000C7E7E" w:rsidRDefault="000C7E7E" w:rsidP="000C7E7E">
            <w:pPr>
              <w:contextualSpacing/>
              <w:rPr>
                <w:rFonts w:ascii="Times New Roman" w:eastAsia="Times New Roman" w:hAnsi="Times New Roman" w:cs="Times New Roman"/>
                <w:b/>
                <w:sz w:val="24"/>
                <w:szCs w:val="24"/>
                <w:lang w:val="ru-RU"/>
              </w:rPr>
            </w:pPr>
          </w:p>
          <w:p w:rsidR="000C7E7E" w:rsidRPr="000C7E7E" w:rsidRDefault="000C7E7E" w:rsidP="000C7E7E">
            <w:pPr>
              <w:contextualSpacing/>
              <w:rPr>
                <w:rFonts w:ascii="Times New Roman" w:eastAsia="Times New Roman" w:hAnsi="Times New Roman" w:cs="Times New Roman"/>
                <w:b/>
                <w:sz w:val="24"/>
                <w:szCs w:val="24"/>
                <w:lang w:val="ru-RU"/>
              </w:rPr>
            </w:pPr>
          </w:p>
          <w:p w:rsidR="000C7E7E" w:rsidRPr="000C7E7E" w:rsidRDefault="000C7E7E" w:rsidP="000C7E7E">
            <w:pPr>
              <w:contextualSpacing/>
              <w:rPr>
                <w:rFonts w:ascii="Times New Roman" w:eastAsia="Times New Roman" w:hAnsi="Times New Roman" w:cs="Times New Roman"/>
                <w:b/>
                <w:sz w:val="24"/>
                <w:szCs w:val="24"/>
                <w:lang w:val="ru-RU"/>
              </w:rPr>
            </w:pPr>
            <w:r w:rsidRPr="000C7E7E">
              <w:rPr>
                <w:rFonts w:ascii="Times New Roman" w:eastAsia="Times New Roman" w:hAnsi="Times New Roman" w:cs="Times New Roman"/>
                <w:noProof/>
                <w:sz w:val="24"/>
                <w:szCs w:val="24"/>
                <w:lang w:val="ru-RU" w:eastAsia="ru-RU"/>
              </w:rPr>
              <w:drawing>
                <wp:inline distT="0" distB="0" distL="0" distR="0">
                  <wp:extent cx="1310426" cy="1968500"/>
                  <wp:effectExtent l="0" t="0" r="0" b="0"/>
                  <wp:docPr id="65" name="Рисунок 65" descr="C:\Users\215\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15\Desktop\images.png"/>
                          <pic:cNvPicPr>
                            <a:picLocks noChangeAspect="1" noChangeArrowheads="1"/>
                          </pic:cNvPicPr>
                        </pic:nvPicPr>
                        <pic:blipFill>
                          <a:blip r:embed="rId2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3865" cy="1973666"/>
                          </a:xfrm>
                          <a:prstGeom prst="rect">
                            <a:avLst/>
                          </a:prstGeom>
                          <a:noFill/>
                          <a:ln>
                            <a:noFill/>
                          </a:ln>
                        </pic:spPr>
                      </pic:pic>
                    </a:graphicData>
                  </a:graphic>
                </wp:inline>
              </w:drawing>
            </w:r>
          </w:p>
        </w:tc>
      </w:tr>
      <w:tr w:rsidR="000C7E7E" w:rsidRPr="000C7E7E" w:rsidTr="000C7E7E">
        <w:tc>
          <w:tcPr>
            <w:tcW w:w="2817" w:type="dxa"/>
          </w:tcPr>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t>А</w:t>
            </w:r>
          </w:p>
        </w:tc>
        <w:tc>
          <w:tcPr>
            <w:tcW w:w="2759" w:type="dxa"/>
          </w:tcPr>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t>Б</w:t>
            </w:r>
          </w:p>
        </w:tc>
        <w:tc>
          <w:tcPr>
            <w:tcW w:w="2470" w:type="dxa"/>
          </w:tcPr>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t>В</w:t>
            </w:r>
          </w:p>
        </w:tc>
        <w:tc>
          <w:tcPr>
            <w:tcW w:w="2290" w:type="dxa"/>
          </w:tcPr>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t>Г</w:t>
            </w:r>
          </w:p>
        </w:tc>
      </w:tr>
    </w:tbl>
    <w:p w:rsidR="000C7E7E" w:rsidRPr="000C7E7E" w:rsidRDefault="000C7E7E" w:rsidP="000C7E7E">
      <w:pPr>
        <w:spacing w:after="0" w:line="240" w:lineRule="auto"/>
        <w:rPr>
          <w:rFonts w:ascii="Times New Roman" w:eastAsia="Times New Roman" w:hAnsi="Times New Roman" w:cs="Times New Roman"/>
          <w:b/>
          <w:sz w:val="24"/>
          <w:szCs w:val="24"/>
          <w:lang w:val="ru-RU"/>
        </w:rPr>
      </w:pPr>
    </w:p>
    <w:p w:rsidR="000C7E7E" w:rsidRPr="000C7E7E" w:rsidRDefault="000C7E7E" w:rsidP="000C7E7E">
      <w:pPr>
        <w:numPr>
          <w:ilvl w:val="0"/>
          <w:numId w:val="93"/>
        </w:numPr>
        <w:spacing w:after="0" w:line="240" w:lineRule="auto"/>
        <w:contextualSpacing/>
        <w:rPr>
          <w:rFonts w:ascii="Times New Roman" w:eastAsia="Times New Roman" w:hAnsi="Times New Roman" w:cs="Times New Roman"/>
          <w:b/>
          <w:sz w:val="24"/>
          <w:szCs w:val="24"/>
          <w:lang w:val="ru-RU"/>
        </w:rPr>
      </w:pPr>
      <w:r w:rsidRPr="000C7E7E">
        <w:rPr>
          <w:rFonts w:ascii="Times New Roman" w:eastAsia="Times New Roman" w:hAnsi="Times New Roman" w:cs="Times New Roman"/>
          <w:b/>
          <w:sz w:val="24"/>
          <w:szCs w:val="24"/>
          <w:lang w:val="ru-RU"/>
        </w:rPr>
        <w:t>Кто лечит людей?</w:t>
      </w:r>
    </w:p>
    <w:p w:rsidR="000C7E7E" w:rsidRPr="000C7E7E" w:rsidRDefault="000C7E7E" w:rsidP="000C7E7E">
      <w:pPr>
        <w:spacing w:after="0" w:line="240" w:lineRule="auto"/>
        <w:ind w:left="360"/>
        <w:contextualSpacing/>
        <w:rPr>
          <w:rFonts w:ascii="Times New Roman" w:eastAsia="Times New Roman" w:hAnsi="Times New Roman" w:cs="Times New Roman"/>
          <w:b/>
          <w:sz w:val="24"/>
          <w:szCs w:val="24"/>
          <w:lang w:val="ru-RU"/>
        </w:rPr>
      </w:pPr>
    </w:p>
    <w:tbl>
      <w:tblPr>
        <w:tblStyle w:val="ad"/>
        <w:tblW w:w="10371" w:type="dxa"/>
        <w:tblInd w:w="-765" w:type="dxa"/>
        <w:tblLook w:val="04A0"/>
      </w:tblPr>
      <w:tblGrid>
        <w:gridCol w:w="2680"/>
        <w:gridCol w:w="2808"/>
        <w:gridCol w:w="2633"/>
        <w:gridCol w:w="2250"/>
      </w:tblGrid>
      <w:tr w:rsidR="000C7E7E" w:rsidRPr="000C7E7E" w:rsidTr="000C7E7E">
        <w:tc>
          <w:tcPr>
            <w:tcW w:w="2681" w:type="dxa"/>
          </w:tcPr>
          <w:p w:rsidR="000C7E7E" w:rsidRPr="000C7E7E" w:rsidRDefault="000C7E7E" w:rsidP="000C7E7E">
            <w:pPr>
              <w:contextualSpacing/>
              <w:rPr>
                <w:rFonts w:ascii="Times New Roman" w:eastAsia="Times New Roman" w:hAnsi="Times New Roman" w:cs="Times New Roman"/>
                <w:b/>
                <w:noProof/>
                <w:sz w:val="24"/>
                <w:szCs w:val="24"/>
                <w:lang w:val="ru-RU" w:eastAsia="ru-RU"/>
              </w:rPr>
            </w:pPr>
          </w:p>
          <w:p w:rsidR="000C7E7E" w:rsidRPr="000C7E7E" w:rsidRDefault="000C7E7E" w:rsidP="000C7E7E">
            <w:pPr>
              <w:contextualSpacing/>
              <w:rPr>
                <w:rFonts w:ascii="Times New Roman" w:eastAsia="Times New Roman" w:hAnsi="Times New Roman" w:cs="Times New Roman"/>
                <w:b/>
                <w:noProof/>
                <w:sz w:val="24"/>
                <w:szCs w:val="24"/>
                <w:lang w:val="ru-RU" w:eastAsia="ru-RU"/>
              </w:rPr>
            </w:pPr>
          </w:p>
          <w:p w:rsidR="000C7E7E" w:rsidRPr="000C7E7E" w:rsidRDefault="000C7E7E" w:rsidP="000C7E7E">
            <w:pPr>
              <w:contextualSpacing/>
              <w:jc w:val="center"/>
              <w:rPr>
                <w:rFonts w:ascii="Times New Roman" w:eastAsia="Times New Roman" w:hAnsi="Times New Roman" w:cs="Times New Roman"/>
                <w:b/>
                <w:noProof/>
                <w:sz w:val="24"/>
                <w:szCs w:val="24"/>
                <w:lang w:val="ru-RU" w:eastAsia="ru-RU"/>
              </w:rPr>
            </w:pPr>
            <w:r w:rsidRPr="000C7E7E">
              <w:rPr>
                <w:rFonts w:ascii="Times New Roman" w:eastAsia="Times New Roman" w:hAnsi="Times New Roman" w:cs="Times New Roman"/>
                <w:noProof/>
                <w:sz w:val="24"/>
                <w:szCs w:val="24"/>
                <w:lang w:val="ru-RU" w:eastAsia="ru-RU"/>
              </w:rPr>
              <w:drawing>
                <wp:inline distT="0" distB="0" distL="0" distR="0">
                  <wp:extent cx="1234440" cy="1813560"/>
                  <wp:effectExtent l="0" t="0" r="0" b="0"/>
                  <wp:docPr id="66" name="Рисунок 66" descr="Доктор — раскраска для детей.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Доктор — раскраска для детей. Распечатать бесплатно."/>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7997" cy="1818786"/>
                          </a:xfrm>
                          <a:prstGeom prst="rect">
                            <a:avLst/>
                          </a:prstGeom>
                          <a:noFill/>
                          <a:ln>
                            <a:noFill/>
                          </a:ln>
                        </pic:spPr>
                      </pic:pic>
                    </a:graphicData>
                  </a:graphic>
                </wp:inline>
              </w:drawing>
            </w:r>
          </w:p>
          <w:p w:rsidR="000C7E7E" w:rsidRPr="000C7E7E" w:rsidRDefault="000C7E7E" w:rsidP="000C7E7E">
            <w:pPr>
              <w:contextualSpacing/>
              <w:rPr>
                <w:rFonts w:ascii="Times New Roman" w:eastAsia="Times New Roman" w:hAnsi="Times New Roman" w:cs="Times New Roman"/>
                <w:b/>
                <w:sz w:val="24"/>
                <w:szCs w:val="24"/>
                <w:lang w:val="ru-RU"/>
              </w:rPr>
            </w:pPr>
          </w:p>
        </w:tc>
        <w:tc>
          <w:tcPr>
            <w:tcW w:w="2808" w:type="dxa"/>
          </w:tcPr>
          <w:p w:rsidR="000C7E7E" w:rsidRPr="000C7E7E" w:rsidRDefault="000C7E7E" w:rsidP="000C7E7E">
            <w:pPr>
              <w:contextualSpacing/>
              <w:rPr>
                <w:rFonts w:ascii="Times New Roman" w:eastAsia="Times New Roman" w:hAnsi="Times New Roman" w:cs="Times New Roman"/>
                <w:noProof/>
                <w:sz w:val="24"/>
                <w:szCs w:val="24"/>
                <w:lang w:val="ru-RU" w:eastAsia="ru-RU"/>
              </w:rPr>
            </w:pPr>
          </w:p>
          <w:p w:rsidR="000C7E7E" w:rsidRPr="000C7E7E" w:rsidRDefault="000C7E7E" w:rsidP="000C7E7E">
            <w:pPr>
              <w:contextualSpacing/>
              <w:rPr>
                <w:rFonts w:ascii="Times New Roman" w:eastAsia="Times New Roman" w:hAnsi="Times New Roman" w:cs="Times New Roman"/>
                <w:noProof/>
                <w:sz w:val="24"/>
                <w:szCs w:val="24"/>
                <w:lang w:val="ru-RU" w:eastAsia="ru-RU"/>
              </w:rPr>
            </w:pPr>
          </w:p>
          <w:p w:rsidR="000C7E7E" w:rsidRPr="000C7E7E" w:rsidRDefault="000C7E7E" w:rsidP="000C7E7E">
            <w:pPr>
              <w:contextualSpacing/>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drawing>
                <wp:inline distT="0" distB="0" distL="0" distR="0">
                  <wp:extent cx="1264285" cy="1683220"/>
                  <wp:effectExtent l="0" t="0" r="0" b="0"/>
                  <wp:docPr id="67" name="Рисунок 67" descr="C:\Users\215\Desktop\raskraski-obuchaushie-uchite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215\Desktop\raskraski-obuchaushie-uchitel-8.jpg"/>
                          <pic:cNvPicPr>
                            <a:picLocks noChangeAspect="1" noChangeArrowheads="1"/>
                          </pic:cNvPicPr>
                        </pic:nvPicPr>
                        <pic:blipFill>
                          <a:blip r:embed="rId2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7040" cy="1686888"/>
                          </a:xfrm>
                          <a:prstGeom prst="rect">
                            <a:avLst/>
                          </a:prstGeom>
                          <a:noFill/>
                          <a:ln>
                            <a:noFill/>
                          </a:ln>
                        </pic:spPr>
                      </pic:pic>
                    </a:graphicData>
                  </a:graphic>
                </wp:inline>
              </w:drawing>
            </w:r>
          </w:p>
          <w:p w:rsidR="000C7E7E" w:rsidRPr="000C7E7E" w:rsidRDefault="000C7E7E" w:rsidP="000C7E7E">
            <w:pPr>
              <w:contextualSpacing/>
              <w:rPr>
                <w:rFonts w:ascii="Times New Roman" w:eastAsia="Times New Roman" w:hAnsi="Times New Roman" w:cs="Times New Roman"/>
                <w:b/>
                <w:sz w:val="24"/>
                <w:szCs w:val="24"/>
                <w:lang w:val="ru-RU"/>
              </w:rPr>
            </w:pPr>
          </w:p>
        </w:tc>
        <w:tc>
          <w:tcPr>
            <w:tcW w:w="2632" w:type="dxa"/>
          </w:tcPr>
          <w:p w:rsidR="000C7E7E" w:rsidRPr="000C7E7E" w:rsidRDefault="000C7E7E" w:rsidP="000C7E7E">
            <w:pPr>
              <w:contextualSpacing/>
              <w:rPr>
                <w:rFonts w:ascii="Times New Roman" w:eastAsia="Times New Roman" w:hAnsi="Times New Roman" w:cs="Times New Roman"/>
                <w:b/>
                <w:noProof/>
                <w:sz w:val="24"/>
                <w:szCs w:val="24"/>
                <w:lang w:val="ru-RU" w:eastAsia="ru-RU"/>
              </w:rPr>
            </w:pPr>
          </w:p>
          <w:p w:rsidR="000C7E7E" w:rsidRPr="000C7E7E" w:rsidRDefault="000C7E7E" w:rsidP="000C7E7E">
            <w:pPr>
              <w:contextualSpacing/>
              <w:rPr>
                <w:rFonts w:ascii="Times New Roman" w:eastAsia="Times New Roman" w:hAnsi="Times New Roman" w:cs="Times New Roman"/>
                <w:b/>
                <w:sz w:val="24"/>
                <w:szCs w:val="24"/>
                <w:lang w:val="ru-RU"/>
              </w:rPr>
            </w:pPr>
            <w:r w:rsidRPr="000C7E7E">
              <w:rPr>
                <w:rFonts w:ascii="Times New Roman" w:eastAsia="Times New Roman" w:hAnsi="Times New Roman" w:cs="Times New Roman"/>
                <w:b/>
                <w:noProof/>
                <w:sz w:val="24"/>
                <w:szCs w:val="24"/>
                <w:lang w:val="ru-RU" w:eastAsia="ru-RU"/>
              </w:rPr>
              <w:drawing>
                <wp:inline distT="0" distB="0" distL="0" distR="0">
                  <wp:extent cx="1534495" cy="2171700"/>
                  <wp:effectExtent l="0" t="0" r="0" b="0"/>
                  <wp:docPr id="68" name="Рисунок 68" descr="C:\Users\215\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215\Desktop\images.png"/>
                          <pic:cNvPicPr>
                            <a:picLocks noChangeAspect="1" noChangeArrowheads="1"/>
                          </pic:cNvPicPr>
                        </pic:nvPicPr>
                        <pic:blipFill>
                          <a:blip r:embed="rId2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4911" cy="2172289"/>
                          </a:xfrm>
                          <a:prstGeom prst="rect">
                            <a:avLst/>
                          </a:prstGeom>
                          <a:noFill/>
                          <a:ln>
                            <a:noFill/>
                          </a:ln>
                        </pic:spPr>
                      </pic:pic>
                    </a:graphicData>
                  </a:graphic>
                </wp:inline>
              </w:drawing>
            </w:r>
          </w:p>
        </w:tc>
        <w:tc>
          <w:tcPr>
            <w:tcW w:w="2250" w:type="dxa"/>
          </w:tcPr>
          <w:p w:rsidR="000C7E7E" w:rsidRPr="000C7E7E" w:rsidRDefault="000C7E7E" w:rsidP="000C7E7E">
            <w:pPr>
              <w:contextualSpacing/>
              <w:rPr>
                <w:rFonts w:ascii="Times New Roman" w:eastAsia="Times New Roman" w:hAnsi="Times New Roman" w:cs="Times New Roman"/>
                <w:b/>
                <w:sz w:val="24"/>
                <w:szCs w:val="24"/>
                <w:lang w:val="ru-RU"/>
              </w:rPr>
            </w:pPr>
          </w:p>
          <w:p w:rsidR="000C7E7E" w:rsidRPr="000C7E7E" w:rsidRDefault="000C7E7E" w:rsidP="000C7E7E">
            <w:pPr>
              <w:contextualSpacing/>
              <w:rPr>
                <w:rFonts w:ascii="Times New Roman" w:eastAsia="Times New Roman" w:hAnsi="Times New Roman" w:cs="Times New Roman"/>
                <w:b/>
                <w:sz w:val="24"/>
                <w:szCs w:val="24"/>
                <w:lang w:val="ru-RU"/>
              </w:rPr>
            </w:pPr>
            <w:r w:rsidRPr="000C7E7E">
              <w:rPr>
                <w:rFonts w:ascii="Times New Roman" w:eastAsia="Times New Roman" w:hAnsi="Times New Roman" w:cs="Times New Roman"/>
                <w:b/>
                <w:noProof/>
                <w:sz w:val="24"/>
                <w:szCs w:val="24"/>
                <w:lang w:val="ru-RU" w:eastAsia="ru-RU"/>
              </w:rPr>
              <w:drawing>
                <wp:inline distT="0" distB="0" distL="0" distR="0">
                  <wp:extent cx="1195070" cy="2042160"/>
                  <wp:effectExtent l="0" t="0" r="0" b="0"/>
                  <wp:docPr id="69" name="Рисунок 69" descr="C:\Users\215\Desktop\bob-stroitel-moi-raskrask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215\Desktop\bob-stroitel-moi-raskraski-11.jpg"/>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1084" cy="2052437"/>
                          </a:xfrm>
                          <a:prstGeom prst="rect">
                            <a:avLst/>
                          </a:prstGeom>
                          <a:noFill/>
                          <a:ln>
                            <a:noFill/>
                          </a:ln>
                        </pic:spPr>
                      </pic:pic>
                    </a:graphicData>
                  </a:graphic>
                </wp:inline>
              </w:drawing>
            </w:r>
          </w:p>
        </w:tc>
      </w:tr>
      <w:tr w:rsidR="000C7E7E" w:rsidRPr="000C7E7E" w:rsidTr="000C7E7E">
        <w:tc>
          <w:tcPr>
            <w:tcW w:w="2681" w:type="dxa"/>
          </w:tcPr>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t>А</w:t>
            </w:r>
          </w:p>
        </w:tc>
        <w:tc>
          <w:tcPr>
            <w:tcW w:w="2808" w:type="dxa"/>
          </w:tcPr>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t>Б</w:t>
            </w:r>
          </w:p>
        </w:tc>
        <w:tc>
          <w:tcPr>
            <w:tcW w:w="2632" w:type="dxa"/>
          </w:tcPr>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t>В</w:t>
            </w:r>
          </w:p>
        </w:tc>
        <w:tc>
          <w:tcPr>
            <w:tcW w:w="2250" w:type="dxa"/>
          </w:tcPr>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t>Г</w:t>
            </w:r>
          </w:p>
        </w:tc>
      </w:tr>
    </w:tbl>
    <w:p w:rsidR="000C7E7E" w:rsidRPr="000C7E7E" w:rsidRDefault="000C7E7E" w:rsidP="000C7E7E">
      <w:pPr>
        <w:spacing w:after="0" w:line="240" w:lineRule="auto"/>
        <w:ind w:left="360"/>
        <w:contextualSpacing/>
        <w:rPr>
          <w:rFonts w:ascii="Times New Roman" w:eastAsia="Times New Roman" w:hAnsi="Times New Roman" w:cs="Times New Roman"/>
          <w:sz w:val="24"/>
          <w:szCs w:val="24"/>
          <w:lang w:val="ru-RU"/>
        </w:rPr>
      </w:pPr>
    </w:p>
    <w:p w:rsidR="000C7E7E" w:rsidRPr="000C7E7E" w:rsidRDefault="000C7E7E" w:rsidP="000C7E7E">
      <w:pPr>
        <w:spacing w:after="0" w:line="240" w:lineRule="auto"/>
        <w:ind w:left="360"/>
        <w:contextualSpacing/>
        <w:rPr>
          <w:rFonts w:ascii="Times New Roman" w:eastAsia="Times New Roman" w:hAnsi="Times New Roman" w:cs="Times New Roman"/>
          <w:sz w:val="24"/>
          <w:szCs w:val="24"/>
          <w:lang w:val="ru-RU"/>
        </w:rPr>
      </w:pPr>
    </w:p>
    <w:p w:rsidR="000C7E7E" w:rsidRPr="000C7E7E" w:rsidRDefault="000C7E7E" w:rsidP="000C7E7E">
      <w:pPr>
        <w:numPr>
          <w:ilvl w:val="0"/>
          <w:numId w:val="93"/>
        </w:numPr>
        <w:spacing w:after="0" w:line="240" w:lineRule="auto"/>
        <w:contextualSpacing/>
        <w:rPr>
          <w:rFonts w:ascii="Times New Roman" w:eastAsia="Times New Roman" w:hAnsi="Times New Roman" w:cs="Times New Roman"/>
          <w:b/>
          <w:sz w:val="24"/>
          <w:szCs w:val="24"/>
          <w:lang w:val="ru-RU"/>
        </w:rPr>
      </w:pPr>
      <w:r w:rsidRPr="000C7E7E">
        <w:rPr>
          <w:rFonts w:ascii="Times New Roman" w:eastAsia="Times New Roman" w:hAnsi="Times New Roman" w:cs="Times New Roman"/>
          <w:b/>
          <w:sz w:val="24"/>
          <w:szCs w:val="24"/>
          <w:lang w:val="ru-RU"/>
        </w:rPr>
        <w:t>Какой предмет относится к неживой природе?</w:t>
      </w:r>
    </w:p>
    <w:p w:rsidR="000C7E7E" w:rsidRPr="000C7E7E" w:rsidRDefault="000C7E7E" w:rsidP="000C7E7E">
      <w:pPr>
        <w:spacing w:after="0" w:line="240" w:lineRule="auto"/>
        <w:ind w:left="360"/>
        <w:contextualSpacing/>
        <w:rPr>
          <w:rFonts w:ascii="Times New Roman" w:eastAsia="Times New Roman" w:hAnsi="Times New Roman" w:cs="Times New Roman"/>
          <w:b/>
          <w:sz w:val="24"/>
          <w:szCs w:val="24"/>
          <w:lang w:val="ru-RU"/>
        </w:rPr>
      </w:pPr>
    </w:p>
    <w:tbl>
      <w:tblPr>
        <w:tblStyle w:val="ad"/>
        <w:tblW w:w="0" w:type="auto"/>
        <w:tblInd w:w="-765" w:type="dxa"/>
        <w:tblLook w:val="04A0"/>
      </w:tblPr>
      <w:tblGrid>
        <w:gridCol w:w="2445"/>
        <w:gridCol w:w="2517"/>
        <w:gridCol w:w="2456"/>
        <w:gridCol w:w="2918"/>
      </w:tblGrid>
      <w:tr w:rsidR="000C7E7E" w:rsidRPr="000C7E7E" w:rsidTr="000C7E7E">
        <w:tc>
          <w:tcPr>
            <w:tcW w:w="2681" w:type="dxa"/>
          </w:tcPr>
          <w:p w:rsidR="000C7E7E" w:rsidRPr="000C7E7E" w:rsidRDefault="000C7E7E" w:rsidP="000C7E7E">
            <w:pPr>
              <w:contextualSpacing/>
              <w:rPr>
                <w:rFonts w:ascii="Times New Roman" w:eastAsia="Times New Roman" w:hAnsi="Times New Roman" w:cs="Times New Roman"/>
                <w:b/>
                <w:noProof/>
                <w:sz w:val="24"/>
                <w:szCs w:val="24"/>
                <w:lang w:val="ru-RU" w:eastAsia="ru-RU"/>
              </w:rPr>
            </w:pPr>
          </w:p>
          <w:p w:rsidR="000C7E7E" w:rsidRPr="000C7E7E" w:rsidRDefault="000C7E7E" w:rsidP="000C7E7E">
            <w:pPr>
              <w:contextualSpacing/>
              <w:jc w:val="center"/>
              <w:rPr>
                <w:rFonts w:ascii="Times New Roman" w:eastAsia="Times New Roman" w:hAnsi="Times New Roman" w:cs="Times New Roman"/>
                <w:b/>
                <w:sz w:val="24"/>
                <w:szCs w:val="24"/>
                <w:lang w:val="ru-RU"/>
              </w:rPr>
            </w:pPr>
            <w:r w:rsidRPr="000C7E7E">
              <w:rPr>
                <w:rFonts w:ascii="Times New Roman" w:eastAsia="Times New Roman" w:hAnsi="Times New Roman" w:cs="Times New Roman"/>
                <w:noProof/>
                <w:sz w:val="24"/>
                <w:szCs w:val="24"/>
                <w:lang w:val="ru-RU" w:eastAsia="ru-RU"/>
              </w:rPr>
              <w:drawing>
                <wp:inline distT="0" distB="0" distL="0" distR="0">
                  <wp:extent cx="1447800" cy="1755996"/>
                  <wp:effectExtent l="0" t="0" r="0" b="0"/>
                  <wp:docPr id="70" name="Рисунок 70" descr="C:\Users\215\Desktop\78dfccb23b64aea1448f04bf03d21d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15\Desktop\78dfccb23b64aea1448f04bf03d21d7a.jpg"/>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2495" cy="1761691"/>
                          </a:xfrm>
                          <a:prstGeom prst="rect">
                            <a:avLst/>
                          </a:prstGeom>
                          <a:noFill/>
                          <a:ln>
                            <a:noFill/>
                          </a:ln>
                        </pic:spPr>
                      </pic:pic>
                    </a:graphicData>
                  </a:graphic>
                </wp:inline>
              </w:drawing>
            </w:r>
          </w:p>
        </w:tc>
        <w:tc>
          <w:tcPr>
            <w:tcW w:w="2808" w:type="dxa"/>
          </w:tcPr>
          <w:p w:rsidR="000C7E7E" w:rsidRPr="000C7E7E" w:rsidRDefault="000C7E7E" w:rsidP="000C7E7E">
            <w:pPr>
              <w:contextualSpacing/>
              <w:rPr>
                <w:rFonts w:ascii="Times New Roman" w:eastAsia="Times New Roman" w:hAnsi="Times New Roman" w:cs="Times New Roman"/>
                <w:noProof/>
                <w:sz w:val="24"/>
                <w:szCs w:val="24"/>
                <w:lang w:val="ru-RU" w:eastAsia="ru-RU"/>
              </w:rPr>
            </w:pPr>
          </w:p>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drawing>
                <wp:inline distT="0" distB="0" distL="0" distR="0">
                  <wp:extent cx="1493482" cy="1402080"/>
                  <wp:effectExtent l="0" t="0" r="0" b="0"/>
                  <wp:docPr id="71" name="Рисунок 71" descr="C:\Users\215\Desktop\761852-raznocvetnaya-stranica-raskraski-kamnya-volneniya-dlya-det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215\Desktop\761852-raznocvetnaya-stranica-raskraski-kamnya-volneniya-dlya-detey.jpg"/>
                          <pic:cNvPicPr>
                            <a:picLocks noChangeAspect="1" noChangeArrowheads="1"/>
                          </pic:cNvPicPr>
                        </pic:nvPicPr>
                        <pic:blipFill>
                          <a:blip r:embed="rId2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6983" cy="1405367"/>
                          </a:xfrm>
                          <a:prstGeom prst="rect">
                            <a:avLst/>
                          </a:prstGeom>
                          <a:noFill/>
                          <a:ln>
                            <a:noFill/>
                          </a:ln>
                        </pic:spPr>
                      </pic:pic>
                    </a:graphicData>
                  </a:graphic>
                </wp:inline>
              </w:drawing>
            </w:r>
          </w:p>
          <w:p w:rsidR="000C7E7E" w:rsidRPr="000C7E7E" w:rsidRDefault="000C7E7E" w:rsidP="000C7E7E">
            <w:pPr>
              <w:contextualSpacing/>
              <w:rPr>
                <w:rFonts w:ascii="Times New Roman" w:eastAsia="Times New Roman" w:hAnsi="Times New Roman" w:cs="Times New Roman"/>
                <w:noProof/>
                <w:sz w:val="24"/>
                <w:szCs w:val="24"/>
                <w:lang w:val="ru-RU" w:eastAsia="ru-RU"/>
              </w:rPr>
            </w:pPr>
          </w:p>
          <w:p w:rsidR="000C7E7E" w:rsidRPr="000C7E7E" w:rsidRDefault="000C7E7E" w:rsidP="000C7E7E">
            <w:pPr>
              <w:contextualSpacing/>
              <w:rPr>
                <w:rFonts w:ascii="Times New Roman" w:eastAsia="Times New Roman" w:hAnsi="Times New Roman" w:cs="Times New Roman"/>
                <w:b/>
                <w:sz w:val="24"/>
                <w:szCs w:val="24"/>
                <w:lang w:val="ru-RU"/>
              </w:rPr>
            </w:pPr>
          </w:p>
        </w:tc>
        <w:tc>
          <w:tcPr>
            <w:tcW w:w="1861" w:type="dxa"/>
          </w:tcPr>
          <w:p w:rsidR="000C7E7E" w:rsidRPr="000C7E7E" w:rsidRDefault="000C7E7E" w:rsidP="000C7E7E">
            <w:pPr>
              <w:contextualSpacing/>
              <w:rPr>
                <w:rFonts w:ascii="Times New Roman" w:eastAsia="Times New Roman" w:hAnsi="Times New Roman" w:cs="Times New Roman"/>
                <w:b/>
                <w:noProof/>
                <w:sz w:val="24"/>
                <w:szCs w:val="24"/>
                <w:lang w:val="ru-RU" w:eastAsia="ru-RU"/>
              </w:rPr>
            </w:pPr>
          </w:p>
          <w:p w:rsidR="000C7E7E" w:rsidRPr="000C7E7E" w:rsidRDefault="000C7E7E" w:rsidP="000C7E7E">
            <w:pPr>
              <w:contextualSpacing/>
              <w:rPr>
                <w:rFonts w:ascii="Times New Roman" w:eastAsia="Times New Roman" w:hAnsi="Times New Roman" w:cs="Times New Roman"/>
                <w:b/>
                <w:sz w:val="24"/>
                <w:szCs w:val="24"/>
                <w:lang w:val="ru-RU"/>
              </w:rPr>
            </w:pPr>
            <w:r w:rsidRPr="000C7E7E">
              <w:rPr>
                <w:rFonts w:ascii="Times New Roman" w:eastAsia="Times New Roman" w:hAnsi="Times New Roman" w:cs="Times New Roman"/>
                <w:noProof/>
                <w:sz w:val="24"/>
                <w:szCs w:val="24"/>
                <w:lang w:val="ru-RU" w:eastAsia="ru-RU"/>
              </w:rPr>
              <w:drawing>
                <wp:inline distT="0" distB="0" distL="0" distR="0">
                  <wp:extent cx="1454022" cy="1539240"/>
                  <wp:effectExtent l="0" t="0" r="0" b="0"/>
                  <wp:docPr id="72" name="Рисунок 72" descr="C:\Users\215\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15\Desktop\images.png"/>
                          <pic:cNvPicPr>
                            <a:picLocks noChangeAspect="1" noChangeArrowheads="1"/>
                          </pic:cNvPicPr>
                        </pic:nvPicPr>
                        <pic:blipFill>
                          <a:blip r:embed="rId2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1218" cy="1546857"/>
                          </a:xfrm>
                          <a:prstGeom prst="rect">
                            <a:avLst/>
                          </a:prstGeom>
                          <a:noFill/>
                          <a:ln>
                            <a:noFill/>
                          </a:ln>
                        </pic:spPr>
                      </pic:pic>
                    </a:graphicData>
                  </a:graphic>
                </wp:inline>
              </w:drawing>
            </w:r>
          </w:p>
        </w:tc>
        <w:tc>
          <w:tcPr>
            <w:tcW w:w="1861" w:type="dxa"/>
          </w:tcPr>
          <w:p w:rsidR="000C7E7E" w:rsidRPr="000C7E7E" w:rsidRDefault="000C7E7E" w:rsidP="000C7E7E">
            <w:pPr>
              <w:contextualSpacing/>
              <w:rPr>
                <w:rFonts w:ascii="Times New Roman" w:eastAsia="Times New Roman" w:hAnsi="Times New Roman" w:cs="Times New Roman"/>
                <w:b/>
                <w:sz w:val="24"/>
                <w:szCs w:val="24"/>
                <w:lang w:val="ru-RU"/>
              </w:rPr>
            </w:pPr>
          </w:p>
          <w:p w:rsidR="000C7E7E" w:rsidRPr="000C7E7E" w:rsidRDefault="000C7E7E" w:rsidP="000C7E7E">
            <w:pPr>
              <w:contextualSpacing/>
              <w:rPr>
                <w:rFonts w:ascii="Times New Roman" w:eastAsia="Times New Roman" w:hAnsi="Times New Roman" w:cs="Times New Roman"/>
                <w:b/>
                <w:sz w:val="24"/>
                <w:szCs w:val="24"/>
                <w:lang w:val="ru-RU"/>
              </w:rPr>
            </w:pPr>
          </w:p>
          <w:p w:rsidR="000C7E7E" w:rsidRPr="000C7E7E" w:rsidRDefault="000C7E7E" w:rsidP="000C7E7E">
            <w:pPr>
              <w:contextualSpacing/>
              <w:rPr>
                <w:rFonts w:ascii="Times New Roman" w:eastAsia="Times New Roman" w:hAnsi="Times New Roman" w:cs="Times New Roman"/>
                <w:b/>
                <w:sz w:val="24"/>
                <w:szCs w:val="24"/>
                <w:lang w:val="ru-RU"/>
              </w:rPr>
            </w:pPr>
            <w:r w:rsidRPr="000C7E7E">
              <w:rPr>
                <w:rFonts w:ascii="Times New Roman" w:eastAsia="Times New Roman" w:hAnsi="Times New Roman" w:cs="Times New Roman"/>
                <w:noProof/>
                <w:sz w:val="24"/>
                <w:szCs w:val="24"/>
                <w:lang w:val="ru-RU" w:eastAsia="ru-RU"/>
              </w:rPr>
              <w:drawing>
                <wp:inline distT="0" distB="0" distL="0" distR="0">
                  <wp:extent cx="1753870" cy="1219094"/>
                  <wp:effectExtent l="0" t="0" r="0" b="0"/>
                  <wp:docPr id="73" name="Рисунок 73" descr="C:\Users\215\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15\Desktop\images.png"/>
                          <pic:cNvPicPr>
                            <a:picLocks noChangeAspect="1" noChangeArrowheads="1"/>
                          </pic:cNvPicPr>
                        </pic:nvPicPr>
                        <pic:blipFill>
                          <a:blip r:embed="rId2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901" cy="1223981"/>
                          </a:xfrm>
                          <a:prstGeom prst="rect">
                            <a:avLst/>
                          </a:prstGeom>
                          <a:noFill/>
                          <a:ln>
                            <a:noFill/>
                          </a:ln>
                        </pic:spPr>
                      </pic:pic>
                    </a:graphicData>
                  </a:graphic>
                </wp:inline>
              </w:drawing>
            </w:r>
          </w:p>
        </w:tc>
      </w:tr>
      <w:tr w:rsidR="000C7E7E" w:rsidRPr="000C7E7E" w:rsidTr="000C7E7E">
        <w:tc>
          <w:tcPr>
            <w:tcW w:w="2681" w:type="dxa"/>
          </w:tcPr>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t>А</w:t>
            </w:r>
          </w:p>
        </w:tc>
        <w:tc>
          <w:tcPr>
            <w:tcW w:w="2808" w:type="dxa"/>
          </w:tcPr>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t>Б</w:t>
            </w:r>
          </w:p>
        </w:tc>
        <w:tc>
          <w:tcPr>
            <w:tcW w:w="1861" w:type="dxa"/>
          </w:tcPr>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t>В</w:t>
            </w:r>
          </w:p>
        </w:tc>
        <w:tc>
          <w:tcPr>
            <w:tcW w:w="1861" w:type="dxa"/>
          </w:tcPr>
          <w:p w:rsidR="000C7E7E" w:rsidRPr="000C7E7E" w:rsidRDefault="000C7E7E" w:rsidP="000C7E7E">
            <w:pPr>
              <w:contextualSpacing/>
              <w:jc w:val="center"/>
              <w:rPr>
                <w:rFonts w:ascii="Times New Roman" w:eastAsia="Times New Roman" w:hAnsi="Times New Roman" w:cs="Times New Roman"/>
                <w:noProof/>
                <w:sz w:val="24"/>
                <w:szCs w:val="24"/>
                <w:lang w:val="ru-RU" w:eastAsia="ru-RU"/>
              </w:rPr>
            </w:pPr>
            <w:r w:rsidRPr="000C7E7E">
              <w:rPr>
                <w:rFonts w:ascii="Times New Roman" w:eastAsia="Times New Roman" w:hAnsi="Times New Roman" w:cs="Times New Roman"/>
                <w:noProof/>
                <w:sz w:val="24"/>
                <w:szCs w:val="24"/>
                <w:lang w:val="ru-RU" w:eastAsia="ru-RU"/>
              </w:rPr>
              <w:t>Г</w:t>
            </w:r>
          </w:p>
        </w:tc>
      </w:tr>
    </w:tbl>
    <w:p w:rsidR="000C7E7E" w:rsidRPr="000C7E7E" w:rsidRDefault="000C7E7E" w:rsidP="000C7E7E">
      <w:pPr>
        <w:tabs>
          <w:tab w:val="left" w:pos="3528"/>
        </w:tabs>
        <w:spacing w:after="0" w:line="240" w:lineRule="auto"/>
        <w:ind w:left="360"/>
        <w:contextualSpacing/>
        <w:rPr>
          <w:rFonts w:ascii="Times New Roman" w:eastAsia="Times New Roman" w:hAnsi="Times New Roman" w:cs="Times New Roman"/>
          <w:sz w:val="24"/>
          <w:szCs w:val="24"/>
          <w:lang w:val="ru-RU"/>
        </w:rPr>
      </w:pPr>
    </w:p>
    <w:p w:rsidR="000C7E7E" w:rsidRPr="000C7E7E" w:rsidRDefault="000C7E7E" w:rsidP="000C7E7E">
      <w:pPr>
        <w:spacing w:after="0" w:line="240" w:lineRule="auto"/>
        <w:jc w:val="center"/>
        <w:rPr>
          <w:rFonts w:ascii="Times New Roman" w:eastAsia="Times New Roman" w:hAnsi="Times New Roman" w:cs="Times New Roman"/>
          <w:b/>
          <w:sz w:val="24"/>
          <w:szCs w:val="24"/>
          <w:lang w:val="ru-RU"/>
        </w:rPr>
      </w:pPr>
      <w:r w:rsidRPr="000C7E7E">
        <w:rPr>
          <w:rFonts w:ascii="Times New Roman" w:eastAsia="Times New Roman" w:hAnsi="Times New Roman" w:cs="Times New Roman"/>
          <w:b/>
          <w:sz w:val="24"/>
          <w:szCs w:val="24"/>
          <w:lang w:val="ru-RU"/>
        </w:rPr>
        <w:t>Ответы.</w:t>
      </w:r>
    </w:p>
    <w:p w:rsidR="000C7E7E" w:rsidRPr="000C7E7E" w:rsidRDefault="000C7E7E" w:rsidP="000C7E7E">
      <w:pPr>
        <w:spacing w:after="0" w:line="240" w:lineRule="auto"/>
        <w:rPr>
          <w:rFonts w:ascii="Times New Roman" w:eastAsia="Times New Roman" w:hAnsi="Times New Roman" w:cs="Times New Roman"/>
          <w:sz w:val="24"/>
          <w:szCs w:val="24"/>
          <w:lang w:val="ru-RU"/>
        </w:rPr>
      </w:pPr>
      <w:r w:rsidRPr="000C7E7E">
        <w:rPr>
          <w:rFonts w:ascii="Times New Roman" w:eastAsia="Times New Roman" w:hAnsi="Times New Roman" w:cs="Times New Roman"/>
          <w:sz w:val="24"/>
          <w:szCs w:val="24"/>
          <w:lang w:val="ru-RU"/>
        </w:rPr>
        <w:t>1 балл – правильный ответ, максимально – 6 баллов</w:t>
      </w:r>
    </w:p>
    <w:p w:rsidR="000C7E7E" w:rsidRPr="000C7E7E" w:rsidRDefault="000C7E7E" w:rsidP="000C7E7E">
      <w:pPr>
        <w:spacing w:after="0" w:line="240" w:lineRule="auto"/>
        <w:rPr>
          <w:rFonts w:ascii="Times New Roman" w:eastAsia="Times New Roman" w:hAnsi="Times New Roman" w:cs="Times New Roman"/>
          <w:b/>
          <w:sz w:val="24"/>
          <w:szCs w:val="24"/>
          <w:lang w:val="ru-RU"/>
        </w:rPr>
      </w:pPr>
    </w:p>
    <w:tbl>
      <w:tblPr>
        <w:tblStyle w:val="ad"/>
        <w:tblW w:w="0" w:type="auto"/>
        <w:tblLook w:val="04A0"/>
      </w:tblPr>
      <w:tblGrid>
        <w:gridCol w:w="1084"/>
        <w:gridCol w:w="3560"/>
        <w:gridCol w:w="1843"/>
      </w:tblGrid>
      <w:tr w:rsidR="000C7E7E" w:rsidRPr="000C7E7E" w:rsidTr="000C7E7E">
        <w:tc>
          <w:tcPr>
            <w:tcW w:w="1084" w:type="dxa"/>
          </w:tcPr>
          <w:p w:rsidR="000C7E7E" w:rsidRPr="000C7E7E" w:rsidRDefault="000C7E7E" w:rsidP="000C7E7E">
            <w:pPr>
              <w:jc w:val="center"/>
              <w:rPr>
                <w:rFonts w:ascii="Times New Roman" w:eastAsia="Times New Roman" w:hAnsi="Times New Roman" w:cs="Times New Roman"/>
                <w:sz w:val="24"/>
                <w:szCs w:val="24"/>
              </w:rPr>
            </w:pPr>
            <w:r w:rsidRPr="000C7E7E">
              <w:rPr>
                <w:rFonts w:ascii="Times New Roman" w:eastAsia="Times New Roman" w:hAnsi="Times New Roman" w:cs="Times New Roman"/>
                <w:sz w:val="24"/>
                <w:szCs w:val="24"/>
              </w:rPr>
              <w:t>№ вопроса</w:t>
            </w:r>
          </w:p>
        </w:tc>
        <w:tc>
          <w:tcPr>
            <w:tcW w:w="3560" w:type="dxa"/>
          </w:tcPr>
          <w:p w:rsidR="000C7E7E" w:rsidRPr="000C7E7E" w:rsidRDefault="000C7E7E" w:rsidP="000C7E7E">
            <w:pPr>
              <w:jc w:val="center"/>
              <w:rPr>
                <w:rFonts w:ascii="Times New Roman" w:eastAsia="Times New Roman" w:hAnsi="Times New Roman" w:cs="Times New Roman"/>
                <w:sz w:val="24"/>
                <w:szCs w:val="24"/>
              </w:rPr>
            </w:pPr>
            <w:r w:rsidRPr="000C7E7E">
              <w:rPr>
                <w:rFonts w:ascii="Times New Roman" w:eastAsia="Times New Roman" w:hAnsi="Times New Roman" w:cs="Times New Roman"/>
                <w:sz w:val="24"/>
                <w:szCs w:val="24"/>
              </w:rPr>
              <w:t>1 вариант</w:t>
            </w:r>
          </w:p>
        </w:tc>
        <w:tc>
          <w:tcPr>
            <w:tcW w:w="1843" w:type="dxa"/>
          </w:tcPr>
          <w:p w:rsidR="000C7E7E" w:rsidRPr="000C7E7E" w:rsidRDefault="000C7E7E" w:rsidP="000C7E7E">
            <w:pPr>
              <w:jc w:val="center"/>
              <w:rPr>
                <w:rFonts w:ascii="Times New Roman" w:eastAsia="Times New Roman" w:hAnsi="Times New Roman" w:cs="Times New Roman"/>
                <w:sz w:val="24"/>
                <w:szCs w:val="24"/>
              </w:rPr>
            </w:pPr>
            <w:r w:rsidRPr="000C7E7E">
              <w:rPr>
                <w:rFonts w:ascii="Times New Roman" w:eastAsia="Times New Roman" w:hAnsi="Times New Roman" w:cs="Times New Roman"/>
                <w:sz w:val="24"/>
                <w:szCs w:val="24"/>
              </w:rPr>
              <w:t>количество баллов</w:t>
            </w:r>
          </w:p>
        </w:tc>
      </w:tr>
      <w:tr w:rsidR="000C7E7E" w:rsidRPr="000C7E7E" w:rsidTr="000C7E7E">
        <w:tc>
          <w:tcPr>
            <w:tcW w:w="1084" w:type="dxa"/>
          </w:tcPr>
          <w:p w:rsidR="000C7E7E" w:rsidRPr="000C7E7E" w:rsidRDefault="000C7E7E" w:rsidP="000C7E7E">
            <w:pPr>
              <w:jc w:val="center"/>
              <w:rPr>
                <w:rFonts w:ascii="Times New Roman" w:eastAsia="Times New Roman" w:hAnsi="Times New Roman" w:cs="Times New Roman"/>
                <w:sz w:val="24"/>
                <w:szCs w:val="24"/>
              </w:rPr>
            </w:pPr>
            <w:r w:rsidRPr="000C7E7E">
              <w:rPr>
                <w:rFonts w:ascii="Times New Roman" w:eastAsia="Times New Roman" w:hAnsi="Times New Roman" w:cs="Times New Roman"/>
                <w:sz w:val="24"/>
                <w:szCs w:val="24"/>
              </w:rPr>
              <w:t>1</w:t>
            </w:r>
          </w:p>
        </w:tc>
        <w:tc>
          <w:tcPr>
            <w:tcW w:w="3560" w:type="dxa"/>
          </w:tcPr>
          <w:p w:rsidR="000C7E7E" w:rsidRPr="000C7E7E" w:rsidRDefault="000C7E7E" w:rsidP="000C7E7E">
            <w:pPr>
              <w:jc w:val="both"/>
              <w:rPr>
                <w:rFonts w:ascii="Times New Roman" w:eastAsia="Times New Roman" w:hAnsi="Times New Roman" w:cs="Times New Roman"/>
                <w:sz w:val="24"/>
                <w:szCs w:val="24"/>
                <w:lang w:val="ru-RU"/>
              </w:rPr>
            </w:pPr>
            <w:r w:rsidRPr="000C7E7E">
              <w:rPr>
                <w:rFonts w:ascii="Times New Roman" w:eastAsia="Times New Roman" w:hAnsi="Times New Roman" w:cs="Times New Roman"/>
                <w:sz w:val="24"/>
                <w:szCs w:val="24"/>
                <w:lang w:val="ru-RU"/>
              </w:rPr>
              <w:t xml:space="preserve">б </w:t>
            </w:r>
          </w:p>
        </w:tc>
        <w:tc>
          <w:tcPr>
            <w:tcW w:w="1843" w:type="dxa"/>
          </w:tcPr>
          <w:p w:rsidR="000C7E7E" w:rsidRPr="000C7E7E" w:rsidRDefault="000C7E7E" w:rsidP="000C7E7E">
            <w:pPr>
              <w:jc w:val="center"/>
              <w:rPr>
                <w:rFonts w:ascii="Times New Roman" w:eastAsia="Times New Roman" w:hAnsi="Times New Roman" w:cs="Times New Roman"/>
                <w:sz w:val="24"/>
                <w:szCs w:val="24"/>
              </w:rPr>
            </w:pPr>
            <w:r w:rsidRPr="000C7E7E">
              <w:rPr>
                <w:rFonts w:ascii="Times New Roman" w:eastAsia="Times New Roman" w:hAnsi="Times New Roman" w:cs="Times New Roman"/>
                <w:sz w:val="24"/>
                <w:szCs w:val="24"/>
              </w:rPr>
              <w:t>1</w:t>
            </w:r>
          </w:p>
        </w:tc>
      </w:tr>
      <w:tr w:rsidR="000C7E7E" w:rsidRPr="000C7E7E" w:rsidTr="000C7E7E">
        <w:tc>
          <w:tcPr>
            <w:tcW w:w="1084" w:type="dxa"/>
          </w:tcPr>
          <w:p w:rsidR="000C7E7E" w:rsidRPr="000C7E7E" w:rsidRDefault="000C7E7E" w:rsidP="000C7E7E">
            <w:pPr>
              <w:jc w:val="center"/>
              <w:rPr>
                <w:rFonts w:ascii="Times New Roman" w:eastAsia="Times New Roman" w:hAnsi="Times New Roman" w:cs="Times New Roman"/>
                <w:sz w:val="24"/>
                <w:szCs w:val="24"/>
              </w:rPr>
            </w:pPr>
            <w:r w:rsidRPr="000C7E7E">
              <w:rPr>
                <w:rFonts w:ascii="Times New Roman" w:eastAsia="Times New Roman" w:hAnsi="Times New Roman" w:cs="Times New Roman"/>
                <w:sz w:val="24"/>
                <w:szCs w:val="24"/>
              </w:rPr>
              <w:t>2</w:t>
            </w:r>
          </w:p>
        </w:tc>
        <w:tc>
          <w:tcPr>
            <w:tcW w:w="3560" w:type="dxa"/>
          </w:tcPr>
          <w:p w:rsidR="000C7E7E" w:rsidRPr="000C7E7E" w:rsidRDefault="000C7E7E" w:rsidP="000C7E7E">
            <w:pPr>
              <w:jc w:val="both"/>
              <w:rPr>
                <w:rFonts w:ascii="Times New Roman" w:eastAsia="Times New Roman" w:hAnsi="Times New Roman" w:cs="Times New Roman"/>
                <w:sz w:val="24"/>
                <w:szCs w:val="24"/>
                <w:lang w:val="ru-RU"/>
              </w:rPr>
            </w:pPr>
            <w:r w:rsidRPr="000C7E7E">
              <w:rPr>
                <w:rFonts w:ascii="Times New Roman" w:eastAsia="Times New Roman" w:hAnsi="Times New Roman" w:cs="Times New Roman"/>
                <w:sz w:val="24"/>
                <w:szCs w:val="24"/>
                <w:lang w:val="ru-RU"/>
              </w:rPr>
              <w:t>а</w:t>
            </w:r>
          </w:p>
        </w:tc>
        <w:tc>
          <w:tcPr>
            <w:tcW w:w="1843" w:type="dxa"/>
          </w:tcPr>
          <w:p w:rsidR="000C7E7E" w:rsidRPr="000C7E7E" w:rsidRDefault="000C7E7E" w:rsidP="000C7E7E">
            <w:pPr>
              <w:jc w:val="center"/>
              <w:rPr>
                <w:rFonts w:ascii="Times New Roman" w:eastAsia="Times New Roman" w:hAnsi="Times New Roman" w:cs="Times New Roman"/>
                <w:sz w:val="24"/>
                <w:szCs w:val="24"/>
              </w:rPr>
            </w:pPr>
            <w:r w:rsidRPr="000C7E7E">
              <w:rPr>
                <w:rFonts w:ascii="Times New Roman" w:eastAsia="Times New Roman" w:hAnsi="Times New Roman" w:cs="Times New Roman"/>
                <w:sz w:val="24"/>
                <w:szCs w:val="24"/>
              </w:rPr>
              <w:t>1</w:t>
            </w:r>
          </w:p>
        </w:tc>
      </w:tr>
      <w:tr w:rsidR="000C7E7E" w:rsidRPr="000C7E7E" w:rsidTr="000C7E7E">
        <w:tc>
          <w:tcPr>
            <w:tcW w:w="1084" w:type="dxa"/>
          </w:tcPr>
          <w:p w:rsidR="000C7E7E" w:rsidRPr="000C7E7E" w:rsidRDefault="000C7E7E" w:rsidP="000C7E7E">
            <w:pPr>
              <w:jc w:val="center"/>
              <w:rPr>
                <w:rFonts w:ascii="Times New Roman" w:eastAsia="Times New Roman" w:hAnsi="Times New Roman" w:cs="Times New Roman"/>
                <w:sz w:val="24"/>
                <w:szCs w:val="24"/>
              </w:rPr>
            </w:pPr>
            <w:r w:rsidRPr="000C7E7E">
              <w:rPr>
                <w:rFonts w:ascii="Times New Roman" w:eastAsia="Times New Roman" w:hAnsi="Times New Roman" w:cs="Times New Roman"/>
                <w:sz w:val="24"/>
                <w:szCs w:val="24"/>
              </w:rPr>
              <w:t>3</w:t>
            </w:r>
          </w:p>
        </w:tc>
        <w:tc>
          <w:tcPr>
            <w:tcW w:w="3560" w:type="dxa"/>
          </w:tcPr>
          <w:p w:rsidR="000C7E7E" w:rsidRPr="000C7E7E" w:rsidRDefault="000C7E7E" w:rsidP="000C7E7E">
            <w:pPr>
              <w:jc w:val="both"/>
              <w:rPr>
                <w:rFonts w:ascii="Times New Roman" w:eastAsia="Times New Roman" w:hAnsi="Times New Roman" w:cs="Times New Roman"/>
                <w:sz w:val="24"/>
                <w:szCs w:val="24"/>
                <w:lang w:val="ru-RU"/>
              </w:rPr>
            </w:pPr>
            <w:r w:rsidRPr="000C7E7E">
              <w:rPr>
                <w:rFonts w:ascii="Times New Roman" w:eastAsia="Times New Roman" w:hAnsi="Times New Roman" w:cs="Times New Roman"/>
                <w:sz w:val="24"/>
                <w:szCs w:val="24"/>
                <w:lang w:val="ru-RU"/>
              </w:rPr>
              <w:t>г</w:t>
            </w:r>
          </w:p>
        </w:tc>
        <w:tc>
          <w:tcPr>
            <w:tcW w:w="1843" w:type="dxa"/>
          </w:tcPr>
          <w:p w:rsidR="000C7E7E" w:rsidRPr="000C7E7E" w:rsidRDefault="000C7E7E" w:rsidP="000C7E7E">
            <w:pPr>
              <w:jc w:val="center"/>
              <w:rPr>
                <w:rFonts w:ascii="Times New Roman" w:eastAsia="Times New Roman" w:hAnsi="Times New Roman" w:cs="Times New Roman"/>
                <w:sz w:val="24"/>
                <w:szCs w:val="24"/>
              </w:rPr>
            </w:pPr>
            <w:r w:rsidRPr="000C7E7E">
              <w:rPr>
                <w:rFonts w:ascii="Times New Roman" w:eastAsia="Times New Roman" w:hAnsi="Times New Roman" w:cs="Times New Roman"/>
                <w:sz w:val="24"/>
                <w:szCs w:val="24"/>
              </w:rPr>
              <w:t>1</w:t>
            </w:r>
          </w:p>
        </w:tc>
      </w:tr>
      <w:tr w:rsidR="000C7E7E" w:rsidRPr="000C7E7E" w:rsidTr="000C7E7E">
        <w:tc>
          <w:tcPr>
            <w:tcW w:w="1084" w:type="dxa"/>
          </w:tcPr>
          <w:p w:rsidR="000C7E7E" w:rsidRPr="000C7E7E" w:rsidRDefault="000C7E7E" w:rsidP="000C7E7E">
            <w:pPr>
              <w:jc w:val="center"/>
              <w:rPr>
                <w:rFonts w:ascii="Times New Roman" w:eastAsia="Times New Roman" w:hAnsi="Times New Roman" w:cs="Times New Roman"/>
                <w:sz w:val="24"/>
                <w:szCs w:val="24"/>
              </w:rPr>
            </w:pPr>
            <w:r w:rsidRPr="000C7E7E">
              <w:rPr>
                <w:rFonts w:ascii="Times New Roman" w:eastAsia="Times New Roman" w:hAnsi="Times New Roman" w:cs="Times New Roman"/>
                <w:sz w:val="24"/>
                <w:szCs w:val="24"/>
              </w:rPr>
              <w:t>4</w:t>
            </w:r>
          </w:p>
        </w:tc>
        <w:tc>
          <w:tcPr>
            <w:tcW w:w="3560" w:type="dxa"/>
          </w:tcPr>
          <w:p w:rsidR="000C7E7E" w:rsidRPr="000C7E7E" w:rsidRDefault="000C7E7E" w:rsidP="000C7E7E">
            <w:pPr>
              <w:jc w:val="both"/>
              <w:rPr>
                <w:rFonts w:ascii="Times New Roman" w:eastAsia="Times New Roman" w:hAnsi="Times New Roman" w:cs="Times New Roman"/>
                <w:sz w:val="24"/>
                <w:szCs w:val="24"/>
                <w:lang w:val="ru-RU"/>
              </w:rPr>
            </w:pPr>
            <w:r w:rsidRPr="000C7E7E">
              <w:rPr>
                <w:rFonts w:ascii="Times New Roman" w:eastAsia="Times New Roman" w:hAnsi="Times New Roman" w:cs="Times New Roman"/>
                <w:sz w:val="24"/>
                <w:szCs w:val="24"/>
                <w:lang w:val="ru-RU"/>
              </w:rPr>
              <w:t>в</w:t>
            </w:r>
          </w:p>
        </w:tc>
        <w:tc>
          <w:tcPr>
            <w:tcW w:w="1843" w:type="dxa"/>
          </w:tcPr>
          <w:p w:rsidR="000C7E7E" w:rsidRPr="000C7E7E" w:rsidRDefault="000C7E7E" w:rsidP="000C7E7E">
            <w:pPr>
              <w:jc w:val="center"/>
              <w:rPr>
                <w:rFonts w:ascii="Times New Roman" w:eastAsia="Times New Roman" w:hAnsi="Times New Roman" w:cs="Times New Roman"/>
                <w:sz w:val="24"/>
                <w:szCs w:val="24"/>
              </w:rPr>
            </w:pPr>
            <w:r w:rsidRPr="000C7E7E">
              <w:rPr>
                <w:rFonts w:ascii="Times New Roman" w:eastAsia="Times New Roman" w:hAnsi="Times New Roman" w:cs="Times New Roman"/>
                <w:sz w:val="24"/>
                <w:szCs w:val="24"/>
              </w:rPr>
              <w:t>1</w:t>
            </w:r>
          </w:p>
        </w:tc>
      </w:tr>
      <w:tr w:rsidR="000C7E7E" w:rsidRPr="000C7E7E" w:rsidTr="000C7E7E">
        <w:tc>
          <w:tcPr>
            <w:tcW w:w="1084" w:type="dxa"/>
          </w:tcPr>
          <w:p w:rsidR="000C7E7E" w:rsidRPr="000C7E7E" w:rsidRDefault="000C7E7E" w:rsidP="000C7E7E">
            <w:pPr>
              <w:jc w:val="center"/>
              <w:rPr>
                <w:rFonts w:ascii="Times New Roman" w:eastAsia="Times New Roman" w:hAnsi="Times New Roman" w:cs="Times New Roman"/>
                <w:sz w:val="24"/>
                <w:szCs w:val="24"/>
              </w:rPr>
            </w:pPr>
            <w:r w:rsidRPr="000C7E7E">
              <w:rPr>
                <w:rFonts w:ascii="Times New Roman" w:eastAsia="Times New Roman" w:hAnsi="Times New Roman" w:cs="Times New Roman"/>
                <w:sz w:val="24"/>
                <w:szCs w:val="24"/>
              </w:rPr>
              <w:t>5</w:t>
            </w:r>
          </w:p>
        </w:tc>
        <w:tc>
          <w:tcPr>
            <w:tcW w:w="3560" w:type="dxa"/>
          </w:tcPr>
          <w:p w:rsidR="000C7E7E" w:rsidRPr="000C7E7E" w:rsidRDefault="000C7E7E" w:rsidP="000C7E7E">
            <w:pPr>
              <w:jc w:val="both"/>
              <w:rPr>
                <w:rFonts w:ascii="Times New Roman" w:eastAsia="Times New Roman" w:hAnsi="Times New Roman" w:cs="Times New Roman"/>
                <w:sz w:val="24"/>
                <w:szCs w:val="24"/>
                <w:lang w:val="ru-RU"/>
              </w:rPr>
            </w:pPr>
            <w:r w:rsidRPr="000C7E7E">
              <w:rPr>
                <w:rFonts w:ascii="Times New Roman" w:eastAsia="Times New Roman" w:hAnsi="Times New Roman" w:cs="Times New Roman"/>
                <w:sz w:val="24"/>
                <w:szCs w:val="24"/>
                <w:lang w:val="ru-RU"/>
              </w:rPr>
              <w:t>а</w:t>
            </w:r>
          </w:p>
        </w:tc>
        <w:tc>
          <w:tcPr>
            <w:tcW w:w="1843" w:type="dxa"/>
          </w:tcPr>
          <w:p w:rsidR="000C7E7E" w:rsidRPr="000C7E7E" w:rsidRDefault="000C7E7E" w:rsidP="000C7E7E">
            <w:pPr>
              <w:jc w:val="center"/>
              <w:rPr>
                <w:rFonts w:ascii="Times New Roman" w:eastAsia="Times New Roman" w:hAnsi="Times New Roman" w:cs="Times New Roman"/>
                <w:sz w:val="24"/>
                <w:szCs w:val="24"/>
              </w:rPr>
            </w:pPr>
            <w:r w:rsidRPr="000C7E7E">
              <w:rPr>
                <w:rFonts w:ascii="Times New Roman" w:eastAsia="Times New Roman" w:hAnsi="Times New Roman" w:cs="Times New Roman"/>
                <w:sz w:val="24"/>
                <w:szCs w:val="24"/>
              </w:rPr>
              <w:t>1</w:t>
            </w:r>
          </w:p>
        </w:tc>
      </w:tr>
      <w:tr w:rsidR="000C7E7E" w:rsidRPr="000C7E7E" w:rsidTr="000C7E7E">
        <w:tc>
          <w:tcPr>
            <w:tcW w:w="1084" w:type="dxa"/>
          </w:tcPr>
          <w:p w:rsidR="000C7E7E" w:rsidRPr="000C7E7E" w:rsidRDefault="000C7E7E" w:rsidP="000C7E7E">
            <w:pPr>
              <w:jc w:val="center"/>
              <w:rPr>
                <w:rFonts w:ascii="Times New Roman" w:eastAsia="Times New Roman" w:hAnsi="Times New Roman" w:cs="Times New Roman"/>
                <w:sz w:val="24"/>
                <w:szCs w:val="24"/>
              </w:rPr>
            </w:pPr>
            <w:r w:rsidRPr="000C7E7E">
              <w:rPr>
                <w:rFonts w:ascii="Times New Roman" w:eastAsia="Times New Roman" w:hAnsi="Times New Roman" w:cs="Times New Roman"/>
                <w:sz w:val="24"/>
                <w:szCs w:val="24"/>
              </w:rPr>
              <w:t>6</w:t>
            </w:r>
          </w:p>
        </w:tc>
        <w:tc>
          <w:tcPr>
            <w:tcW w:w="3560" w:type="dxa"/>
          </w:tcPr>
          <w:p w:rsidR="000C7E7E" w:rsidRPr="000C7E7E" w:rsidRDefault="000C7E7E" w:rsidP="000C7E7E">
            <w:pPr>
              <w:jc w:val="both"/>
              <w:rPr>
                <w:rFonts w:ascii="Times New Roman" w:eastAsia="Times New Roman" w:hAnsi="Times New Roman" w:cs="Times New Roman"/>
                <w:sz w:val="24"/>
                <w:szCs w:val="24"/>
                <w:lang w:val="ru-RU"/>
              </w:rPr>
            </w:pPr>
            <w:r w:rsidRPr="000C7E7E">
              <w:rPr>
                <w:rFonts w:ascii="Times New Roman" w:eastAsia="Times New Roman" w:hAnsi="Times New Roman" w:cs="Times New Roman"/>
                <w:sz w:val="24"/>
                <w:szCs w:val="24"/>
                <w:lang w:val="ru-RU"/>
              </w:rPr>
              <w:t>б</w:t>
            </w:r>
          </w:p>
        </w:tc>
        <w:tc>
          <w:tcPr>
            <w:tcW w:w="1843" w:type="dxa"/>
          </w:tcPr>
          <w:p w:rsidR="000C7E7E" w:rsidRPr="000C7E7E" w:rsidRDefault="000C7E7E" w:rsidP="000C7E7E">
            <w:pPr>
              <w:jc w:val="center"/>
              <w:rPr>
                <w:rFonts w:ascii="Times New Roman" w:eastAsia="Times New Roman" w:hAnsi="Times New Roman" w:cs="Times New Roman"/>
                <w:sz w:val="24"/>
                <w:szCs w:val="24"/>
              </w:rPr>
            </w:pPr>
            <w:r w:rsidRPr="000C7E7E">
              <w:rPr>
                <w:rFonts w:ascii="Times New Roman" w:eastAsia="Times New Roman" w:hAnsi="Times New Roman" w:cs="Times New Roman"/>
                <w:sz w:val="24"/>
                <w:szCs w:val="24"/>
              </w:rPr>
              <w:t>1</w:t>
            </w:r>
          </w:p>
        </w:tc>
      </w:tr>
    </w:tbl>
    <w:p w:rsidR="000C7E7E" w:rsidRPr="000C7E7E" w:rsidRDefault="000C7E7E" w:rsidP="000C7E7E">
      <w:pPr>
        <w:spacing w:after="0" w:line="240" w:lineRule="auto"/>
        <w:rPr>
          <w:rFonts w:ascii="Times New Roman" w:eastAsia="Times New Roman" w:hAnsi="Times New Roman" w:cs="Times New Roman"/>
          <w:b/>
          <w:sz w:val="24"/>
          <w:szCs w:val="24"/>
          <w:lang w:val="ru-RU"/>
        </w:rPr>
      </w:pPr>
    </w:p>
    <w:tbl>
      <w:tblPr>
        <w:tblStyle w:val="a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40"/>
      </w:tblGrid>
      <w:tr w:rsidR="000C7E7E" w:rsidRPr="0046724E" w:rsidTr="000C7E7E">
        <w:tc>
          <w:tcPr>
            <w:tcW w:w="9640" w:type="dxa"/>
            <w:hideMark/>
          </w:tcPr>
          <w:p w:rsidR="000C7E7E" w:rsidRPr="000C7E7E" w:rsidRDefault="000C7E7E" w:rsidP="000C7E7E">
            <w:pPr>
              <w:jc w:val="center"/>
              <w:rPr>
                <w:rFonts w:ascii="Times New Roman" w:eastAsia="Times New Roman" w:hAnsi="Times New Roman" w:cs="Times New Roman"/>
                <w:b/>
                <w:sz w:val="24"/>
                <w:szCs w:val="24"/>
                <w:lang w:val="ru-RU"/>
              </w:rPr>
            </w:pPr>
            <w:r w:rsidRPr="000C7E7E">
              <w:rPr>
                <w:rFonts w:ascii="Times New Roman" w:eastAsia="Times New Roman" w:hAnsi="Times New Roman" w:cs="Times New Roman"/>
                <w:b/>
                <w:sz w:val="24"/>
                <w:szCs w:val="24"/>
                <w:lang w:val="ru-RU"/>
              </w:rPr>
              <w:t>Критерии оценивания.</w:t>
            </w:r>
          </w:p>
          <w:p w:rsidR="000C7E7E" w:rsidRPr="000C7E7E" w:rsidRDefault="000C7E7E" w:rsidP="000C7E7E">
            <w:pPr>
              <w:shd w:val="clear" w:color="auto" w:fill="FFFFFF"/>
              <w:jc w:val="both"/>
              <w:rPr>
                <w:rFonts w:ascii="Times New Roman" w:eastAsia="Times New Roman" w:hAnsi="Times New Roman" w:cs="Times New Roman"/>
                <w:sz w:val="24"/>
                <w:szCs w:val="24"/>
                <w:shd w:val="clear" w:color="auto" w:fill="FFFFFF"/>
                <w:lang w:val="ru-RU"/>
              </w:rPr>
            </w:pPr>
            <w:r w:rsidRPr="000C7E7E">
              <w:rPr>
                <w:rFonts w:ascii="Times New Roman" w:eastAsia="Times New Roman" w:hAnsi="Times New Roman" w:cs="Times New Roman"/>
                <w:sz w:val="24"/>
                <w:szCs w:val="24"/>
                <w:shd w:val="clear" w:color="auto" w:fill="FFFFFF"/>
                <w:lang w:val="ru-RU"/>
              </w:rPr>
              <w:t xml:space="preserve">Высокий  уровень - </w:t>
            </w:r>
            <w:r w:rsidRPr="000C7E7E">
              <w:rPr>
                <w:rFonts w:ascii="Times New Roman" w:eastAsia="Times New Roman" w:hAnsi="Times New Roman" w:cs="Times New Roman"/>
                <w:sz w:val="24"/>
                <w:szCs w:val="24"/>
                <w:lang w:val="ru-RU" w:bidi="en-US"/>
              </w:rPr>
              <w:t xml:space="preserve"> 6 баллов</w:t>
            </w:r>
          </w:p>
        </w:tc>
      </w:tr>
      <w:tr w:rsidR="000C7E7E" w:rsidRPr="000C7E7E" w:rsidTr="000C7E7E">
        <w:tc>
          <w:tcPr>
            <w:tcW w:w="9640" w:type="dxa"/>
            <w:hideMark/>
          </w:tcPr>
          <w:p w:rsidR="000C7E7E" w:rsidRPr="000C7E7E" w:rsidRDefault="000C7E7E" w:rsidP="000C7E7E">
            <w:pPr>
              <w:shd w:val="clear" w:color="auto" w:fill="FFFFFF"/>
              <w:jc w:val="both"/>
              <w:rPr>
                <w:rFonts w:ascii="Times New Roman" w:eastAsia="Times New Roman" w:hAnsi="Times New Roman" w:cs="Times New Roman"/>
                <w:sz w:val="24"/>
                <w:szCs w:val="24"/>
                <w:shd w:val="clear" w:color="auto" w:fill="FFFFFF"/>
              </w:rPr>
            </w:pPr>
            <w:r w:rsidRPr="000C7E7E">
              <w:rPr>
                <w:rFonts w:ascii="Times New Roman" w:eastAsia="Times New Roman" w:hAnsi="Times New Roman" w:cs="Times New Roman"/>
                <w:sz w:val="24"/>
                <w:szCs w:val="24"/>
                <w:shd w:val="clear" w:color="auto" w:fill="FFFFFF"/>
                <w:lang w:val="ru-RU"/>
              </w:rPr>
              <w:t>Средний уро</w:t>
            </w:r>
            <w:r w:rsidRPr="000C7E7E">
              <w:rPr>
                <w:rFonts w:ascii="Times New Roman" w:eastAsia="Times New Roman" w:hAnsi="Times New Roman" w:cs="Times New Roman"/>
                <w:sz w:val="24"/>
                <w:szCs w:val="24"/>
                <w:shd w:val="clear" w:color="auto" w:fill="FFFFFF"/>
              </w:rPr>
              <w:t xml:space="preserve">вень - </w:t>
            </w:r>
            <w:r w:rsidRPr="000C7E7E">
              <w:rPr>
                <w:rFonts w:ascii="Times New Roman" w:eastAsia="Times New Roman" w:hAnsi="Times New Roman" w:cs="Times New Roman"/>
                <w:color w:val="000000"/>
                <w:sz w:val="24"/>
                <w:szCs w:val="24"/>
              </w:rPr>
              <w:t xml:space="preserve"> 4 – 5 баллов</w:t>
            </w:r>
          </w:p>
        </w:tc>
      </w:tr>
      <w:tr w:rsidR="000C7E7E" w:rsidRPr="000C7E7E" w:rsidTr="000C7E7E">
        <w:tc>
          <w:tcPr>
            <w:tcW w:w="9640" w:type="dxa"/>
            <w:hideMark/>
          </w:tcPr>
          <w:p w:rsidR="000C7E7E" w:rsidRPr="000C7E7E" w:rsidRDefault="000C7E7E" w:rsidP="000C7E7E">
            <w:pPr>
              <w:shd w:val="clear" w:color="auto" w:fill="FFFFFF"/>
              <w:jc w:val="both"/>
              <w:rPr>
                <w:rFonts w:ascii="Times New Roman" w:eastAsia="Times New Roman" w:hAnsi="Times New Roman" w:cs="Times New Roman"/>
                <w:sz w:val="24"/>
                <w:szCs w:val="24"/>
                <w:shd w:val="clear" w:color="auto" w:fill="FFFFFF"/>
              </w:rPr>
            </w:pPr>
            <w:r w:rsidRPr="000C7E7E">
              <w:rPr>
                <w:rFonts w:ascii="Times New Roman" w:eastAsia="Times New Roman" w:hAnsi="Times New Roman" w:cs="Times New Roman"/>
                <w:sz w:val="24"/>
                <w:szCs w:val="24"/>
                <w:shd w:val="clear" w:color="auto" w:fill="FFFFFF"/>
              </w:rPr>
              <w:t xml:space="preserve">Базовый   уровень - </w:t>
            </w:r>
            <w:r w:rsidRPr="000C7E7E">
              <w:rPr>
                <w:rFonts w:ascii="Times New Roman" w:eastAsia="Times New Roman" w:hAnsi="Times New Roman" w:cs="Times New Roman"/>
                <w:color w:val="000000"/>
                <w:sz w:val="24"/>
                <w:szCs w:val="24"/>
              </w:rPr>
              <w:t>2 – 3 балла</w:t>
            </w:r>
          </w:p>
        </w:tc>
      </w:tr>
      <w:tr w:rsidR="000C7E7E" w:rsidRPr="000C7E7E" w:rsidTr="000C7E7E">
        <w:tc>
          <w:tcPr>
            <w:tcW w:w="9640" w:type="dxa"/>
            <w:hideMark/>
          </w:tcPr>
          <w:p w:rsidR="000C7E7E" w:rsidRPr="000C7E7E" w:rsidRDefault="000C7E7E" w:rsidP="000C7E7E">
            <w:pPr>
              <w:shd w:val="clear" w:color="auto" w:fill="FFFFFF"/>
              <w:jc w:val="both"/>
              <w:rPr>
                <w:rFonts w:ascii="Times New Roman" w:eastAsia="Times New Roman" w:hAnsi="Times New Roman" w:cs="Times New Roman"/>
                <w:sz w:val="24"/>
                <w:szCs w:val="24"/>
                <w:u w:val="single"/>
                <w:shd w:val="clear" w:color="auto" w:fill="FFFFFF"/>
              </w:rPr>
            </w:pPr>
            <w:r w:rsidRPr="000C7E7E">
              <w:rPr>
                <w:rFonts w:ascii="Times New Roman" w:eastAsia="Times New Roman" w:hAnsi="Times New Roman" w:cs="Times New Roman"/>
                <w:sz w:val="24"/>
                <w:szCs w:val="24"/>
                <w:shd w:val="clear" w:color="auto" w:fill="FFFFFF"/>
              </w:rPr>
              <w:t>Низкий уровень – 0-</w:t>
            </w:r>
            <w:r w:rsidRPr="000C7E7E">
              <w:rPr>
                <w:rFonts w:ascii="Times New Roman" w:eastAsia="Times New Roman" w:hAnsi="Times New Roman" w:cs="Times New Roman"/>
                <w:sz w:val="24"/>
                <w:szCs w:val="24"/>
                <w:shd w:val="clear" w:color="auto" w:fill="FFFFFF"/>
                <w:lang w:val="ru-RU"/>
              </w:rPr>
              <w:t xml:space="preserve"> 1</w:t>
            </w:r>
            <w:r w:rsidRPr="000C7E7E">
              <w:rPr>
                <w:rFonts w:ascii="Times New Roman" w:eastAsia="Times New Roman" w:hAnsi="Times New Roman" w:cs="Times New Roman"/>
                <w:sz w:val="24"/>
                <w:szCs w:val="24"/>
                <w:shd w:val="clear" w:color="auto" w:fill="FFFFFF"/>
              </w:rPr>
              <w:t xml:space="preserve"> балл</w:t>
            </w:r>
          </w:p>
        </w:tc>
      </w:tr>
    </w:tbl>
    <w:p w:rsidR="000C7E7E" w:rsidRPr="000C7E7E" w:rsidRDefault="000C7E7E" w:rsidP="000C7E7E">
      <w:pPr>
        <w:tabs>
          <w:tab w:val="left" w:pos="3528"/>
        </w:tabs>
        <w:spacing w:after="0" w:line="240" w:lineRule="auto"/>
        <w:ind w:left="360"/>
        <w:contextualSpacing/>
        <w:rPr>
          <w:rFonts w:ascii="Times New Roman" w:eastAsia="Times New Roman" w:hAnsi="Times New Roman" w:cs="Times New Roman"/>
          <w:sz w:val="24"/>
          <w:szCs w:val="24"/>
          <w:lang w:val="ru-RU"/>
        </w:rPr>
      </w:pPr>
    </w:p>
    <w:p w:rsidR="000C7E7E" w:rsidRPr="000C7E7E" w:rsidRDefault="000C7E7E" w:rsidP="00C73CE5">
      <w:pPr>
        <w:spacing w:after="200" w:line="276" w:lineRule="auto"/>
        <w:rPr>
          <w:rFonts w:ascii="Times New Roman" w:eastAsia="Times New Roman" w:hAnsi="Times New Roman" w:cs="Times New Roman"/>
          <w:b/>
          <w:color w:val="262626"/>
          <w:sz w:val="24"/>
          <w:szCs w:val="24"/>
          <w:lang w:val="ru-RU" w:eastAsia="ru-RU"/>
        </w:rPr>
      </w:pPr>
    </w:p>
    <w:p w:rsidR="000C7E7E" w:rsidRPr="000C7E7E" w:rsidRDefault="000C7E7E" w:rsidP="000C7E7E">
      <w:pPr>
        <w:spacing w:after="200" w:line="276" w:lineRule="auto"/>
        <w:jc w:val="center"/>
        <w:rPr>
          <w:rFonts w:ascii="Times New Roman" w:eastAsia="Times New Roman" w:hAnsi="Times New Roman" w:cs="Times New Roman"/>
          <w:b/>
          <w:color w:val="262626"/>
          <w:sz w:val="24"/>
          <w:szCs w:val="24"/>
          <w:lang w:val="ru-RU" w:eastAsia="ru-RU"/>
        </w:rPr>
      </w:pPr>
      <w:r w:rsidRPr="000C7E7E">
        <w:rPr>
          <w:rFonts w:ascii="Times New Roman" w:eastAsia="Times New Roman" w:hAnsi="Times New Roman" w:cs="Times New Roman"/>
          <w:b/>
          <w:color w:val="262626"/>
          <w:sz w:val="24"/>
          <w:szCs w:val="24"/>
          <w:lang w:val="ru-RU" w:eastAsia="ru-RU"/>
        </w:rPr>
        <w:t>Контрольная работа за 1 полугодие.</w:t>
      </w:r>
    </w:p>
    <w:p w:rsidR="000C7E7E" w:rsidRPr="000C7E7E" w:rsidRDefault="000C7E7E" w:rsidP="000C7E7E">
      <w:pPr>
        <w:autoSpaceDE w:val="0"/>
        <w:autoSpaceDN w:val="0"/>
        <w:adjustRightInd w:val="0"/>
        <w:spacing w:after="0" w:line="240" w:lineRule="auto"/>
        <w:ind w:left="-284"/>
        <w:rPr>
          <w:rFonts w:ascii="Times New Roman" w:eastAsia="Calibri" w:hAnsi="Times New Roman" w:cs="Times New Roman"/>
          <w:bCs/>
          <w:color w:val="000000"/>
          <w:sz w:val="24"/>
          <w:szCs w:val="24"/>
          <w:lang w:val="ru-RU"/>
        </w:rPr>
      </w:pPr>
      <w:r w:rsidRPr="000C7E7E">
        <w:rPr>
          <w:rFonts w:ascii="Times New Roman" w:eastAsia="Calibri" w:hAnsi="Times New Roman" w:cs="Times New Roman"/>
          <w:bCs/>
          <w:color w:val="000000"/>
          <w:sz w:val="24"/>
          <w:szCs w:val="24"/>
          <w:lang w:val="ru-RU"/>
        </w:rPr>
        <w:t xml:space="preserve">Цель — оценка уровня планируемых предметных и метапредметных результатов.  </w:t>
      </w:r>
    </w:p>
    <w:p w:rsidR="000C7E7E" w:rsidRPr="000C7E7E" w:rsidRDefault="000C7E7E" w:rsidP="000C7E7E">
      <w:pPr>
        <w:autoSpaceDE w:val="0"/>
        <w:autoSpaceDN w:val="0"/>
        <w:adjustRightInd w:val="0"/>
        <w:spacing w:after="0" w:line="240" w:lineRule="auto"/>
        <w:ind w:left="-1134"/>
        <w:rPr>
          <w:rFonts w:ascii="Times New Roman" w:eastAsia="Calibri" w:hAnsi="Times New Roman" w:cs="Times New Roman"/>
          <w:b/>
          <w:bCs/>
          <w:color w:val="000000"/>
          <w:sz w:val="24"/>
          <w:szCs w:val="24"/>
          <w:lang w:val="ru-RU"/>
        </w:rPr>
      </w:pPr>
    </w:p>
    <w:p w:rsidR="000C7E7E" w:rsidRPr="000C7E7E" w:rsidRDefault="000C7E7E" w:rsidP="000C7E7E">
      <w:pPr>
        <w:autoSpaceDE w:val="0"/>
        <w:autoSpaceDN w:val="0"/>
        <w:adjustRightInd w:val="0"/>
        <w:spacing w:after="0" w:line="240" w:lineRule="auto"/>
        <w:ind w:left="-1134"/>
        <w:rPr>
          <w:rFonts w:ascii="Times New Roman" w:eastAsia="Calibri" w:hAnsi="Times New Roman" w:cs="Times New Roman"/>
          <w:bCs/>
          <w:color w:val="000000"/>
          <w:sz w:val="24"/>
          <w:szCs w:val="24"/>
          <w:lang w:val="ru-RU"/>
        </w:rPr>
      </w:pPr>
      <w:r w:rsidRPr="000C7E7E">
        <w:rPr>
          <w:rFonts w:ascii="Times New Roman" w:eastAsia="Calibri" w:hAnsi="Times New Roman" w:cs="Times New Roman"/>
          <w:bCs/>
          <w:color w:val="000000"/>
          <w:sz w:val="24"/>
          <w:szCs w:val="24"/>
          <w:lang w:val="ru-RU"/>
        </w:rPr>
        <w:t>Структура и характеристика заданий:</w:t>
      </w:r>
    </w:p>
    <w:p w:rsidR="000C7E7E" w:rsidRPr="000C7E7E" w:rsidRDefault="000C7E7E" w:rsidP="000C7E7E">
      <w:pPr>
        <w:autoSpaceDE w:val="0"/>
        <w:autoSpaceDN w:val="0"/>
        <w:adjustRightInd w:val="0"/>
        <w:spacing w:after="0" w:line="240" w:lineRule="auto"/>
        <w:rPr>
          <w:rFonts w:ascii="Times New Roman" w:eastAsia="Calibri" w:hAnsi="Times New Roman" w:cs="Times New Roman"/>
          <w:b/>
          <w:bCs/>
          <w:color w:val="000000"/>
          <w:sz w:val="24"/>
          <w:szCs w:val="24"/>
          <w:lang w:val="ru-RU"/>
        </w:rPr>
      </w:pPr>
    </w:p>
    <w:tbl>
      <w:tblPr>
        <w:tblStyle w:val="13"/>
        <w:tblW w:w="0" w:type="auto"/>
        <w:tblInd w:w="-318" w:type="dxa"/>
        <w:tblLook w:val="04A0"/>
      </w:tblPr>
      <w:tblGrid>
        <w:gridCol w:w="629"/>
        <w:gridCol w:w="2207"/>
        <w:gridCol w:w="3119"/>
        <w:gridCol w:w="3934"/>
      </w:tblGrid>
      <w:tr w:rsidR="000C7E7E" w:rsidRPr="000C7E7E" w:rsidTr="000C7E7E">
        <w:tc>
          <w:tcPr>
            <w:tcW w:w="629"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 xml:space="preserve">№ </w:t>
            </w:r>
          </w:p>
        </w:tc>
        <w:tc>
          <w:tcPr>
            <w:tcW w:w="2207" w:type="dxa"/>
          </w:tcPr>
          <w:p w:rsidR="000C7E7E" w:rsidRPr="000C7E7E" w:rsidRDefault="000C7E7E" w:rsidP="000C7E7E">
            <w:pPr>
              <w:autoSpaceDE w:val="0"/>
              <w:autoSpaceDN w:val="0"/>
              <w:adjustRightInd w:val="0"/>
              <w:jc w:val="center"/>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Раздел «Человек и природа»</w:t>
            </w:r>
          </w:p>
        </w:tc>
        <w:tc>
          <w:tcPr>
            <w:tcW w:w="3119" w:type="dxa"/>
          </w:tcPr>
          <w:p w:rsidR="000C7E7E" w:rsidRPr="000C7E7E" w:rsidRDefault="000C7E7E" w:rsidP="000C7E7E">
            <w:pPr>
              <w:autoSpaceDE w:val="0"/>
              <w:autoSpaceDN w:val="0"/>
              <w:adjustRightInd w:val="0"/>
              <w:jc w:val="center"/>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 xml:space="preserve">Проверяемое умение </w:t>
            </w:r>
          </w:p>
        </w:tc>
        <w:tc>
          <w:tcPr>
            <w:tcW w:w="3934" w:type="dxa"/>
          </w:tcPr>
          <w:p w:rsidR="000C7E7E" w:rsidRPr="000C7E7E" w:rsidRDefault="000C7E7E" w:rsidP="000C7E7E">
            <w:pPr>
              <w:autoSpaceDE w:val="0"/>
              <w:autoSpaceDN w:val="0"/>
              <w:adjustRightInd w:val="0"/>
              <w:jc w:val="center"/>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Метапредметные УУД</w:t>
            </w:r>
          </w:p>
        </w:tc>
      </w:tr>
      <w:tr w:rsidR="000C7E7E" w:rsidRPr="0046724E" w:rsidTr="000C7E7E">
        <w:tc>
          <w:tcPr>
            <w:tcW w:w="629"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1</w:t>
            </w:r>
          </w:p>
        </w:tc>
        <w:tc>
          <w:tcPr>
            <w:tcW w:w="2207"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Что и кто?</w:t>
            </w:r>
          </w:p>
        </w:tc>
        <w:tc>
          <w:tcPr>
            <w:tcW w:w="3119"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Знание столицы нашей Родины.</w:t>
            </w:r>
          </w:p>
        </w:tc>
        <w:tc>
          <w:tcPr>
            <w:tcW w:w="3934"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
                <w:bCs/>
                <w:color w:val="000000"/>
                <w:sz w:val="24"/>
                <w:szCs w:val="24"/>
              </w:rPr>
              <w:t>Регулятивные:</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определять последовательность выполнения задания.</w:t>
            </w:r>
          </w:p>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Познавательные:</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понимать информацию, представленную в виде текста, рисунков, схем.</w:t>
            </w:r>
          </w:p>
        </w:tc>
      </w:tr>
      <w:tr w:rsidR="000C7E7E" w:rsidRPr="0046724E" w:rsidTr="000C7E7E">
        <w:tc>
          <w:tcPr>
            <w:tcW w:w="629"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 xml:space="preserve">2  </w:t>
            </w:r>
          </w:p>
        </w:tc>
        <w:tc>
          <w:tcPr>
            <w:tcW w:w="2207"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Что и кто?</w:t>
            </w:r>
          </w:p>
        </w:tc>
        <w:tc>
          <w:tcPr>
            <w:tcW w:w="3119"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Умение узнавать изученные объекты живой и неживой природы. Понятие «Солнце» знание отличительных особенностей.</w:t>
            </w:r>
          </w:p>
        </w:tc>
        <w:tc>
          <w:tcPr>
            <w:tcW w:w="3934"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 xml:space="preserve">Регулятивные: </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определять последовательность выполнения задания.</w:t>
            </w:r>
          </w:p>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Познавательные:</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понимать информацию, представленную в виде текста, рисунков, схем.</w:t>
            </w:r>
          </w:p>
        </w:tc>
      </w:tr>
      <w:tr w:rsidR="000C7E7E" w:rsidRPr="0046724E" w:rsidTr="000C7E7E">
        <w:tc>
          <w:tcPr>
            <w:tcW w:w="629"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 xml:space="preserve">3 </w:t>
            </w:r>
          </w:p>
        </w:tc>
        <w:tc>
          <w:tcPr>
            <w:tcW w:w="2207"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Что и кто?</w:t>
            </w:r>
          </w:p>
        </w:tc>
        <w:tc>
          <w:tcPr>
            <w:tcW w:w="3119"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Умение соотносить изученные природные объекты и явления с их описаниями или характерными свойствами.</w:t>
            </w:r>
          </w:p>
        </w:tc>
        <w:tc>
          <w:tcPr>
            <w:tcW w:w="3934"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
                <w:bCs/>
                <w:color w:val="000000"/>
                <w:sz w:val="24"/>
                <w:szCs w:val="24"/>
              </w:rPr>
              <w:t>Регулятивные:</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определять последовательность выполнения задания.</w:t>
            </w:r>
          </w:p>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Познавательные:</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понимать информацию, представленную в виде текста, рисунков, схем.</w:t>
            </w:r>
          </w:p>
        </w:tc>
      </w:tr>
      <w:tr w:rsidR="000C7E7E" w:rsidRPr="000C7E7E" w:rsidTr="000C7E7E">
        <w:tc>
          <w:tcPr>
            <w:tcW w:w="629"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 xml:space="preserve">4 </w:t>
            </w:r>
          </w:p>
        </w:tc>
        <w:tc>
          <w:tcPr>
            <w:tcW w:w="2207"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Что и кто?</w:t>
            </w:r>
          </w:p>
        </w:tc>
        <w:tc>
          <w:tcPr>
            <w:tcW w:w="3119"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Умение различать характерные свойства изученных объектов и явлений живой и не живой природы по их названию.</w:t>
            </w:r>
          </w:p>
        </w:tc>
        <w:tc>
          <w:tcPr>
            <w:tcW w:w="3934"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
                <w:bCs/>
                <w:color w:val="000000"/>
                <w:sz w:val="24"/>
                <w:szCs w:val="24"/>
              </w:rPr>
              <w:t>Регулятивные:</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определять последовательность выполнения задания.</w:t>
            </w:r>
          </w:p>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Познавательные:</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p>
        </w:tc>
      </w:tr>
      <w:tr w:rsidR="000C7E7E" w:rsidRPr="0046724E" w:rsidTr="000C7E7E">
        <w:tc>
          <w:tcPr>
            <w:tcW w:w="629"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 xml:space="preserve">5 </w:t>
            </w:r>
          </w:p>
        </w:tc>
        <w:tc>
          <w:tcPr>
            <w:tcW w:w="2207"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Что и кто?</w:t>
            </w:r>
          </w:p>
        </w:tc>
        <w:tc>
          <w:tcPr>
            <w:tcW w:w="3119"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 xml:space="preserve">Умениеразличать изученные объекты живой и не живой природы по рисунку. </w:t>
            </w:r>
          </w:p>
        </w:tc>
        <w:tc>
          <w:tcPr>
            <w:tcW w:w="3934"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 xml:space="preserve">Регулятивные: </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определять последовательность выполнения задания.</w:t>
            </w:r>
          </w:p>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Познавательные:</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сравнивать предметы, объекты: находить общее и различие; понимать информацию, представленную в виде текста, рисунков, схем.</w:t>
            </w:r>
          </w:p>
        </w:tc>
      </w:tr>
      <w:tr w:rsidR="000C7E7E" w:rsidRPr="0046724E" w:rsidTr="000C7E7E">
        <w:tc>
          <w:tcPr>
            <w:tcW w:w="629"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 xml:space="preserve">6 </w:t>
            </w:r>
          </w:p>
        </w:tc>
        <w:tc>
          <w:tcPr>
            <w:tcW w:w="2207"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Что и кто?</w:t>
            </w:r>
          </w:p>
        </w:tc>
        <w:tc>
          <w:tcPr>
            <w:tcW w:w="3119"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Умение различать лиственные и хвойные деревья.</w:t>
            </w:r>
          </w:p>
        </w:tc>
        <w:tc>
          <w:tcPr>
            <w:tcW w:w="3934"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
                <w:bCs/>
                <w:color w:val="000000"/>
                <w:sz w:val="24"/>
                <w:szCs w:val="24"/>
              </w:rPr>
              <w:t>Регулятивные:</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определять последовательность выполнения задания.</w:t>
            </w:r>
          </w:p>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Познавательные:</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понимать информацию, представленную в виде текста, рисунков, схем.</w:t>
            </w:r>
          </w:p>
        </w:tc>
      </w:tr>
      <w:tr w:rsidR="000C7E7E" w:rsidRPr="0046724E" w:rsidTr="000C7E7E">
        <w:tc>
          <w:tcPr>
            <w:tcW w:w="629"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 xml:space="preserve">7 </w:t>
            </w:r>
          </w:p>
        </w:tc>
        <w:tc>
          <w:tcPr>
            <w:tcW w:w="2207"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Что и кто?</w:t>
            </w:r>
          </w:p>
        </w:tc>
        <w:tc>
          <w:tcPr>
            <w:tcW w:w="3119"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Умение выделять основные существенные признаки изученных объектов и явлений живой и не живой природы по рисунку. Понятие «насекомое», умение определять вид животного.</w:t>
            </w:r>
          </w:p>
        </w:tc>
        <w:tc>
          <w:tcPr>
            <w:tcW w:w="3934"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 xml:space="preserve">Регулятивные: </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определять последовательность выполнения задания.</w:t>
            </w:r>
          </w:p>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Познавательные:</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сравнивать предметы, объекты: находить общее и различие;</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понимать информацию, представленную в виде текста, рисунков, схем.</w:t>
            </w:r>
          </w:p>
        </w:tc>
      </w:tr>
      <w:tr w:rsidR="000C7E7E" w:rsidRPr="0046724E" w:rsidTr="000C7E7E">
        <w:tc>
          <w:tcPr>
            <w:tcW w:w="629"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8</w:t>
            </w:r>
          </w:p>
        </w:tc>
        <w:tc>
          <w:tcPr>
            <w:tcW w:w="2207"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Что и кто?</w:t>
            </w:r>
          </w:p>
        </w:tc>
        <w:tc>
          <w:tcPr>
            <w:tcW w:w="3119"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Умение выделять основные существенные признаки изученных объектов и явлений живой и не живой природы. Понятие «рыбы», знание отличительных особенностей.</w:t>
            </w:r>
          </w:p>
        </w:tc>
        <w:tc>
          <w:tcPr>
            <w:tcW w:w="3934"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 xml:space="preserve">Регулятивные: </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определять последовательность выполнения задания.</w:t>
            </w:r>
          </w:p>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Познавательные:</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Сравнивать предметы, объекты: находить общее и различие.</w:t>
            </w:r>
          </w:p>
        </w:tc>
      </w:tr>
      <w:tr w:rsidR="000C7E7E" w:rsidRPr="0046724E" w:rsidTr="000C7E7E">
        <w:tc>
          <w:tcPr>
            <w:tcW w:w="629"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9</w:t>
            </w:r>
          </w:p>
        </w:tc>
        <w:tc>
          <w:tcPr>
            <w:tcW w:w="2207"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Что и кто?</w:t>
            </w:r>
          </w:p>
        </w:tc>
        <w:tc>
          <w:tcPr>
            <w:tcW w:w="3119"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Умение выделять основные существенные признаки изученных объектов и явлений живой и не живой природы по рисунку. Понятие «птицы», знание отличительных особенностей.</w:t>
            </w:r>
          </w:p>
        </w:tc>
        <w:tc>
          <w:tcPr>
            <w:tcW w:w="3934"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 xml:space="preserve">Регулятивные: </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определять последовательность выполнения задания.</w:t>
            </w:r>
          </w:p>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Познавательные:</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сравнивать предметы, объекты: находить общее и различие;</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понимать информацию, представленную в виде текста, рисунков, схем.</w:t>
            </w:r>
          </w:p>
        </w:tc>
      </w:tr>
      <w:tr w:rsidR="000C7E7E" w:rsidRPr="0046724E" w:rsidTr="000C7E7E">
        <w:tc>
          <w:tcPr>
            <w:tcW w:w="629"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10</w:t>
            </w:r>
          </w:p>
        </w:tc>
        <w:tc>
          <w:tcPr>
            <w:tcW w:w="2207"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Что и кто?</w:t>
            </w:r>
          </w:p>
        </w:tc>
        <w:tc>
          <w:tcPr>
            <w:tcW w:w="3119"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Умение выделять основные существенные признаки изученных объектов и явлений живой и не живой природы. Понятие «звери», знание отличительных особенностей.</w:t>
            </w:r>
          </w:p>
        </w:tc>
        <w:tc>
          <w:tcPr>
            <w:tcW w:w="3934"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 xml:space="preserve">Регулятивные: </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определять последовательность выполнения задания.</w:t>
            </w:r>
          </w:p>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Познавательные:</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сравнивать предметы, объекты: находить общее и различие.</w:t>
            </w:r>
          </w:p>
        </w:tc>
      </w:tr>
      <w:tr w:rsidR="000C7E7E" w:rsidRPr="0046724E" w:rsidTr="000C7E7E">
        <w:tc>
          <w:tcPr>
            <w:tcW w:w="629"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11</w:t>
            </w:r>
          </w:p>
        </w:tc>
        <w:tc>
          <w:tcPr>
            <w:tcW w:w="2207"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Что и кто?</w:t>
            </w:r>
          </w:p>
        </w:tc>
        <w:tc>
          <w:tcPr>
            <w:tcW w:w="3119"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Умения понимать необходимость соблюдения правил безопасного поведения. Знание правила перехода улицы.</w:t>
            </w:r>
          </w:p>
        </w:tc>
        <w:tc>
          <w:tcPr>
            <w:tcW w:w="3934"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 xml:space="preserve">Регулятивные: </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определять последовательность выполнения задания.</w:t>
            </w:r>
          </w:p>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Познавательные:</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сравнивать предметы, объекты: находить общее и различие.</w:t>
            </w:r>
          </w:p>
        </w:tc>
      </w:tr>
      <w:tr w:rsidR="000C7E7E" w:rsidRPr="0046724E" w:rsidTr="000C7E7E">
        <w:tc>
          <w:tcPr>
            <w:tcW w:w="629"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12</w:t>
            </w:r>
          </w:p>
        </w:tc>
        <w:tc>
          <w:tcPr>
            <w:tcW w:w="2207"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Как, откуда и куда?</w:t>
            </w:r>
          </w:p>
        </w:tc>
        <w:tc>
          <w:tcPr>
            <w:tcW w:w="3119"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Умения понимать необходимость соблюдения правил безопасного поведения. Знание правила пользования электроприборами.</w:t>
            </w:r>
          </w:p>
        </w:tc>
        <w:tc>
          <w:tcPr>
            <w:tcW w:w="3934"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 xml:space="preserve">Регулятивные: </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определять последовательность выполнения задания.</w:t>
            </w:r>
          </w:p>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Познавательные:</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сравнивать предметы, объекты: находить общее и различие.</w:t>
            </w:r>
          </w:p>
        </w:tc>
      </w:tr>
      <w:tr w:rsidR="000C7E7E" w:rsidRPr="0046724E" w:rsidTr="000C7E7E">
        <w:tc>
          <w:tcPr>
            <w:tcW w:w="629"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13</w:t>
            </w:r>
          </w:p>
        </w:tc>
        <w:tc>
          <w:tcPr>
            <w:tcW w:w="2207"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Как, откуда и куда?</w:t>
            </w:r>
          </w:p>
        </w:tc>
        <w:tc>
          <w:tcPr>
            <w:tcW w:w="3119"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Умение узнавать изученные объекты живой и неживой природы. Понятие «снег», знание отличительных особенностей.</w:t>
            </w:r>
          </w:p>
        </w:tc>
        <w:tc>
          <w:tcPr>
            <w:tcW w:w="3934"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 xml:space="preserve">Регулятивные: </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определять последовательность выполнения задания.</w:t>
            </w:r>
          </w:p>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Познавательные:</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сравнивать предметы, объекты: находить общее и различие.</w:t>
            </w:r>
          </w:p>
        </w:tc>
      </w:tr>
      <w:tr w:rsidR="000C7E7E" w:rsidRPr="0046724E" w:rsidTr="000C7E7E">
        <w:tc>
          <w:tcPr>
            <w:tcW w:w="629"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14</w:t>
            </w:r>
          </w:p>
        </w:tc>
        <w:tc>
          <w:tcPr>
            <w:tcW w:w="2207"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Как, откуда и куда?</w:t>
            </w:r>
          </w:p>
        </w:tc>
        <w:tc>
          <w:tcPr>
            <w:tcW w:w="3119"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Знание как помочь птицам зимой.</w:t>
            </w:r>
          </w:p>
        </w:tc>
        <w:tc>
          <w:tcPr>
            <w:tcW w:w="3934"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 xml:space="preserve">Регулятивные: </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определять последовательность выполнения задания.</w:t>
            </w:r>
          </w:p>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Познавательные:</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сравнивать предметы, объекты: находить общее и различие.</w:t>
            </w:r>
          </w:p>
        </w:tc>
      </w:tr>
      <w:tr w:rsidR="000C7E7E" w:rsidRPr="0046724E" w:rsidTr="000C7E7E">
        <w:tc>
          <w:tcPr>
            <w:tcW w:w="629"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15*</w:t>
            </w:r>
          </w:p>
        </w:tc>
        <w:tc>
          <w:tcPr>
            <w:tcW w:w="2207"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Что и кто?</w:t>
            </w:r>
          </w:p>
        </w:tc>
        <w:tc>
          <w:tcPr>
            <w:tcW w:w="3119"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Умение проводить простейшую классификацию изученных объектов природы на основе внешних признаков или известных характерных свойств.</w:t>
            </w:r>
          </w:p>
        </w:tc>
        <w:tc>
          <w:tcPr>
            <w:tcW w:w="3934" w:type="dxa"/>
          </w:tcPr>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 xml:space="preserve">Регулятивные: </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определять последовательность выполнения задания.</w:t>
            </w:r>
          </w:p>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
                <w:bCs/>
                <w:color w:val="000000"/>
                <w:sz w:val="24"/>
                <w:szCs w:val="24"/>
              </w:rPr>
              <w:t>Познавательные:</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сравнивать предметы, объекты: находить общее и различие;</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понимать информацию, представленную в виде текста, рисунков, схем.</w:t>
            </w:r>
          </w:p>
        </w:tc>
      </w:tr>
    </w:tbl>
    <w:p w:rsidR="000C7E7E" w:rsidRPr="000C7E7E" w:rsidRDefault="000C7E7E" w:rsidP="00C73CE5">
      <w:pPr>
        <w:spacing w:before="100" w:beforeAutospacing="1" w:after="100" w:afterAutospacing="1" w:line="240" w:lineRule="auto"/>
        <w:rPr>
          <w:rFonts w:ascii="Times New Roman" w:eastAsia="Times New Roman" w:hAnsi="Times New Roman" w:cs="Times New Roman"/>
          <w:b/>
          <w:color w:val="000000"/>
          <w:sz w:val="24"/>
          <w:szCs w:val="24"/>
          <w:lang w:val="ru-RU" w:eastAsia="ru-RU"/>
        </w:rPr>
      </w:pPr>
    </w:p>
    <w:p w:rsidR="000C7E7E" w:rsidRPr="000C7E7E" w:rsidRDefault="000C7E7E" w:rsidP="000C7E7E">
      <w:pPr>
        <w:spacing w:before="100" w:beforeAutospacing="1" w:after="100" w:afterAutospacing="1" w:line="240" w:lineRule="auto"/>
        <w:rPr>
          <w:rFonts w:ascii="Times New Roman" w:eastAsia="Times New Roman" w:hAnsi="Times New Roman" w:cs="Times New Roman"/>
          <w:b/>
          <w:color w:val="000000"/>
          <w:sz w:val="24"/>
          <w:szCs w:val="24"/>
          <w:lang w:val="ru-RU" w:eastAsia="ru-RU"/>
        </w:rPr>
      </w:pPr>
      <w:r w:rsidRPr="000C7E7E">
        <w:rPr>
          <w:rFonts w:ascii="Times New Roman" w:eastAsia="Times New Roman" w:hAnsi="Times New Roman" w:cs="Times New Roman"/>
          <w:b/>
          <w:color w:val="000000"/>
          <w:sz w:val="24"/>
          <w:szCs w:val="24"/>
          <w:lang w:val="ru-RU" w:eastAsia="ru-RU"/>
        </w:rPr>
        <w:t>1. Укажи столицу нашей Родины.</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а) Санкт-Петербург</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б) Москва</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в) Самара</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г) Новгород</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b/>
          <w:color w:val="000000"/>
          <w:sz w:val="24"/>
          <w:szCs w:val="24"/>
          <w:lang w:val="ru-RU" w:eastAsia="ru-RU"/>
        </w:rPr>
      </w:pPr>
      <w:r w:rsidRPr="000C7E7E">
        <w:rPr>
          <w:rFonts w:ascii="Times New Roman" w:eastAsia="Times New Roman" w:hAnsi="Times New Roman" w:cs="Times New Roman"/>
          <w:b/>
          <w:color w:val="000000"/>
          <w:sz w:val="24"/>
          <w:szCs w:val="24"/>
          <w:lang w:val="ru-RU" w:eastAsia="ru-RU"/>
        </w:rPr>
        <w:t>2. Что такое Солнце?</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а) звезда</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б) планета</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в) комета</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г) спутник Земли</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b/>
          <w:color w:val="000000"/>
          <w:sz w:val="24"/>
          <w:szCs w:val="24"/>
          <w:lang w:val="ru-RU" w:eastAsia="ru-RU"/>
        </w:rPr>
      </w:pPr>
      <w:r w:rsidRPr="000C7E7E">
        <w:rPr>
          <w:rFonts w:ascii="Times New Roman" w:eastAsia="Times New Roman" w:hAnsi="Times New Roman" w:cs="Times New Roman"/>
          <w:b/>
          <w:color w:val="000000"/>
          <w:sz w:val="24"/>
          <w:szCs w:val="24"/>
          <w:lang w:val="ru-RU" w:eastAsia="ru-RU"/>
        </w:rPr>
        <w:t>3. Из чего делают мел?</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а) кварц</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б) известняк</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в) кремень</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г) гранит</w:t>
      </w:r>
    </w:p>
    <w:p w:rsidR="000C7E7E" w:rsidRPr="000C7E7E" w:rsidRDefault="000C7E7E" w:rsidP="000C7E7E">
      <w:pPr>
        <w:spacing w:after="200" w:line="276" w:lineRule="auto"/>
        <w:ind w:left="-1134"/>
        <w:rPr>
          <w:rFonts w:ascii="Times New Roman" w:eastAsia="Times New Roman" w:hAnsi="Times New Roman" w:cs="Times New Roman"/>
          <w:b/>
          <w:sz w:val="24"/>
          <w:szCs w:val="24"/>
          <w:lang w:val="ru-RU" w:eastAsia="ru-RU"/>
        </w:rPr>
      </w:pPr>
      <w:r w:rsidRPr="000C7E7E">
        <w:rPr>
          <w:rFonts w:ascii="Times New Roman" w:eastAsia="Times New Roman" w:hAnsi="Times New Roman" w:cs="Times New Roman"/>
          <w:b/>
          <w:sz w:val="24"/>
          <w:szCs w:val="24"/>
          <w:lang w:val="ru-RU" w:eastAsia="ru-RU"/>
        </w:rPr>
        <w:t xml:space="preserve">               4. На месте какой части у растения появляется плод?</w:t>
      </w:r>
    </w:p>
    <w:p w:rsidR="000C7E7E" w:rsidRPr="000C7E7E" w:rsidRDefault="000C7E7E" w:rsidP="000C7E7E">
      <w:pPr>
        <w:spacing w:after="200" w:line="276" w:lineRule="auto"/>
        <w:ind w:left="-851"/>
        <w:rPr>
          <w:rFonts w:ascii="Times New Roman" w:eastAsia="Times New Roman" w:hAnsi="Times New Roman" w:cs="Times New Roman"/>
          <w:sz w:val="24"/>
          <w:szCs w:val="24"/>
          <w:lang w:val="ru-RU" w:eastAsia="ru-RU"/>
        </w:rPr>
      </w:pPr>
      <w:r w:rsidRPr="000C7E7E">
        <w:rPr>
          <w:rFonts w:ascii="Times New Roman" w:eastAsia="Times New Roman" w:hAnsi="Times New Roman" w:cs="Times New Roman"/>
          <w:b/>
          <w:sz w:val="24"/>
          <w:szCs w:val="24"/>
          <w:lang w:val="ru-RU" w:eastAsia="ru-RU"/>
        </w:rPr>
        <w:tab/>
      </w:r>
      <w:r w:rsidRPr="000C7E7E">
        <w:rPr>
          <w:rFonts w:ascii="Times New Roman" w:eastAsia="Times New Roman" w:hAnsi="Times New Roman" w:cs="Times New Roman"/>
          <w:b/>
          <w:sz w:val="24"/>
          <w:szCs w:val="24"/>
          <w:lang w:val="ru-RU" w:eastAsia="ru-RU"/>
        </w:rPr>
        <w:tab/>
      </w:r>
      <w:r w:rsidRPr="000C7E7E">
        <w:rPr>
          <w:rFonts w:ascii="Times New Roman" w:eastAsia="Times New Roman" w:hAnsi="Times New Roman" w:cs="Times New Roman"/>
          <w:sz w:val="24"/>
          <w:szCs w:val="24"/>
          <w:lang w:val="ru-RU" w:eastAsia="ru-RU"/>
        </w:rPr>
        <w:t>а) стебля</w:t>
      </w:r>
    </w:p>
    <w:p w:rsidR="000C7E7E" w:rsidRPr="000C7E7E" w:rsidRDefault="000C7E7E" w:rsidP="000C7E7E">
      <w:pPr>
        <w:spacing w:after="200" w:line="276" w:lineRule="auto"/>
        <w:ind w:left="-851"/>
        <w:rPr>
          <w:rFonts w:ascii="Times New Roman" w:eastAsia="Times New Roman" w:hAnsi="Times New Roman" w:cs="Times New Roman"/>
          <w:sz w:val="24"/>
          <w:szCs w:val="24"/>
          <w:lang w:val="ru-RU" w:eastAsia="ru-RU"/>
        </w:rPr>
      </w:pPr>
      <w:r w:rsidRPr="000C7E7E">
        <w:rPr>
          <w:rFonts w:ascii="Times New Roman" w:eastAsia="Times New Roman" w:hAnsi="Times New Roman" w:cs="Times New Roman"/>
          <w:sz w:val="24"/>
          <w:szCs w:val="24"/>
          <w:lang w:val="ru-RU" w:eastAsia="ru-RU"/>
        </w:rPr>
        <w:tab/>
      </w:r>
      <w:r w:rsidRPr="000C7E7E">
        <w:rPr>
          <w:rFonts w:ascii="Times New Roman" w:eastAsia="Times New Roman" w:hAnsi="Times New Roman" w:cs="Times New Roman"/>
          <w:sz w:val="24"/>
          <w:szCs w:val="24"/>
          <w:lang w:val="ru-RU" w:eastAsia="ru-RU"/>
        </w:rPr>
        <w:tab/>
        <w:t>б) листа</w:t>
      </w:r>
    </w:p>
    <w:p w:rsidR="000C7E7E" w:rsidRPr="000C7E7E" w:rsidRDefault="000C7E7E" w:rsidP="000C7E7E">
      <w:pPr>
        <w:spacing w:after="200" w:line="276" w:lineRule="auto"/>
        <w:ind w:left="-851"/>
        <w:rPr>
          <w:rFonts w:ascii="Times New Roman" w:eastAsia="Times New Roman" w:hAnsi="Times New Roman" w:cs="Times New Roman"/>
          <w:sz w:val="24"/>
          <w:szCs w:val="24"/>
          <w:lang w:val="ru-RU" w:eastAsia="ru-RU"/>
        </w:rPr>
      </w:pPr>
      <w:r w:rsidRPr="000C7E7E">
        <w:rPr>
          <w:rFonts w:ascii="Times New Roman" w:eastAsia="Times New Roman" w:hAnsi="Times New Roman" w:cs="Times New Roman"/>
          <w:sz w:val="24"/>
          <w:szCs w:val="24"/>
          <w:lang w:val="ru-RU" w:eastAsia="ru-RU"/>
        </w:rPr>
        <w:tab/>
      </w:r>
      <w:r w:rsidRPr="000C7E7E">
        <w:rPr>
          <w:rFonts w:ascii="Times New Roman" w:eastAsia="Times New Roman" w:hAnsi="Times New Roman" w:cs="Times New Roman"/>
          <w:sz w:val="24"/>
          <w:szCs w:val="24"/>
          <w:lang w:val="ru-RU" w:eastAsia="ru-RU"/>
        </w:rPr>
        <w:tab/>
        <w:t>в) цветка</w:t>
      </w:r>
    </w:p>
    <w:p w:rsidR="000C7E7E" w:rsidRPr="000C7E7E" w:rsidRDefault="000C7E7E" w:rsidP="000C7E7E">
      <w:pPr>
        <w:spacing w:after="200" w:line="276" w:lineRule="auto"/>
        <w:rPr>
          <w:rFonts w:ascii="Times New Roman" w:eastAsia="Times New Roman" w:hAnsi="Times New Roman" w:cs="Times New Roman"/>
          <w:b/>
          <w:sz w:val="24"/>
          <w:szCs w:val="24"/>
          <w:lang w:val="ru-RU" w:eastAsia="ru-RU"/>
        </w:rPr>
      </w:pPr>
      <w:r w:rsidRPr="000C7E7E">
        <w:rPr>
          <w:rFonts w:ascii="Times New Roman" w:eastAsia="Times New Roman" w:hAnsi="Times New Roman" w:cs="Times New Roman"/>
          <w:b/>
          <w:sz w:val="24"/>
          <w:szCs w:val="24"/>
          <w:lang w:val="ru-RU" w:eastAsia="ru-RU"/>
        </w:rPr>
        <w:t>5. С какого дерева этот лист?</w:t>
      </w:r>
    </w:p>
    <w:p w:rsidR="000C7E7E" w:rsidRPr="000C7E7E" w:rsidRDefault="000C7E7E" w:rsidP="000C7E7E">
      <w:pPr>
        <w:spacing w:after="200" w:line="276" w:lineRule="auto"/>
        <w:ind w:left="-284"/>
        <w:rPr>
          <w:rFonts w:ascii="Times New Roman" w:eastAsia="Times New Roman" w:hAnsi="Times New Roman" w:cs="Times New Roman"/>
          <w:sz w:val="24"/>
          <w:szCs w:val="24"/>
          <w:lang w:val="ru-RU" w:eastAsia="ru-RU"/>
        </w:rPr>
      </w:pPr>
      <w:r w:rsidRPr="000C7E7E">
        <w:rPr>
          <w:rFonts w:ascii="Times New Roman" w:eastAsia="Times New Roman" w:hAnsi="Times New Roman" w:cs="Times New Roman"/>
          <w:b/>
          <w:noProof/>
          <w:sz w:val="24"/>
          <w:szCs w:val="24"/>
          <w:lang w:val="ru-RU" w:eastAsia="ru-RU"/>
        </w:rPr>
        <w:drawing>
          <wp:inline distT="0" distB="0" distL="0" distR="0">
            <wp:extent cx="1485900" cy="1371600"/>
            <wp:effectExtent l="19050" t="0" r="0" b="0"/>
            <wp:docPr id="7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8" cstate="print"/>
                    <a:srcRect/>
                    <a:stretch>
                      <a:fillRect/>
                    </a:stretch>
                  </pic:blipFill>
                  <pic:spPr bwMode="auto">
                    <a:xfrm>
                      <a:off x="0" y="0"/>
                      <a:ext cx="1485900" cy="1371600"/>
                    </a:xfrm>
                    <a:prstGeom prst="rect">
                      <a:avLst/>
                    </a:prstGeom>
                    <a:noFill/>
                    <a:ln w="9525">
                      <a:noFill/>
                      <a:miter lim="800000"/>
                      <a:headEnd/>
                      <a:tailEnd/>
                    </a:ln>
                  </pic:spPr>
                </pic:pic>
              </a:graphicData>
            </a:graphic>
          </wp:inline>
        </w:drawing>
      </w:r>
    </w:p>
    <w:p w:rsidR="000C7E7E" w:rsidRPr="000C7E7E" w:rsidRDefault="000C7E7E" w:rsidP="000C7E7E">
      <w:pPr>
        <w:spacing w:after="200" w:line="276" w:lineRule="auto"/>
        <w:ind w:left="-284"/>
        <w:rPr>
          <w:rFonts w:ascii="Times New Roman" w:eastAsia="Times New Roman" w:hAnsi="Times New Roman" w:cs="Times New Roman"/>
          <w:sz w:val="24"/>
          <w:szCs w:val="24"/>
          <w:lang w:val="ru-RU" w:eastAsia="ru-RU"/>
        </w:rPr>
      </w:pPr>
      <w:r w:rsidRPr="000C7E7E">
        <w:rPr>
          <w:rFonts w:ascii="Times New Roman" w:eastAsia="Times New Roman" w:hAnsi="Times New Roman" w:cs="Times New Roman"/>
          <w:sz w:val="24"/>
          <w:szCs w:val="24"/>
          <w:lang w:val="ru-RU" w:eastAsia="ru-RU"/>
        </w:rPr>
        <w:t>а) клена</w:t>
      </w:r>
      <w:r w:rsidRPr="000C7E7E">
        <w:rPr>
          <w:rFonts w:ascii="Times New Roman" w:eastAsia="Times New Roman" w:hAnsi="Times New Roman" w:cs="Times New Roman"/>
          <w:sz w:val="24"/>
          <w:szCs w:val="24"/>
          <w:lang w:val="ru-RU" w:eastAsia="ru-RU"/>
        </w:rPr>
        <w:tab/>
      </w:r>
      <w:r w:rsidRPr="000C7E7E">
        <w:rPr>
          <w:rFonts w:ascii="Times New Roman" w:eastAsia="Times New Roman" w:hAnsi="Times New Roman" w:cs="Times New Roman"/>
          <w:sz w:val="24"/>
          <w:szCs w:val="24"/>
          <w:lang w:val="ru-RU" w:eastAsia="ru-RU"/>
        </w:rPr>
        <w:tab/>
      </w:r>
      <w:r w:rsidRPr="000C7E7E">
        <w:rPr>
          <w:rFonts w:ascii="Times New Roman" w:eastAsia="Times New Roman" w:hAnsi="Times New Roman" w:cs="Times New Roman"/>
          <w:sz w:val="24"/>
          <w:szCs w:val="24"/>
          <w:lang w:val="ru-RU" w:eastAsia="ru-RU"/>
        </w:rPr>
        <w:tab/>
        <w:t>б) березы</w:t>
      </w:r>
      <w:r w:rsidRPr="000C7E7E">
        <w:rPr>
          <w:rFonts w:ascii="Times New Roman" w:eastAsia="Times New Roman" w:hAnsi="Times New Roman" w:cs="Times New Roman"/>
          <w:sz w:val="24"/>
          <w:szCs w:val="24"/>
          <w:lang w:val="ru-RU" w:eastAsia="ru-RU"/>
        </w:rPr>
        <w:tab/>
      </w:r>
      <w:r w:rsidRPr="000C7E7E">
        <w:rPr>
          <w:rFonts w:ascii="Times New Roman" w:eastAsia="Times New Roman" w:hAnsi="Times New Roman" w:cs="Times New Roman"/>
          <w:sz w:val="24"/>
          <w:szCs w:val="24"/>
          <w:lang w:val="ru-RU" w:eastAsia="ru-RU"/>
        </w:rPr>
        <w:tab/>
        <w:t>в) рябины</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b/>
          <w:color w:val="000000"/>
          <w:sz w:val="24"/>
          <w:szCs w:val="24"/>
          <w:lang w:val="ru-RU" w:eastAsia="ru-RU"/>
        </w:rPr>
      </w:pPr>
      <w:r w:rsidRPr="000C7E7E">
        <w:rPr>
          <w:rFonts w:ascii="Times New Roman" w:eastAsia="Times New Roman" w:hAnsi="Times New Roman" w:cs="Times New Roman"/>
          <w:b/>
          <w:color w:val="000000"/>
          <w:sz w:val="24"/>
          <w:szCs w:val="24"/>
          <w:lang w:val="ru-RU" w:eastAsia="ru-RU"/>
        </w:rPr>
        <w:t>6. Какое дерево не является лиственным?</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А) клён</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Б) липа</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В) лиственница</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Г) берёза</w:t>
      </w:r>
    </w:p>
    <w:p w:rsidR="000C7E7E" w:rsidRPr="000C7E7E" w:rsidRDefault="000C7E7E" w:rsidP="000C7E7E">
      <w:pPr>
        <w:spacing w:after="200" w:line="276" w:lineRule="auto"/>
        <w:ind w:left="-1134"/>
        <w:rPr>
          <w:rFonts w:ascii="Times New Roman" w:eastAsia="Times New Roman" w:hAnsi="Times New Roman" w:cs="Times New Roman"/>
          <w:b/>
          <w:sz w:val="24"/>
          <w:szCs w:val="24"/>
          <w:lang w:val="ru-RU" w:eastAsia="ru-RU"/>
        </w:rPr>
      </w:pPr>
      <w:r w:rsidRPr="000C7E7E">
        <w:rPr>
          <w:rFonts w:ascii="Times New Roman" w:eastAsia="Times New Roman" w:hAnsi="Times New Roman" w:cs="Times New Roman"/>
          <w:b/>
          <w:sz w:val="24"/>
          <w:szCs w:val="24"/>
          <w:lang w:val="ru-RU" w:eastAsia="ru-RU"/>
        </w:rPr>
        <w:t xml:space="preserve">                  7. Кто не является насекомым?</w:t>
      </w:r>
    </w:p>
    <w:p w:rsidR="000C7E7E" w:rsidRPr="000C7E7E" w:rsidRDefault="000C7E7E" w:rsidP="000C7E7E">
      <w:pPr>
        <w:framePr w:h="1540" w:hRule="exact" w:hSpace="10080" w:vSpace="58" w:wrap="notBeside" w:vAnchor="text" w:hAnchor="page" w:x="1246" w:y="164"/>
        <w:spacing w:after="200" w:line="276" w:lineRule="auto"/>
        <w:rPr>
          <w:rFonts w:ascii="Times New Roman" w:eastAsia="Times New Roman" w:hAnsi="Times New Roman" w:cs="Times New Roman"/>
          <w:sz w:val="24"/>
          <w:szCs w:val="24"/>
          <w:lang w:val="ru-RU" w:eastAsia="ru-RU"/>
        </w:rPr>
      </w:pPr>
      <w:r w:rsidRPr="000C7E7E">
        <w:rPr>
          <w:rFonts w:ascii="Times New Roman" w:eastAsia="Times New Roman" w:hAnsi="Times New Roman" w:cs="Times New Roman"/>
          <w:noProof/>
          <w:sz w:val="24"/>
          <w:szCs w:val="24"/>
          <w:lang w:val="ru-RU" w:eastAsia="ru-RU"/>
        </w:rPr>
        <w:drawing>
          <wp:inline distT="0" distB="0" distL="0" distR="0">
            <wp:extent cx="923925" cy="854631"/>
            <wp:effectExtent l="0" t="0" r="0" b="317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9" cstate="print"/>
                    <a:srcRect/>
                    <a:stretch>
                      <a:fillRect/>
                    </a:stretch>
                  </pic:blipFill>
                  <pic:spPr bwMode="auto">
                    <a:xfrm>
                      <a:off x="0" y="0"/>
                      <a:ext cx="923925" cy="854631"/>
                    </a:xfrm>
                    <a:prstGeom prst="rect">
                      <a:avLst/>
                    </a:prstGeom>
                    <a:noFill/>
                    <a:ln w="9525">
                      <a:noFill/>
                      <a:miter lim="800000"/>
                      <a:headEnd/>
                      <a:tailEnd/>
                    </a:ln>
                  </pic:spPr>
                </pic:pic>
              </a:graphicData>
            </a:graphic>
          </wp:inline>
        </w:drawing>
      </w:r>
    </w:p>
    <w:p w:rsidR="000C7E7E" w:rsidRPr="000C7E7E" w:rsidRDefault="000C7E7E" w:rsidP="000C7E7E">
      <w:pPr>
        <w:framePr w:h="1785" w:hSpace="10080" w:vSpace="58" w:wrap="notBeside" w:vAnchor="text" w:hAnchor="page" w:x="4888" w:y="386"/>
        <w:spacing w:after="200" w:line="276" w:lineRule="auto"/>
        <w:rPr>
          <w:rFonts w:ascii="Times New Roman" w:eastAsia="Times New Roman" w:hAnsi="Times New Roman" w:cs="Times New Roman"/>
          <w:sz w:val="24"/>
          <w:szCs w:val="24"/>
          <w:lang w:val="ru-RU" w:eastAsia="ru-RU"/>
        </w:rPr>
      </w:pPr>
      <w:r w:rsidRPr="000C7E7E">
        <w:rPr>
          <w:rFonts w:ascii="Times New Roman" w:eastAsia="Times New Roman" w:hAnsi="Times New Roman" w:cs="Times New Roman"/>
          <w:noProof/>
          <w:sz w:val="24"/>
          <w:szCs w:val="24"/>
          <w:lang w:val="ru-RU" w:eastAsia="ru-RU"/>
        </w:rPr>
        <w:drawing>
          <wp:inline distT="0" distB="0" distL="0" distR="0">
            <wp:extent cx="1141491" cy="847725"/>
            <wp:effectExtent l="0" t="0" r="190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0" cstate="print"/>
                    <a:srcRect/>
                    <a:stretch>
                      <a:fillRect/>
                    </a:stretch>
                  </pic:blipFill>
                  <pic:spPr bwMode="auto">
                    <a:xfrm>
                      <a:off x="0" y="0"/>
                      <a:ext cx="1141491" cy="847725"/>
                    </a:xfrm>
                    <a:prstGeom prst="rect">
                      <a:avLst/>
                    </a:prstGeom>
                    <a:noFill/>
                    <a:ln w="9525">
                      <a:noFill/>
                      <a:miter lim="800000"/>
                      <a:headEnd/>
                      <a:tailEnd/>
                    </a:ln>
                  </pic:spPr>
                </pic:pic>
              </a:graphicData>
            </a:graphic>
          </wp:inline>
        </w:drawing>
      </w:r>
    </w:p>
    <w:p w:rsidR="000C7E7E" w:rsidRPr="000C7E7E" w:rsidRDefault="000C7E7E" w:rsidP="000C7E7E">
      <w:pPr>
        <w:framePr w:h="1507" w:hSpace="10080" w:vSpace="58" w:wrap="notBeside" w:vAnchor="text" w:hAnchor="page" w:x="8668" w:y="386"/>
        <w:spacing w:after="200" w:line="276" w:lineRule="auto"/>
        <w:rPr>
          <w:rFonts w:ascii="Times New Roman" w:eastAsia="Times New Roman" w:hAnsi="Times New Roman" w:cs="Times New Roman"/>
          <w:sz w:val="24"/>
          <w:szCs w:val="24"/>
          <w:lang w:val="ru-RU" w:eastAsia="ru-RU"/>
        </w:rPr>
      </w:pPr>
      <w:r w:rsidRPr="000C7E7E">
        <w:rPr>
          <w:rFonts w:ascii="Times New Roman" w:eastAsia="Times New Roman" w:hAnsi="Times New Roman" w:cs="Times New Roman"/>
          <w:noProof/>
          <w:sz w:val="24"/>
          <w:szCs w:val="24"/>
          <w:lang w:val="ru-RU" w:eastAsia="ru-RU"/>
        </w:rPr>
        <w:drawing>
          <wp:inline distT="0" distB="0" distL="0" distR="0">
            <wp:extent cx="830771" cy="847725"/>
            <wp:effectExtent l="0" t="0" r="762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1" cstate="print"/>
                    <a:srcRect/>
                    <a:stretch>
                      <a:fillRect/>
                    </a:stretch>
                  </pic:blipFill>
                  <pic:spPr bwMode="auto">
                    <a:xfrm>
                      <a:off x="0" y="0"/>
                      <a:ext cx="830771" cy="847725"/>
                    </a:xfrm>
                    <a:prstGeom prst="rect">
                      <a:avLst/>
                    </a:prstGeom>
                    <a:noFill/>
                    <a:ln w="9525">
                      <a:noFill/>
                      <a:miter lim="800000"/>
                      <a:headEnd/>
                      <a:tailEnd/>
                    </a:ln>
                  </pic:spPr>
                </pic:pic>
              </a:graphicData>
            </a:graphic>
          </wp:inline>
        </w:drawing>
      </w:r>
    </w:p>
    <w:p w:rsidR="000C7E7E" w:rsidRPr="000C7E7E" w:rsidRDefault="000C7E7E" w:rsidP="000C7E7E">
      <w:pPr>
        <w:spacing w:after="200" w:line="276" w:lineRule="auto"/>
        <w:rPr>
          <w:rFonts w:ascii="Times New Roman" w:eastAsia="Times New Roman" w:hAnsi="Times New Roman" w:cs="Times New Roman"/>
          <w:sz w:val="24"/>
          <w:szCs w:val="24"/>
          <w:lang w:val="ru-RU" w:eastAsia="ru-RU"/>
        </w:rPr>
      </w:pPr>
      <w:r w:rsidRPr="000C7E7E">
        <w:rPr>
          <w:rFonts w:ascii="Times New Roman" w:eastAsia="Times New Roman" w:hAnsi="Times New Roman" w:cs="Times New Roman"/>
          <w:sz w:val="24"/>
          <w:szCs w:val="24"/>
          <w:lang w:val="ru-RU" w:eastAsia="ru-RU"/>
        </w:rPr>
        <w:t>а) паук                                              б) стрекоза                                                в) муха</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b/>
          <w:color w:val="000000"/>
          <w:sz w:val="24"/>
          <w:szCs w:val="24"/>
          <w:lang w:val="ru-RU" w:eastAsia="ru-RU"/>
        </w:rPr>
      </w:pPr>
      <w:r w:rsidRPr="000C7E7E">
        <w:rPr>
          <w:rFonts w:ascii="Times New Roman" w:eastAsia="Times New Roman" w:hAnsi="Times New Roman" w:cs="Times New Roman"/>
          <w:b/>
          <w:color w:val="000000"/>
          <w:sz w:val="24"/>
          <w:szCs w:val="24"/>
          <w:lang w:val="ru-RU" w:eastAsia="ru-RU"/>
        </w:rPr>
        <w:t>8. Чем покрыто тело рыб?</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а) панцирем</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б) чешуёй</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в) перьями</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г) гладкой кожей</w:t>
      </w:r>
    </w:p>
    <w:p w:rsidR="000C7E7E" w:rsidRPr="000C7E7E" w:rsidRDefault="000C7E7E" w:rsidP="000C7E7E">
      <w:pPr>
        <w:spacing w:after="200" w:line="276" w:lineRule="auto"/>
        <w:ind w:left="-1134"/>
        <w:rPr>
          <w:rFonts w:ascii="Times New Roman" w:eastAsia="Times New Roman" w:hAnsi="Times New Roman" w:cs="Times New Roman"/>
          <w:b/>
          <w:sz w:val="24"/>
          <w:szCs w:val="24"/>
          <w:lang w:val="ru-RU" w:eastAsia="ru-RU"/>
        </w:rPr>
      </w:pPr>
      <w:r w:rsidRPr="000C7E7E">
        <w:rPr>
          <w:rFonts w:ascii="Times New Roman" w:eastAsia="Times New Roman" w:hAnsi="Times New Roman" w:cs="Times New Roman"/>
          <w:b/>
          <w:sz w:val="24"/>
          <w:szCs w:val="24"/>
          <w:lang w:val="ru-RU" w:eastAsia="ru-RU"/>
        </w:rPr>
        <w:t xml:space="preserve">                  9. Кто не является птицей?</w:t>
      </w:r>
    </w:p>
    <w:p w:rsidR="000C7E7E" w:rsidRPr="000C7E7E" w:rsidRDefault="000C7E7E" w:rsidP="000C7E7E">
      <w:pPr>
        <w:framePr w:h="2083" w:hSpace="10080" w:vSpace="58" w:wrap="notBeside" w:vAnchor="text" w:hAnchor="page" w:x="4168" w:y="394"/>
        <w:spacing w:after="200" w:line="276" w:lineRule="auto"/>
        <w:rPr>
          <w:rFonts w:ascii="Times New Roman" w:eastAsia="Times New Roman" w:hAnsi="Times New Roman" w:cs="Times New Roman"/>
          <w:sz w:val="24"/>
          <w:szCs w:val="24"/>
          <w:lang w:val="ru-RU" w:eastAsia="ru-RU"/>
        </w:rPr>
      </w:pPr>
      <w:r w:rsidRPr="000C7E7E">
        <w:rPr>
          <w:rFonts w:ascii="Times New Roman" w:eastAsia="Times New Roman" w:hAnsi="Times New Roman" w:cs="Times New Roman"/>
          <w:sz w:val="24"/>
          <w:szCs w:val="24"/>
          <w:lang w:val="ru-RU" w:eastAsia="ru-RU"/>
        </w:rPr>
        <w:t xml:space="preserve">        б) </w:t>
      </w:r>
      <w:r w:rsidRPr="000C7E7E">
        <w:rPr>
          <w:rFonts w:ascii="Times New Roman" w:eastAsia="Times New Roman" w:hAnsi="Times New Roman" w:cs="Times New Roman"/>
          <w:noProof/>
          <w:sz w:val="24"/>
          <w:szCs w:val="24"/>
          <w:lang w:val="ru-RU" w:eastAsia="ru-RU"/>
        </w:rPr>
        <w:drawing>
          <wp:inline distT="0" distB="0" distL="0" distR="0">
            <wp:extent cx="657225" cy="982304"/>
            <wp:effectExtent l="0" t="0" r="0" b="889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2" cstate="print"/>
                    <a:srcRect/>
                    <a:stretch>
                      <a:fillRect/>
                    </a:stretch>
                  </pic:blipFill>
                  <pic:spPr bwMode="auto">
                    <a:xfrm>
                      <a:off x="0" y="0"/>
                      <a:ext cx="657225" cy="982304"/>
                    </a:xfrm>
                    <a:prstGeom prst="rect">
                      <a:avLst/>
                    </a:prstGeom>
                    <a:noFill/>
                    <a:ln w="9525">
                      <a:noFill/>
                      <a:miter lim="800000"/>
                      <a:headEnd/>
                      <a:tailEnd/>
                    </a:ln>
                  </pic:spPr>
                </pic:pic>
              </a:graphicData>
            </a:graphic>
          </wp:inline>
        </w:drawing>
      </w:r>
    </w:p>
    <w:p w:rsidR="000C7E7E" w:rsidRPr="000C7E7E" w:rsidRDefault="000C7E7E" w:rsidP="000C7E7E">
      <w:pPr>
        <w:framePr w:h="2236" w:hSpace="10080" w:vSpace="58" w:wrap="notBeside" w:vAnchor="text" w:hAnchor="page" w:x="7948" w:y="394"/>
        <w:spacing w:after="200" w:line="276" w:lineRule="auto"/>
        <w:rPr>
          <w:rFonts w:ascii="Times New Roman" w:eastAsia="Times New Roman" w:hAnsi="Times New Roman" w:cs="Times New Roman"/>
          <w:sz w:val="24"/>
          <w:szCs w:val="24"/>
          <w:lang w:val="ru-RU" w:eastAsia="ru-RU"/>
        </w:rPr>
      </w:pPr>
      <w:r w:rsidRPr="000C7E7E">
        <w:rPr>
          <w:rFonts w:ascii="Times New Roman" w:eastAsia="Times New Roman" w:hAnsi="Times New Roman" w:cs="Times New Roman"/>
          <w:sz w:val="24"/>
          <w:szCs w:val="24"/>
          <w:lang w:val="ru-RU" w:eastAsia="ru-RU"/>
        </w:rPr>
        <w:t xml:space="preserve">     в)</w:t>
      </w:r>
      <w:r w:rsidRPr="000C7E7E">
        <w:rPr>
          <w:rFonts w:ascii="Times New Roman" w:eastAsia="Times New Roman" w:hAnsi="Times New Roman" w:cs="Times New Roman"/>
          <w:noProof/>
          <w:sz w:val="24"/>
          <w:szCs w:val="24"/>
          <w:lang w:val="ru-RU" w:eastAsia="ru-RU"/>
        </w:rPr>
        <w:drawing>
          <wp:inline distT="0" distB="0" distL="0" distR="0">
            <wp:extent cx="776959" cy="981075"/>
            <wp:effectExtent l="0" t="0" r="444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3" cstate="print"/>
                    <a:srcRect/>
                    <a:stretch>
                      <a:fillRect/>
                    </a:stretch>
                  </pic:blipFill>
                  <pic:spPr bwMode="auto">
                    <a:xfrm>
                      <a:off x="0" y="0"/>
                      <a:ext cx="776959" cy="981075"/>
                    </a:xfrm>
                    <a:prstGeom prst="rect">
                      <a:avLst/>
                    </a:prstGeom>
                    <a:noFill/>
                    <a:ln w="9525">
                      <a:noFill/>
                      <a:miter lim="800000"/>
                      <a:headEnd/>
                      <a:tailEnd/>
                    </a:ln>
                  </pic:spPr>
                </pic:pic>
              </a:graphicData>
            </a:graphic>
          </wp:inline>
        </w:drawing>
      </w:r>
    </w:p>
    <w:p w:rsidR="000C7E7E" w:rsidRPr="000C7E7E" w:rsidRDefault="000C7E7E" w:rsidP="000C7E7E">
      <w:pPr>
        <w:framePr w:w="2281" w:h="2536" w:hSpace="10080" w:vSpace="58" w:wrap="notBeside" w:vAnchor="text" w:hAnchor="page" w:x="928" w:y="70"/>
        <w:spacing w:after="200" w:line="276" w:lineRule="auto"/>
        <w:rPr>
          <w:rFonts w:ascii="Times New Roman" w:eastAsia="Times New Roman" w:hAnsi="Times New Roman" w:cs="Times New Roman"/>
          <w:sz w:val="24"/>
          <w:szCs w:val="24"/>
          <w:lang w:val="ru-RU" w:eastAsia="ru-RU"/>
        </w:rPr>
      </w:pPr>
    </w:p>
    <w:p w:rsidR="000C7E7E" w:rsidRPr="000C7E7E" w:rsidRDefault="000C7E7E" w:rsidP="000C7E7E">
      <w:pPr>
        <w:framePr w:w="2281" w:h="2536" w:hSpace="10080" w:vSpace="58" w:wrap="notBeside" w:vAnchor="text" w:hAnchor="page" w:x="928" w:y="70"/>
        <w:spacing w:after="200" w:line="276" w:lineRule="auto"/>
        <w:rPr>
          <w:rFonts w:ascii="Times New Roman" w:eastAsia="Times New Roman" w:hAnsi="Times New Roman" w:cs="Times New Roman"/>
          <w:sz w:val="24"/>
          <w:szCs w:val="24"/>
          <w:lang w:val="ru-RU" w:eastAsia="ru-RU"/>
        </w:rPr>
      </w:pPr>
    </w:p>
    <w:p w:rsidR="000C7E7E" w:rsidRPr="000C7E7E" w:rsidRDefault="000C7E7E" w:rsidP="000C7E7E">
      <w:pPr>
        <w:framePr w:w="2281" w:h="1382" w:hRule="exact" w:hSpace="10080" w:vSpace="58" w:wrap="notBeside" w:vAnchor="text" w:hAnchor="page" w:x="928" w:y="997"/>
        <w:spacing w:after="200" w:line="276" w:lineRule="auto"/>
        <w:rPr>
          <w:rFonts w:ascii="Times New Roman" w:eastAsia="Times New Roman" w:hAnsi="Times New Roman" w:cs="Times New Roman"/>
          <w:sz w:val="24"/>
          <w:szCs w:val="24"/>
          <w:lang w:val="ru-RU" w:eastAsia="ru-RU"/>
        </w:rPr>
      </w:pPr>
      <w:r w:rsidRPr="000C7E7E">
        <w:rPr>
          <w:rFonts w:ascii="Times New Roman" w:eastAsia="Times New Roman" w:hAnsi="Times New Roman" w:cs="Times New Roman"/>
          <w:sz w:val="24"/>
          <w:szCs w:val="24"/>
          <w:lang w:val="ru-RU" w:eastAsia="ru-RU"/>
        </w:rPr>
        <w:t xml:space="preserve">         а)</w:t>
      </w:r>
      <w:r w:rsidRPr="000C7E7E">
        <w:rPr>
          <w:rFonts w:ascii="Times New Roman" w:eastAsia="Times New Roman" w:hAnsi="Times New Roman" w:cs="Times New Roman"/>
          <w:noProof/>
          <w:sz w:val="24"/>
          <w:szCs w:val="24"/>
          <w:lang w:val="ru-RU" w:eastAsia="ru-RU"/>
        </w:rPr>
        <w:drawing>
          <wp:inline distT="0" distB="0" distL="0" distR="0">
            <wp:extent cx="781050" cy="693523"/>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4" cstate="print"/>
                    <a:srcRect/>
                    <a:stretch>
                      <a:fillRect/>
                    </a:stretch>
                  </pic:blipFill>
                  <pic:spPr bwMode="auto">
                    <a:xfrm>
                      <a:off x="0" y="0"/>
                      <a:ext cx="781050" cy="693523"/>
                    </a:xfrm>
                    <a:prstGeom prst="rect">
                      <a:avLst/>
                    </a:prstGeom>
                    <a:noFill/>
                    <a:ln w="9525">
                      <a:noFill/>
                      <a:miter lim="800000"/>
                      <a:headEnd/>
                      <a:tailEnd/>
                    </a:ln>
                  </pic:spPr>
                </pic:pic>
              </a:graphicData>
            </a:graphic>
          </wp:inline>
        </w:drawing>
      </w:r>
    </w:p>
    <w:p w:rsidR="000C7E7E" w:rsidRPr="000C7E7E" w:rsidRDefault="000C7E7E" w:rsidP="000C7E7E">
      <w:pPr>
        <w:spacing w:before="100" w:beforeAutospacing="1" w:after="100" w:afterAutospacing="1" w:line="240" w:lineRule="auto"/>
        <w:rPr>
          <w:rFonts w:ascii="Times New Roman" w:eastAsia="Times New Roman" w:hAnsi="Times New Roman" w:cs="Times New Roman"/>
          <w:b/>
          <w:color w:val="000000"/>
          <w:sz w:val="24"/>
          <w:szCs w:val="24"/>
          <w:lang w:val="ru-RU" w:eastAsia="ru-RU"/>
        </w:rPr>
      </w:pPr>
      <w:r w:rsidRPr="000C7E7E">
        <w:rPr>
          <w:rFonts w:ascii="Times New Roman" w:eastAsia="Times New Roman" w:hAnsi="Times New Roman" w:cs="Times New Roman"/>
          <w:b/>
          <w:color w:val="000000"/>
          <w:sz w:val="24"/>
          <w:szCs w:val="24"/>
          <w:lang w:val="ru-RU" w:eastAsia="ru-RU"/>
        </w:rPr>
        <w:t xml:space="preserve">10. Чем звери отличаются от других животных?    </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а) они большие</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б) они покрыты шерстью</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в) они умеют хорошо бегать</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г) они покрыты перьями</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b/>
          <w:color w:val="000000"/>
          <w:sz w:val="24"/>
          <w:szCs w:val="24"/>
          <w:lang w:val="ru-RU" w:eastAsia="ru-RU"/>
        </w:rPr>
      </w:pPr>
      <w:r w:rsidRPr="000C7E7E">
        <w:rPr>
          <w:rFonts w:ascii="Times New Roman" w:eastAsia="Times New Roman" w:hAnsi="Times New Roman" w:cs="Times New Roman"/>
          <w:b/>
          <w:color w:val="000000"/>
          <w:sz w:val="24"/>
          <w:szCs w:val="24"/>
          <w:lang w:val="ru-RU" w:eastAsia="ru-RU"/>
        </w:rPr>
        <w:t>11. Где можно переходить улицу?</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а) где идут взрослые</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б) где есть пешеходный переход</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в) где не видно машин</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г) где нет ограждений</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b/>
          <w:color w:val="000000"/>
          <w:sz w:val="24"/>
          <w:szCs w:val="24"/>
          <w:lang w:val="ru-RU" w:eastAsia="ru-RU"/>
        </w:rPr>
      </w:pPr>
      <w:r w:rsidRPr="000C7E7E">
        <w:rPr>
          <w:rFonts w:ascii="Times New Roman" w:eastAsia="Times New Roman" w:hAnsi="Times New Roman" w:cs="Times New Roman"/>
          <w:b/>
          <w:color w:val="000000"/>
          <w:sz w:val="24"/>
          <w:szCs w:val="24"/>
          <w:lang w:val="ru-RU" w:eastAsia="ru-RU"/>
        </w:rPr>
        <w:t>12. Чего нельзя делать, когда пользуешься электричеством?</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а) включать свет</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б) вставлять вилку в розетку</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в) трогать розетку мокрыми руками</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г) выключать электроприборы</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b/>
          <w:color w:val="000000"/>
          <w:sz w:val="24"/>
          <w:szCs w:val="24"/>
          <w:lang w:val="ru-RU" w:eastAsia="ru-RU"/>
        </w:rPr>
      </w:pPr>
      <w:r w:rsidRPr="000C7E7E">
        <w:rPr>
          <w:rFonts w:ascii="Times New Roman" w:eastAsia="Times New Roman" w:hAnsi="Times New Roman" w:cs="Times New Roman"/>
          <w:b/>
          <w:color w:val="000000"/>
          <w:sz w:val="24"/>
          <w:szCs w:val="24"/>
          <w:lang w:val="ru-RU" w:eastAsia="ru-RU"/>
        </w:rPr>
        <w:t>13. Во что превращается снег в тепле?</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а) в туман</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б) в град</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в) в воду</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г) в пар</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b/>
          <w:color w:val="000000"/>
          <w:sz w:val="24"/>
          <w:szCs w:val="24"/>
          <w:lang w:val="ru-RU" w:eastAsia="ru-RU"/>
        </w:rPr>
      </w:pPr>
      <w:r w:rsidRPr="000C7E7E">
        <w:rPr>
          <w:rFonts w:ascii="Times New Roman" w:eastAsia="Times New Roman" w:hAnsi="Times New Roman" w:cs="Times New Roman"/>
          <w:b/>
          <w:color w:val="000000"/>
          <w:sz w:val="24"/>
          <w:szCs w:val="24"/>
          <w:lang w:val="ru-RU" w:eastAsia="ru-RU"/>
        </w:rPr>
        <w:t>14. Как помочь птицам зимой?</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а) сделать кормушки</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б) развесить скворечники</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в) развести костёр</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0C7E7E">
        <w:rPr>
          <w:rFonts w:ascii="Times New Roman" w:eastAsia="Times New Roman" w:hAnsi="Times New Roman" w:cs="Times New Roman"/>
          <w:color w:val="000000"/>
          <w:sz w:val="24"/>
          <w:szCs w:val="24"/>
          <w:lang w:val="ru-RU" w:eastAsia="ru-RU"/>
        </w:rPr>
        <w:t>г) расчистить землю от снега</w:t>
      </w:r>
    </w:p>
    <w:p w:rsidR="000C7E7E" w:rsidRPr="000C7E7E" w:rsidRDefault="000C7E7E" w:rsidP="000C7E7E">
      <w:pPr>
        <w:spacing w:before="100" w:beforeAutospacing="1" w:after="100" w:afterAutospacing="1" w:line="240" w:lineRule="auto"/>
        <w:ind w:left="-1134"/>
        <w:rPr>
          <w:rFonts w:ascii="Times New Roman" w:eastAsia="Times New Roman" w:hAnsi="Times New Roman" w:cs="Times New Roman"/>
          <w:b/>
          <w:sz w:val="24"/>
          <w:szCs w:val="24"/>
          <w:lang w:val="ru-RU" w:eastAsia="ru-RU"/>
        </w:rPr>
      </w:pPr>
      <w:r w:rsidRPr="000C7E7E">
        <w:rPr>
          <w:rFonts w:ascii="Times New Roman" w:eastAsia="Times New Roman" w:hAnsi="Times New Roman" w:cs="Times New Roman"/>
          <w:b/>
          <w:sz w:val="24"/>
          <w:szCs w:val="24"/>
          <w:lang w:val="ru-RU" w:eastAsia="ru-RU"/>
        </w:rPr>
        <w:t xml:space="preserve">              *15. Соедини линией нарисованные предметы со словами-понятиями.</w:t>
      </w:r>
    </w:p>
    <w:p w:rsidR="000C7E7E" w:rsidRPr="000C7E7E" w:rsidRDefault="000C7E7E" w:rsidP="000C7E7E">
      <w:pPr>
        <w:spacing w:before="100" w:beforeAutospacing="1" w:after="100" w:afterAutospacing="1" w:line="240" w:lineRule="auto"/>
        <w:ind w:left="-709"/>
        <w:rPr>
          <w:rFonts w:ascii="Times New Roman" w:eastAsia="Times New Roman" w:hAnsi="Times New Roman" w:cs="Times New Roman"/>
          <w:b/>
          <w:sz w:val="24"/>
          <w:szCs w:val="24"/>
          <w:lang w:val="ru-RU" w:eastAsia="ru-RU"/>
        </w:rPr>
      </w:pPr>
      <w:r w:rsidRPr="000C7E7E">
        <w:rPr>
          <w:rFonts w:ascii="Times New Roman" w:eastAsia="Times New Roman" w:hAnsi="Times New Roman" w:cs="Times New Roman"/>
          <w:b/>
          <w:sz w:val="24"/>
          <w:szCs w:val="24"/>
          <w:lang w:val="ru-RU" w:eastAsia="ru-RU"/>
        </w:rPr>
        <w:t xml:space="preserve">          живая природа        растение        животное        неживая природа</w:t>
      </w:r>
    </w:p>
    <w:p w:rsidR="000C7E7E" w:rsidRPr="000C7E7E" w:rsidRDefault="000C7E7E" w:rsidP="000C7E7E">
      <w:pPr>
        <w:spacing w:before="100" w:beforeAutospacing="1" w:after="100" w:afterAutospacing="1" w:line="240" w:lineRule="auto"/>
        <w:rPr>
          <w:rFonts w:ascii="Times New Roman" w:eastAsia="Times New Roman" w:hAnsi="Times New Roman" w:cs="Times New Roman"/>
          <w:sz w:val="24"/>
          <w:szCs w:val="24"/>
          <w:lang w:val="ru-RU" w:eastAsia="ru-RU"/>
        </w:rPr>
      </w:pPr>
      <w:r w:rsidRPr="000C7E7E">
        <w:rPr>
          <w:rFonts w:ascii="Times New Roman" w:eastAsia="Times New Roman" w:hAnsi="Times New Roman" w:cs="Times New Roman"/>
          <w:noProof/>
          <w:sz w:val="24"/>
          <w:szCs w:val="24"/>
          <w:lang w:val="ru-RU" w:eastAsia="ru-RU"/>
        </w:rPr>
        <w:drawing>
          <wp:inline distT="0" distB="0" distL="0" distR="0">
            <wp:extent cx="4848225" cy="1304925"/>
            <wp:effectExtent l="0" t="0" r="9525" b="9525"/>
            <wp:docPr id="81"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235"/>
                    <a:srcRect/>
                    <a:stretch>
                      <a:fillRect/>
                    </a:stretch>
                  </pic:blipFill>
                  <pic:spPr bwMode="auto">
                    <a:xfrm>
                      <a:off x="0" y="0"/>
                      <a:ext cx="4848225" cy="1304925"/>
                    </a:xfrm>
                    <a:prstGeom prst="rect">
                      <a:avLst/>
                    </a:prstGeom>
                    <a:noFill/>
                    <a:ln w="9525">
                      <a:noFill/>
                      <a:miter lim="800000"/>
                      <a:headEnd/>
                      <a:tailEnd/>
                    </a:ln>
                  </pic:spPr>
                </pic:pic>
              </a:graphicData>
            </a:graphic>
          </wp:inline>
        </w:drawing>
      </w:r>
    </w:p>
    <w:p w:rsidR="000C7E7E" w:rsidRPr="000C7E7E" w:rsidRDefault="000C7E7E" w:rsidP="000C7E7E">
      <w:pPr>
        <w:autoSpaceDE w:val="0"/>
        <w:autoSpaceDN w:val="0"/>
        <w:adjustRightInd w:val="0"/>
        <w:spacing w:after="0" w:line="240" w:lineRule="auto"/>
        <w:rPr>
          <w:rFonts w:ascii="Times New Roman" w:eastAsia="Calibri" w:hAnsi="Times New Roman" w:cs="Times New Roman"/>
          <w:b/>
          <w:bCs/>
          <w:color w:val="000000"/>
          <w:sz w:val="24"/>
          <w:szCs w:val="24"/>
          <w:lang w:val="ru-RU"/>
        </w:rPr>
      </w:pPr>
      <w:r w:rsidRPr="000C7E7E">
        <w:rPr>
          <w:rFonts w:ascii="Times New Roman" w:eastAsia="Calibri" w:hAnsi="Times New Roman" w:cs="Times New Roman"/>
          <w:b/>
          <w:bCs/>
          <w:color w:val="000000"/>
          <w:sz w:val="24"/>
          <w:szCs w:val="24"/>
          <w:lang w:val="ru-RU"/>
        </w:rPr>
        <w:t>Система оценивания проверочной работы по окружающему миру</w:t>
      </w:r>
    </w:p>
    <w:p w:rsidR="000C7E7E" w:rsidRPr="000C7E7E" w:rsidRDefault="000C7E7E" w:rsidP="000C7E7E">
      <w:pPr>
        <w:autoSpaceDE w:val="0"/>
        <w:autoSpaceDN w:val="0"/>
        <w:adjustRightInd w:val="0"/>
        <w:spacing w:after="0" w:line="240" w:lineRule="auto"/>
        <w:ind w:left="-1134"/>
        <w:rPr>
          <w:rFonts w:ascii="Times New Roman" w:eastAsia="Calibri" w:hAnsi="Times New Roman" w:cs="Times New Roman"/>
          <w:b/>
          <w:bCs/>
          <w:color w:val="000000"/>
          <w:sz w:val="24"/>
          <w:szCs w:val="24"/>
          <w:lang w:val="ru-RU"/>
        </w:rPr>
      </w:pPr>
    </w:p>
    <w:tbl>
      <w:tblPr>
        <w:tblStyle w:val="13"/>
        <w:tblW w:w="10490" w:type="dxa"/>
        <w:tblInd w:w="-601" w:type="dxa"/>
        <w:tblLook w:val="04A0"/>
      </w:tblPr>
      <w:tblGrid>
        <w:gridCol w:w="10490"/>
      </w:tblGrid>
      <w:tr w:rsidR="000C7E7E" w:rsidRPr="0046724E" w:rsidTr="000C7E7E">
        <w:tc>
          <w:tcPr>
            <w:tcW w:w="10490" w:type="dxa"/>
          </w:tcPr>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Выполнение заданий разной сложности и разного типа оценивается с учетом следующих рекомендаций:</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1.В заданиях с выбором ответа из трех предложенных вариантов ученик должен выбрать только верный ответ. Если учащийся выбирает более одного ответа, то задание считается выполненным неверно.</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2.Выполнение каждого задания базового уровня сложности</w:t>
            </w:r>
          </w:p>
          <w:p w:rsidR="000C7E7E" w:rsidRPr="000C7E7E" w:rsidRDefault="000C7E7E" w:rsidP="000C7E7E">
            <w:pPr>
              <w:autoSpaceDE w:val="0"/>
              <w:autoSpaceDN w:val="0"/>
              <w:adjustRightInd w:val="0"/>
              <w:rPr>
                <w:rFonts w:ascii="Times New Roman" w:hAnsi="Times New Roman" w:cs="Times New Roman"/>
                <w:bCs/>
                <w:color w:val="000000"/>
                <w:sz w:val="24"/>
                <w:szCs w:val="24"/>
              </w:rPr>
            </w:pPr>
            <w:r w:rsidRPr="000C7E7E">
              <w:rPr>
                <w:rFonts w:ascii="Times New Roman" w:hAnsi="Times New Roman" w:cs="Times New Roman"/>
                <w:bCs/>
                <w:color w:val="000000"/>
                <w:sz w:val="24"/>
                <w:szCs w:val="24"/>
              </w:rPr>
              <w:t>(№ 1—14) оценивается по шкале ответов: 1</w:t>
            </w:r>
            <w:r w:rsidRPr="000C7E7E">
              <w:rPr>
                <w:rFonts w:ascii="Times New Roman" w:hAnsi="Times New Roman" w:cs="Times New Roman"/>
                <w:bCs/>
                <w:color w:val="000000"/>
                <w:sz w:val="24"/>
                <w:szCs w:val="24"/>
              </w:rPr>
              <w:tab/>
              <w:t>балл (верно) — указан только верный ответ; 0 баллов — указан неверный ответ или ответ отсутствует.</w:t>
            </w:r>
          </w:p>
          <w:p w:rsidR="000C7E7E" w:rsidRPr="000C7E7E" w:rsidRDefault="000C7E7E" w:rsidP="000C7E7E">
            <w:pPr>
              <w:autoSpaceDE w:val="0"/>
              <w:autoSpaceDN w:val="0"/>
              <w:adjustRightInd w:val="0"/>
              <w:rPr>
                <w:rFonts w:ascii="Times New Roman" w:hAnsi="Times New Roman" w:cs="Times New Roman"/>
                <w:b/>
                <w:bCs/>
                <w:color w:val="000000"/>
                <w:sz w:val="24"/>
                <w:szCs w:val="24"/>
              </w:rPr>
            </w:pPr>
            <w:r w:rsidRPr="000C7E7E">
              <w:rPr>
                <w:rFonts w:ascii="Times New Roman" w:hAnsi="Times New Roman" w:cs="Times New Roman"/>
                <w:bCs/>
                <w:color w:val="000000"/>
                <w:sz w:val="24"/>
                <w:szCs w:val="24"/>
              </w:rPr>
              <w:t xml:space="preserve">4.Выполнение каждого задания повышенного уровня сложности (№ 15) оценивается по следующей шкале: 2 балла — приведен полный верный ответ; 1 балл — приведен частично верный ответ; 0 баллов — приведен неверный ответ или ответ отсутствует. </w:t>
            </w:r>
          </w:p>
        </w:tc>
      </w:tr>
    </w:tbl>
    <w:p w:rsidR="000C7E7E" w:rsidRPr="000C7E7E" w:rsidRDefault="000C7E7E" w:rsidP="000C7E7E">
      <w:pPr>
        <w:autoSpaceDE w:val="0"/>
        <w:autoSpaceDN w:val="0"/>
        <w:adjustRightInd w:val="0"/>
        <w:spacing w:after="0" w:line="240" w:lineRule="auto"/>
        <w:rPr>
          <w:rFonts w:ascii="Times New Roman" w:eastAsia="Calibri" w:hAnsi="Times New Roman" w:cs="Times New Roman"/>
          <w:b/>
          <w:bCs/>
          <w:color w:val="000000"/>
          <w:sz w:val="24"/>
          <w:szCs w:val="24"/>
          <w:lang w:val="ru-RU"/>
        </w:rPr>
      </w:pPr>
    </w:p>
    <w:p w:rsidR="000C7E7E" w:rsidRPr="000C7E7E" w:rsidRDefault="000C7E7E" w:rsidP="000C7E7E">
      <w:pPr>
        <w:autoSpaceDE w:val="0"/>
        <w:autoSpaceDN w:val="0"/>
        <w:adjustRightInd w:val="0"/>
        <w:spacing w:before="62" w:after="0" w:line="240" w:lineRule="auto"/>
        <w:ind w:left="-1134"/>
        <w:rPr>
          <w:rFonts w:ascii="Times New Roman" w:eastAsia="Times New Roman" w:hAnsi="Times New Roman" w:cs="Times New Roman"/>
          <w:b/>
          <w:bCs/>
          <w:sz w:val="24"/>
          <w:szCs w:val="24"/>
          <w:lang w:val="ru-RU" w:eastAsia="ru-RU"/>
        </w:rPr>
      </w:pPr>
      <w:r w:rsidRPr="000C7E7E">
        <w:rPr>
          <w:rFonts w:ascii="Times New Roman" w:eastAsia="Times New Roman" w:hAnsi="Times New Roman" w:cs="Times New Roman"/>
          <w:b/>
          <w:bCs/>
          <w:sz w:val="24"/>
          <w:szCs w:val="24"/>
          <w:lang w:val="ru-RU" w:eastAsia="ru-RU"/>
        </w:rPr>
        <w:t xml:space="preserve">                                 Критерии оценивания заданий базового уровня № 1—8</w:t>
      </w:r>
    </w:p>
    <w:p w:rsidR="000C7E7E" w:rsidRPr="000C7E7E" w:rsidRDefault="000C7E7E" w:rsidP="000C7E7E">
      <w:pPr>
        <w:autoSpaceDE w:val="0"/>
        <w:autoSpaceDN w:val="0"/>
        <w:adjustRightInd w:val="0"/>
        <w:spacing w:before="62" w:after="0" w:line="240" w:lineRule="auto"/>
        <w:ind w:left="-1134"/>
        <w:rPr>
          <w:rFonts w:ascii="Times New Roman" w:eastAsia="Times New Roman" w:hAnsi="Times New Roman" w:cs="Times New Roman"/>
          <w:b/>
          <w:bCs/>
          <w:sz w:val="24"/>
          <w:szCs w:val="24"/>
          <w:lang w:val="ru-RU" w:eastAsia="ru-RU"/>
        </w:rPr>
      </w:pPr>
    </w:p>
    <w:tbl>
      <w:tblPr>
        <w:tblStyle w:val="110"/>
        <w:tblW w:w="10065" w:type="dxa"/>
        <w:tblInd w:w="-176" w:type="dxa"/>
        <w:tblLook w:val="04A0"/>
      </w:tblPr>
      <w:tblGrid>
        <w:gridCol w:w="2694"/>
        <w:gridCol w:w="3827"/>
        <w:gridCol w:w="3544"/>
      </w:tblGrid>
      <w:tr w:rsidR="000C7E7E" w:rsidRPr="0046724E" w:rsidTr="000C7E7E">
        <w:tc>
          <w:tcPr>
            <w:tcW w:w="2694" w:type="dxa"/>
          </w:tcPr>
          <w:p w:rsidR="000C7E7E" w:rsidRPr="000C7E7E" w:rsidRDefault="000C7E7E" w:rsidP="000C7E7E">
            <w:pPr>
              <w:autoSpaceDE w:val="0"/>
              <w:autoSpaceDN w:val="0"/>
              <w:adjustRightInd w:val="0"/>
              <w:ind w:right="29"/>
              <w:jc w:val="center"/>
              <w:rPr>
                <w:rFonts w:ascii="Times New Roman" w:hAnsi="Times New Roman" w:cs="Times New Roman"/>
                <w:b/>
                <w:bCs/>
                <w:sz w:val="24"/>
                <w:szCs w:val="24"/>
              </w:rPr>
            </w:pPr>
            <w:r w:rsidRPr="000C7E7E">
              <w:rPr>
                <w:rFonts w:ascii="Times New Roman" w:hAnsi="Times New Roman" w:cs="Times New Roman"/>
                <w:b/>
                <w:bCs/>
                <w:sz w:val="24"/>
                <w:szCs w:val="24"/>
              </w:rPr>
              <w:t>Номер задания</w:t>
            </w:r>
          </w:p>
        </w:tc>
        <w:tc>
          <w:tcPr>
            <w:tcW w:w="3827" w:type="dxa"/>
          </w:tcPr>
          <w:p w:rsidR="000C7E7E" w:rsidRPr="000C7E7E" w:rsidRDefault="000C7E7E" w:rsidP="000C7E7E">
            <w:pPr>
              <w:autoSpaceDE w:val="0"/>
              <w:autoSpaceDN w:val="0"/>
              <w:adjustRightInd w:val="0"/>
              <w:ind w:right="29"/>
              <w:jc w:val="center"/>
              <w:rPr>
                <w:rFonts w:ascii="Times New Roman" w:hAnsi="Times New Roman" w:cs="Times New Roman"/>
                <w:b/>
                <w:bCs/>
                <w:sz w:val="24"/>
                <w:szCs w:val="24"/>
              </w:rPr>
            </w:pPr>
            <w:r w:rsidRPr="000C7E7E">
              <w:rPr>
                <w:rFonts w:ascii="Times New Roman" w:hAnsi="Times New Roman" w:cs="Times New Roman"/>
                <w:b/>
                <w:bCs/>
                <w:sz w:val="24"/>
                <w:szCs w:val="24"/>
              </w:rPr>
              <w:t>Правильный ответ (решение)</w:t>
            </w:r>
          </w:p>
        </w:tc>
        <w:tc>
          <w:tcPr>
            <w:tcW w:w="3544" w:type="dxa"/>
          </w:tcPr>
          <w:p w:rsidR="000C7E7E" w:rsidRPr="000C7E7E" w:rsidRDefault="000C7E7E" w:rsidP="000C7E7E">
            <w:pPr>
              <w:autoSpaceDE w:val="0"/>
              <w:autoSpaceDN w:val="0"/>
              <w:adjustRightInd w:val="0"/>
              <w:ind w:right="29"/>
              <w:jc w:val="center"/>
              <w:rPr>
                <w:rFonts w:ascii="Times New Roman" w:hAnsi="Times New Roman" w:cs="Times New Roman"/>
                <w:b/>
                <w:bCs/>
                <w:sz w:val="24"/>
                <w:szCs w:val="24"/>
              </w:rPr>
            </w:pPr>
            <w:r w:rsidRPr="000C7E7E">
              <w:rPr>
                <w:rFonts w:ascii="Times New Roman" w:hAnsi="Times New Roman" w:cs="Times New Roman"/>
                <w:b/>
                <w:bCs/>
                <w:sz w:val="24"/>
                <w:szCs w:val="24"/>
              </w:rPr>
              <w:t>Максимальный балл за выполненное задание</w:t>
            </w:r>
          </w:p>
        </w:tc>
      </w:tr>
      <w:tr w:rsidR="000C7E7E" w:rsidRPr="000C7E7E" w:rsidTr="000C7E7E">
        <w:tc>
          <w:tcPr>
            <w:tcW w:w="269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1</w:t>
            </w:r>
          </w:p>
        </w:tc>
        <w:tc>
          <w:tcPr>
            <w:tcW w:w="3827" w:type="dxa"/>
          </w:tcPr>
          <w:p w:rsidR="000C7E7E" w:rsidRPr="000C7E7E" w:rsidRDefault="000C7E7E" w:rsidP="000C7E7E">
            <w:pPr>
              <w:autoSpaceDE w:val="0"/>
              <w:autoSpaceDN w:val="0"/>
              <w:adjustRightInd w:val="0"/>
              <w:ind w:left="208" w:right="29"/>
              <w:jc w:val="center"/>
              <w:rPr>
                <w:rFonts w:ascii="Times New Roman" w:hAnsi="Times New Roman" w:cs="Times New Roman"/>
                <w:bCs/>
                <w:sz w:val="24"/>
                <w:szCs w:val="24"/>
              </w:rPr>
            </w:pPr>
            <w:r w:rsidRPr="000C7E7E">
              <w:rPr>
                <w:rFonts w:ascii="Times New Roman" w:hAnsi="Times New Roman" w:cs="Times New Roman"/>
                <w:bCs/>
                <w:sz w:val="24"/>
                <w:szCs w:val="24"/>
              </w:rPr>
              <w:t>Б) Москва</w:t>
            </w:r>
          </w:p>
        </w:tc>
        <w:tc>
          <w:tcPr>
            <w:tcW w:w="354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1</w:t>
            </w:r>
          </w:p>
        </w:tc>
      </w:tr>
      <w:tr w:rsidR="000C7E7E" w:rsidRPr="000C7E7E" w:rsidTr="000C7E7E">
        <w:tc>
          <w:tcPr>
            <w:tcW w:w="269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2</w:t>
            </w:r>
          </w:p>
        </w:tc>
        <w:tc>
          <w:tcPr>
            <w:tcW w:w="3827" w:type="dxa"/>
          </w:tcPr>
          <w:p w:rsidR="000C7E7E" w:rsidRPr="000C7E7E" w:rsidRDefault="000C7E7E" w:rsidP="000C7E7E">
            <w:pPr>
              <w:autoSpaceDE w:val="0"/>
              <w:autoSpaceDN w:val="0"/>
              <w:adjustRightInd w:val="0"/>
              <w:ind w:left="208" w:right="29"/>
              <w:jc w:val="center"/>
              <w:rPr>
                <w:rFonts w:ascii="Times New Roman" w:hAnsi="Times New Roman" w:cs="Times New Roman"/>
                <w:bCs/>
                <w:sz w:val="24"/>
                <w:szCs w:val="24"/>
              </w:rPr>
            </w:pPr>
            <w:r w:rsidRPr="000C7E7E">
              <w:rPr>
                <w:rFonts w:ascii="Times New Roman" w:hAnsi="Times New Roman" w:cs="Times New Roman"/>
                <w:bCs/>
                <w:sz w:val="24"/>
                <w:szCs w:val="24"/>
              </w:rPr>
              <w:t>А) звезда</w:t>
            </w:r>
          </w:p>
        </w:tc>
        <w:tc>
          <w:tcPr>
            <w:tcW w:w="354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1</w:t>
            </w:r>
          </w:p>
        </w:tc>
      </w:tr>
      <w:tr w:rsidR="000C7E7E" w:rsidRPr="000C7E7E" w:rsidTr="000C7E7E">
        <w:tc>
          <w:tcPr>
            <w:tcW w:w="269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3</w:t>
            </w:r>
          </w:p>
        </w:tc>
        <w:tc>
          <w:tcPr>
            <w:tcW w:w="3827" w:type="dxa"/>
          </w:tcPr>
          <w:p w:rsidR="000C7E7E" w:rsidRPr="000C7E7E" w:rsidRDefault="000C7E7E" w:rsidP="000C7E7E">
            <w:pPr>
              <w:autoSpaceDE w:val="0"/>
              <w:autoSpaceDN w:val="0"/>
              <w:adjustRightInd w:val="0"/>
              <w:ind w:left="208" w:right="29"/>
              <w:jc w:val="center"/>
              <w:rPr>
                <w:rFonts w:ascii="Times New Roman" w:hAnsi="Times New Roman" w:cs="Times New Roman"/>
                <w:bCs/>
                <w:sz w:val="24"/>
                <w:szCs w:val="24"/>
              </w:rPr>
            </w:pPr>
            <w:r w:rsidRPr="000C7E7E">
              <w:rPr>
                <w:rFonts w:ascii="Times New Roman" w:hAnsi="Times New Roman" w:cs="Times New Roman"/>
                <w:bCs/>
                <w:sz w:val="24"/>
                <w:szCs w:val="24"/>
              </w:rPr>
              <w:t>Б) известняк</w:t>
            </w:r>
          </w:p>
        </w:tc>
        <w:tc>
          <w:tcPr>
            <w:tcW w:w="354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1</w:t>
            </w:r>
          </w:p>
        </w:tc>
      </w:tr>
      <w:tr w:rsidR="000C7E7E" w:rsidRPr="000C7E7E" w:rsidTr="000C7E7E">
        <w:tc>
          <w:tcPr>
            <w:tcW w:w="269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4</w:t>
            </w:r>
          </w:p>
        </w:tc>
        <w:tc>
          <w:tcPr>
            <w:tcW w:w="3827" w:type="dxa"/>
          </w:tcPr>
          <w:p w:rsidR="000C7E7E" w:rsidRPr="000C7E7E" w:rsidRDefault="000C7E7E" w:rsidP="000C7E7E">
            <w:pPr>
              <w:autoSpaceDE w:val="0"/>
              <w:autoSpaceDN w:val="0"/>
              <w:adjustRightInd w:val="0"/>
              <w:ind w:left="208" w:right="29"/>
              <w:jc w:val="center"/>
              <w:rPr>
                <w:rFonts w:ascii="Times New Roman" w:hAnsi="Times New Roman" w:cs="Times New Roman"/>
                <w:bCs/>
                <w:sz w:val="24"/>
                <w:szCs w:val="24"/>
              </w:rPr>
            </w:pPr>
            <w:r w:rsidRPr="000C7E7E">
              <w:rPr>
                <w:rFonts w:ascii="Times New Roman" w:hAnsi="Times New Roman" w:cs="Times New Roman"/>
                <w:bCs/>
                <w:sz w:val="24"/>
                <w:szCs w:val="24"/>
              </w:rPr>
              <w:t>А) стебля</w:t>
            </w:r>
          </w:p>
        </w:tc>
        <w:tc>
          <w:tcPr>
            <w:tcW w:w="354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1</w:t>
            </w:r>
          </w:p>
        </w:tc>
      </w:tr>
      <w:tr w:rsidR="000C7E7E" w:rsidRPr="000C7E7E" w:rsidTr="000C7E7E">
        <w:tc>
          <w:tcPr>
            <w:tcW w:w="269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5</w:t>
            </w:r>
          </w:p>
        </w:tc>
        <w:tc>
          <w:tcPr>
            <w:tcW w:w="3827" w:type="dxa"/>
          </w:tcPr>
          <w:p w:rsidR="000C7E7E" w:rsidRPr="000C7E7E" w:rsidRDefault="000C7E7E" w:rsidP="000C7E7E">
            <w:pPr>
              <w:autoSpaceDE w:val="0"/>
              <w:autoSpaceDN w:val="0"/>
              <w:adjustRightInd w:val="0"/>
              <w:ind w:left="208" w:right="29"/>
              <w:jc w:val="center"/>
              <w:rPr>
                <w:rFonts w:ascii="Times New Roman" w:hAnsi="Times New Roman" w:cs="Times New Roman"/>
                <w:bCs/>
                <w:sz w:val="24"/>
                <w:szCs w:val="24"/>
              </w:rPr>
            </w:pPr>
            <w:r w:rsidRPr="000C7E7E">
              <w:rPr>
                <w:rFonts w:ascii="Times New Roman" w:hAnsi="Times New Roman" w:cs="Times New Roman"/>
                <w:bCs/>
                <w:sz w:val="24"/>
                <w:szCs w:val="24"/>
              </w:rPr>
              <w:t>Б) березы</w:t>
            </w:r>
          </w:p>
        </w:tc>
        <w:tc>
          <w:tcPr>
            <w:tcW w:w="354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1</w:t>
            </w:r>
          </w:p>
        </w:tc>
      </w:tr>
      <w:tr w:rsidR="000C7E7E" w:rsidRPr="000C7E7E" w:rsidTr="000C7E7E">
        <w:tc>
          <w:tcPr>
            <w:tcW w:w="269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6</w:t>
            </w:r>
          </w:p>
        </w:tc>
        <w:tc>
          <w:tcPr>
            <w:tcW w:w="3827" w:type="dxa"/>
          </w:tcPr>
          <w:p w:rsidR="000C7E7E" w:rsidRPr="000C7E7E" w:rsidRDefault="000C7E7E" w:rsidP="000C7E7E">
            <w:pPr>
              <w:autoSpaceDE w:val="0"/>
              <w:autoSpaceDN w:val="0"/>
              <w:adjustRightInd w:val="0"/>
              <w:ind w:left="208" w:right="29"/>
              <w:jc w:val="center"/>
              <w:rPr>
                <w:rFonts w:ascii="Times New Roman" w:hAnsi="Times New Roman" w:cs="Times New Roman"/>
                <w:bCs/>
                <w:sz w:val="24"/>
                <w:szCs w:val="24"/>
              </w:rPr>
            </w:pPr>
            <w:r w:rsidRPr="000C7E7E">
              <w:rPr>
                <w:rFonts w:ascii="Times New Roman" w:hAnsi="Times New Roman" w:cs="Times New Roman"/>
                <w:bCs/>
                <w:sz w:val="24"/>
                <w:szCs w:val="24"/>
              </w:rPr>
              <w:t>В) лиственница</w:t>
            </w:r>
          </w:p>
        </w:tc>
        <w:tc>
          <w:tcPr>
            <w:tcW w:w="354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1</w:t>
            </w:r>
          </w:p>
        </w:tc>
      </w:tr>
      <w:tr w:rsidR="000C7E7E" w:rsidRPr="000C7E7E" w:rsidTr="000C7E7E">
        <w:tc>
          <w:tcPr>
            <w:tcW w:w="269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7</w:t>
            </w:r>
          </w:p>
        </w:tc>
        <w:tc>
          <w:tcPr>
            <w:tcW w:w="3827" w:type="dxa"/>
          </w:tcPr>
          <w:p w:rsidR="000C7E7E" w:rsidRPr="000C7E7E" w:rsidRDefault="000C7E7E" w:rsidP="000C7E7E">
            <w:pPr>
              <w:autoSpaceDE w:val="0"/>
              <w:autoSpaceDN w:val="0"/>
              <w:adjustRightInd w:val="0"/>
              <w:ind w:left="208" w:right="29"/>
              <w:jc w:val="center"/>
              <w:rPr>
                <w:rFonts w:ascii="Times New Roman" w:hAnsi="Times New Roman" w:cs="Times New Roman"/>
                <w:bCs/>
                <w:sz w:val="24"/>
                <w:szCs w:val="24"/>
              </w:rPr>
            </w:pPr>
            <w:r w:rsidRPr="000C7E7E">
              <w:rPr>
                <w:rFonts w:ascii="Times New Roman" w:hAnsi="Times New Roman" w:cs="Times New Roman"/>
                <w:bCs/>
                <w:sz w:val="24"/>
                <w:szCs w:val="24"/>
              </w:rPr>
              <w:t xml:space="preserve">А) паук                                              </w:t>
            </w:r>
          </w:p>
        </w:tc>
        <w:tc>
          <w:tcPr>
            <w:tcW w:w="354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1</w:t>
            </w:r>
          </w:p>
        </w:tc>
      </w:tr>
      <w:tr w:rsidR="000C7E7E" w:rsidRPr="000C7E7E" w:rsidTr="000C7E7E">
        <w:tc>
          <w:tcPr>
            <w:tcW w:w="269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8</w:t>
            </w:r>
          </w:p>
        </w:tc>
        <w:tc>
          <w:tcPr>
            <w:tcW w:w="3827" w:type="dxa"/>
          </w:tcPr>
          <w:p w:rsidR="000C7E7E" w:rsidRPr="000C7E7E" w:rsidRDefault="000C7E7E" w:rsidP="000C7E7E">
            <w:pPr>
              <w:autoSpaceDE w:val="0"/>
              <w:autoSpaceDN w:val="0"/>
              <w:adjustRightInd w:val="0"/>
              <w:ind w:left="208" w:right="29"/>
              <w:jc w:val="center"/>
              <w:rPr>
                <w:rFonts w:ascii="Times New Roman" w:hAnsi="Times New Roman" w:cs="Times New Roman"/>
                <w:bCs/>
                <w:sz w:val="24"/>
                <w:szCs w:val="24"/>
              </w:rPr>
            </w:pPr>
            <w:r w:rsidRPr="000C7E7E">
              <w:rPr>
                <w:rFonts w:ascii="Times New Roman" w:hAnsi="Times New Roman" w:cs="Times New Roman"/>
                <w:bCs/>
                <w:sz w:val="24"/>
                <w:szCs w:val="24"/>
              </w:rPr>
              <w:t>Б) чешуёй</w:t>
            </w:r>
          </w:p>
        </w:tc>
        <w:tc>
          <w:tcPr>
            <w:tcW w:w="354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1</w:t>
            </w:r>
          </w:p>
        </w:tc>
      </w:tr>
      <w:tr w:rsidR="000C7E7E" w:rsidRPr="000C7E7E" w:rsidTr="000C7E7E">
        <w:tc>
          <w:tcPr>
            <w:tcW w:w="269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9</w:t>
            </w:r>
          </w:p>
        </w:tc>
        <w:tc>
          <w:tcPr>
            <w:tcW w:w="3827" w:type="dxa"/>
          </w:tcPr>
          <w:p w:rsidR="000C7E7E" w:rsidRPr="000C7E7E" w:rsidRDefault="000C7E7E" w:rsidP="000C7E7E">
            <w:pPr>
              <w:autoSpaceDE w:val="0"/>
              <w:autoSpaceDN w:val="0"/>
              <w:adjustRightInd w:val="0"/>
              <w:ind w:left="208" w:right="29"/>
              <w:jc w:val="center"/>
              <w:rPr>
                <w:rFonts w:ascii="Times New Roman" w:hAnsi="Times New Roman" w:cs="Times New Roman"/>
                <w:bCs/>
                <w:sz w:val="24"/>
                <w:szCs w:val="24"/>
              </w:rPr>
            </w:pPr>
            <w:r w:rsidRPr="000C7E7E">
              <w:rPr>
                <w:rFonts w:ascii="Times New Roman" w:hAnsi="Times New Roman" w:cs="Times New Roman"/>
                <w:bCs/>
                <w:sz w:val="24"/>
                <w:szCs w:val="24"/>
              </w:rPr>
              <w:t>А) летучая мышь</w:t>
            </w:r>
          </w:p>
        </w:tc>
        <w:tc>
          <w:tcPr>
            <w:tcW w:w="354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1</w:t>
            </w:r>
          </w:p>
        </w:tc>
      </w:tr>
      <w:tr w:rsidR="000C7E7E" w:rsidRPr="000C7E7E" w:rsidTr="000C7E7E">
        <w:tc>
          <w:tcPr>
            <w:tcW w:w="269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10</w:t>
            </w:r>
          </w:p>
        </w:tc>
        <w:tc>
          <w:tcPr>
            <w:tcW w:w="3827" w:type="dxa"/>
          </w:tcPr>
          <w:p w:rsidR="000C7E7E" w:rsidRPr="000C7E7E" w:rsidRDefault="000C7E7E" w:rsidP="000C7E7E">
            <w:pPr>
              <w:autoSpaceDE w:val="0"/>
              <w:autoSpaceDN w:val="0"/>
              <w:adjustRightInd w:val="0"/>
              <w:ind w:left="208" w:right="29"/>
              <w:jc w:val="center"/>
              <w:rPr>
                <w:rFonts w:ascii="Times New Roman" w:hAnsi="Times New Roman" w:cs="Times New Roman"/>
                <w:bCs/>
                <w:sz w:val="24"/>
                <w:szCs w:val="24"/>
              </w:rPr>
            </w:pPr>
            <w:r w:rsidRPr="000C7E7E">
              <w:rPr>
                <w:rFonts w:ascii="Times New Roman" w:hAnsi="Times New Roman" w:cs="Times New Roman"/>
                <w:bCs/>
                <w:sz w:val="24"/>
                <w:szCs w:val="24"/>
              </w:rPr>
              <w:t>Б) они покрыты шерстью</w:t>
            </w:r>
          </w:p>
        </w:tc>
        <w:tc>
          <w:tcPr>
            <w:tcW w:w="354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1</w:t>
            </w:r>
          </w:p>
        </w:tc>
      </w:tr>
      <w:tr w:rsidR="000C7E7E" w:rsidRPr="000C7E7E" w:rsidTr="000C7E7E">
        <w:tc>
          <w:tcPr>
            <w:tcW w:w="269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11</w:t>
            </w:r>
          </w:p>
        </w:tc>
        <w:tc>
          <w:tcPr>
            <w:tcW w:w="3827" w:type="dxa"/>
          </w:tcPr>
          <w:p w:rsidR="000C7E7E" w:rsidRPr="000C7E7E" w:rsidRDefault="000C7E7E" w:rsidP="000C7E7E">
            <w:pPr>
              <w:autoSpaceDE w:val="0"/>
              <w:autoSpaceDN w:val="0"/>
              <w:adjustRightInd w:val="0"/>
              <w:ind w:left="208" w:right="29"/>
              <w:jc w:val="center"/>
              <w:rPr>
                <w:rFonts w:ascii="Times New Roman" w:hAnsi="Times New Roman" w:cs="Times New Roman"/>
                <w:bCs/>
                <w:sz w:val="24"/>
                <w:szCs w:val="24"/>
              </w:rPr>
            </w:pPr>
            <w:r w:rsidRPr="000C7E7E">
              <w:rPr>
                <w:rFonts w:ascii="Times New Roman" w:hAnsi="Times New Roman" w:cs="Times New Roman"/>
                <w:bCs/>
                <w:sz w:val="24"/>
                <w:szCs w:val="24"/>
              </w:rPr>
              <w:t>Б) где есть пешеходный переход</w:t>
            </w:r>
          </w:p>
        </w:tc>
        <w:tc>
          <w:tcPr>
            <w:tcW w:w="354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1</w:t>
            </w:r>
          </w:p>
        </w:tc>
      </w:tr>
      <w:tr w:rsidR="000C7E7E" w:rsidRPr="000C7E7E" w:rsidTr="000C7E7E">
        <w:tc>
          <w:tcPr>
            <w:tcW w:w="2694" w:type="dxa"/>
          </w:tcPr>
          <w:p w:rsidR="000C7E7E" w:rsidRPr="000C7E7E" w:rsidRDefault="000C7E7E" w:rsidP="000C7E7E">
            <w:pPr>
              <w:autoSpaceDE w:val="0"/>
              <w:autoSpaceDN w:val="0"/>
              <w:adjustRightInd w:val="0"/>
              <w:ind w:right="29"/>
              <w:jc w:val="center"/>
              <w:rPr>
                <w:rFonts w:ascii="Times New Roman" w:hAnsi="Times New Roman" w:cs="Times New Roman"/>
                <w:b/>
                <w:bCs/>
                <w:sz w:val="24"/>
                <w:szCs w:val="24"/>
              </w:rPr>
            </w:pPr>
            <w:r w:rsidRPr="000C7E7E">
              <w:rPr>
                <w:rFonts w:ascii="Times New Roman" w:hAnsi="Times New Roman" w:cs="Times New Roman"/>
                <w:b/>
                <w:bCs/>
                <w:sz w:val="24"/>
                <w:szCs w:val="24"/>
              </w:rPr>
              <w:t>12</w:t>
            </w:r>
          </w:p>
        </w:tc>
        <w:tc>
          <w:tcPr>
            <w:tcW w:w="3827" w:type="dxa"/>
          </w:tcPr>
          <w:p w:rsidR="000C7E7E" w:rsidRPr="000C7E7E" w:rsidRDefault="000C7E7E" w:rsidP="000C7E7E">
            <w:pPr>
              <w:autoSpaceDE w:val="0"/>
              <w:autoSpaceDN w:val="0"/>
              <w:adjustRightInd w:val="0"/>
              <w:ind w:left="208" w:right="29"/>
              <w:jc w:val="center"/>
              <w:rPr>
                <w:rFonts w:ascii="Times New Roman" w:hAnsi="Times New Roman" w:cs="Times New Roman"/>
                <w:b/>
                <w:bCs/>
                <w:sz w:val="24"/>
                <w:szCs w:val="24"/>
              </w:rPr>
            </w:pPr>
            <w:r w:rsidRPr="000C7E7E">
              <w:rPr>
                <w:rFonts w:ascii="Times New Roman" w:hAnsi="Times New Roman" w:cs="Times New Roman"/>
                <w:b/>
                <w:bCs/>
                <w:sz w:val="24"/>
                <w:szCs w:val="24"/>
              </w:rPr>
              <w:t xml:space="preserve">В) трогать розетку мокрыми </w:t>
            </w:r>
            <w:r w:rsidRPr="000C7E7E">
              <w:rPr>
                <w:rFonts w:ascii="Times New Roman" w:hAnsi="Times New Roman" w:cs="Times New Roman"/>
                <w:bCs/>
                <w:sz w:val="24"/>
                <w:szCs w:val="24"/>
              </w:rPr>
              <w:t xml:space="preserve">руками </w:t>
            </w:r>
          </w:p>
        </w:tc>
        <w:tc>
          <w:tcPr>
            <w:tcW w:w="3544" w:type="dxa"/>
          </w:tcPr>
          <w:p w:rsidR="000C7E7E" w:rsidRPr="000C7E7E" w:rsidRDefault="000C7E7E" w:rsidP="000C7E7E">
            <w:pPr>
              <w:autoSpaceDE w:val="0"/>
              <w:autoSpaceDN w:val="0"/>
              <w:adjustRightInd w:val="0"/>
              <w:ind w:right="29"/>
              <w:jc w:val="center"/>
              <w:rPr>
                <w:rFonts w:ascii="Times New Roman" w:hAnsi="Times New Roman" w:cs="Times New Roman"/>
                <w:b/>
                <w:bCs/>
                <w:sz w:val="24"/>
                <w:szCs w:val="24"/>
              </w:rPr>
            </w:pPr>
            <w:r w:rsidRPr="000C7E7E">
              <w:rPr>
                <w:rFonts w:ascii="Times New Roman" w:hAnsi="Times New Roman" w:cs="Times New Roman"/>
                <w:b/>
                <w:bCs/>
                <w:sz w:val="24"/>
                <w:szCs w:val="24"/>
              </w:rPr>
              <w:t>1</w:t>
            </w:r>
          </w:p>
        </w:tc>
      </w:tr>
      <w:tr w:rsidR="000C7E7E" w:rsidRPr="000C7E7E" w:rsidTr="000C7E7E">
        <w:tc>
          <w:tcPr>
            <w:tcW w:w="269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13</w:t>
            </w:r>
          </w:p>
        </w:tc>
        <w:tc>
          <w:tcPr>
            <w:tcW w:w="3827" w:type="dxa"/>
          </w:tcPr>
          <w:p w:rsidR="000C7E7E" w:rsidRPr="000C7E7E" w:rsidRDefault="000C7E7E" w:rsidP="000C7E7E">
            <w:pPr>
              <w:autoSpaceDE w:val="0"/>
              <w:autoSpaceDN w:val="0"/>
              <w:adjustRightInd w:val="0"/>
              <w:ind w:left="208" w:right="29"/>
              <w:jc w:val="center"/>
              <w:rPr>
                <w:rFonts w:ascii="Times New Roman" w:hAnsi="Times New Roman" w:cs="Times New Roman"/>
                <w:bCs/>
                <w:sz w:val="24"/>
                <w:szCs w:val="24"/>
              </w:rPr>
            </w:pPr>
            <w:r w:rsidRPr="000C7E7E">
              <w:rPr>
                <w:rFonts w:ascii="Times New Roman" w:hAnsi="Times New Roman" w:cs="Times New Roman"/>
                <w:bCs/>
                <w:sz w:val="24"/>
                <w:szCs w:val="24"/>
              </w:rPr>
              <w:t>В) в воду</w:t>
            </w:r>
          </w:p>
        </w:tc>
        <w:tc>
          <w:tcPr>
            <w:tcW w:w="354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1</w:t>
            </w:r>
          </w:p>
        </w:tc>
      </w:tr>
      <w:tr w:rsidR="000C7E7E" w:rsidRPr="000C7E7E" w:rsidTr="000C7E7E">
        <w:tc>
          <w:tcPr>
            <w:tcW w:w="269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14</w:t>
            </w:r>
          </w:p>
        </w:tc>
        <w:tc>
          <w:tcPr>
            <w:tcW w:w="3827" w:type="dxa"/>
          </w:tcPr>
          <w:p w:rsidR="000C7E7E" w:rsidRPr="000C7E7E" w:rsidRDefault="000C7E7E" w:rsidP="000C7E7E">
            <w:pPr>
              <w:autoSpaceDE w:val="0"/>
              <w:autoSpaceDN w:val="0"/>
              <w:adjustRightInd w:val="0"/>
              <w:ind w:left="208" w:right="29"/>
              <w:jc w:val="center"/>
              <w:rPr>
                <w:rFonts w:ascii="Times New Roman" w:hAnsi="Times New Roman" w:cs="Times New Roman"/>
                <w:bCs/>
                <w:sz w:val="24"/>
                <w:szCs w:val="24"/>
              </w:rPr>
            </w:pPr>
            <w:r w:rsidRPr="000C7E7E">
              <w:rPr>
                <w:rFonts w:ascii="Times New Roman" w:hAnsi="Times New Roman" w:cs="Times New Roman"/>
                <w:bCs/>
                <w:sz w:val="24"/>
                <w:szCs w:val="24"/>
              </w:rPr>
              <w:t>А) сделать кормушки</w:t>
            </w:r>
          </w:p>
        </w:tc>
        <w:tc>
          <w:tcPr>
            <w:tcW w:w="3544" w:type="dxa"/>
          </w:tcPr>
          <w:p w:rsidR="000C7E7E" w:rsidRPr="000C7E7E" w:rsidRDefault="000C7E7E" w:rsidP="000C7E7E">
            <w:pPr>
              <w:autoSpaceDE w:val="0"/>
              <w:autoSpaceDN w:val="0"/>
              <w:adjustRightInd w:val="0"/>
              <w:ind w:right="29"/>
              <w:jc w:val="center"/>
              <w:rPr>
                <w:rFonts w:ascii="Times New Roman" w:hAnsi="Times New Roman" w:cs="Times New Roman"/>
                <w:bCs/>
                <w:sz w:val="24"/>
                <w:szCs w:val="24"/>
              </w:rPr>
            </w:pPr>
            <w:r w:rsidRPr="000C7E7E">
              <w:rPr>
                <w:rFonts w:ascii="Times New Roman" w:hAnsi="Times New Roman" w:cs="Times New Roman"/>
                <w:bCs/>
                <w:sz w:val="24"/>
                <w:szCs w:val="24"/>
              </w:rPr>
              <w:t>1</w:t>
            </w:r>
          </w:p>
        </w:tc>
      </w:tr>
    </w:tbl>
    <w:p w:rsidR="000C7E7E" w:rsidRPr="000C7E7E" w:rsidRDefault="000C7E7E" w:rsidP="000C7E7E">
      <w:pPr>
        <w:autoSpaceDE w:val="0"/>
        <w:autoSpaceDN w:val="0"/>
        <w:adjustRightInd w:val="0"/>
        <w:spacing w:before="24" w:after="0" w:line="216" w:lineRule="exact"/>
        <w:ind w:right="1373"/>
        <w:rPr>
          <w:rFonts w:ascii="Times New Roman" w:eastAsia="Times New Roman" w:hAnsi="Times New Roman" w:cs="Times New Roman"/>
          <w:b/>
          <w:bCs/>
          <w:sz w:val="24"/>
          <w:szCs w:val="24"/>
          <w:lang w:val="ru-RU" w:eastAsia="ru-RU"/>
        </w:rPr>
      </w:pPr>
    </w:p>
    <w:p w:rsidR="000C7E7E" w:rsidRPr="000C7E7E" w:rsidRDefault="000C7E7E" w:rsidP="000C7E7E">
      <w:pPr>
        <w:autoSpaceDE w:val="0"/>
        <w:autoSpaceDN w:val="0"/>
        <w:adjustRightInd w:val="0"/>
        <w:spacing w:before="24" w:after="0" w:line="216" w:lineRule="exact"/>
        <w:ind w:right="1373"/>
        <w:rPr>
          <w:rFonts w:ascii="Times New Roman" w:eastAsia="Times New Roman" w:hAnsi="Times New Roman" w:cs="Times New Roman"/>
          <w:b/>
          <w:bCs/>
          <w:sz w:val="24"/>
          <w:szCs w:val="24"/>
          <w:lang w:val="ru-RU" w:eastAsia="ru-RU"/>
        </w:rPr>
      </w:pPr>
    </w:p>
    <w:p w:rsidR="000C7E7E" w:rsidRPr="000C7E7E" w:rsidRDefault="000C7E7E" w:rsidP="000C7E7E">
      <w:pPr>
        <w:autoSpaceDE w:val="0"/>
        <w:autoSpaceDN w:val="0"/>
        <w:adjustRightInd w:val="0"/>
        <w:spacing w:before="24" w:after="0" w:line="216" w:lineRule="exact"/>
        <w:ind w:left="-1134" w:right="1373"/>
        <w:rPr>
          <w:rFonts w:ascii="Times New Roman" w:eastAsia="Times New Roman" w:hAnsi="Times New Roman" w:cs="Times New Roman"/>
          <w:b/>
          <w:bCs/>
          <w:sz w:val="24"/>
          <w:szCs w:val="24"/>
          <w:lang w:val="ru-RU" w:eastAsia="ru-RU"/>
        </w:rPr>
      </w:pPr>
      <w:r w:rsidRPr="000C7E7E">
        <w:rPr>
          <w:rFonts w:ascii="Times New Roman" w:eastAsia="Times New Roman" w:hAnsi="Times New Roman" w:cs="Times New Roman"/>
          <w:b/>
          <w:bCs/>
          <w:sz w:val="24"/>
          <w:szCs w:val="24"/>
          <w:lang w:val="ru-RU" w:eastAsia="ru-RU"/>
        </w:rPr>
        <w:t xml:space="preserve">                      Критерии оценивания заданий повышенного уровня № 15</w:t>
      </w:r>
    </w:p>
    <w:p w:rsidR="000C7E7E" w:rsidRPr="000C7E7E" w:rsidRDefault="000C7E7E" w:rsidP="000C7E7E">
      <w:pPr>
        <w:autoSpaceDE w:val="0"/>
        <w:autoSpaceDN w:val="0"/>
        <w:adjustRightInd w:val="0"/>
        <w:spacing w:before="24" w:after="0" w:line="216" w:lineRule="exact"/>
        <w:ind w:left="-1134" w:right="1373"/>
        <w:rPr>
          <w:rFonts w:ascii="Times New Roman" w:eastAsia="Times New Roman" w:hAnsi="Times New Roman" w:cs="Times New Roman"/>
          <w:b/>
          <w:bCs/>
          <w:sz w:val="24"/>
          <w:szCs w:val="24"/>
          <w:lang w:val="ru-RU" w:eastAsia="ru-RU"/>
        </w:rPr>
      </w:pPr>
    </w:p>
    <w:tbl>
      <w:tblPr>
        <w:tblStyle w:val="110"/>
        <w:tblW w:w="10065" w:type="dxa"/>
        <w:tblInd w:w="-176" w:type="dxa"/>
        <w:tblLook w:val="04A0"/>
      </w:tblPr>
      <w:tblGrid>
        <w:gridCol w:w="2694"/>
        <w:gridCol w:w="7371"/>
      </w:tblGrid>
      <w:tr w:rsidR="000C7E7E" w:rsidRPr="000C7E7E" w:rsidTr="000C7E7E">
        <w:tc>
          <w:tcPr>
            <w:tcW w:w="2694" w:type="dxa"/>
          </w:tcPr>
          <w:p w:rsidR="000C7E7E" w:rsidRPr="000C7E7E" w:rsidRDefault="000C7E7E" w:rsidP="000C7E7E">
            <w:pPr>
              <w:autoSpaceDE w:val="0"/>
              <w:autoSpaceDN w:val="0"/>
              <w:adjustRightInd w:val="0"/>
              <w:spacing w:before="24" w:line="216" w:lineRule="exact"/>
              <w:ind w:right="1373"/>
              <w:jc w:val="center"/>
              <w:rPr>
                <w:rFonts w:ascii="Times New Roman" w:hAnsi="Times New Roman" w:cs="Times New Roman"/>
                <w:b/>
                <w:bCs/>
                <w:sz w:val="24"/>
                <w:szCs w:val="24"/>
              </w:rPr>
            </w:pPr>
            <w:r w:rsidRPr="000C7E7E">
              <w:rPr>
                <w:rFonts w:ascii="Times New Roman" w:hAnsi="Times New Roman" w:cs="Times New Roman"/>
                <w:b/>
                <w:bCs/>
                <w:sz w:val="24"/>
                <w:szCs w:val="24"/>
              </w:rPr>
              <w:t>Номер задания</w:t>
            </w:r>
          </w:p>
        </w:tc>
        <w:tc>
          <w:tcPr>
            <w:tcW w:w="7371" w:type="dxa"/>
          </w:tcPr>
          <w:p w:rsidR="000C7E7E" w:rsidRPr="000C7E7E" w:rsidRDefault="000C7E7E" w:rsidP="000C7E7E">
            <w:pPr>
              <w:autoSpaceDE w:val="0"/>
              <w:autoSpaceDN w:val="0"/>
              <w:adjustRightInd w:val="0"/>
              <w:spacing w:before="24" w:line="216" w:lineRule="exact"/>
              <w:ind w:right="1373"/>
              <w:jc w:val="center"/>
              <w:rPr>
                <w:rFonts w:ascii="Times New Roman" w:hAnsi="Times New Roman" w:cs="Times New Roman"/>
                <w:b/>
                <w:bCs/>
                <w:sz w:val="24"/>
                <w:szCs w:val="24"/>
              </w:rPr>
            </w:pPr>
            <w:r w:rsidRPr="000C7E7E">
              <w:rPr>
                <w:rFonts w:ascii="Times New Roman" w:hAnsi="Times New Roman" w:cs="Times New Roman"/>
                <w:b/>
                <w:bCs/>
                <w:sz w:val="24"/>
                <w:szCs w:val="24"/>
              </w:rPr>
              <w:t>Критерии выполнения</w:t>
            </w:r>
          </w:p>
        </w:tc>
      </w:tr>
      <w:tr w:rsidR="000C7E7E" w:rsidRPr="0046724E" w:rsidTr="000C7E7E">
        <w:tc>
          <w:tcPr>
            <w:tcW w:w="2694" w:type="dxa"/>
          </w:tcPr>
          <w:p w:rsidR="000C7E7E" w:rsidRPr="000C7E7E" w:rsidRDefault="000C7E7E" w:rsidP="000C7E7E">
            <w:pPr>
              <w:autoSpaceDE w:val="0"/>
              <w:autoSpaceDN w:val="0"/>
              <w:adjustRightInd w:val="0"/>
              <w:spacing w:before="24" w:line="216" w:lineRule="exact"/>
              <w:ind w:right="1373"/>
              <w:jc w:val="center"/>
              <w:rPr>
                <w:rFonts w:ascii="Times New Roman" w:hAnsi="Times New Roman" w:cs="Times New Roman"/>
                <w:bCs/>
                <w:sz w:val="24"/>
                <w:szCs w:val="24"/>
              </w:rPr>
            </w:pPr>
            <w:r w:rsidRPr="000C7E7E">
              <w:rPr>
                <w:rFonts w:ascii="Times New Roman" w:hAnsi="Times New Roman" w:cs="Times New Roman"/>
                <w:bCs/>
                <w:sz w:val="24"/>
                <w:szCs w:val="24"/>
              </w:rPr>
              <w:t xml:space="preserve">                  15</w:t>
            </w:r>
          </w:p>
        </w:tc>
        <w:tc>
          <w:tcPr>
            <w:tcW w:w="7371" w:type="dxa"/>
          </w:tcPr>
          <w:p w:rsidR="000C7E7E" w:rsidRPr="000C7E7E" w:rsidRDefault="000C7E7E" w:rsidP="000C7E7E">
            <w:pPr>
              <w:autoSpaceDE w:val="0"/>
              <w:autoSpaceDN w:val="0"/>
              <w:adjustRightInd w:val="0"/>
              <w:spacing w:before="24" w:line="216" w:lineRule="exact"/>
              <w:ind w:right="1373"/>
              <w:jc w:val="center"/>
              <w:rPr>
                <w:rFonts w:ascii="Times New Roman" w:hAnsi="Times New Roman" w:cs="Times New Roman"/>
                <w:bCs/>
                <w:sz w:val="24"/>
                <w:szCs w:val="24"/>
              </w:rPr>
            </w:pPr>
            <w:r w:rsidRPr="000C7E7E">
              <w:rPr>
                <w:rFonts w:ascii="Times New Roman" w:hAnsi="Times New Roman" w:cs="Times New Roman"/>
                <w:bCs/>
                <w:sz w:val="24"/>
                <w:szCs w:val="24"/>
              </w:rPr>
              <w:t>2 балла – все объекты отнесены к живой природе, из них к растениям – Тюльпан и сосна, к животным комар, змея, белка</w:t>
            </w:r>
          </w:p>
          <w:p w:rsidR="000C7E7E" w:rsidRPr="000C7E7E" w:rsidRDefault="000C7E7E" w:rsidP="000C7E7E">
            <w:pPr>
              <w:autoSpaceDE w:val="0"/>
              <w:autoSpaceDN w:val="0"/>
              <w:adjustRightInd w:val="0"/>
              <w:spacing w:before="24" w:line="216" w:lineRule="exact"/>
              <w:ind w:right="1373"/>
              <w:rPr>
                <w:rFonts w:ascii="Times New Roman" w:hAnsi="Times New Roman" w:cs="Times New Roman"/>
                <w:bCs/>
                <w:sz w:val="24"/>
                <w:szCs w:val="24"/>
              </w:rPr>
            </w:pPr>
            <w:r w:rsidRPr="000C7E7E">
              <w:rPr>
                <w:rFonts w:ascii="Times New Roman" w:hAnsi="Times New Roman" w:cs="Times New Roman"/>
                <w:bCs/>
                <w:sz w:val="24"/>
                <w:szCs w:val="24"/>
              </w:rPr>
              <w:t>1 балл – все объекты отнесены к живой природе, есть ошибки в остальных стрелочках;</w:t>
            </w:r>
          </w:p>
          <w:p w:rsidR="000C7E7E" w:rsidRPr="000C7E7E" w:rsidRDefault="000C7E7E" w:rsidP="000C7E7E">
            <w:pPr>
              <w:autoSpaceDE w:val="0"/>
              <w:autoSpaceDN w:val="0"/>
              <w:adjustRightInd w:val="0"/>
              <w:spacing w:before="24" w:line="216" w:lineRule="exact"/>
              <w:ind w:right="1373"/>
              <w:rPr>
                <w:rFonts w:ascii="Times New Roman" w:hAnsi="Times New Roman" w:cs="Times New Roman"/>
                <w:bCs/>
                <w:sz w:val="24"/>
                <w:szCs w:val="24"/>
              </w:rPr>
            </w:pPr>
            <w:r w:rsidRPr="000C7E7E">
              <w:rPr>
                <w:rFonts w:ascii="Times New Roman" w:hAnsi="Times New Roman" w:cs="Times New Roman"/>
                <w:bCs/>
                <w:sz w:val="24"/>
                <w:szCs w:val="24"/>
              </w:rPr>
              <w:t>0 баллов – получен любой другой ответ или отсутствует</w:t>
            </w:r>
          </w:p>
        </w:tc>
      </w:tr>
    </w:tbl>
    <w:p w:rsidR="000C7E7E" w:rsidRPr="000C7E7E" w:rsidRDefault="000C7E7E" w:rsidP="000C7E7E">
      <w:pPr>
        <w:widowControl w:val="0"/>
        <w:autoSpaceDE w:val="0"/>
        <w:autoSpaceDN w:val="0"/>
        <w:adjustRightInd w:val="0"/>
        <w:spacing w:after="0" w:line="240" w:lineRule="auto"/>
        <w:rPr>
          <w:rFonts w:ascii="Times New Roman" w:eastAsia="Calibri" w:hAnsi="Times New Roman" w:cs="Times New Roman"/>
          <w:sz w:val="24"/>
          <w:szCs w:val="24"/>
          <w:lang w:val="ru-RU"/>
        </w:rPr>
      </w:pPr>
    </w:p>
    <w:p w:rsidR="000C7E7E" w:rsidRPr="000C7E7E" w:rsidRDefault="000C7E7E" w:rsidP="000C7E7E">
      <w:pPr>
        <w:widowControl w:val="0"/>
        <w:autoSpaceDE w:val="0"/>
        <w:autoSpaceDN w:val="0"/>
        <w:adjustRightInd w:val="0"/>
        <w:spacing w:after="0" w:line="240" w:lineRule="auto"/>
        <w:ind w:left="-1134"/>
        <w:rPr>
          <w:rFonts w:ascii="Times New Roman" w:eastAsia="Times New Roman" w:hAnsi="Times New Roman" w:cs="Times New Roman"/>
          <w:b/>
          <w:sz w:val="24"/>
          <w:szCs w:val="24"/>
          <w:lang w:val="ru-RU" w:eastAsia="ru-RU"/>
        </w:rPr>
      </w:pPr>
      <w:r w:rsidRPr="000C7E7E">
        <w:rPr>
          <w:rFonts w:ascii="Times New Roman" w:eastAsia="Times New Roman" w:hAnsi="Times New Roman" w:cs="Times New Roman"/>
          <w:b/>
          <w:sz w:val="24"/>
          <w:szCs w:val="24"/>
          <w:lang w:val="ru-RU" w:eastAsia="ru-RU"/>
        </w:rPr>
        <w:t xml:space="preserve">                   Уровни выполнения работы в баллах:</w:t>
      </w:r>
    </w:p>
    <w:p w:rsidR="000C7E7E" w:rsidRPr="000C7E7E" w:rsidRDefault="000C7E7E" w:rsidP="000C7E7E">
      <w:pPr>
        <w:widowControl w:val="0"/>
        <w:autoSpaceDE w:val="0"/>
        <w:autoSpaceDN w:val="0"/>
        <w:adjustRightInd w:val="0"/>
        <w:spacing w:after="0" w:line="240" w:lineRule="auto"/>
        <w:ind w:left="-1134"/>
        <w:rPr>
          <w:rFonts w:ascii="Times New Roman" w:eastAsia="Times New Roman" w:hAnsi="Times New Roman" w:cs="Times New Roman"/>
          <w:b/>
          <w:sz w:val="24"/>
          <w:szCs w:val="24"/>
          <w:lang w:val="ru-RU" w:eastAsia="ru-RU"/>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1560"/>
      </w:tblGrid>
      <w:tr w:rsidR="000C7E7E" w:rsidRPr="000C7E7E" w:rsidTr="000C7E7E">
        <w:tc>
          <w:tcPr>
            <w:tcW w:w="1560" w:type="dxa"/>
          </w:tcPr>
          <w:p w:rsidR="000C7E7E" w:rsidRPr="000C7E7E" w:rsidRDefault="000C7E7E" w:rsidP="000C7E7E">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0C7E7E">
              <w:rPr>
                <w:rFonts w:ascii="Times New Roman" w:eastAsia="Times New Roman" w:hAnsi="Times New Roman" w:cs="Times New Roman"/>
                <w:sz w:val="24"/>
                <w:szCs w:val="24"/>
                <w:lang w:val="ru-RU" w:eastAsia="ru-RU"/>
              </w:rPr>
              <w:t>Высокий</w:t>
            </w:r>
          </w:p>
        </w:tc>
        <w:tc>
          <w:tcPr>
            <w:tcW w:w="1560" w:type="dxa"/>
          </w:tcPr>
          <w:p w:rsidR="000C7E7E" w:rsidRPr="000C7E7E" w:rsidRDefault="000C7E7E" w:rsidP="000C7E7E">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0C7E7E">
              <w:rPr>
                <w:rFonts w:ascii="Times New Roman" w:eastAsia="Times New Roman" w:hAnsi="Times New Roman" w:cs="Times New Roman"/>
                <w:sz w:val="24"/>
                <w:szCs w:val="24"/>
                <w:lang w:val="ru-RU" w:eastAsia="ru-RU"/>
              </w:rPr>
              <w:t>16 -14</w:t>
            </w:r>
          </w:p>
        </w:tc>
      </w:tr>
      <w:tr w:rsidR="000C7E7E" w:rsidRPr="000C7E7E" w:rsidTr="000C7E7E">
        <w:tc>
          <w:tcPr>
            <w:tcW w:w="1560" w:type="dxa"/>
          </w:tcPr>
          <w:p w:rsidR="000C7E7E" w:rsidRPr="000C7E7E" w:rsidRDefault="000C7E7E" w:rsidP="000C7E7E">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0C7E7E">
              <w:rPr>
                <w:rFonts w:ascii="Times New Roman" w:eastAsia="Times New Roman" w:hAnsi="Times New Roman" w:cs="Times New Roman"/>
                <w:sz w:val="24"/>
                <w:szCs w:val="24"/>
                <w:lang w:val="ru-RU" w:eastAsia="ru-RU"/>
              </w:rPr>
              <w:t>Выше среднего</w:t>
            </w:r>
          </w:p>
        </w:tc>
        <w:tc>
          <w:tcPr>
            <w:tcW w:w="1560" w:type="dxa"/>
          </w:tcPr>
          <w:p w:rsidR="000C7E7E" w:rsidRPr="000C7E7E" w:rsidRDefault="000C7E7E" w:rsidP="000C7E7E">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0C7E7E">
              <w:rPr>
                <w:rFonts w:ascii="Times New Roman" w:eastAsia="Times New Roman" w:hAnsi="Times New Roman" w:cs="Times New Roman"/>
                <w:sz w:val="24"/>
                <w:szCs w:val="24"/>
                <w:lang w:val="ru-RU" w:eastAsia="ru-RU"/>
              </w:rPr>
              <w:t>13 - 11</w:t>
            </w:r>
          </w:p>
        </w:tc>
      </w:tr>
      <w:tr w:rsidR="000C7E7E" w:rsidRPr="000C7E7E" w:rsidTr="000C7E7E">
        <w:tc>
          <w:tcPr>
            <w:tcW w:w="1560" w:type="dxa"/>
          </w:tcPr>
          <w:p w:rsidR="000C7E7E" w:rsidRPr="000C7E7E" w:rsidRDefault="000C7E7E" w:rsidP="000C7E7E">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0C7E7E">
              <w:rPr>
                <w:rFonts w:ascii="Times New Roman" w:eastAsia="Times New Roman" w:hAnsi="Times New Roman" w:cs="Times New Roman"/>
                <w:sz w:val="24"/>
                <w:szCs w:val="24"/>
                <w:lang w:val="ru-RU" w:eastAsia="ru-RU"/>
              </w:rPr>
              <w:t>Средний</w:t>
            </w:r>
          </w:p>
        </w:tc>
        <w:tc>
          <w:tcPr>
            <w:tcW w:w="1560" w:type="dxa"/>
          </w:tcPr>
          <w:p w:rsidR="000C7E7E" w:rsidRPr="000C7E7E" w:rsidRDefault="000C7E7E" w:rsidP="000C7E7E">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0C7E7E">
              <w:rPr>
                <w:rFonts w:ascii="Times New Roman" w:eastAsia="Times New Roman" w:hAnsi="Times New Roman" w:cs="Times New Roman"/>
                <w:sz w:val="24"/>
                <w:szCs w:val="24"/>
                <w:lang w:val="ru-RU" w:eastAsia="ru-RU"/>
              </w:rPr>
              <w:t>10 - 7</w:t>
            </w:r>
          </w:p>
        </w:tc>
      </w:tr>
      <w:tr w:rsidR="000C7E7E" w:rsidRPr="000C7E7E" w:rsidTr="000C7E7E">
        <w:tc>
          <w:tcPr>
            <w:tcW w:w="1560" w:type="dxa"/>
          </w:tcPr>
          <w:p w:rsidR="000C7E7E" w:rsidRPr="000C7E7E" w:rsidRDefault="000C7E7E" w:rsidP="000C7E7E">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0C7E7E">
              <w:rPr>
                <w:rFonts w:ascii="Times New Roman" w:eastAsia="Times New Roman" w:hAnsi="Times New Roman" w:cs="Times New Roman"/>
                <w:sz w:val="24"/>
                <w:szCs w:val="24"/>
                <w:lang w:val="ru-RU" w:eastAsia="ru-RU"/>
              </w:rPr>
              <w:t>Низкий</w:t>
            </w:r>
          </w:p>
        </w:tc>
        <w:tc>
          <w:tcPr>
            <w:tcW w:w="1560" w:type="dxa"/>
          </w:tcPr>
          <w:p w:rsidR="000C7E7E" w:rsidRPr="000C7E7E" w:rsidRDefault="000C7E7E" w:rsidP="000C7E7E">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0C7E7E">
              <w:rPr>
                <w:rFonts w:ascii="Times New Roman" w:eastAsia="Times New Roman" w:hAnsi="Times New Roman" w:cs="Times New Roman"/>
                <w:sz w:val="24"/>
                <w:szCs w:val="24"/>
                <w:lang w:val="ru-RU" w:eastAsia="ru-RU"/>
              </w:rPr>
              <w:t>6 и менее</w:t>
            </w:r>
          </w:p>
        </w:tc>
      </w:tr>
    </w:tbl>
    <w:p w:rsidR="000C7E7E" w:rsidRPr="000C7E7E" w:rsidRDefault="000C7E7E" w:rsidP="000C7E7E">
      <w:pPr>
        <w:spacing w:after="0" w:line="240" w:lineRule="auto"/>
        <w:rPr>
          <w:rFonts w:ascii="Times New Roman" w:eastAsia="Times New Roman" w:hAnsi="Times New Roman" w:cs="Times New Roman"/>
          <w:sz w:val="24"/>
          <w:szCs w:val="24"/>
          <w:lang w:val="ru-RU"/>
        </w:rPr>
      </w:pPr>
    </w:p>
    <w:p w:rsidR="000C7E7E" w:rsidRPr="000C7E7E" w:rsidRDefault="000C7E7E" w:rsidP="000C7E7E">
      <w:pPr>
        <w:spacing w:after="0" w:line="240" w:lineRule="auto"/>
        <w:jc w:val="center"/>
        <w:rPr>
          <w:rFonts w:ascii="Times New Roman" w:eastAsia="Times New Roman" w:hAnsi="Times New Roman" w:cs="Times New Roman"/>
          <w:sz w:val="24"/>
          <w:szCs w:val="24"/>
          <w:lang w:val="ru-RU"/>
        </w:rPr>
      </w:pPr>
    </w:p>
    <w:p w:rsidR="000C7E7E" w:rsidRPr="000C7E7E" w:rsidRDefault="000C7E7E" w:rsidP="000C7E7E">
      <w:pPr>
        <w:spacing w:after="0" w:line="240" w:lineRule="auto"/>
        <w:jc w:val="center"/>
        <w:rPr>
          <w:rFonts w:ascii="Times New Roman" w:eastAsia="Times New Roman" w:hAnsi="Times New Roman" w:cs="Times New Roman"/>
          <w:sz w:val="24"/>
          <w:szCs w:val="24"/>
          <w:lang w:val="ru-RU"/>
        </w:rPr>
      </w:pPr>
    </w:p>
    <w:p w:rsidR="000C7E7E" w:rsidRPr="000C7E7E" w:rsidRDefault="000C7E7E" w:rsidP="000C7E7E">
      <w:pPr>
        <w:spacing w:after="0" w:line="240" w:lineRule="auto"/>
        <w:jc w:val="center"/>
        <w:rPr>
          <w:rFonts w:ascii="Times New Roman" w:eastAsia="Times New Roman" w:hAnsi="Times New Roman" w:cs="Times New Roman"/>
          <w:sz w:val="24"/>
          <w:szCs w:val="24"/>
          <w:lang w:val="ru-RU"/>
        </w:rPr>
      </w:pPr>
    </w:p>
    <w:p w:rsidR="000C7E7E" w:rsidRPr="000C7E7E" w:rsidRDefault="000C7E7E" w:rsidP="000C7E7E">
      <w:pPr>
        <w:spacing w:after="0" w:line="240" w:lineRule="auto"/>
        <w:jc w:val="center"/>
        <w:rPr>
          <w:rFonts w:ascii="Times New Roman" w:eastAsia="Times New Roman" w:hAnsi="Times New Roman" w:cs="Times New Roman"/>
          <w:sz w:val="24"/>
          <w:szCs w:val="24"/>
          <w:lang w:val="ru-RU"/>
        </w:rPr>
      </w:pPr>
    </w:p>
    <w:p w:rsidR="000C7E7E" w:rsidRPr="000C7E7E" w:rsidRDefault="000C7E7E" w:rsidP="000C7E7E">
      <w:pPr>
        <w:spacing w:after="0" w:line="240" w:lineRule="auto"/>
        <w:jc w:val="center"/>
        <w:rPr>
          <w:rFonts w:ascii="Times New Roman" w:eastAsia="Times New Roman" w:hAnsi="Times New Roman" w:cs="Times New Roman"/>
          <w:b/>
          <w:sz w:val="24"/>
          <w:szCs w:val="24"/>
          <w:lang w:val="ru-RU"/>
        </w:rPr>
      </w:pPr>
      <w:r w:rsidRPr="000C7E7E">
        <w:rPr>
          <w:rFonts w:ascii="Times New Roman" w:eastAsia="Times New Roman" w:hAnsi="Times New Roman" w:cs="Times New Roman"/>
          <w:b/>
          <w:sz w:val="24"/>
          <w:szCs w:val="24"/>
          <w:lang w:val="ru-RU"/>
        </w:rPr>
        <w:t>Промежуточная аттестация.  Контрольная работа.</w:t>
      </w:r>
    </w:p>
    <w:p w:rsidR="000C7E7E" w:rsidRPr="000C7E7E" w:rsidRDefault="000C7E7E" w:rsidP="000C7E7E">
      <w:pPr>
        <w:spacing w:after="0" w:line="240" w:lineRule="auto"/>
        <w:rPr>
          <w:rFonts w:ascii="Times New Roman" w:eastAsia="Times New Roman" w:hAnsi="Times New Roman" w:cs="Times New Roman"/>
          <w:b/>
          <w:sz w:val="24"/>
          <w:szCs w:val="24"/>
          <w:lang w:val="ru-RU"/>
        </w:rPr>
      </w:pPr>
    </w:p>
    <w:p w:rsidR="000C7E7E" w:rsidRPr="000C7E7E" w:rsidRDefault="000C7E7E" w:rsidP="000C7E7E">
      <w:pPr>
        <w:spacing w:after="0" w:line="240" w:lineRule="auto"/>
        <w:rPr>
          <w:rFonts w:ascii="Times New Roman" w:eastAsia="Times New Roman" w:hAnsi="Times New Roman" w:cs="Times New Roman"/>
          <w:sz w:val="24"/>
          <w:szCs w:val="24"/>
          <w:lang w:val="ru-RU"/>
        </w:rPr>
      </w:pPr>
      <w:r w:rsidRPr="000C7E7E">
        <w:rPr>
          <w:rFonts w:ascii="Times New Roman" w:eastAsia="Times New Roman" w:hAnsi="Times New Roman" w:cs="Times New Roman"/>
          <w:b/>
          <w:sz w:val="24"/>
          <w:szCs w:val="24"/>
          <w:lang w:val="ru-RU"/>
        </w:rPr>
        <w:t>Цель работы</w:t>
      </w:r>
      <w:r w:rsidRPr="000C7E7E">
        <w:rPr>
          <w:rFonts w:ascii="Times New Roman" w:eastAsia="Times New Roman" w:hAnsi="Times New Roman" w:cs="Times New Roman"/>
          <w:sz w:val="24"/>
          <w:szCs w:val="24"/>
          <w:lang w:val="ru-RU"/>
        </w:rPr>
        <w:t>: проверка и оценка способности обучающихся 1 класса применять знания полученные в процессе изучения окружающего мира для решения разнообразных задач учебного и практического характера.</w:t>
      </w:r>
    </w:p>
    <w:p w:rsidR="000C7E7E" w:rsidRPr="000C7E7E" w:rsidRDefault="000C7E7E" w:rsidP="000C7E7E">
      <w:pPr>
        <w:shd w:val="clear" w:color="auto" w:fill="FFFFFF"/>
        <w:spacing w:after="0"/>
        <w:jc w:val="center"/>
        <w:rPr>
          <w:rFonts w:ascii="Times New Roman" w:eastAsia="Times New Roman" w:hAnsi="Times New Roman" w:cs="Times New Roman"/>
          <w:b/>
          <w:bCs/>
          <w:color w:val="000000"/>
          <w:sz w:val="24"/>
          <w:szCs w:val="24"/>
          <w:lang w:val="ru-RU" w:eastAsia="ru-RU"/>
        </w:rPr>
      </w:pPr>
      <w:r w:rsidRPr="000C7E7E">
        <w:rPr>
          <w:rFonts w:ascii="Times New Roman" w:eastAsia="Times New Roman" w:hAnsi="Times New Roman" w:cs="Times New Roman"/>
          <w:b/>
          <w:bCs/>
          <w:color w:val="000000"/>
          <w:sz w:val="24"/>
          <w:szCs w:val="24"/>
          <w:lang w:val="ru-RU" w:eastAsia="ru-RU"/>
        </w:rPr>
        <w:t>1 вариант</w:t>
      </w:r>
    </w:p>
    <w:p w:rsidR="000C7E7E" w:rsidRPr="000C7E7E" w:rsidRDefault="000C7E7E" w:rsidP="000C7E7E">
      <w:pPr>
        <w:spacing w:after="0"/>
        <w:rPr>
          <w:rFonts w:ascii="Times New Roman" w:eastAsia="Times New Roman" w:hAnsi="Times New Roman" w:cs="Times New Roman"/>
          <w:b/>
          <w:sz w:val="24"/>
          <w:szCs w:val="24"/>
          <w:lang w:val="ru-RU"/>
        </w:rPr>
      </w:pPr>
      <w:r w:rsidRPr="000C7E7E">
        <w:rPr>
          <w:rFonts w:ascii="Times New Roman" w:eastAsia="Times New Roman" w:hAnsi="Times New Roman" w:cs="Times New Roman"/>
          <w:b/>
          <w:sz w:val="24"/>
          <w:szCs w:val="24"/>
          <w:lang w:val="ru-RU"/>
        </w:rPr>
        <w:t>Прочитай вопросы. Обведи правильный ответ или допиши ответ.</w:t>
      </w:r>
    </w:p>
    <w:p w:rsidR="000C7E7E" w:rsidRPr="000C7E7E" w:rsidRDefault="000C7E7E" w:rsidP="000C7E7E">
      <w:pPr>
        <w:spacing w:after="0"/>
        <w:jc w:val="center"/>
        <w:rPr>
          <w:rFonts w:ascii="Times New Roman" w:eastAsia="Times New Roman" w:hAnsi="Times New Roman" w:cs="Times New Roman"/>
          <w:b/>
          <w:sz w:val="24"/>
          <w:szCs w:val="24"/>
          <w:lang w:val="ru-RU"/>
        </w:rPr>
      </w:pPr>
    </w:p>
    <w:p w:rsidR="000C7E7E" w:rsidRPr="000C7E7E" w:rsidRDefault="000C7E7E" w:rsidP="000C7E7E">
      <w:pPr>
        <w:pBdr>
          <w:top w:val="nil"/>
          <w:left w:val="nil"/>
          <w:bottom w:val="nil"/>
          <w:right w:val="nil"/>
          <w:between w:val="nil"/>
        </w:pBdr>
        <w:spacing w:after="0"/>
        <w:jc w:val="both"/>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b/>
          <w:color w:val="000000"/>
          <w:sz w:val="24"/>
          <w:szCs w:val="24"/>
          <w:lang w:val="ru-RU"/>
        </w:rPr>
        <w:t xml:space="preserve"> 1. У каких деревьев листья - хвоинки?</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color w:val="000000"/>
          <w:sz w:val="24"/>
          <w:szCs w:val="24"/>
          <w:lang w:val="ru-RU"/>
        </w:rPr>
        <w:t>а) сосна          б) кедр           в) береза</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b/>
          <w:color w:val="000000"/>
          <w:sz w:val="24"/>
          <w:szCs w:val="24"/>
          <w:lang w:val="ru-RU"/>
        </w:rPr>
        <w:t>2. Что относится к живой природе.</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color w:val="000000"/>
          <w:sz w:val="24"/>
          <w:szCs w:val="24"/>
          <w:lang w:val="ru-RU"/>
        </w:rPr>
        <w:t>а) дерево        б) речка               в) камень              г) лось</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b/>
          <w:color w:val="000000"/>
          <w:sz w:val="24"/>
          <w:szCs w:val="24"/>
          <w:lang w:val="ru-RU"/>
        </w:rPr>
        <w:t>3. Какую форму имеет Земля?</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color w:val="000000"/>
          <w:sz w:val="24"/>
          <w:szCs w:val="24"/>
          <w:lang w:val="ru-RU"/>
        </w:rPr>
        <w:t>а) шара          б) квадрата            в) овала             г) плоскую</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b/>
          <w:color w:val="000000"/>
          <w:sz w:val="24"/>
          <w:szCs w:val="24"/>
          <w:lang w:val="ru-RU"/>
        </w:rPr>
        <w:t>4. Кто относится к диким животным.</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color w:val="000000"/>
          <w:sz w:val="24"/>
          <w:szCs w:val="24"/>
          <w:lang w:val="ru-RU"/>
        </w:rPr>
        <w:t>а) гусь          б) жаба              в) кабан            г) собака             д) олень</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b/>
          <w:color w:val="000000"/>
          <w:sz w:val="24"/>
          <w:szCs w:val="24"/>
          <w:lang w:val="ru-RU"/>
        </w:rPr>
        <w:t>5. Что относится к дикорастущим растениям.</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color w:val="000000"/>
          <w:sz w:val="24"/>
          <w:szCs w:val="24"/>
          <w:lang w:val="ru-RU"/>
        </w:rPr>
        <w:t>а) верба      б) горох         в) помидор        г) одуванчик        д) дуб</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b/>
          <w:color w:val="000000"/>
          <w:sz w:val="24"/>
          <w:szCs w:val="24"/>
          <w:lang w:val="ru-RU"/>
        </w:rPr>
        <w:t>6. За каким днём идет четверг?</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color w:val="000000"/>
          <w:sz w:val="24"/>
          <w:szCs w:val="24"/>
          <w:lang w:val="ru-RU"/>
        </w:rPr>
        <w:t>а) за вторником    б) за средой    в) за пятницей</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b/>
          <w:color w:val="000000"/>
          <w:sz w:val="24"/>
          <w:szCs w:val="24"/>
          <w:lang w:val="ru-RU"/>
        </w:rPr>
        <w:t>7.</w:t>
      </w:r>
      <w:r w:rsidRPr="000C7E7E">
        <w:rPr>
          <w:rFonts w:ascii="Times New Roman" w:eastAsia="Times New Roman" w:hAnsi="Times New Roman" w:cs="Times New Roman"/>
          <w:color w:val="000000"/>
          <w:sz w:val="24"/>
          <w:szCs w:val="24"/>
        </w:rPr>
        <w:t> </w:t>
      </w:r>
      <w:r w:rsidRPr="000C7E7E">
        <w:rPr>
          <w:rFonts w:ascii="Times New Roman" w:eastAsia="Times New Roman" w:hAnsi="Times New Roman" w:cs="Times New Roman"/>
          <w:b/>
          <w:color w:val="000000"/>
          <w:sz w:val="24"/>
          <w:szCs w:val="24"/>
          <w:lang w:val="ru-RU"/>
        </w:rPr>
        <w:t>Расставь последовательность дней недели:</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color w:val="000000"/>
          <w:sz w:val="24"/>
          <w:szCs w:val="24"/>
          <w:lang w:val="ru-RU"/>
        </w:rPr>
        <w:t>__суббота  ___понедельник  ___среда ___воскресенье __вторник ___пятница ___четверг</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b/>
          <w:color w:val="000000"/>
          <w:sz w:val="24"/>
          <w:szCs w:val="24"/>
          <w:lang w:val="ru-RU"/>
        </w:rPr>
        <w:t>8. Какой из перечисленных месяцев не является весенним?</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color w:val="000000"/>
          <w:sz w:val="24"/>
          <w:szCs w:val="24"/>
          <w:lang w:val="ru-RU"/>
        </w:rPr>
        <w:t>а) март    б) май    в) февраль   г) апрель</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b/>
          <w:color w:val="000000"/>
          <w:sz w:val="24"/>
          <w:szCs w:val="24"/>
          <w:lang w:val="ru-RU"/>
        </w:rPr>
        <w:t>9</w:t>
      </w:r>
      <w:r w:rsidRPr="000C7E7E">
        <w:rPr>
          <w:rFonts w:ascii="Times New Roman" w:eastAsia="Times New Roman" w:hAnsi="Times New Roman" w:cs="Times New Roman"/>
          <w:color w:val="000000"/>
          <w:sz w:val="24"/>
          <w:szCs w:val="24"/>
          <w:lang w:val="ru-RU"/>
        </w:rPr>
        <w:t>.</w:t>
      </w:r>
      <w:r w:rsidRPr="000C7E7E">
        <w:rPr>
          <w:rFonts w:ascii="Times New Roman" w:eastAsia="Times New Roman" w:hAnsi="Times New Roman" w:cs="Times New Roman"/>
          <w:color w:val="000000"/>
          <w:sz w:val="24"/>
          <w:szCs w:val="24"/>
        </w:rPr>
        <w:t> </w:t>
      </w:r>
      <w:r w:rsidRPr="000C7E7E">
        <w:rPr>
          <w:rFonts w:ascii="Times New Roman" w:eastAsia="Times New Roman" w:hAnsi="Times New Roman" w:cs="Times New Roman"/>
          <w:b/>
          <w:color w:val="000000"/>
          <w:sz w:val="24"/>
          <w:szCs w:val="24"/>
          <w:lang w:val="ru-RU"/>
        </w:rPr>
        <w:t>Звери – это животные, тело которых покрыто ________________________________</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b/>
          <w:color w:val="000000"/>
          <w:sz w:val="24"/>
          <w:szCs w:val="24"/>
          <w:lang w:val="ru-RU"/>
        </w:rPr>
        <w:t>10. Птицы – это животные, тело которых покрыто________________________________</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b/>
          <w:color w:val="000000"/>
          <w:sz w:val="24"/>
          <w:szCs w:val="24"/>
          <w:lang w:val="ru-RU"/>
        </w:rPr>
        <w:t>11.Какая птица не улетает в тёплые края?</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color w:val="000000"/>
          <w:sz w:val="24"/>
          <w:szCs w:val="24"/>
          <w:lang w:val="ru-RU"/>
        </w:rPr>
        <w:t>а) ласточка       б) скворец         в) соловей         г) воробей</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b/>
          <w:color w:val="000000"/>
          <w:sz w:val="24"/>
          <w:szCs w:val="24"/>
          <w:lang w:val="ru-RU"/>
        </w:rPr>
        <w:t>12. Животные, у которых шесть ног (три пары) – это______________________________</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b/>
          <w:color w:val="000000"/>
          <w:sz w:val="24"/>
          <w:szCs w:val="24"/>
          <w:lang w:val="ru-RU"/>
        </w:rPr>
        <w:t>13.</w:t>
      </w:r>
      <w:r w:rsidRPr="000C7E7E">
        <w:rPr>
          <w:rFonts w:ascii="Times New Roman" w:eastAsia="Times New Roman" w:hAnsi="Times New Roman" w:cs="Times New Roman"/>
          <w:b/>
          <w:color w:val="000000"/>
          <w:sz w:val="24"/>
          <w:szCs w:val="24"/>
        </w:rPr>
        <w:t> </w:t>
      </w:r>
      <w:r w:rsidRPr="000C7E7E">
        <w:rPr>
          <w:rFonts w:ascii="Times New Roman" w:eastAsia="Times New Roman" w:hAnsi="Times New Roman" w:cs="Times New Roman"/>
          <w:b/>
          <w:color w:val="000000"/>
          <w:sz w:val="24"/>
          <w:szCs w:val="24"/>
          <w:lang w:val="ru-RU"/>
        </w:rPr>
        <w:t xml:space="preserve">Чем покрыто тело рыб? </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color w:val="000000"/>
          <w:sz w:val="24"/>
          <w:szCs w:val="24"/>
          <w:lang w:val="ru-RU"/>
        </w:rPr>
        <w:t>а) чешуёй              б) перьями            в) шерстью</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b/>
          <w:color w:val="000000"/>
          <w:sz w:val="24"/>
          <w:szCs w:val="24"/>
          <w:lang w:val="ru-RU"/>
        </w:rPr>
        <w:t xml:space="preserve">14. </w:t>
      </w:r>
      <w:r w:rsidRPr="000C7E7E">
        <w:rPr>
          <w:rFonts w:ascii="Times New Roman" w:eastAsia="Times New Roman" w:hAnsi="Times New Roman" w:cs="Times New Roman"/>
          <w:b/>
          <w:color w:val="000000"/>
          <w:sz w:val="24"/>
          <w:szCs w:val="24"/>
        </w:rPr>
        <w:t> </w:t>
      </w:r>
      <w:r w:rsidRPr="000C7E7E">
        <w:rPr>
          <w:rFonts w:ascii="Times New Roman" w:eastAsia="Times New Roman" w:hAnsi="Times New Roman" w:cs="Times New Roman"/>
          <w:b/>
          <w:color w:val="000000"/>
          <w:sz w:val="24"/>
          <w:szCs w:val="24"/>
          <w:lang w:val="ru-RU"/>
        </w:rPr>
        <w:t xml:space="preserve">Во что превращается снег при таянии? </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color w:val="000000"/>
          <w:sz w:val="24"/>
          <w:szCs w:val="24"/>
          <w:lang w:val="ru-RU"/>
        </w:rPr>
        <w:t>а) в лёд                  б) в воду</w:t>
      </w:r>
    </w:p>
    <w:p w:rsidR="000C7E7E" w:rsidRPr="000C7E7E" w:rsidRDefault="000C7E7E" w:rsidP="000C7E7E">
      <w:pPr>
        <w:shd w:val="clear" w:color="auto" w:fill="FFFFFF"/>
        <w:spacing w:after="150"/>
        <w:rPr>
          <w:rFonts w:ascii="Times New Roman" w:eastAsia="Times New Roman" w:hAnsi="Times New Roman" w:cs="Times New Roman"/>
          <w:b/>
          <w:color w:val="000000"/>
          <w:sz w:val="24"/>
          <w:szCs w:val="24"/>
          <w:lang w:val="ru-RU"/>
        </w:rPr>
      </w:pPr>
      <w:r w:rsidRPr="000C7E7E">
        <w:rPr>
          <w:rFonts w:ascii="Times New Roman" w:eastAsia="Times New Roman" w:hAnsi="Times New Roman" w:cs="Times New Roman"/>
          <w:b/>
          <w:color w:val="000000"/>
          <w:sz w:val="24"/>
          <w:szCs w:val="24"/>
          <w:lang w:val="ru-RU"/>
        </w:rPr>
        <w:t>15</w:t>
      </w:r>
      <w:r w:rsidRPr="000C7E7E">
        <w:rPr>
          <w:rFonts w:ascii="Times New Roman" w:eastAsia="Times New Roman" w:hAnsi="Times New Roman" w:cs="Times New Roman"/>
          <w:color w:val="000000"/>
          <w:sz w:val="24"/>
          <w:szCs w:val="24"/>
          <w:lang w:val="ru-RU"/>
        </w:rPr>
        <w:t>.</w:t>
      </w:r>
      <w:r w:rsidRPr="000C7E7E">
        <w:rPr>
          <w:rFonts w:ascii="Times New Roman" w:eastAsia="Times New Roman" w:hAnsi="Times New Roman" w:cs="Times New Roman"/>
          <w:color w:val="000000"/>
          <w:sz w:val="24"/>
          <w:szCs w:val="24"/>
        </w:rPr>
        <w:t> </w:t>
      </w:r>
      <w:r w:rsidRPr="000C7E7E">
        <w:rPr>
          <w:rFonts w:ascii="Times New Roman" w:eastAsia="Times New Roman" w:hAnsi="Times New Roman" w:cs="Times New Roman"/>
          <w:b/>
          <w:color w:val="000000"/>
          <w:sz w:val="24"/>
          <w:szCs w:val="24"/>
          <w:lang w:val="ru-RU"/>
        </w:rPr>
        <w:t xml:space="preserve"> Вычеркни лишнее.</w:t>
      </w:r>
      <w:r w:rsidRPr="000C7E7E">
        <w:rPr>
          <w:rFonts w:ascii="Times New Roman" w:eastAsia="Times New Roman" w:hAnsi="Times New Roman" w:cs="Times New Roman"/>
          <w:b/>
          <w:color w:val="000000"/>
          <w:sz w:val="24"/>
          <w:szCs w:val="24"/>
        </w:rPr>
        <w:t>  </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color w:val="000000"/>
          <w:sz w:val="24"/>
          <w:szCs w:val="24"/>
          <w:lang w:val="ru-RU"/>
        </w:rPr>
        <w:t>Зима, осень, весна, март, лето.</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b/>
          <w:color w:val="000000"/>
          <w:sz w:val="24"/>
          <w:szCs w:val="24"/>
          <w:lang w:val="ru-RU"/>
        </w:rPr>
        <w:t>16</w:t>
      </w:r>
      <w:r w:rsidRPr="000C7E7E">
        <w:rPr>
          <w:rFonts w:ascii="Times New Roman" w:eastAsia="Times New Roman" w:hAnsi="Times New Roman" w:cs="Times New Roman"/>
          <w:color w:val="000000"/>
          <w:sz w:val="24"/>
          <w:szCs w:val="24"/>
          <w:lang w:val="ru-RU"/>
        </w:rPr>
        <w:t>.</w:t>
      </w:r>
      <w:r w:rsidRPr="000C7E7E">
        <w:rPr>
          <w:rFonts w:ascii="Times New Roman" w:eastAsia="Times New Roman" w:hAnsi="Times New Roman" w:cs="Times New Roman"/>
          <w:color w:val="000000"/>
          <w:sz w:val="24"/>
          <w:szCs w:val="24"/>
        </w:rPr>
        <w:t> </w:t>
      </w:r>
      <w:r w:rsidRPr="000C7E7E">
        <w:rPr>
          <w:rFonts w:ascii="Times New Roman" w:eastAsia="Times New Roman" w:hAnsi="Times New Roman" w:cs="Times New Roman"/>
          <w:b/>
          <w:color w:val="000000"/>
          <w:sz w:val="24"/>
          <w:szCs w:val="24"/>
          <w:lang w:val="ru-RU"/>
        </w:rPr>
        <w:t>Лето приходит после…</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color w:val="000000"/>
          <w:sz w:val="24"/>
          <w:szCs w:val="24"/>
          <w:lang w:val="ru-RU"/>
        </w:rPr>
        <w:t xml:space="preserve"> а) зимы                  б) весны                  в) осени</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b/>
          <w:color w:val="000000"/>
          <w:sz w:val="24"/>
          <w:szCs w:val="24"/>
          <w:lang w:val="ru-RU"/>
        </w:rPr>
        <w:t xml:space="preserve">17. </w:t>
      </w:r>
      <w:r w:rsidRPr="000C7E7E">
        <w:rPr>
          <w:rFonts w:ascii="Times New Roman" w:eastAsia="Times New Roman" w:hAnsi="Times New Roman" w:cs="Times New Roman"/>
          <w:color w:val="000000"/>
          <w:sz w:val="24"/>
          <w:szCs w:val="24"/>
        </w:rPr>
        <w:t> </w:t>
      </w:r>
      <w:r w:rsidRPr="000C7E7E">
        <w:rPr>
          <w:rFonts w:ascii="Times New Roman" w:eastAsia="Times New Roman" w:hAnsi="Times New Roman" w:cs="Times New Roman"/>
          <w:b/>
          <w:color w:val="000000"/>
          <w:sz w:val="24"/>
          <w:szCs w:val="24"/>
          <w:lang w:val="ru-RU"/>
        </w:rPr>
        <w:t>Подчеркни одной зеленым карандашом названия овощей, а синим – названия фруктов</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color w:val="000000"/>
          <w:sz w:val="24"/>
          <w:szCs w:val="24"/>
          <w:lang w:val="ru-RU"/>
        </w:rPr>
        <w:t>яблоко   лук    груша   свёкла   помидор   огурец   апельсин</w:t>
      </w:r>
    </w:p>
    <w:p w:rsidR="000C7E7E" w:rsidRPr="000C7E7E" w:rsidRDefault="000C7E7E" w:rsidP="000C7E7E">
      <w:pPr>
        <w:shd w:val="clear" w:color="auto" w:fill="FFFFFF"/>
        <w:spacing w:after="15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b/>
          <w:color w:val="000000"/>
          <w:sz w:val="24"/>
          <w:szCs w:val="24"/>
          <w:lang w:val="ru-RU"/>
        </w:rPr>
        <w:t>18.</w:t>
      </w:r>
      <w:r w:rsidRPr="000C7E7E">
        <w:rPr>
          <w:rFonts w:ascii="Times New Roman" w:eastAsia="Times New Roman" w:hAnsi="Times New Roman" w:cs="Times New Roman"/>
          <w:color w:val="000000"/>
          <w:sz w:val="24"/>
          <w:szCs w:val="24"/>
        </w:rPr>
        <w:t> </w:t>
      </w:r>
      <w:r w:rsidRPr="000C7E7E">
        <w:rPr>
          <w:rFonts w:ascii="Times New Roman" w:eastAsia="Times New Roman" w:hAnsi="Times New Roman" w:cs="Times New Roman"/>
          <w:b/>
          <w:color w:val="000000"/>
          <w:sz w:val="24"/>
          <w:szCs w:val="24"/>
          <w:lang w:val="ru-RU"/>
        </w:rPr>
        <w:t>Продолжи предложения:</w:t>
      </w:r>
      <w:r w:rsidRPr="000C7E7E">
        <w:rPr>
          <w:rFonts w:ascii="Times New Roman" w:eastAsia="Times New Roman" w:hAnsi="Times New Roman" w:cs="Times New Roman"/>
          <w:color w:val="000000"/>
          <w:sz w:val="24"/>
          <w:szCs w:val="24"/>
        </w:rPr>
        <w:t> </w:t>
      </w:r>
      <w:r w:rsidRPr="000C7E7E">
        <w:rPr>
          <w:rFonts w:ascii="Times New Roman" w:eastAsia="Times New Roman" w:hAnsi="Times New Roman" w:cs="Times New Roman"/>
          <w:color w:val="000000"/>
          <w:sz w:val="24"/>
          <w:szCs w:val="24"/>
          <w:lang w:val="ru-RU"/>
        </w:rPr>
        <w:t>Я живу в стране ____________________________________</w:t>
      </w:r>
    </w:p>
    <w:p w:rsidR="000C7E7E" w:rsidRDefault="000C7E7E" w:rsidP="000C7E7E">
      <w:pPr>
        <w:shd w:val="clear" w:color="auto" w:fill="FFFFFF"/>
        <w:spacing w:after="0"/>
        <w:rPr>
          <w:rFonts w:ascii="Times New Roman" w:eastAsia="Times New Roman" w:hAnsi="Times New Roman" w:cs="Times New Roman"/>
          <w:color w:val="000000"/>
          <w:sz w:val="24"/>
          <w:szCs w:val="24"/>
          <w:lang w:val="ru-RU"/>
        </w:rPr>
      </w:pPr>
      <w:r w:rsidRPr="000C7E7E">
        <w:rPr>
          <w:rFonts w:ascii="Times New Roman" w:eastAsia="Times New Roman" w:hAnsi="Times New Roman" w:cs="Times New Roman"/>
          <w:b/>
          <w:bCs/>
          <w:color w:val="000000"/>
          <w:sz w:val="24"/>
          <w:szCs w:val="24"/>
          <w:lang w:val="ru-RU"/>
        </w:rPr>
        <w:t>19.Столица нашей страны –</w:t>
      </w:r>
      <w:r w:rsidRPr="000C7E7E">
        <w:rPr>
          <w:rFonts w:ascii="Times New Roman" w:eastAsia="Times New Roman" w:hAnsi="Times New Roman" w:cs="Times New Roman"/>
          <w:color w:val="000000"/>
          <w:sz w:val="24"/>
          <w:szCs w:val="24"/>
          <w:lang w:val="ru-RU"/>
        </w:rPr>
        <w:t>_________________</w:t>
      </w:r>
      <w:r w:rsidR="00C73CE5">
        <w:rPr>
          <w:rFonts w:ascii="Times New Roman" w:eastAsia="Times New Roman" w:hAnsi="Times New Roman" w:cs="Times New Roman"/>
          <w:color w:val="000000"/>
          <w:sz w:val="24"/>
          <w:szCs w:val="24"/>
          <w:lang w:val="ru-RU"/>
        </w:rPr>
        <w:t>_______________________________</w:t>
      </w:r>
    </w:p>
    <w:p w:rsidR="00C73CE5" w:rsidRDefault="00C73CE5" w:rsidP="000C7E7E">
      <w:pPr>
        <w:shd w:val="clear" w:color="auto" w:fill="FFFFFF"/>
        <w:spacing w:after="0"/>
        <w:rPr>
          <w:rFonts w:ascii="Times New Roman" w:eastAsia="Times New Roman" w:hAnsi="Times New Roman" w:cs="Times New Roman"/>
          <w:color w:val="000000"/>
          <w:sz w:val="24"/>
          <w:szCs w:val="24"/>
          <w:lang w:val="ru-RU"/>
        </w:rPr>
      </w:pPr>
    </w:p>
    <w:p w:rsidR="00C73CE5" w:rsidRDefault="00C73CE5" w:rsidP="000C7E7E">
      <w:pPr>
        <w:shd w:val="clear" w:color="auto" w:fill="FFFFFF"/>
        <w:spacing w:after="0"/>
        <w:rPr>
          <w:rFonts w:ascii="Times New Roman" w:eastAsia="Times New Roman" w:hAnsi="Times New Roman" w:cs="Times New Roman"/>
          <w:color w:val="000000"/>
          <w:sz w:val="24"/>
          <w:szCs w:val="24"/>
          <w:lang w:val="ru-RU"/>
        </w:rPr>
      </w:pPr>
    </w:p>
    <w:p w:rsidR="00C73CE5" w:rsidRDefault="00C73CE5" w:rsidP="00C02D4A">
      <w:pPr>
        <w:shd w:val="clear" w:color="auto" w:fill="FFFFFF"/>
        <w:spacing w:after="0"/>
        <w:jc w:val="center"/>
        <w:rPr>
          <w:rFonts w:ascii="Times New Roman" w:eastAsia="Times New Roman" w:hAnsi="Times New Roman" w:cs="Times New Roman"/>
          <w:b/>
          <w:bCs/>
          <w:color w:val="000000"/>
          <w:sz w:val="24"/>
          <w:szCs w:val="24"/>
          <w:lang w:val="ru-RU"/>
        </w:rPr>
      </w:pPr>
      <w:r w:rsidRPr="00C73CE5">
        <w:rPr>
          <w:rFonts w:ascii="Times New Roman" w:eastAsia="Times New Roman" w:hAnsi="Times New Roman" w:cs="Times New Roman"/>
          <w:b/>
          <w:bCs/>
          <w:color w:val="000000"/>
          <w:sz w:val="24"/>
          <w:szCs w:val="24"/>
          <w:lang w:val="ru-RU"/>
        </w:rPr>
        <w:t>2 вариант</w:t>
      </w:r>
    </w:p>
    <w:p w:rsidR="00C02D4A" w:rsidRPr="00C73CE5" w:rsidRDefault="00C02D4A" w:rsidP="00C02D4A">
      <w:pPr>
        <w:shd w:val="clear" w:color="auto" w:fill="FFFFFF"/>
        <w:spacing w:after="0"/>
        <w:jc w:val="center"/>
        <w:rPr>
          <w:rFonts w:ascii="Times New Roman" w:eastAsia="Times New Roman" w:hAnsi="Times New Roman" w:cs="Times New Roman"/>
          <w:b/>
          <w:bCs/>
          <w:color w:val="000000"/>
          <w:sz w:val="24"/>
          <w:szCs w:val="24"/>
          <w:lang w:val="ru-RU"/>
        </w:rPr>
      </w:pPr>
    </w:p>
    <w:p w:rsidR="00C73CE5" w:rsidRPr="00C73CE5" w:rsidRDefault="00C73CE5" w:rsidP="00C73CE5">
      <w:pPr>
        <w:shd w:val="clear" w:color="auto" w:fill="FFFFFF"/>
        <w:spacing w:after="0"/>
        <w:rPr>
          <w:rFonts w:ascii="Times New Roman" w:eastAsia="Times New Roman" w:hAnsi="Times New Roman" w:cs="Times New Roman"/>
          <w:b/>
          <w:color w:val="000000"/>
          <w:sz w:val="24"/>
          <w:szCs w:val="24"/>
          <w:lang w:val="ru-RU"/>
        </w:rPr>
      </w:pPr>
      <w:r w:rsidRPr="00C73CE5">
        <w:rPr>
          <w:rFonts w:ascii="Times New Roman" w:eastAsia="Times New Roman" w:hAnsi="Times New Roman" w:cs="Times New Roman"/>
          <w:b/>
          <w:color w:val="000000"/>
          <w:sz w:val="24"/>
          <w:szCs w:val="24"/>
          <w:lang w:val="ru-RU"/>
        </w:rPr>
        <w:t>Прочитай вопросы. Обведи правильный ответ или допиши ответ.</w:t>
      </w:r>
    </w:p>
    <w:p w:rsidR="00C73CE5" w:rsidRPr="00C73CE5" w:rsidRDefault="00C73CE5" w:rsidP="00C73CE5">
      <w:pPr>
        <w:shd w:val="clear" w:color="auto" w:fill="FFFFFF"/>
        <w:spacing w:after="0"/>
        <w:rPr>
          <w:rFonts w:ascii="Times New Roman" w:eastAsia="Times New Roman" w:hAnsi="Times New Roman" w:cs="Times New Roman"/>
          <w:b/>
          <w:color w:val="000000"/>
          <w:sz w:val="24"/>
          <w:szCs w:val="24"/>
          <w:lang w:val="ru-RU"/>
        </w:rPr>
      </w:pP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b/>
          <w:color w:val="000000"/>
          <w:sz w:val="24"/>
          <w:szCs w:val="24"/>
          <w:lang w:val="ru-RU"/>
        </w:rPr>
        <w:t xml:space="preserve"> 1. У каких деревьев листья - хвоинки?</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а) береза              б) кедр               в) сосна</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b/>
          <w:color w:val="000000"/>
          <w:sz w:val="24"/>
          <w:szCs w:val="24"/>
          <w:lang w:val="ru-RU"/>
        </w:rPr>
        <w:t>2. Что относится к неживой природе.</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а) дерево       б) речка            в) камень       г) лось</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b/>
          <w:color w:val="000000"/>
          <w:sz w:val="24"/>
          <w:szCs w:val="24"/>
          <w:lang w:val="ru-RU"/>
        </w:rPr>
        <w:t>3. Какую форму имеет Земля?</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а) овала                   б) квадрата               в) шара               г) плоскую</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b/>
          <w:color w:val="000000"/>
          <w:sz w:val="24"/>
          <w:szCs w:val="24"/>
          <w:lang w:val="ru-RU"/>
        </w:rPr>
        <w:t>4. Кто относится к домашним животным.</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а) гусь       б) жаба           в) свинья             г) собака           д) олень</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b/>
          <w:color w:val="000000"/>
          <w:sz w:val="24"/>
          <w:szCs w:val="24"/>
          <w:lang w:val="ru-RU"/>
        </w:rPr>
        <w:t>5. Что относится к  культурным растениям.</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а) верба          б) горох            в) помидор          г) одуванчик            д) огурец</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b/>
          <w:color w:val="000000"/>
          <w:sz w:val="24"/>
          <w:szCs w:val="24"/>
          <w:lang w:val="ru-RU"/>
        </w:rPr>
        <w:t>6. За каким днём идет вторник?</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а) за понедельником         б) за средой           в) за пятницей</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b/>
          <w:color w:val="000000"/>
          <w:sz w:val="24"/>
          <w:szCs w:val="24"/>
          <w:lang w:val="ru-RU"/>
        </w:rPr>
        <w:t>7.</w:t>
      </w:r>
      <w:r w:rsidRPr="00C73CE5">
        <w:rPr>
          <w:rFonts w:ascii="Times New Roman" w:eastAsia="Times New Roman" w:hAnsi="Times New Roman" w:cs="Times New Roman"/>
          <w:color w:val="000000"/>
          <w:sz w:val="24"/>
          <w:szCs w:val="24"/>
        </w:rPr>
        <w:t> </w:t>
      </w:r>
      <w:r w:rsidRPr="00C73CE5">
        <w:rPr>
          <w:rFonts w:ascii="Times New Roman" w:eastAsia="Times New Roman" w:hAnsi="Times New Roman" w:cs="Times New Roman"/>
          <w:b/>
          <w:color w:val="000000"/>
          <w:sz w:val="24"/>
          <w:szCs w:val="24"/>
          <w:lang w:val="ru-RU"/>
        </w:rPr>
        <w:t>Расставь последовательность дней недели:</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__суббота  ___понедельник  ___четверг ___воскресенье __вторник ___пятница ___среда</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b/>
          <w:color w:val="000000"/>
          <w:sz w:val="24"/>
          <w:szCs w:val="24"/>
          <w:lang w:val="ru-RU"/>
        </w:rPr>
        <w:t>8. Какой из перечисленных месяцев не является осенним?</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а) сентябрь       б) август           в) ноябрь         г) октябрь</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b/>
          <w:color w:val="000000"/>
          <w:sz w:val="24"/>
          <w:szCs w:val="24"/>
          <w:lang w:val="ru-RU"/>
        </w:rPr>
        <w:t>9</w:t>
      </w:r>
      <w:r w:rsidRPr="00C73CE5">
        <w:rPr>
          <w:rFonts w:ascii="Times New Roman" w:eastAsia="Times New Roman" w:hAnsi="Times New Roman" w:cs="Times New Roman"/>
          <w:color w:val="000000"/>
          <w:sz w:val="24"/>
          <w:szCs w:val="24"/>
          <w:lang w:val="ru-RU"/>
        </w:rPr>
        <w:t>.</w:t>
      </w:r>
      <w:r w:rsidRPr="00C73CE5">
        <w:rPr>
          <w:rFonts w:ascii="Times New Roman" w:eastAsia="Times New Roman" w:hAnsi="Times New Roman" w:cs="Times New Roman"/>
          <w:color w:val="000000"/>
          <w:sz w:val="24"/>
          <w:szCs w:val="24"/>
        </w:rPr>
        <w:t> </w:t>
      </w:r>
      <w:r w:rsidRPr="00C73CE5">
        <w:rPr>
          <w:rFonts w:ascii="Times New Roman" w:eastAsia="Times New Roman" w:hAnsi="Times New Roman" w:cs="Times New Roman"/>
          <w:b/>
          <w:color w:val="000000"/>
          <w:sz w:val="24"/>
          <w:szCs w:val="24"/>
          <w:lang w:val="ru-RU"/>
        </w:rPr>
        <w:t>Звери – это животные, тело которых покрыто ________________________________</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b/>
          <w:color w:val="000000"/>
          <w:sz w:val="24"/>
          <w:szCs w:val="24"/>
          <w:lang w:val="ru-RU"/>
        </w:rPr>
        <w:t>10. Птицы – это животные, тело которых покрыто________________________________</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b/>
          <w:color w:val="000000"/>
          <w:sz w:val="24"/>
          <w:szCs w:val="24"/>
          <w:lang w:val="ru-RU"/>
        </w:rPr>
        <w:t>11.Какая птица улетает в тёплые края?</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а) ласточка    б) ворона     в) сорока     г) воробей</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b/>
          <w:color w:val="000000"/>
          <w:sz w:val="24"/>
          <w:szCs w:val="24"/>
          <w:lang w:val="ru-RU"/>
        </w:rPr>
        <w:t>12. Животные, у которых шесть ног (три пары) – это______________________________</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b/>
          <w:color w:val="000000"/>
          <w:sz w:val="24"/>
          <w:szCs w:val="24"/>
          <w:lang w:val="ru-RU"/>
        </w:rPr>
        <w:t>13.</w:t>
      </w:r>
      <w:r w:rsidRPr="00C73CE5">
        <w:rPr>
          <w:rFonts w:ascii="Times New Roman" w:eastAsia="Times New Roman" w:hAnsi="Times New Roman" w:cs="Times New Roman"/>
          <w:b/>
          <w:color w:val="000000"/>
          <w:sz w:val="24"/>
          <w:szCs w:val="24"/>
        </w:rPr>
        <w:t> </w:t>
      </w:r>
      <w:r w:rsidRPr="00C73CE5">
        <w:rPr>
          <w:rFonts w:ascii="Times New Roman" w:eastAsia="Times New Roman" w:hAnsi="Times New Roman" w:cs="Times New Roman"/>
          <w:b/>
          <w:color w:val="000000"/>
          <w:sz w:val="24"/>
          <w:szCs w:val="24"/>
          <w:lang w:val="ru-RU"/>
        </w:rPr>
        <w:t>Чем покрыто тело рыб? Обведи нужную букву.</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а) шерстью                  б) перьями                в) чешуей</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b/>
          <w:color w:val="000000"/>
          <w:sz w:val="24"/>
          <w:szCs w:val="24"/>
          <w:lang w:val="ru-RU"/>
        </w:rPr>
        <w:t xml:space="preserve">14. </w:t>
      </w:r>
      <w:r w:rsidRPr="00C73CE5">
        <w:rPr>
          <w:rFonts w:ascii="Times New Roman" w:eastAsia="Times New Roman" w:hAnsi="Times New Roman" w:cs="Times New Roman"/>
          <w:b/>
          <w:color w:val="000000"/>
          <w:sz w:val="24"/>
          <w:szCs w:val="24"/>
        </w:rPr>
        <w:t> </w:t>
      </w:r>
      <w:r w:rsidRPr="00C73CE5">
        <w:rPr>
          <w:rFonts w:ascii="Times New Roman" w:eastAsia="Times New Roman" w:hAnsi="Times New Roman" w:cs="Times New Roman"/>
          <w:b/>
          <w:color w:val="000000"/>
          <w:sz w:val="24"/>
          <w:szCs w:val="24"/>
          <w:lang w:val="ru-RU"/>
        </w:rPr>
        <w:t>Во что превращается вода на морозе?</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а) в лёд                     б) в воду</w:t>
      </w:r>
    </w:p>
    <w:p w:rsidR="00C73CE5" w:rsidRPr="00C73CE5" w:rsidRDefault="00C73CE5" w:rsidP="00C73CE5">
      <w:pPr>
        <w:shd w:val="clear" w:color="auto" w:fill="FFFFFF"/>
        <w:spacing w:after="0"/>
        <w:rPr>
          <w:rFonts w:ascii="Times New Roman" w:eastAsia="Times New Roman" w:hAnsi="Times New Roman" w:cs="Times New Roman"/>
          <w:b/>
          <w:color w:val="000000"/>
          <w:sz w:val="24"/>
          <w:szCs w:val="24"/>
          <w:lang w:val="ru-RU"/>
        </w:rPr>
      </w:pPr>
      <w:r w:rsidRPr="00C73CE5">
        <w:rPr>
          <w:rFonts w:ascii="Times New Roman" w:eastAsia="Times New Roman" w:hAnsi="Times New Roman" w:cs="Times New Roman"/>
          <w:b/>
          <w:color w:val="000000"/>
          <w:sz w:val="24"/>
          <w:szCs w:val="24"/>
          <w:lang w:val="ru-RU"/>
        </w:rPr>
        <w:t>15</w:t>
      </w:r>
      <w:r w:rsidRPr="00C73CE5">
        <w:rPr>
          <w:rFonts w:ascii="Times New Roman" w:eastAsia="Times New Roman" w:hAnsi="Times New Roman" w:cs="Times New Roman"/>
          <w:color w:val="000000"/>
          <w:sz w:val="24"/>
          <w:szCs w:val="24"/>
          <w:lang w:val="ru-RU"/>
        </w:rPr>
        <w:t>.</w:t>
      </w:r>
      <w:r w:rsidRPr="00C73CE5">
        <w:rPr>
          <w:rFonts w:ascii="Times New Roman" w:eastAsia="Times New Roman" w:hAnsi="Times New Roman" w:cs="Times New Roman"/>
          <w:color w:val="000000"/>
          <w:sz w:val="24"/>
          <w:szCs w:val="24"/>
        </w:rPr>
        <w:t> </w:t>
      </w:r>
      <w:r w:rsidRPr="00C73CE5">
        <w:rPr>
          <w:rFonts w:ascii="Times New Roman" w:eastAsia="Times New Roman" w:hAnsi="Times New Roman" w:cs="Times New Roman"/>
          <w:b/>
          <w:color w:val="000000"/>
          <w:sz w:val="24"/>
          <w:szCs w:val="24"/>
          <w:lang w:val="ru-RU"/>
        </w:rPr>
        <w:t>Вычеркни лишнее.</w:t>
      </w:r>
      <w:r w:rsidRPr="00C73CE5">
        <w:rPr>
          <w:rFonts w:ascii="Times New Roman" w:eastAsia="Times New Roman" w:hAnsi="Times New Roman" w:cs="Times New Roman"/>
          <w:b/>
          <w:color w:val="000000"/>
          <w:sz w:val="24"/>
          <w:szCs w:val="24"/>
        </w:rPr>
        <w:t>  </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Зима, осень, весна, апрель, лето.</w:t>
      </w:r>
    </w:p>
    <w:p w:rsidR="00C73CE5" w:rsidRPr="00C73CE5" w:rsidRDefault="00C73CE5" w:rsidP="00C73CE5">
      <w:pPr>
        <w:shd w:val="clear" w:color="auto" w:fill="FFFFFF"/>
        <w:spacing w:after="0"/>
        <w:rPr>
          <w:rFonts w:ascii="Times New Roman" w:eastAsia="Times New Roman" w:hAnsi="Times New Roman" w:cs="Times New Roman"/>
          <w:b/>
          <w:bCs/>
          <w:color w:val="000000"/>
          <w:sz w:val="24"/>
          <w:szCs w:val="24"/>
          <w:lang w:val="ru-RU"/>
        </w:rPr>
      </w:pPr>
      <w:r w:rsidRPr="00C73CE5">
        <w:rPr>
          <w:rFonts w:ascii="Times New Roman" w:eastAsia="Times New Roman" w:hAnsi="Times New Roman" w:cs="Times New Roman"/>
          <w:b/>
          <w:color w:val="000000"/>
          <w:sz w:val="24"/>
          <w:szCs w:val="24"/>
          <w:lang w:val="ru-RU"/>
        </w:rPr>
        <w:t>16</w:t>
      </w:r>
      <w:r w:rsidRPr="00C73CE5">
        <w:rPr>
          <w:rFonts w:ascii="Times New Roman" w:eastAsia="Times New Roman" w:hAnsi="Times New Roman" w:cs="Times New Roman"/>
          <w:color w:val="000000"/>
          <w:sz w:val="24"/>
          <w:szCs w:val="24"/>
          <w:lang w:val="ru-RU"/>
        </w:rPr>
        <w:t>.</w:t>
      </w:r>
      <w:r w:rsidRPr="00C73CE5">
        <w:rPr>
          <w:rFonts w:ascii="Times New Roman" w:eastAsia="Times New Roman" w:hAnsi="Times New Roman" w:cs="Times New Roman"/>
          <w:color w:val="000000"/>
          <w:sz w:val="24"/>
          <w:szCs w:val="24"/>
        </w:rPr>
        <w:t>  </w:t>
      </w:r>
      <w:r w:rsidRPr="00C73CE5">
        <w:rPr>
          <w:rFonts w:ascii="Times New Roman" w:eastAsia="Times New Roman" w:hAnsi="Times New Roman" w:cs="Times New Roman"/>
          <w:b/>
          <w:bCs/>
          <w:color w:val="000000"/>
          <w:sz w:val="24"/>
          <w:szCs w:val="24"/>
          <w:lang w:val="ru-RU"/>
        </w:rPr>
        <w:t>Зима приходит после …</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а) зимы           б) весны           в) осени</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b/>
          <w:color w:val="000000"/>
          <w:sz w:val="24"/>
          <w:szCs w:val="24"/>
          <w:lang w:val="ru-RU"/>
        </w:rPr>
        <w:t xml:space="preserve">17. </w:t>
      </w:r>
      <w:r w:rsidRPr="00C73CE5">
        <w:rPr>
          <w:rFonts w:ascii="Times New Roman" w:eastAsia="Times New Roman" w:hAnsi="Times New Roman" w:cs="Times New Roman"/>
          <w:color w:val="000000"/>
          <w:sz w:val="24"/>
          <w:szCs w:val="24"/>
        </w:rPr>
        <w:t> </w:t>
      </w:r>
      <w:r w:rsidRPr="00C73CE5">
        <w:rPr>
          <w:rFonts w:ascii="Times New Roman" w:eastAsia="Times New Roman" w:hAnsi="Times New Roman" w:cs="Times New Roman"/>
          <w:b/>
          <w:color w:val="000000"/>
          <w:sz w:val="24"/>
          <w:szCs w:val="24"/>
          <w:lang w:val="ru-RU"/>
        </w:rPr>
        <w:t>Подчеркни одной зеленым карандашом названия овощей, а синим – названия фруктов</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яблоко   лук    груша   репа   помидор   огурец   мандарин</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b/>
          <w:color w:val="000000"/>
          <w:sz w:val="24"/>
          <w:szCs w:val="24"/>
          <w:lang w:val="ru-RU"/>
        </w:rPr>
        <w:t>18.</w:t>
      </w:r>
      <w:r w:rsidRPr="00C73CE5">
        <w:rPr>
          <w:rFonts w:ascii="Times New Roman" w:eastAsia="Times New Roman" w:hAnsi="Times New Roman" w:cs="Times New Roman"/>
          <w:color w:val="000000"/>
          <w:sz w:val="24"/>
          <w:szCs w:val="24"/>
        </w:rPr>
        <w:t> </w:t>
      </w:r>
      <w:r w:rsidRPr="00C73CE5">
        <w:rPr>
          <w:rFonts w:ascii="Times New Roman" w:eastAsia="Times New Roman" w:hAnsi="Times New Roman" w:cs="Times New Roman"/>
          <w:b/>
          <w:color w:val="000000"/>
          <w:sz w:val="24"/>
          <w:szCs w:val="24"/>
          <w:lang w:val="ru-RU"/>
        </w:rPr>
        <w:t>Продолжи предложения:</w:t>
      </w:r>
      <w:r w:rsidRPr="00C73CE5">
        <w:rPr>
          <w:rFonts w:ascii="Times New Roman" w:eastAsia="Times New Roman" w:hAnsi="Times New Roman" w:cs="Times New Roman"/>
          <w:color w:val="000000"/>
          <w:sz w:val="24"/>
          <w:szCs w:val="24"/>
        </w:rPr>
        <w:t> </w:t>
      </w:r>
      <w:r w:rsidRPr="00C73CE5">
        <w:rPr>
          <w:rFonts w:ascii="Times New Roman" w:eastAsia="Times New Roman" w:hAnsi="Times New Roman" w:cs="Times New Roman"/>
          <w:color w:val="000000"/>
          <w:sz w:val="24"/>
          <w:szCs w:val="24"/>
          <w:lang w:val="ru-RU"/>
        </w:rPr>
        <w:t>Я живу в стране ____________________________________</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b/>
          <w:bCs/>
          <w:color w:val="000000"/>
          <w:sz w:val="24"/>
          <w:szCs w:val="24"/>
          <w:lang w:val="ru-RU"/>
        </w:rPr>
        <w:t>19.Столица нашей страны –</w:t>
      </w:r>
      <w:r w:rsidRPr="00C73CE5">
        <w:rPr>
          <w:rFonts w:ascii="Times New Roman" w:eastAsia="Times New Roman" w:hAnsi="Times New Roman" w:cs="Times New Roman"/>
          <w:color w:val="000000"/>
          <w:sz w:val="24"/>
          <w:szCs w:val="24"/>
          <w:lang w:val="ru-RU"/>
        </w:rPr>
        <w:t>___________________________________________________</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p>
    <w:p w:rsidR="00C73CE5" w:rsidRPr="00C73CE5" w:rsidRDefault="00C73CE5" w:rsidP="00C73CE5">
      <w:pPr>
        <w:shd w:val="clear" w:color="auto" w:fill="FFFFFF"/>
        <w:spacing w:after="0"/>
        <w:rPr>
          <w:rFonts w:ascii="Times New Roman" w:eastAsia="Times New Roman" w:hAnsi="Times New Roman" w:cs="Times New Roman"/>
          <w:b/>
          <w:color w:val="000000"/>
          <w:sz w:val="24"/>
          <w:szCs w:val="24"/>
          <w:lang w:val="ru-RU"/>
        </w:rPr>
      </w:pPr>
      <w:r w:rsidRPr="00C73CE5">
        <w:rPr>
          <w:rFonts w:ascii="Times New Roman" w:eastAsia="Times New Roman" w:hAnsi="Times New Roman" w:cs="Times New Roman"/>
          <w:b/>
          <w:color w:val="000000"/>
          <w:sz w:val="24"/>
          <w:szCs w:val="24"/>
          <w:lang w:val="ru-RU"/>
        </w:rPr>
        <w:t>Ответы.</w:t>
      </w:r>
    </w:p>
    <w:p w:rsidR="00C73CE5" w:rsidRPr="00C73CE5" w:rsidRDefault="00C73CE5" w:rsidP="00C73CE5">
      <w:pPr>
        <w:shd w:val="clear" w:color="auto" w:fill="FFFFFF"/>
        <w:spacing w:after="0"/>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1 балл – правильный ответ, максимально – 19 баллов</w:t>
      </w:r>
    </w:p>
    <w:p w:rsidR="00C73CE5" w:rsidRPr="00C73CE5" w:rsidRDefault="00C73CE5" w:rsidP="00C73CE5">
      <w:pPr>
        <w:shd w:val="clear" w:color="auto" w:fill="FFFFFF"/>
        <w:spacing w:after="0"/>
        <w:rPr>
          <w:rFonts w:ascii="Times New Roman" w:eastAsia="Times New Roman" w:hAnsi="Times New Roman" w:cs="Times New Roman"/>
          <w:b/>
          <w:color w:val="000000"/>
          <w:sz w:val="24"/>
          <w:szCs w:val="24"/>
          <w:lang w:val="ru-RU"/>
        </w:rPr>
      </w:pPr>
    </w:p>
    <w:tbl>
      <w:tblPr>
        <w:tblStyle w:val="ad"/>
        <w:tblW w:w="0" w:type="auto"/>
        <w:tblLook w:val="04A0"/>
      </w:tblPr>
      <w:tblGrid>
        <w:gridCol w:w="1084"/>
        <w:gridCol w:w="3560"/>
        <w:gridCol w:w="2977"/>
        <w:gridCol w:w="1843"/>
      </w:tblGrid>
      <w:tr w:rsidR="00C73CE5" w:rsidRPr="00C73CE5" w:rsidTr="00FD50CC">
        <w:tc>
          <w:tcPr>
            <w:tcW w:w="1084"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 вопроса</w:t>
            </w:r>
          </w:p>
        </w:tc>
        <w:tc>
          <w:tcPr>
            <w:tcW w:w="3560"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 вариант</w:t>
            </w:r>
          </w:p>
        </w:tc>
        <w:tc>
          <w:tcPr>
            <w:tcW w:w="2977"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2 вариант</w:t>
            </w:r>
          </w:p>
        </w:tc>
        <w:tc>
          <w:tcPr>
            <w:tcW w:w="1843"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количество баллов</w:t>
            </w:r>
          </w:p>
        </w:tc>
      </w:tr>
      <w:tr w:rsidR="00C73CE5" w:rsidRPr="00C73CE5" w:rsidTr="00FD50CC">
        <w:tc>
          <w:tcPr>
            <w:tcW w:w="1084"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w:t>
            </w:r>
          </w:p>
        </w:tc>
        <w:tc>
          <w:tcPr>
            <w:tcW w:w="3560"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 xml:space="preserve">а, б </w:t>
            </w:r>
          </w:p>
        </w:tc>
        <w:tc>
          <w:tcPr>
            <w:tcW w:w="2977"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б,в</w:t>
            </w:r>
          </w:p>
        </w:tc>
        <w:tc>
          <w:tcPr>
            <w:tcW w:w="1843"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w:t>
            </w:r>
          </w:p>
        </w:tc>
      </w:tr>
      <w:tr w:rsidR="00C73CE5" w:rsidRPr="00C73CE5" w:rsidTr="00FD50CC">
        <w:tc>
          <w:tcPr>
            <w:tcW w:w="1084"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2</w:t>
            </w:r>
          </w:p>
        </w:tc>
        <w:tc>
          <w:tcPr>
            <w:tcW w:w="3560"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а, г</w:t>
            </w:r>
          </w:p>
        </w:tc>
        <w:tc>
          <w:tcPr>
            <w:tcW w:w="2977"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б, в</w:t>
            </w:r>
          </w:p>
        </w:tc>
        <w:tc>
          <w:tcPr>
            <w:tcW w:w="1843"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w:t>
            </w:r>
          </w:p>
        </w:tc>
      </w:tr>
      <w:tr w:rsidR="00C73CE5" w:rsidRPr="00C73CE5" w:rsidTr="00FD50CC">
        <w:tc>
          <w:tcPr>
            <w:tcW w:w="1084"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3</w:t>
            </w:r>
          </w:p>
        </w:tc>
        <w:tc>
          <w:tcPr>
            <w:tcW w:w="3560"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а</w:t>
            </w:r>
          </w:p>
        </w:tc>
        <w:tc>
          <w:tcPr>
            <w:tcW w:w="2977"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в</w:t>
            </w:r>
          </w:p>
        </w:tc>
        <w:tc>
          <w:tcPr>
            <w:tcW w:w="1843"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w:t>
            </w:r>
          </w:p>
        </w:tc>
      </w:tr>
      <w:tr w:rsidR="00C73CE5" w:rsidRPr="00C73CE5" w:rsidTr="00FD50CC">
        <w:tc>
          <w:tcPr>
            <w:tcW w:w="1084"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4</w:t>
            </w:r>
          </w:p>
        </w:tc>
        <w:tc>
          <w:tcPr>
            <w:tcW w:w="3560"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б, д, в</w:t>
            </w:r>
          </w:p>
        </w:tc>
        <w:tc>
          <w:tcPr>
            <w:tcW w:w="2977"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а, в, г</w:t>
            </w:r>
          </w:p>
        </w:tc>
        <w:tc>
          <w:tcPr>
            <w:tcW w:w="1843"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w:t>
            </w:r>
          </w:p>
        </w:tc>
      </w:tr>
      <w:tr w:rsidR="00C73CE5" w:rsidRPr="00C73CE5" w:rsidTr="00FD50CC">
        <w:tc>
          <w:tcPr>
            <w:tcW w:w="1084"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5</w:t>
            </w:r>
          </w:p>
        </w:tc>
        <w:tc>
          <w:tcPr>
            <w:tcW w:w="3560"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а, г, д</w:t>
            </w:r>
          </w:p>
        </w:tc>
        <w:tc>
          <w:tcPr>
            <w:tcW w:w="2977"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б, в, д</w:t>
            </w:r>
          </w:p>
        </w:tc>
        <w:tc>
          <w:tcPr>
            <w:tcW w:w="1843"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w:t>
            </w:r>
          </w:p>
        </w:tc>
      </w:tr>
      <w:tr w:rsidR="00C73CE5" w:rsidRPr="00C73CE5" w:rsidTr="00FD50CC">
        <w:tc>
          <w:tcPr>
            <w:tcW w:w="1084"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6</w:t>
            </w:r>
          </w:p>
        </w:tc>
        <w:tc>
          <w:tcPr>
            <w:tcW w:w="3560"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б</w:t>
            </w:r>
          </w:p>
        </w:tc>
        <w:tc>
          <w:tcPr>
            <w:tcW w:w="2977"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а</w:t>
            </w:r>
          </w:p>
        </w:tc>
        <w:tc>
          <w:tcPr>
            <w:tcW w:w="1843"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w:t>
            </w:r>
          </w:p>
        </w:tc>
      </w:tr>
      <w:tr w:rsidR="00C73CE5" w:rsidRPr="00C73CE5" w:rsidTr="00FD50CC">
        <w:tc>
          <w:tcPr>
            <w:tcW w:w="1084"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7</w:t>
            </w:r>
          </w:p>
        </w:tc>
        <w:tc>
          <w:tcPr>
            <w:tcW w:w="3560"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6, 1, 3, 7, 2, 5, 4</w:t>
            </w:r>
          </w:p>
        </w:tc>
        <w:tc>
          <w:tcPr>
            <w:tcW w:w="2977"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6, 1, 4, 7, 2, 5, 3</w:t>
            </w:r>
          </w:p>
        </w:tc>
        <w:tc>
          <w:tcPr>
            <w:tcW w:w="1843"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w:t>
            </w:r>
          </w:p>
        </w:tc>
      </w:tr>
      <w:tr w:rsidR="00C73CE5" w:rsidRPr="00C73CE5" w:rsidTr="00FD50CC">
        <w:tc>
          <w:tcPr>
            <w:tcW w:w="1084"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8</w:t>
            </w:r>
          </w:p>
        </w:tc>
        <w:tc>
          <w:tcPr>
            <w:tcW w:w="3560"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в</w:t>
            </w:r>
          </w:p>
        </w:tc>
        <w:tc>
          <w:tcPr>
            <w:tcW w:w="2977"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б</w:t>
            </w:r>
          </w:p>
        </w:tc>
        <w:tc>
          <w:tcPr>
            <w:tcW w:w="1843"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w:t>
            </w:r>
          </w:p>
        </w:tc>
      </w:tr>
      <w:tr w:rsidR="00C73CE5" w:rsidRPr="00C73CE5" w:rsidTr="00FD50CC">
        <w:tc>
          <w:tcPr>
            <w:tcW w:w="1084"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9</w:t>
            </w:r>
          </w:p>
        </w:tc>
        <w:tc>
          <w:tcPr>
            <w:tcW w:w="3560"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шерстью</w:t>
            </w:r>
          </w:p>
        </w:tc>
        <w:tc>
          <w:tcPr>
            <w:tcW w:w="2977"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шерстью</w:t>
            </w:r>
          </w:p>
        </w:tc>
        <w:tc>
          <w:tcPr>
            <w:tcW w:w="1843"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w:t>
            </w:r>
          </w:p>
        </w:tc>
      </w:tr>
      <w:tr w:rsidR="00C73CE5" w:rsidRPr="00C73CE5" w:rsidTr="00FD50CC">
        <w:tc>
          <w:tcPr>
            <w:tcW w:w="1084"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10</w:t>
            </w:r>
          </w:p>
        </w:tc>
        <w:tc>
          <w:tcPr>
            <w:tcW w:w="3560"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перьями</w:t>
            </w:r>
          </w:p>
        </w:tc>
        <w:tc>
          <w:tcPr>
            <w:tcW w:w="2977"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перьями</w:t>
            </w:r>
          </w:p>
        </w:tc>
        <w:tc>
          <w:tcPr>
            <w:tcW w:w="1843"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w:t>
            </w:r>
          </w:p>
        </w:tc>
      </w:tr>
      <w:tr w:rsidR="00C73CE5" w:rsidRPr="00C73CE5" w:rsidTr="00FD50CC">
        <w:tc>
          <w:tcPr>
            <w:tcW w:w="1084"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11</w:t>
            </w:r>
          </w:p>
        </w:tc>
        <w:tc>
          <w:tcPr>
            <w:tcW w:w="3560"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г</w:t>
            </w:r>
          </w:p>
        </w:tc>
        <w:tc>
          <w:tcPr>
            <w:tcW w:w="2977"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а</w:t>
            </w:r>
          </w:p>
        </w:tc>
        <w:tc>
          <w:tcPr>
            <w:tcW w:w="1843"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w:t>
            </w:r>
          </w:p>
        </w:tc>
      </w:tr>
      <w:tr w:rsidR="00C73CE5" w:rsidRPr="00C73CE5" w:rsidTr="00FD50CC">
        <w:tc>
          <w:tcPr>
            <w:tcW w:w="1084"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12</w:t>
            </w:r>
          </w:p>
        </w:tc>
        <w:tc>
          <w:tcPr>
            <w:tcW w:w="3560"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насекомое</w:t>
            </w:r>
          </w:p>
        </w:tc>
        <w:tc>
          <w:tcPr>
            <w:tcW w:w="2977"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насекомое</w:t>
            </w:r>
          </w:p>
        </w:tc>
        <w:tc>
          <w:tcPr>
            <w:tcW w:w="1843"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w:t>
            </w:r>
          </w:p>
        </w:tc>
      </w:tr>
      <w:tr w:rsidR="00C73CE5" w:rsidRPr="00C73CE5" w:rsidTr="00FD50CC">
        <w:tc>
          <w:tcPr>
            <w:tcW w:w="1084"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13</w:t>
            </w:r>
          </w:p>
        </w:tc>
        <w:tc>
          <w:tcPr>
            <w:tcW w:w="3560"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а</w:t>
            </w:r>
          </w:p>
        </w:tc>
        <w:tc>
          <w:tcPr>
            <w:tcW w:w="2977"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в</w:t>
            </w:r>
          </w:p>
        </w:tc>
        <w:tc>
          <w:tcPr>
            <w:tcW w:w="1843"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w:t>
            </w:r>
          </w:p>
        </w:tc>
      </w:tr>
      <w:tr w:rsidR="00C73CE5" w:rsidRPr="00C73CE5" w:rsidTr="00FD50CC">
        <w:tc>
          <w:tcPr>
            <w:tcW w:w="1084"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14</w:t>
            </w:r>
          </w:p>
        </w:tc>
        <w:tc>
          <w:tcPr>
            <w:tcW w:w="3560"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б</w:t>
            </w:r>
          </w:p>
        </w:tc>
        <w:tc>
          <w:tcPr>
            <w:tcW w:w="2977"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а</w:t>
            </w:r>
          </w:p>
        </w:tc>
        <w:tc>
          <w:tcPr>
            <w:tcW w:w="1843"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w:t>
            </w:r>
          </w:p>
        </w:tc>
      </w:tr>
      <w:tr w:rsidR="00C73CE5" w:rsidRPr="00C73CE5" w:rsidTr="00FD50CC">
        <w:trPr>
          <w:trHeight w:val="1397"/>
        </w:trPr>
        <w:tc>
          <w:tcPr>
            <w:tcW w:w="1084"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15</w:t>
            </w:r>
          </w:p>
        </w:tc>
        <w:tc>
          <w:tcPr>
            <w:tcW w:w="3560"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март</w:t>
            </w:r>
          </w:p>
        </w:tc>
        <w:tc>
          <w:tcPr>
            <w:tcW w:w="2977"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апрель</w:t>
            </w:r>
          </w:p>
        </w:tc>
        <w:tc>
          <w:tcPr>
            <w:tcW w:w="1843"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w:t>
            </w:r>
          </w:p>
        </w:tc>
      </w:tr>
      <w:tr w:rsidR="00C73CE5" w:rsidRPr="00C73CE5" w:rsidTr="00FD50CC">
        <w:tc>
          <w:tcPr>
            <w:tcW w:w="1084"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16</w:t>
            </w:r>
          </w:p>
        </w:tc>
        <w:tc>
          <w:tcPr>
            <w:tcW w:w="3560"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б</w:t>
            </w:r>
          </w:p>
        </w:tc>
        <w:tc>
          <w:tcPr>
            <w:tcW w:w="2977"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в</w:t>
            </w:r>
          </w:p>
        </w:tc>
        <w:tc>
          <w:tcPr>
            <w:tcW w:w="1843"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w:t>
            </w:r>
          </w:p>
        </w:tc>
      </w:tr>
      <w:tr w:rsidR="00C73CE5" w:rsidRPr="00C73CE5" w:rsidTr="00FD50CC">
        <w:tc>
          <w:tcPr>
            <w:tcW w:w="1084"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17</w:t>
            </w:r>
          </w:p>
        </w:tc>
        <w:tc>
          <w:tcPr>
            <w:tcW w:w="3560"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Овощи: лук, свекла, помидор, огурец. Фрукты: яблоко, груша, апельсин</w:t>
            </w:r>
          </w:p>
        </w:tc>
        <w:tc>
          <w:tcPr>
            <w:tcW w:w="2977"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Овощи: лук, репа, помидор, огурец. Фрукты: яблоко, груша, мандарин</w:t>
            </w:r>
          </w:p>
        </w:tc>
        <w:tc>
          <w:tcPr>
            <w:tcW w:w="1843"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1</w:t>
            </w:r>
          </w:p>
        </w:tc>
      </w:tr>
      <w:tr w:rsidR="00C73CE5" w:rsidRPr="00C73CE5" w:rsidTr="00FD50CC">
        <w:tc>
          <w:tcPr>
            <w:tcW w:w="1084"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18</w:t>
            </w:r>
          </w:p>
        </w:tc>
        <w:tc>
          <w:tcPr>
            <w:tcW w:w="3560"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РФ</w:t>
            </w:r>
          </w:p>
        </w:tc>
        <w:tc>
          <w:tcPr>
            <w:tcW w:w="2977"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РФ</w:t>
            </w:r>
          </w:p>
        </w:tc>
        <w:tc>
          <w:tcPr>
            <w:tcW w:w="1843"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1</w:t>
            </w:r>
          </w:p>
        </w:tc>
      </w:tr>
      <w:tr w:rsidR="00C73CE5" w:rsidRPr="00C73CE5" w:rsidTr="00FD50CC">
        <w:tc>
          <w:tcPr>
            <w:tcW w:w="1084"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19</w:t>
            </w:r>
          </w:p>
        </w:tc>
        <w:tc>
          <w:tcPr>
            <w:tcW w:w="3560"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Москва</w:t>
            </w:r>
          </w:p>
        </w:tc>
        <w:tc>
          <w:tcPr>
            <w:tcW w:w="2977"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Москва</w:t>
            </w:r>
          </w:p>
        </w:tc>
        <w:tc>
          <w:tcPr>
            <w:tcW w:w="1843" w:type="dxa"/>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1</w:t>
            </w:r>
          </w:p>
        </w:tc>
      </w:tr>
    </w:tbl>
    <w:p w:rsidR="00C73CE5" w:rsidRPr="00C73CE5" w:rsidRDefault="00C73CE5" w:rsidP="00C73CE5">
      <w:pPr>
        <w:shd w:val="clear" w:color="auto" w:fill="FFFFFF"/>
        <w:spacing w:after="0"/>
        <w:rPr>
          <w:rFonts w:ascii="Times New Roman" w:eastAsia="Times New Roman" w:hAnsi="Times New Roman" w:cs="Times New Roman"/>
          <w:b/>
          <w:color w:val="000000"/>
          <w:sz w:val="24"/>
          <w:szCs w:val="24"/>
          <w:lang w:val="ru-RU"/>
        </w:rPr>
      </w:pPr>
    </w:p>
    <w:tbl>
      <w:tblPr>
        <w:tblStyle w:val="a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40"/>
      </w:tblGrid>
      <w:tr w:rsidR="00C73CE5" w:rsidRPr="0046724E" w:rsidTr="00FD50CC">
        <w:tc>
          <w:tcPr>
            <w:tcW w:w="9640" w:type="dxa"/>
            <w:hideMark/>
          </w:tcPr>
          <w:p w:rsidR="00C73CE5" w:rsidRPr="00C73CE5" w:rsidRDefault="00C73CE5" w:rsidP="00C73CE5">
            <w:pPr>
              <w:shd w:val="clear" w:color="auto" w:fill="FFFFFF"/>
              <w:spacing w:line="264" w:lineRule="auto"/>
              <w:rPr>
                <w:rFonts w:ascii="Times New Roman" w:eastAsia="Times New Roman" w:hAnsi="Times New Roman" w:cs="Times New Roman"/>
                <w:b/>
                <w:color w:val="000000"/>
                <w:sz w:val="24"/>
                <w:szCs w:val="24"/>
                <w:lang w:val="ru-RU"/>
              </w:rPr>
            </w:pPr>
            <w:r w:rsidRPr="00C73CE5">
              <w:rPr>
                <w:rFonts w:ascii="Times New Roman" w:eastAsia="Times New Roman" w:hAnsi="Times New Roman" w:cs="Times New Roman"/>
                <w:b/>
                <w:color w:val="000000"/>
                <w:sz w:val="24"/>
                <w:szCs w:val="24"/>
                <w:lang w:val="ru-RU"/>
              </w:rPr>
              <w:t>Критерии оценивания.</w:t>
            </w:r>
          </w:p>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lang w:val="ru-RU"/>
              </w:rPr>
            </w:pPr>
            <w:r w:rsidRPr="00C73CE5">
              <w:rPr>
                <w:rFonts w:ascii="Times New Roman" w:eastAsia="Times New Roman" w:hAnsi="Times New Roman" w:cs="Times New Roman"/>
                <w:color w:val="000000"/>
                <w:sz w:val="24"/>
                <w:szCs w:val="24"/>
                <w:lang w:val="ru-RU"/>
              </w:rPr>
              <w:t>Высокий  уровень -  18-19 баллов</w:t>
            </w:r>
          </w:p>
        </w:tc>
      </w:tr>
      <w:tr w:rsidR="00C73CE5" w:rsidRPr="00C73CE5" w:rsidTr="00FD50CC">
        <w:tc>
          <w:tcPr>
            <w:tcW w:w="9640" w:type="dxa"/>
            <w:hideMark/>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lang w:val="ru-RU"/>
              </w:rPr>
              <w:t>Средний уро</w:t>
            </w:r>
            <w:r w:rsidRPr="00C73CE5">
              <w:rPr>
                <w:rFonts w:ascii="Times New Roman" w:eastAsia="Times New Roman" w:hAnsi="Times New Roman" w:cs="Times New Roman"/>
                <w:color w:val="000000"/>
                <w:sz w:val="24"/>
                <w:szCs w:val="24"/>
              </w:rPr>
              <w:t>вень -  15 – 17 баллов</w:t>
            </w:r>
          </w:p>
        </w:tc>
      </w:tr>
      <w:tr w:rsidR="00C73CE5" w:rsidRPr="00C73CE5" w:rsidTr="00FD50CC">
        <w:tc>
          <w:tcPr>
            <w:tcW w:w="9640" w:type="dxa"/>
            <w:hideMark/>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rPr>
            </w:pPr>
            <w:r w:rsidRPr="00C73CE5">
              <w:rPr>
                <w:rFonts w:ascii="Times New Roman" w:eastAsia="Times New Roman" w:hAnsi="Times New Roman" w:cs="Times New Roman"/>
                <w:color w:val="000000"/>
                <w:sz w:val="24"/>
                <w:szCs w:val="24"/>
              </w:rPr>
              <w:t>Базовый   уровень - 11 – 14 баллов</w:t>
            </w:r>
          </w:p>
        </w:tc>
      </w:tr>
      <w:tr w:rsidR="00C73CE5" w:rsidRPr="00C73CE5" w:rsidTr="00FD50CC">
        <w:tc>
          <w:tcPr>
            <w:tcW w:w="9640" w:type="dxa"/>
            <w:hideMark/>
          </w:tcPr>
          <w:p w:rsidR="00C73CE5" w:rsidRPr="00C73CE5" w:rsidRDefault="00C73CE5" w:rsidP="00C73CE5">
            <w:pPr>
              <w:shd w:val="clear" w:color="auto" w:fill="FFFFFF"/>
              <w:spacing w:line="264" w:lineRule="auto"/>
              <w:rPr>
                <w:rFonts w:ascii="Times New Roman" w:eastAsia="Times New Roman" w:hAnsi="Times New Roman" w:cs="Times New Roman"/>
                <w:color w:val="000000"/>
                <w:sz w:val="24"/>
                <w:szCs w:val="24"/>
                <w:u w:val="single"/>
              </w:rPr>
            </w:pPr>
            <w:r w:rsidRPr="00C73CE5">
              <w:rPr>
                <w:rFonts w:ascii="Times New Roman" w:eastAsia="Times New Roman" w:hAnsi="Times New Roman" w:cs="Times New Roman"/>
                <w:color w:val="000000"/>
                <w:sz w:val="24"/>
                <w:szCs w:val="24"/>
              </w:rPr>
              <w:t>Низкий уровень – 0-</w:t>
            </w:r>
            <w:r w:rsidRPr="00C73CE5">
              <w:rPr>
                <w:rFonts w:ascii="Times New Roman" w:eastAsia="Times New Roman" w:hAnsi="Times New Roman" w:cs="Times New Roman"/>
                <w:color w:val="000000"/>
                <w:sz w:val="24"/>
                <w:szCs w:val="24"/>
                <w:lang w:val="ru-RU"/>
              </w:rPr>
              <w:t>10</w:t>
            </w:r>
            <w:r w:rsidRPr="00C73CE5">
              <w:rPr>
                <w:rFonts w:ascii="Times New Roman" w:eastAsia="Times New Roman" w:hAnsi="Times New Roman" w:cs="Times New Roman"/>
                <w:color w:val="000000"/>
                <w:sz w:val="24"/>
                <w:szCs w:val="24"/>
              </w:rPr>
              <w:t xml:space="preserve"> баллов</w:t>
            </w:r>
          </w:p>
        </w:tc>
      </w:tr>
    </w:tbl>
    <w:p w:rsidR="00C73CE5" w:rsidRPr="00C73CE5" w:rsidRDefault="00C73CE5" w:rsidP="00C73CE5">
      <w:pPr>
        <w:shd w:val="clear" w:color="auto" w:fill="FFFFFF"/>
        <w:spacing w:after="0"/>
        <w:rPr>
          <w:rFonts w:ascii="Times New Roman" w:eastAsia="Times New Roman" w:hAnsi="Times New Roman" w:cs="Times New Roman"/>
          <w:b/>
          <w:bCs/>
          <w:color w:val="000000"/>
          <w:sz w:val="24"/>
          <w:szCs w:val="24"/>
        </w:rPr>
      </w:pPr>
    </w:p>
    <w:p w:rsidR="00C73CE5" w:rsidRPr="00C73CE5" w:rsidRDefault="00C73CE5" w:rsidP="00C73CE5">
      <w:pPr>
        <w:shd w:val="clear" w:color="auto" w:fill="FFFFFF"/>
        <w:spacing w:after="0"/>
        <w:rPr>
          <w:rFonts w:ascii="Times New Roman" w:eastAsia="Times New Roman" w:hAnsi="Times New Roman" w:cs="Times New Roman"/>
          <w:b/>
          <w:bCs/>
          <w:color w:val="000000"/>
          <w:sz w:val="24"/>
          <w:szCs w:val="24"/>
        </w:rPr>
      </w:pPr>
    </w:p>
    <w:p w:rsidR="00C73CE5" w:rsidRPr="00C73CE5" w:rsidRDefault="00C73CE5" w:rsidP="00C73CE5">
      <w:pPr>
        <w:shd w:val="clear" w:color="auto" w:fill="FFFFFF"/>
        <w:spacing w:after="0"/>
        <w:rPr>
          <w:rFonts w:ascii="Times New Roman" w:eastAsia="Times New Roman" w:hAnsi="Times New Roman" w:cs="Times New Roman"/>
          <w:b/>
          <w:bCs/>
          <w:color w:val="000000"/>
          <w:sz w:val="24"/>
          <w:szCs w:val="24"/>
        </w:rPr>
      </w:pPr>
    </w:p>
    <w:p w:rsidR="00C73CE5" w:rsidRPr="00C73CE5" w:rsidRDefault="00C73CE5" w:rsidP="00C73CE5">
      <w:pPr>
        <w:shd w:val="clear" w:color="auto" w:fill="FFFFFF"/>
        <w:spacing w:after="0"/>
        <w:rPr>
          <w:rFonts w:ascii="Times New Roman" w:eastAsia="Times New Roman" w:hAnsi="Times New Roman" w:cs="Times New Roman"/>
          <w:b/>
          <w:bCs/>
          <w:color w:val="000000"/>
          <w:sz w:val="24"/>
          <w:szCs w:val="24"/>
        </w:rPr>
      </w:pPr>
    </w:p>
    <w:p w:rsidR="00C73CE5" w:rsidRPr="00C73CE5" w:rsidRDefault="00C73CE5" w:rsidP="00C73CE5">
      <w:pPr>
        <w:shd w:val="clear" w:color="auto" w:fill="FFFFFF"/>
        <w:spacing w:after="0"/>
        <w:rPr>
          <w:rFonts w:ascii="Times New Roman" w:eastAsia="Times New Roman" w:hAnsi="Times New Roman" w:cs="Times New Roman"/>
          <w:b/>
          <w:bCs/>
          <w:color w:val="000000"/>
          <w:sz w:val="24"/>
          <w:szCs w:val="24"/>
        </w:rPr>
      </w:pPr>
    </w:p>
    <w:p w:rsidR="00C73CE5" w:rsidRPr="000C7E7E" w:rsidRDefault="00C73CE5" w:rsidP="000C7E7E">
      <w:pPr>
        <w:shd w:val="clear" w:color="auto" w:fill="FFFFFF"/>
        <w:spacing w:after="0"/>
        <w:rPr>
          <w:rFonts w:ascii="Times New Roman" w:eastAsia="Times New Roman" w:hAnsi="Times New Roman" w:cs="Times New Roman"/>
          <w:color w:val="000000"/>
          <w:sz w:val="24"/>
          <w:szCs w:val="24"/>
          <w:lang w:val="ru-RU" w:eastAsia="ru-RU"/>
        </w:rPr>
        <w:sectPr w:rsidR="00C73CE5" w:rsidRPr="000C7E7E" w:rsidSect="00C73CE5">
          <w:pgSz w:w="11906" w:h="16383"/>
          <w:pgMar w:top="709" w:right="850" w:bottom="1134" w:left="1701" w:header="720" w:footer="720" w:gutter="0"/>
          <w:cols w:space="720"/>
        </w:sectPr>
      </w:pPr>
    </w:p>
    <w:p w:rsidR="001E7517" w:rsidRPr="001E7517" w:rsidRDefault="001E7517" w:rsidP="001E7517">
      <w:pPr>
        <w:autoSpaceDE w:val="0"/>
        <w:autoSpaceDN w:val="0"/>
        <w:adjustRightInd w:val="0"/>
        <w:spacing w:after="0" w:line="240" w:lineRule="auto"/>
        <w:ind w:left="720"/>
        <w:contextualSpacing/>
        <w:jc w:val="center"/>
        <w:rPr>
          <w:rFonts w:ascii="Times New Roman" w:eastAsia="Calibri" w:hAnsi="Times New Roman" w:cs="Times New Roman"/>
          <w:b/>
          <w:bCs/>
          <w:sz w:val="24"/>
          <w:szCs w:val="24"/>
          <w:lang w:val="ru-RU" w:eastAsia="ru-RU"/>
        </w:rPr>
      </w:pPr>
      <w:r w:rsidRPr="001E7517">
        <w:rPr>
          <w:rFonts w:ascii="Times New Roman" w:eastAsia="Calibri" w:hAnsi="Times New Roman" w:cs="Times New Roman"/>
          <w:b/>
          <w:bCs/>
          <w:sz w:val="24"/>
          <w:szCs w:val="24"/>
          <w:lang w:val="ru-RU" w:eastAsia="ru-RU"/>
        </w:rPr>
        <w:t>2 класс</w:t>
      </w:r>
    </w:p>
    <w:p w:rsidR="001E7517" w:rsidRPr="001E7517" w:rsidRDefault="001E7517" w:rsidP="001E7517">
      <w:pPr>
        <w:autoSpaceDE w:val="0"/>
        <w:autoSpaceDN w:val="0"/>
        <w:adjustRightInd w:val="0"/>
        <w:spacing w:after="0" w:line="240" w:lineRule="auto"/>
        <w:ind w:left="720"/>
        <w:contextualSpacing/>
        <w:jc w:val="center"/>
        <w:rPr>
          <w:rFonts w:ascii="Times New Roman" w:eastAsia="Calibri" w:hAnsi="Times New Roman" w:cs="Times New Roman"/>
          <w:b/>
          <w:bCs/>
          <w:sz w:val="24"/>
          <w:szCs w:val="24"/>
          <w:lang w:val="ru-RU" w:eastAsia="ru-RU"/>
        </w:rPr>
      </w:pPr>
    </w:p>
    <w:p w:rsidR="001E7517" w:rsidRPr="001E7517" w:rsidRDefault="001E7517" w:rsidP="001E7517">
      <w:pPr>
        <w:autoSpaceDE w:val="0"/>
        <w:autoSpaceDN w:val="0"/>
        <w:adjustRightInd w:val="0"/>
        <w:spacing w:after="0" w:line="240" w:lineRule="auto"/>
        <w:ind w:left="720"/>
        <w:contextualSpacing/>
        <w:jc w:val="center"/>
        <w:rPr>
          <w:rFonts w:ascii="Times New Roman" w:eastAsia="Calibri" w:hAnsi="Times New Roman" w:cs="Times New Roman"/>
          <w:b/>
          <w:bCs/>
          <w:sz w:val="24"/>
          <w:szCs w:val="24"/>
          <w:lang w:val="ru-RU"/>
        </w:rPr>
      </w:pPr>
      <w:r w:rsidRPr="001E7517">
        <w:rPr>
          <w:rFonts w:ascii="Times New Roman" w:eastAsia="Calibri" w:hAnsi="Times New Roman" w:cs="Times New Roman"/>
          <w:b/>
          <w:bCs/>
          <w:sz w:val="24"/>
          <w:szCs w:val="24"/>
          <w:lang w:val="ru-RU"/>
        </w:rPr>
        <w:t xml:space="preserve">Входная контрольная работа № 1 </w:t>
      </w:r>
    </w:p>
    <w:p w:rsidR="001E7517" w:rsidRPr="001E7517" w:rsidRDefault="001E7517" w:rsidP="001E7517">
      <w:pPr>
        <w:autoSpaceDE w:val="0"/>
        <w:autoSpaceDN w:val="0"/>
        <w:adjustRightInd w:val="0"/>
        <w:spacing w:after="0" w:line="240" w:lineRule="auto"/>
        <w:ind w:left="720"/>
        <w:contextualSpacing/>
        <w:jc w:val="center"/>
        <w:rPr>
          <w:rFonts w:ascii="Times New Roman" w:eastAsia="Calibri" w:hAnsi="Times New Roman" w:cs="Times New Roman"/>
          <w:b/>
          <w:bCs/>
          <w:sz w:val="24"/>
          <w:szCs w:val="24"/>
          <w:lang w:val="ru-RU"/>
        </w:rPr>
      </w:pPr>
    </w:p>
    <w:p w:rsidR="001E7517" w:rsidRPr="001E7517" w:rsidRDefault="001E7517" w:rsidP="001E7517">
      <w:pPr>
        <w:autoSpaceDE w:val="0"/>
        <w:autoSpaceDN w:val="0"/>
        <w:adjustRightInd w:val="0"/>
        <w:spacing w:after="0" w:line="240" w:lineRule="auto"/>
        <w:jc w:val="both"/>
        <w:rPr>
          <w:rFonts w:ascii="Times New Roman" w:eastAsia="Times New Roman" w:hAnsi="Times New Roman" w:cs="Times New Roman"/>
          <w:bCs/>
          <w:sz w:val="24"/>
          <w:szCs w:val="24"/>
          <w:lang w:val="ru-RU"/>
        </w:rPr>
      </w:pPr>
      <w:r w:rsidRPr="001E7517">
        <w:rPr>
          <w:rFonts w:ascii="Times New Roman" w:eastAsia="Times New Roman" w:hAnsi="Times New Roman" w:cs="Times New Roman"/>
          <w:b/>
          <w:bCs/>
          <w:sz w:val="24"/>
          <w:szCs w:val="24"/>
          <w:lang w:val="ru-RU"/>
        </w:rPr>
        <w:t xml:space="preserve">      Цель: </w:t>
      </w:r>
      <w:r w:rsidRPr="001E7517">
        <w:rPr>
          <w:rFonts w:ascii="Times New Roman" w:eastAsia="Times New Roman" w:hAnsi="Times New Roman" w:cs="Times New Roman"/>
          <w:sz w:val="24"/>
          <w:szCs w:val="24"/>
          <w:lang w:val="ru-RU"/>
        </w:rPr>
        <w:t>выявить уровень форсированности знаний, умений и навыков на начало учебного года.</w:t>
      </w:r>
    </w:p>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b/>
          <w:bCs/>
          <w:sz w:val="24"/>
          <w:szCs w:val="24"/>
          <w:lang w:val="ru-RU"/>
        </w:rPr>
      </w:pPr>
    </w:p>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b/>
          <w:bCs/>
          <w:sz w:val="24"/>
          <w:szCs w:val="24"/>
          <w:lang w:val="ru-RU"/>
        </w:rPr>
      </w:pPr>
      <w:r w:rsidRPr="001E7517">
        <w:rPr>
          <w:rFonts w:ascii="Times New Roman" w:eastAsia="Times New Roman" w:hAnsi="Times New Roman" w:cs="Times New Roman"/>
          <w:b/>
          <w:bCs/>
          <w:sz w:val="24"/>
          <w:szCs w:val="24"/>
          <w:lang w:val="ru-RU"/>
        </w:rPr>
        <w:t xml:space="preserve">1 вариант </w:t>
      </w:r>
    </w:p>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b/>
          <w:bCs/>
          <w:sz w:val="24"/>
          <w:szCs w:val="24"/>
          <w:lang w:val="ru-RU"/>
        </w:rPr>
      </w:pP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      1. </w:t>
      </w:r>
      <w:r w:rsidRPr="001E7517">
        <w:rPr>
          <w:rFonts w:ascii="Times New Roman" w:eastAsia="Times New Roman" w:hAnsi="Times New Roman" w:cs="Times New Roman"/>
          <w:sz w:val="24"/>
          <w:szCs w:val="24"/>
          <w:lang w:val="ru-RU"/>
        </w:rPr>
        <w:t>Какой формы планета Земля?</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А) шара;                              В) овала;</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Б) круга;                              Г) полукруга</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      2. </w:t>
      </w:r>
      <w:r w:rsidRPr="001E7517">
        <w:rPr>
          <w:rFonts w:ascii="Times New Roman" w:eastAsia="Times New Roman" w:hAnsi="Times New Roman" w:cs="Times New Roman"/>
          <w:sz w:val="24"/>
          <w:szCs w:val="24"/>
          <w:lang w:val="ru-RU"/>
        </w:rPr>
        <w:t>Что относится к неживой природе?</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А) тюльпан;                        В) олень;</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Б) гранит;                            Г) клён</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       3. </w:t>
      </w:r>
      <w:r w:rsidRPr="001E7517">
        <w:rPr>
          <w:rFonts w:ascii="Times New Roman" w:eastAsia="Times New Roman" w:hAnsi="Times New Roman" w:cs="Times New Roman"/>
          <w:sz w:val="24"/>
          <w:szCs w:val="24"/>
          <w:lang w:val="ru-RU"/>
        </w:rPr>
        <w:t>Какая часть растения впитывает воду из почвы?</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А) корень;                           В) плод;</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Б) стебель;                           Г) лист</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       4. </w:t>
      </w:r>
      <w:r w:rsidRPr="001E7517">
        <w:rPr>
          <w:rFonts w:ascii="Times New Roman" w:eastAsia="Times New Roman" w:hAnsi="Times New Roman" w:cs="Times New Roman"/>
          <w:sz w:val="24"/>
          <w:szCs w:val="24"/>
          <w:lang w:val="ru-RU"/>
        </w:rPr>
        <w:t>Какое животное относится к насекомым?</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А) ящерица;                        В) летучая мышь;</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Б) щука;                               Г) муха</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       5. </w:t>
      </w:r>
      <w:r w:rsidRPr="001E7517">
        <w:rPr>
          <w:rFonts w:ascii="Times New Roman" w:eastAsia="Times New Roman" w:hAnsi="Times New Roman" w:cs="Times New Roman"/>
          <w:sz w:val="24"/>
          <w:szCs w:val="24"/>
          <w:lang w:val="ru-RU"/>
        </w:rPr>
        <w:t>Какая птица остаётся у нас на зиму?</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А) дятел;                             В) утка;</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Б) журавль;                         Г) стриж</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       6. </w:t>
      </w:r>
      <w:r w:rsidRPr="001E7517">
        <w:rPr>
          <w:rFonts w:ascii="Times New Roman" w:eastAsia="Times New Roman" w:hAnsi="Times New Roman" w:cs="Times New Roman"/>
          <w:sz w:val="24"/>
          <w:szCs w:val="24"/>
          <w:lang w:val="ru-RU"/>
        </w:rPr>
        <w:t>Какой вид транспорта не загрязняет воздух?</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А) теплоход;</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Б) самолёт;</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В) автомобиль;</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Г) троллейбус</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      7. </w:t>
      </w:r>
      <w:r w:rsidRPr="001E7517">
        <w:rPr>
          <w:rFonts w:ascii="Times New Roman" w:eastAsia="Times New Roman" w:hAnsi="Times New Roman" w:cs="Times New Roman"/>
          <w:sz w:val="24"/>
          <w:szCs w:val="24"/>
          <w:lang w:val="ru-RU"/>
        </w:rPr>
        <w:t>Где можно переходить улицу?</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А) Где не видно машин</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Б) Где дорога уже</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В) Где есть пешеходный переход</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Г)  Где нет ограждений</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      8. </w:t>
      </w:r>
      <w:r w:rsidRPr="001E7517">
        <w:rPr>
          <w:rFonts w:ascii="Times New Roman" w:eastAsia="Times New Roman" w:hAnsi="Times New Roman" w:cs="Times New Roman"/>
          <w:sz w:val="24"/>
          <w:szCs w:val="24"/>
          <w:lang w:val="ru-RU"/>
        </w:rPr>
        <w:t>Чего нельзя делать, если почувствуешь запах газа?</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А) Открывать форточку</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Б) Звонить по телефону 04</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В)  Включать свет</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Г) Сообщать взрослым</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      9. </w:t>
      </w:r>
      <w:r w:rsidRPr="001E7517">
        <w:rPr>
          <w:rFonts w:ascii="Times New Roman" w:eastAsia="Times New Roman" w:hAnsi="Times New Roman" w:cs="Times New Roman"/>
          <w:sz w:val="24"/>
          <w:szCs w:val="24"/>
          <w:lang w:val="ru-RU"/>
        </w:rPr>
        <w:t>Почему надо чистить зубы каждый день?</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А) для удаления остатков пищи;                В) для свежего дыхания;</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Б) для белизны;                                            Г) чтобы лучше росли</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b/>
          <w:bCs/>
          <w:sz w:val="24"/>
          <w:szCs w:val="24"/>
          <w:lang w:val="ru-RU"/>
        </w:rPr>
      </w:pP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  10. </w:t>
      </w:r>
      <w:r w:rsidRPr="001E7517">
        <w:rPr>
          <w:rFonts w:ascii="Times New Roman" w:eastAsia="Times New Roman" w:hAnsi="Times New Roman" w:cs="Times New Roman"/>
          <w:sz w:val="24"/>
          <w:szCs w:val="24"/>
          <w:lang w:val="ru-RU"/>
        </w:rPr>
        <w:t>Как называется столица нашей Родины?</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А) Москва;                             В) Париж;</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Б) Санкт-Петербург;             Г) Волга</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      11. </w:t>
      </w:r>
      <w:r w:rsidRPr="001E7517">
        <w:rPr>
          <w:rFonts w:ascii="Times New Roman" w:eastAsia="Times New Roman" w:hAnsi="Times New Roman" w:cs="Times New Roman"/>
          <w:sz w:val="24"/>
          <w:szCs w:val="24"/>
          <w:lang w:val="ru-RU"/>
        </w:rPr>
        <w:t>Какое животное рождает живых детёнышей?</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А) стрекоза;</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Б) страус;</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В) заяц;</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Г) треска</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12. </w:t>
      </w:r>
      <w:r w:rsidRPr="001E7517">
        <w:rPr>
          <w:rFonts w:ascii="Times New Roman" w:eastAsia="Times New Roman" w:hAnsi="Times New Roman" w:cs="Times New Roman"/>
          <w:sz w:val="24"/>
          <w:szCs w:val="24"/>
          <w:lang w:val="ru-RU"/>
        </w:rPr>
        <w:t>Что такое Луна?</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А) Одна из планет Солнечной системы</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Б) Самая яркая звезда</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В) Самая горячая звезда</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Г) Спутник Земли</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13. </w:t>
      </w:r>
      <w:r w:rsidRPr="001E7517">
        <w:rPr>
          <w:rFonts w:ascii="Times New Roman" w:eastAsia="Times New Roman" w:hAnsi="Times New Roman" w:cs="Times New Roman"/>
          <w:sz w:val="24"/>
          <w:szCs w:val="24"/>
          <w:lang w:val="ru-RU"/>
        </w:rPr>
        <w:t>Какое животное даёт человеку молоко?</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А) кролик;</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Б) корова;</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В) баран;</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Г) свинья</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14. </w:t>
      </w:r>
      <w:r w:rsidRPr="001E7517">
        <w:rPr>
          <w:rFonts w:ascii="Times New Roman" w:eastAsia="Times New Roman" w:hAnsi="Times New Roman" w:cs="Times New Roman"/>
          <w:sz w:val="24"/>
          <w:szCs w:val="24"/>
          <w:lang w:val="ru-RU"/>
        </w:rPr>
        <w:t>Чего нельзя делать в лесу?</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А) ловить бабочек, шмелей и других насекомых;</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Б) разрушать дома животных;</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В) наблюдать за животными;</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Г) брать детёнышей животных </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b/>
          <w:bCs/>
          <w:sz w:val="24"/>
          <w:szCs w:val="24"/>
          <w:lang w:val="ru-RU"/>
        </w:rPr>
      </w:pP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15. </w:t>
      </w:r>
      <w:r w:rsidRPr="001E7517">
        <w:rPr>
          <w:rFonts w:ascii="Times New Roman" w:eastAsia="Times New Roman" w:hAnsi="Times New Roman" w:cs="Times New Roman"/>
          <w:sz w:val="24"/>
          <w:szCs w:val="24"/>
          <w:lang w:val="ru-RU"/>
        </w:rPr>
        <w:t>Каких страниц нет в Красной книге?</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А) синих;</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Б) зелёных;</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В) чёрных;</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Г) белых</w:t>
      </w:r>
    </w:p>
    <w:p w:rsidR="001E7517" w:rsidRPr="001E7517" w:rsidRDefault="001E7517" w:rsidP="001E7517">
      <w:pPr>
        <w:autoSpaceDE w:val="0"/>
        <w:autoSpaceDN w:val="0"/>
        <w:adjustRightInd w:val="0"/>
        <w:spacing w:after="0" w:line="240" w:lineRule="auto"/>
        <w:rPr>
          <w:rFonts w:ascii="Times New Roman" w:eastAsia="Times New Roman" w:hAnsi="Times New Roman" w:cs="Times New Roman"/>
          <w:b/>
          <w:bCs/>
          <w:sz w:val="24"/>
          <w:szCs w:val="24"/>
          <w:lang w:val="ru-RU"/>
        </w:rPr>
      </w:pPr>
    </w:p>
    <w:p w:rsidR="001E7517" w:rsidRPr="001E7517" w:rsidRDefault="001E7517" w:rsidP="001E7517">
      <w:pPr>
        <w:autoSpaceDE w:val="0"/>
        <w:autoSpaceDN w:val="0"/>
        <w:adjustRightInd w:val="0"/>
        <w:spacing w:after="0" w:line="240" w:lineRule="auto"/>
        <w:ind w:left="360"/>
        <w:jc w:val="center"/>
        <w:rPr>
          <w:rFonts w:ascii="Times New Roman" w:eastAsia="Times New Roman" w:hAnsi="Times New Roman" w:cs="Times New Roman"/>
          <w:b/>
          <w:bCs/>
          <w:sz w:val="24"/>
          <w:szCs w:val="24"/>
          <w:lang w:val="ru-RU"/>
        </w:rPr>
      </w:pPr>
    </w:p>
    <w:p w:rsidR="001E7517" w:rsidRPr="001E7517" w:rsidRDefault="001E7517" w:rsidP="001E7517">
      <w:pPr>
        <w:autoSpaceDE w:val="0"/>
        <w:autoSpaceDN w:val="0"/>
        <w:adjustRightInd w:val="0"/>
        <w:spacing w:after="0" w:line="240" w:lineRule="auto"/>
        <w:ind w:left="360"/>
        <w:jc w:val="center"/>
        <w:rPr>
          <w:rFonts w:ascii="Times New Roman" w:eastAsia="Times New Roman" w:hAnsi="Times New Roman" w:cs="Times New Roman"/>
          <w:b/>
          <w:bCs/>
          <w:sz w:val="24"/>
          <w:szCs w:val="24"/>
          <w:lang w:val="ru-RU"/>
        </w:rPr>
      </w:pPr>
      <w:r w:rsidRPr="001E7517">
        <w:rPr>
          <w:rFonts w:ascii="Times New Roman" w:eastAsia="Times New Roman" w:hAnsi="Times New Roman" w:cs="Times New Roman"/>
          <w:b/>
          <w:bCs/>
          <w:sz w:val="24"/>
          <w:szCs w:val="24"/>
          <w:lang w:val="ru-RU"/>
        </w:rPr>
        <w:t xml:space="preserve">2 вариант </w:t>
      </w:r>
    </w:p>
    <w:p w:rsidR="001E7517" w:rsidRPr="001E7517" w:rsidRDefault="001E7517" w:rsidP="001E7517">
      <w:pPr>
        <w:autoSpaceDE w:val="0"/>
        <w:autoSpaceDN w:val="0"/>
        <w:adjustRightInd w:val="0"/>
        <w:spacing w:after="0" w:line="240" w:lineRule="auto"/>
        <w:ind w:left="360"/>
        <w:jc w:val="center"/>
        <w:rPr>
          <w:rFonts w:ascii="Times New Roman" w:eastAsia="Times New Roman" w:hAnsi="Times New Roman" w:cs="Times New Roman"/>
          <w:b/>
          <w:bCs/>
          <w:sz w:val="24"/>
          <w:szCs w:val="24"/>
          <w:lang w:val="ru-RU"/>
        </w:rPr>
      </w:pP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1. </w:t>
      </w:r>
      <w:r w:rsidRPr="001E7517">
        <w:rPr>
          <w:rFonts w:ascii="Times New Roman" w:eastAsia="Times New Roman" w:hAnsi="Times New Roman" w:cs="Times New Roman"/>
          <w:sz w:val="24"/>
          <w:szCs w:val="24"/>
          <w:lang w:val="ru-RU"/>
        </w:rPr>
        <w:t>На какой предмет по форме похоже Солнце?</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А) на мяч;                        В) на дыню;</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Б) на тарелку;                 Г) на торт</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2. </w:t>
      </w:r>
      <w:r w:rsidRPr="001E7517">
        <w:rPr>
          <w:rFonts w:ascii="Times New Roman" w:eastAsia="Times New Roman" w:hAnsi="Times New Roman" w:cs="Times New Roman"/>
          <w:sz w:val="24"/>
          <w:szCs w:val="24"/>
          <w:lang w:val="ru-RU"/>
        </w:rPr>
        <w:t>Что относится к живой природе?</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А) известняк;                      В) облако;</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Б) крокодил;                 Г) солнце</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3. </w:t>
      </w:r>
      <w:r w:rsidRPr="001E7517">
        <w:rPr>
          <w:rFonts w:ascii="Times New Roman" w:eastAsia="Times New Roman" w:hAnsi="Times New Roman" w:cs="Times New Roman"/>
          <w:sz w:val="24"/>
          <w:szCs w:val="24"/>
          <w:lang w:val="ru-RU"/>
        </w:rPr>
        <w:t>Что мы едим у картофеля?</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А) стебель;                     В) листья;</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Б) плод;                          Г) корень</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4. </w:t>
      </w:r>
      <w:r w:rsidRPr="001E7517">
        <w:rPr>
          <w:rFonts w:ascii="Times New Roman" w:eastAsia="Times New Roman" w:hAnsi="Times New Roman" w:cs="Times New Roman"/>
          <w:sz w:val="24"/>
          <w:szCs w:val="24"/>
          <w:lang w:val="ru-RU"/>
        </w:rPr>
        <w:t>Какое животное не относится к насекомым?</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А) паук;                          В) комар;</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Б) муха;                          Г) шмель</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5. </w:t>
      </w:r>
      <w:r w:rsidRPr="001E7517">
        <w:rPr>
          <w:rFonts w:ascii="Times New Roman" w:eastAsia="Times New Roman" w:hAnsi="Times New Roman" w:cs="Times New Roman"/>
          <w:sz w:val="24"/>
          <w:szCs w:val="24"/>
          <w:lang w:val="ru-RU"/>
        </w:rPr>
        <w:t>Какая птица улетает осенью на юг?</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А) воробей;                   В) ворона;</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Б) грач;                          Г) дятел</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6. </w:t>
      </w:r>
      <w:r w:rsidRPr="001E7517">
        <w:rPr>
          <w:rFonts w:ascii="Times New Roman" w:eastAsia="Times New Roman" w:hAnsi="Times New Roman" w:cs="Times New Roman"/>
          <w:sz w:val="24"/>
          <w:szCs w:val="24"/>
          <w:lang w:val="ru-RU"/>
        </w:rPr>
        <w:t>Какой транспорт загрязняет воздух?</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А) троллейбус;                В) самолёт;</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Б) автобус;                       Г) теплоход</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7. </w:t>
      </w:r>
      <w:r w:rsidRPr="001E7517">
        <w:rPr>
          <w:rFonts w:ascii="Times New Roman" w:eastAsia="Times New Roman" w:hAnsi="Times New Roman" w:cs="Times New Roman"/>
          <w:sz w:val="24"/>
          <w:szCs w:val="24"/>
          <w:lang w:val="ru-RU"/>
        </w:rPr>
        <w:t>Переходить дорогу следует:</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А) В любом месте.</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Б)  На желтый сигнал светофора.</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В) На красный сигнал светофора</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Г)  На зелёный сигнал светофора</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b/>
          <w:bCs/>
          <w:sz w:val="24"/>
          <w:szCs w:val="24"/>
          <w:lang w:val="ru-RU"/>
        </w:rPr>
      </w:pP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8. </w:t>
      </w:r>
      <w:r w:rsidRPr="001E7517">
        <w:rPr>
          <w:rFonts w:ascii="Times New Roman" w:eastAsia="Times New Roman" w:hAnsi="Times New Roman" w:cs="Times New Roman"/>
          <w:sz w:val="24"/>
          <w:szCs w:val="24"/>
          <w:lang w:val="ru-RU"/>
        </w:rPr>
        <w:t>Если почувствовал запах газа нужно?</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А) Открывать окно</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Б) Выключить электроприборы </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В) Позвонить по телефону 04</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Г) Включить свет</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b/>
          <w:bCs/>
          <w:sz w:val="24"/>
          <w:szCs w:val="24"/>
          <w:lang w:val="ru-RU"/>
        </w:rPr>
      </w:pP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9. </w:t>
      </w:r>
      <w:r w:rsidRPr="001E7517">
        <w:rPr>
          <w:rFonts w:ascii="Times New Roman" w:eastAsia="Times New Roman" w:hAnsi="Times New Roman" w:cs="Times New Roman"/>
          <w:sz w:val="24"/>
          <w:szCs w:val="24"/>
          <w:lang w:val="ru-RU"/>
        </w:rPr>
        <w:t>Как часто надо чистить зубы?</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А) Через час</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Б) Один раз в день</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В) Два раза в день</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Г) После еды</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b/>
          <w:bCs/>
          <w:sz w:val="24"/>
          <w:szCs w:val="24"/>
          <w:lang w:val="ru-RU"/>
        </w:rPr>
      </w:pP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10. </w:t>
      </w:r>
      <w:r w:rsidRPr="001E7517">
        <w:rPr>
          <w:rFonts w:ascii="Times New Roman" w:eastAsia="Times New Roman" w:hAnsi="Times New Roman" w:cs="Times New Roman"/>
          <w:sz w:val="24"/>
          <w:szCs w:val="24"/>
          <w:lang w:val="ru-RU"/>
        </w:rPr>
        <w:t>Какой герб у нашей страны?</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А) медведь;</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Б) медный всадник;</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В) двуглавый орёл;</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Г) панда</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b/>
          <w:bCs/>
          <w:sz w:val="24"/>
          <w:szCs w:val="24"/>
          <w:lang w:val="ru-RU"/>
        </w:rPr>
      </w:pP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11. </w:t>
      </w:r>
      <w:r w:rsidRPr="001E7517">
        <w:rPr>
          <w:rFonts w:ascii="Times New Roman" w:eastAsia="Times New Roman" w:hAnsi="Times New Roman" w:cs="Times New Roman"/>
          <w:sz w:val="24"/>
          <w:szCs w:val="24"/>
          <w:lang w:val="ru-RU"/>
        </w:rPr>
        <w:t>Какое животное относится к зверям?</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А) ящерица;</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Б) кит;</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В) крокодил;</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Г) пингвин</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b/>
          <w:bCs/>
          <w:sz w:val="24"/>
          <w:szCs w:val="24"/>
          <w:lang w:val="ru-RU"/>
        </w:rPr>
      </w:pP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12. </w:t>
      </w:r>
      <w:r w:rsidRPr="001E7517">
        <w:rPr>
          <w:rFonts w:ascii="Times New Roman" w:eastAsia="Times New Roman" w:hAnsi="Times New Roman" w:cs="Times New Roman"/>
          <w:sz w:val="24"/>
          <w:szCs w:val="24"/>
          <w:lang w:val="ru-RU"/>
        </w:rPr>
        <w:t>Как называется ближайшая к Земле звезда?</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А) Луна;</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Б) Альдебаран;</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В) Солнце;</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Г) Регул</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b/>
          <w:bCs/>
          <w:sz w:val="24"/>
          <w:szCs w:val="24"/>
          <w:lang w:val="ru-RU"/>
        </w:rPr>
      </w:pP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13. </w:t>
      </w:r>
      <w:r w:rsidRPr="001E7517">
        <w:rPr>
          <w:rFonts w:ascii="Times New Roman" w:eastAsia="Times New Roman" w:hAnsi="Times New Roman" w:cs="Times New Roman"/>
          <w:sz w:val="24"/>
          <w:szCs w:val="24"/>
          <w:lang w:val="ru-RU"/>
        </w:rPr>
        <w:t>Какое животное не даёт человеку молоко?</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А) лошадь;</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Б) коза;</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В) корова;</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Г) курица</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b/>
          <w:bCs/>
          <w:sz w:val="24"/>
          <w:szCs w:val="24"/>
          <w:lang w:val="ru-RU"/>
        </w:rPr>
      </w:pP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14. </w:t>
      </w:r>
      <w:r w:rsidRPr="001E7517">
        <w:rPr>
          <w:rFonts w:ascii="Times New Roman" w:eastAsia="Times New Roman" w:hAnsi="Times New Roman" w:cs="Times New Roman"/>
          <w:sz w:val="24"/>
          <w:szCs w:val="24"/>
          <w:lang w:val="ru-RU"/>
        </w:rPr>
        <w:t>Какой мусор нельзя закапывать в лесу?</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А) стеклянные бутылки;</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Б) металлические банки;</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В) полиэтиленовые пакеты;</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Г) пищевые отходы</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b/>
          <w:bCs/>
          <w:sz w:val="24"/>
          <w:szCs w:val="24"/>
          <w:lang w:val="ru-RU"/>
        </w:rPr>
      </w:pP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b/>
          <w:bCs/>
          <w:sz w:val="24"/>
          <w:szCs w:val="24"/>
          <w:lang w:val="ru-RU"/>
        </w:rPr>
        <w:t xml:space="preserve">15. </w:t>
      </w:r>
      <w:r w:rsidRPr="001E7517">
        <w:rPr>
          <w:rFonts w:ascii="Times New Roman" w:eastAsia="Times New Roman" w:hAnsi="Times New Roman" w:cs="Times New Roman"/>
          <w:sz w:val="24"/>
          <w:szCs w:val="24"/>
          <w:lang w:val="ru-RU"/>
        </w:rPr>
        <w:t>Какие растения и животные не описываются в Красной книге?</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А) находящиеся под угрозой исчезновения;</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Б) ископаемые;</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В) редкие;</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Г) восстановленные</w:t>
      </w:r>
    </w:p>
    <w:p w:rsidR="001E7517" w:rsidRPr="001E7517" w:rsidRDefault="001E7517" w:rsidP="001E7517">
      <w:pPr>
        <w:autoSpaceDE w:val="0"/>
        <w:autoSpaceDN w:val="0"/>
        <w:adjustRightInd w:val="0"/>
        <w:spacing w:after="0" w:line="240" w:lineRule="auto"/>
        <w:ind w:left="360"/>
        <w:rPr>
          <w:rFonts w:ascii="Times New Roman" w:eastAsia="Times New Roman" w:hAnsi="Times New Roman" w:cs="Times New Roman"/>
          <w:sz w:val="24"/>
          <w:szCs w:val="24"/>
          <w:lang w:val="ru-RU"/>
        </w:rPr>
      </w:pPr>
    </w:p>
    <w:p w:rsidR="001E7517" w:rsidRPr="001E7517" w:rsidRDefault="001E7517" w:rsidP="001E7517">
      <w:pPr>
        <w:spacing w:after="200" w:line="276" w:lineRule="auto"/>
        <w:jc w:val="center"/>
        <w:rPr>
          <w:rFonts w:ascii="Times New Roman" w:eastAsia="Times New Roman" w:hAnsi="Times New Roman" w:cs="Times New Roman"/>
          <w:b/>
          <w:sz w:val="24"/>
          <w:szCs w:val="24"/>
          <w:lang w:val="ru-RU"/>
        </w:rPr>
      </w:pPr>
      <w:r w:rsidRPr="001E7517">
        <w:rPr>
          <w:rFonts w:ascii="Times New Roman" w:eastAsia="Times New Roman" w:hAnsi="Times New Roman" w:cs="Times New Roman"/>
          <w:b/>
          <w:sz w:val="24"/>
          <w:szCs w:val="24"/>
          <w:lang w:val="ru-RU"/>
        </w:rPr>
        <w:t>Ответы и критерии оценивания входной контрольной работы                                                                       по окружающему миру 2 класса</w:t>
      </w:r>
    </w:p>
    <w:p w:rsidR="001E7517" w:rsidRPr="001E7517" w:rsidRDefault="001E7517" w:rsidP="001E7517">
      <w:pPr>
        <w:autoSpaceDE w:val="0"/>
        <w:autoSpaceDN w:val="0"/>
        <w:adjustRightInd w:val="0"/>
        <w:spacing w:after="0" w:line="240" w:lineRule="auto"/>
        <w:ind w:left="360"/>
        <w:jc w:val="both"/>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Задание 1 – 10 с выбором ответа считается выполненным, если выбранный обучающимися номер ответа совпадает с верным ответом. Все задания с выбором ответа оцениваются в 1 балл. Если выбрано более одного ответа, то задание считается выполненным неверно.</w:t>
      </w:r>
    </w:p>
    <w:p w:rsidR="001E7517" w:rsidRPr="001E7517" w:rsidRDefault="001E7517" w:rsidP="001E7517">
      <w:pPr>
        <w:autoSpaceDE w:val="0"/>
        <w:autoSpaceDN w:val="0"/>
        <w:adjustRightInd w:val="0"/>
        <w:spacing w:after="0" w:line="240" w:lineRule="auto"/>
        <w:ind w:left="360"/>
        <w:jc w:val="both"/>
        <w:rPr>
          <w:rFonts w:ascii="Times New Roman" w:eastAsia="Times New Roman" w:hAnsi="Times New Roman" w:cs="Times New Roman"/>
          <w:sz w:val="24"/>
          <w:szCs w:val="24"/>
          <w:lang w:val="ru-RU"/>
        </w:rPr>
      </w:pPr>
      <w:r w:rsidRPr="001E7517">
        <w:rPr>
          <w:rFonts w:ascii="Times New Roman" w:eastAsia="Times New Roman" w:hAnsi="Times New Roman" w:cs="Times New Roman"/>
          <w:sz w:val="24"/>
          <w:szCs w:val="24"/>
          <w:lang w:val="ru-RU"/>
        </w:rPr>
        <w:t xml:space="preserve">          Задание 11 - 13 с выбором ответа считается выполненным, если выбранный обучающимися номер ответа совпадает с верным ответом. Все задания с выбором ответа оцениваются в 2 балла. Если выбрано более одного ответа, то задание считается выполненным неверно.</w:t>
      </w:r>
    </w:p>
    <w:p w:rsidR="001E7517" w:rsidRPr="001E7517" w:rsidRDefault="001E7517" w:rsidP="001E7517">
      <w:pPr>
        <w:autoSpaceDE w:val="0"/>
        <w:autoSpaceDN w:val="0"/>
        <w:adjustRightInd w:val="0"/>
        <w:spacing w:after="0" w:line="240" w:lineRule="auto"/>
        <w:ind w:left="360"/>
        <w:jc w:val="both"/>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lang w:val="ru-RU"/>
        </w:rPr>
        <w:t xml:space="preserve">         Задание 14 - 15 с выбором ответа считается выполненным, если выбранный обучающимися номер ответа совпадает с верным ответом. </w:t>
      </w:r>
      <w:r w:rsidRPr="001E7517">
        <w:rPr>
          <w:rFonts w:ascii="Times New Roman" w:eastAsia="Times New Roman" w:hAnsi="Times New Roman" w:cs="Times New Roman"/>
          <w:sz w:val="24"/>
          <w:szCs w:val="24"/>
        </w:rPr>
        <w:t>Все задания с выбором ответа оцениваются в 3 балла.</w:t>
      </w:r>
    </w:p>
    <w:p w:rsidR="001E7517" w:rsidRPr="001E7517" w:rsidRDefault="001E7517" w:rsidP="001E7517">
      <w:pPr>
        <w:autoSpaceDE w:val="0"/>
        <w:autoSpaceDN w:val="0"/>
        <w:adjustRightInd w:val="0"/>
        <w:spacing w:after="0" w:line="240" w:lineRule="auto"/>
        <w:ind w:left="360"/>
        <w:jc w:val="both"/>
        <w:rPr>
          <w:rFonts w:ascii="Times New Roman" w:eastAsia="Times New Roman" w:hAnsi="Times New Roman" w:cs="Times New Roman"/>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62"/>
        <w:gridCol w:w="1824"/>
        <w:gridCol w:w="1934"/>
        <w:gridCol w:w="1957"/>
        <w:gridCol w:w="1934"/>
      </w:tblGrid>
      <w:tr w:rsidR="001E7517" w:rsidRPr="001E7517" w:rsidTr="00FD50CC">
        <w:tc>
          <w:tcPr>
            <w:tcW w:w="1591" w:type="dxa"/>
            <w:vMerge w:val="restart"/>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 задания</w:t>
            </w:r>
          </w:p>
        </w:tc>
        <w:tc>
          <w:tcPr>
            <w:tcW w:w="3827" w:type="dxa"/>
            <w:gridSpan w:val="2"/>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 вариант</w:t>
            </w:r>
          </w:p>
        </w:tc>
        <w:tc>
          <w:tcPr>
            <w:tcW w:w="3968" w:type="dxa"/>
            <w:gridSpan w:val="2"/>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2 вариант</w:t>
            </w:r>
          </w:p>
        </w:tc>
      </w:tr>
      <w:tr w:rsidR="001E7517" w:rsidRPr="001E7517" w:rsidTr="00FD50CC">
        <w:tc>
          <w:tcPr>
            <w:tcW w:w="1591" w:type="dxa"/>
            <w:vMerge/>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843"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правильный ответ</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балл за задание</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правильный ответ</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балл за задание</w:t>
            </w:r>
          </w:p>
        </w:tc>
      </w:tr>
      <w:tr w:rsidR="001E7517" w:rsidRPr="001E7517" w:rsidTr="00FD50CC">
        <w:tc>
          <w:tcPr>
            <w:tcW w:w="1591"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w:t>
            </w:r>
          </w:p>
        </w:tc>
        <w:tc>
          <w:tcPr>
            <w:tcW w:w="1843"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А</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А</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w:t>
            </w:r>
          </w:p>
        </w:tc>
      </w:tr>
      <w:tr w:rsidR="001E7517" w:rsidRPr="001E7517" w:rsidTr="00FD50CC">
        <w:tc>
          <w:tcPr>
            <w:tcW w:w="1591"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2</w:t>
            </w:r>
          </w:p>
        </w:tc>
        <w:tc>
          <w:tcPr>
            <w:tcW w:w="1843"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Б</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А</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w:t>
            </w:r>
          </w:p>
        </w:tc>
      </w:tr>
      <w:tr w:rsidR="001E7517" w:rsidRPr="001E7517" w:rsidTr="00FD50CC">
        <w:tc>
          <w:tcPr>
            <w:tcW w:w="1591"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3</w:t>
            </w:r>
          </w:p>
        </w:tc>
        <w:tc>
          <w:tcPr>
            <w:tcW w:w="1843"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А</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Б</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w:t>
            </w:r>
          </w:p>
        </w:tc>
      </w:tr>
      <w:tr w:rsidR="001E7517" w:rsidRPr="001E7517" w:rsidTr="00FD50CC">
        <w:tc>
          <w:tcPr>
            <w:tcW w:w="1591"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4</w:t>
            </w:r>
          </w:p>
        </w:tc>
        <w:tc>
          <w:tcPr>
            <w:tcW w:w="1843"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Г</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А</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w:t>
            </w:r>
          </w:p>
        </w:tc>
      </w:tr>
      <w:tr w:rsidR="001E7517" w:rsidRPr="001E7517" w:rsidTr="00FD50CC">
        <w:tc>
          <w:tcPr>
            <w:tcW w:w="1591"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5</w:t>
            </w:r>
          </w:p>
        </w:tc>
        <w:tc>
          <w:tcPr>
            <w:tcW w:w="1843"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А</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Б</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w:t>
            </w:r>
          </w:p>
        </w:tc>
      </w:tr>
      <w:tr w:rsidR="001E7517" w:rsidRPr="001E7517" w:rsidTr="00FD50CC">
        <w:tc>
          <w:tcPr>
            <w:tcW w:w="1591"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6</w:t>
            </w:r>
          </w:p>
        </w:tc>
        <w:tc>
          <w:tcPr>
            <w:tcW w:w="1843"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Г</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А</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w:t>
            </w:r>
          </w:p>
        </w:tc>
      </w:tr>
      <w:tr w:rsidR="001E7517" w:rsidRPr="001E7517" w:rsidTr="00FD50CC">
        <w:tc>
          <w:tcPr>
            <w:tcW w:w="1591"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7</w:t>
            </w:r>
          </w:p>
        </w:tc>
        <w:tc>
          <w:tcPr>
            <w:tcW w:w="1843"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В</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Г</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w:t>
            </w:r>
          </w:p>
        </w:tc>
      </w:tr>
      <w:tr w:rsidR="001E7517" w:rsidRPr="001E7517" w:rsidTr="00FD50CC">
        <w:tc>
          <w:tcPr>
            <w:tcW w:w="1591"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8</w:t>
            </w:r>
          </w:p>
        </w:tc>
        <w:tc>
          <w:tcPr>
            <w:tcW w:w="1843"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В</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В</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w:t>
            </w:r>
          </w:p>
        </w:tc>
      </w:tr>
      <w:tr w:rsidR="001E7517" w:rsidRPr="001E7517" w:rsidTr="00FD50CC">
        <w:tc>
          <w:tcPr>
            <w:tcW w:w="1591"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9</w:t>
            </w:r>
          </w:p>
        </w:tc>
        <w:tc>
          <w:tcPr>
            <w:tcW w:w="1843"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А</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В</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w:t>
            </w:r>
          </w:p>
        </w:tc>
      </w:tr>
      <w:tr w:rsidR="001E7517" w:rsidRPr="001E7517" w:rsidTr="00FD50CC">
        <w:tc>
          <w:tcPr>
            <w:tcW w:w="1591"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10</w:t>
            </w:r>
          </w:p>
        </w:tc>
        <w:tc>
          <w:tcPr>
            <w:tcW w:w="1843"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А</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В</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w:t>
            </w:r>
          </w:p>
        </w:tc>
      </w:tr>
      <w:tr w:rsidR="001E7517" w:rsidRPr="001E7517" w:rsidTr="00FD50CC">
        <w:tc>
          <w:tcPr>
            <w:tcW w:w="1591"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11</w:t>
            </w:r>
          </w:p>
        </w:tc>
        <w:tc>
          <w:tcPr>
            <w:tcW w:w="1843"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В</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2</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Б</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2</w:t>
            </w:r>
          </w:p>
        </w:tc>
      </w:tr>
      <w:tr w:rsidR="001E7517" w:rsidRPr="001E7517" w:rsidTr="00FD50CC">
        <w:tc>
          <w:tcPr>
            <w:tcW w:w="1591"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12</w:t>
            </w:r>
          </w:p>
        </w:tc>
        <w:tc>
          <w:tcPr>
            <w:tcW w:w="1843"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Г</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2</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А</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2</w:t>
            </w:r>
          </w:p>
        </w:tc>
      </w:tr>
      <w:tr w:rsidR="001E7517" w:rsidRPr="001E7517" w:rsidTr="00FD50CC">
        <w:tc>
          <w:tcPr>
            <w:tcW w:w="1591"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13</w:t>
            </w:r>
          </w:p>
        </w:tc>
        <w:tc>
          <w:tcPr>
            <w:tcW w:w="1843"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Б</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2</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Г</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2</w:t>
            </w:r>
          </w:p>
        </w:tc>
      </w:tr>
      <w:tr w:rsidR="001E7517" w:rsidRPr="001E7517" w:rsidTr="00FD50CC">
        <w:tc>
          <w:tcPr>
            <w:tcW w:w="1591"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14</w:t>
            </w:r>
          </w:p>
        </w:tc>
        <w:tc>
          <w:tcPr>
            <w:tcW w:w="1843"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А, В, Г</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3</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А, Б, В</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3</w:t>
            </w:r>
          </w:p>
        </w:tc>
      </w:tr>
      <w:tr w:rsidR="001E7517" w:rsidRPr="001E7517" w:rsidTr="00FD50CC">
        <w:tc>
          <w:tcPr>
            <w:tcW w:w="1591"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15</w:t>
            </w:r>
          </w:p>
        </w:tc>
        <w:tc>
          <w:tcPr>
            <w:tcW w:w="1843"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А</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3</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Б</w:t>
            </w:r>
          </w:p>
        </w:tc>
        <w:tc>
          <w:tcPr>
            <w:tcW w:w="1984" w:type="dxa"/>
          </w:tcPr>
          <w:p w:rsidR="001E7517" w:rsidRPr="001E7517" w:rsidRDefault="001E7517" w:rsidP="001E7517">
            <w:pPr>
              <w:autoSpaceDE w:val="0"/>
              <w:autoSpaceDN w:val="0"/>
              <w:adjustRightInd w:val="0"/>
              <w:spacing w:after="0" w:line="240" w:lineRule="auto"/>
              <w:jc w:val="center"/>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3</w:t>
            </w:r>
          </w:p>
        </w:tc>
      </w:tr>
    </w:tbl>
    <w:p w:rsidR="001E7517" w:rsidRPr="001E7517" w:rsidRDefault="001E7517" w:rsidP="001E7517">
      <w:pPr>
        <w:autoSpaceDE w:val="0"/>
        <w:autoSpaceDN w:val="0"/>
        <w:adjustRightInd w:val="0"/>
        <w:spacing w:after="0" w:line="240" w:lineRule="auto"/>
        <w:ind w:left="360"/>
        <w:jc w:val="center"/>
        <w:rPr>
          <w:rFonts w:ascii="Times New Roman" w:eastAsia="Times New Roman" w:hAnsi="Times New Roman" w:cs="Times New Roman"/>
          <w:sz w:val="24"/>
          <w:szCs w:val="24"/>
        </w:rPr>
      </w:pPr>
    </w:p>
    <w:p w:rsidR="001E7517" w:rsidRPr="001E7517" w:rsidRDefault="001E7517" w:rsidP="001E7517">
      <w:pPr>
        <w:spacing w:after="200" w:line="276" w:lineRule="auto"/>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«5» - 18 – 22 балла</w:t>
      </w:r>
    </w:p>
    <w:p w:rsidR="001E7517" w:rsidRPr="001E7517" w:rsidRDefault="001E7517" w:rsidP="001E7517">
      <w:pPr>
        <w:spacing w:after="200" w:line="276" w:lineRule="auto"/>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 xml:space="preserve">      «4» - 14 – 17 баллов</w:t>
      </w:r>
    </w:p>
    <w:p w:rsidR="001E7517" w:rsidRPr="001E7517" w:rsidRDefault="001E7517" w:rsidP="001E7517">
      <w:pPr>
        <w:spacing w:after="200" w:line="276" w:lineRule="auto"/>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 xml:space="preserve">      «3» - 8 – 13 баллов</w:t>
      </w:r>
    </w:p>
    <w:p w:rsidR="001E7517" w:rsidRPr="001E7517" w:rsidRDefault="001E7517" w:rsidP="001E7517">
      <w:pPr>
        <w:spacing w:after="200" w:line="276" w:lineRule="auto"/>
        <w:rPr>
          <w:rFonts w:ascii="Times New Roman" w:eastAsia="Times New Roman" w:hAnsi="Times New Roman" w:cs="Times New Roman"/>
          <w:sz w:val="24"/>
          <w:szCs w:val="24"/>
        </w:rPr>
      </w:pPr>
      <w:r w:rsidRPr="001E7517">
        <w:rPr>
          <w:rFonts w:ascii="Times New Roman" w:eastAsia="Times New Roman" w:hAnsi="Times New Roman" w:cs="Times New Roman"/>
          <w:sz w:val="24"/>
          <w:szCs w:val="24"/>
        </w:rPr>
        <w:t xml:space="preserve">      «2» - 0 – 7 баллов</w:t>
      </w:r>
    </w:p>
    <w:p w:rsidR="001E7517" w:rsidRDefault="001E7517" w:rsidP="001E7517">
      <w:pPr>
        <w:spacing w:after="200" w:line="276" w:lineRule="auto"/>
        <w:rPr>
          <w:rFonts w:ascii="Times New Roman" w:eastAsia="Times New Roman" w:hAnsi="Times New Roman" w:cs="Times New Roman"/>
          <w:sz w:val="24"/>
          <w:szCs w:val="24"/>
        </w:rPr>
        <w:sectPr w:rsidR="001E7517" w:rsidSect="000C7E7E">
          <w:pgSz w:w="11906" w:h="16383"/>
          <w:pgMar w:top="1134" w:right="850" w:bottom="1134" w:left="1701" w:header="720" w:footer="720" w:gutter="0"/>
          <w:cols w:space="720"/>
        </w:sectPr>
      </w:pPr>
    </w:p>
    <w:p w:rsidR="001E7517" w:rsidRDefault="001E7517" w:rsidP="001E7517">
      <w:pPr>
        <w:spacing w:after="0" w:line="240" w:lineRule="auto"/>
        <w:jc w:val="both"/>
        <w:rPr>
          <w:rFonts w:ascii="Times New Roman" w:eastAsia="Times New Roman" w:hAnsi="Times New Roman" w:cs="Times New Roman"/>
          <w:b/>
          <w:sz w:val="24"/>
          <w:szCs w:val="24"/>
          <w:lang w:val="ru-RU"/>
        </w:rPr>
        <w:sectPr w:rsidR="001E7517" w:rsidSect="001E7517">
          <w:type w:val="continuous"/>
          <w:pgSz w:w="11906" w:h="16383"/>
          <w:pgMar w:top="1134" w:right="850" w:bottom="1134" w:left="1701" w:header="720" w:footer="720" w:gutter="0"/>
          <w:cols w:num="2" w:space="720"/>
        </w:sectPr>
      </w:pPr>
    </w:p>
    <w:p w:rsidR="00FD50CC" w:rsidRDefault="00FD50CC" w:rsidP="00FD50CC">
      <w:pPr>
        <w:spacing w:after="0" w:line="240" w:lineRule="auto"/>
        <w:ind w:firstLine="621"/>
        <w:jc w:val="both"/>
        <w:rPr>
          <w:rFonts w:ascii="Times New Roman" w:eastAsia="Times New Roman" w:hAnsi="Times New Roman" w:cs="Times New Roman"/>
          <w:b/>
          <w:sz w:val="24"/>
          <w:szCs w:val="24"/>
          <w:lang w:val="ru-RU"/>
        </w:rPr>
      </w:pPr>
      <w:r w:rsidRPr="00FD50CC">
        <w:rPr>
          <w:rFonts w:ascii="Times New Roman" w:eastAsia="Times New Roman" w:hAnsi="Times New Roman" w:cs="Times New Roman"/>
          <w:b/>
          <w:sz w:val="24"/>
          <w:szCs w:val="24"/>
          <w:lang w:val="ru-RU"/>
        </w:rPr>
        <w:t xml:space="preserve">Контрольная работа № 2  </w:t>
      </w:r>
      <w:r w:rsidRPr="00FD50CC">
        <w:rPr>
          <w:rFonts w:ascii="Times New Roman" w:eastAsia="@Arial Unicode MS" w:hAnsi="Times New Roman" w:cs="Times New Roman"/>
          <w:b/>
          <w:sz w:val="24"/>
          <w:szCs w:val="24"/>
          <w:lang w:val="ru-RU"/>
        </w:rPr>
        <w:t xml:space="preserve">по теме </w:t>
      </w:r>
      <w:r w:rsidRPr="00FD50CC">
        <w:rPr>
          <w:rFonts w:ascii="Times New Roman" w:eastAsia="Times New Roman" w:hAnsi="Times New Roman" w:cs="Times New Roman"/>
          <w:b/>
          <w:sz w:val="24"/>
          <w:szCs w:val="24"/>
          <w:lang w:val="ru-RU"/>
        </w:rPr>
        <w:t>«Человек и природа. Человек и общество».</w:t>
      </w:r>
    </w:p>
    <w:p w:rsidR="00FD50CC" w:rsidRPr="00FD50CC" w:rsidRDefault="00FD50CC" w:rsidP="00FD50CC">
      <w:pPr>
        <w:spacing w:after="0" w:line="240" w:lineRule="auto"/>
        <w:ind w:firstLine="621"/>
        <w:jc w:val="both"/>
        <w:rPr>
          <w:rFonts w:ascii="Times New Roman" w:eastAsia="Times New Roman" w:hAnsi="Times New Roman" w:cs="Times New Roman"/>
          <w:b/>
          <w:sz w:val="24"/>
          <w:szCs w:val="24"/>
          <w:lang w:val="ru-RU"/>
        </w:rPr>
      </w:pPr>
    </w:p>
    <w:p w:rsidR="00FD50CC" w:rsidRDefault="00FD50CC" w:rsidP="00FD50CC">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FD50CC">
        <w:rPr>
          <w:rFonts w:ascii="Times New Roman" w:eastAsia="Times New Roman" w:hAnsi="Times New Roman" w:cs="Times New Roman"/>
          <w:b/>
          <w:bCs/>
          <w:sz w:val="24"/>
          <w:szCs w:val="24"/>
          <w:lang w:val="ru-RU"/>
        </w:rPr>
        <w:t xml:space="preserve">Цель: </w:t>
      </w:r>
      <w:r w:rsidRPr="00FD50CC">
        <w:rPr>
          <w:rFonts w:ascii="Times New Roman" w:eastAsia="Times New Roman" w:hAnsi="Times New Roman" w:cs="Times New Roman"/>
          <w:sz w:val="24"/>
          <w:szCs w:val="24"/>
          <w:lang w:val="ru-RU"/>
        </w:rPr>
        <w:t>выявить уровень сформированности знаний, умений и навыков за 1 полугодие учебного года.</w:t>
      </w:r>
    </w:p>
    <w:p w:rsidR="00FD50CC" w:rsidRPr="00FD50CC" w:rsidRDefault="00FD50CC" w:rsidP="00FD50CC">
      <w:pPr>
        <w:autoSpaceDE w:val="0"/>
        <w:autoSpaceDN w:val="0"/>
        <w:adjustRightInd w:val="0"/>
        <w:spacing w:after="0" w:line="240" w:lineRule="auto"/>
        <w:jc w:val="both"/>
        <w:rPr>
          <w:rFonts w:ascii="Times New Roman" w:eastAsia="Times New Roman" w:hAnsi="Times New Roman" w:cs="Times New Roman"/>
          <w:bCs/>
          <w:sz w:val="24"/>
          <w:szCs w:val="24"/>
          <w:lang w:val="ru-RU"/>
        </w:rPr>
      </w:pPr>
    </w:p>
    <w:p w:rsidR="00FD50CC" w:rsidRPr="00FD50CC" w:rsidRDefault="00FD50CC" w:rsidP="00FD50CC">
      <w:pPr>
        <w:numPr>
          <w:ilvl w:val="0"/>
          <w:numId w:val="94"/>
        </w:numPr>
        <w:spacing w:after="200" w:line="276" w:lineRule="auto"/>
        <w:contextualSpacing/>
        <w:rPr>
          <w:rFonts w:ascii="Times New Roman" w:eastAsia="Calibri" w:hAnsi="Times New Roman" w:cs="Times New Roman"/>
          <w:b/>
          <w:sz w:val="24"/>
          <w:szCs w:val="24"/>
          <w:lang w:val="ru-RU" w:eastAsia="ru-RU"/>
        </w:rPr>
      </w:pPr>
      <w:r w:rsidRPr="00FD50CC">
        <w:rPr>
          <w:rFonts w:ascii="Times New Roman" w:eastAsia="Calibri" w:hAnsi="Times New Roman" w:cs="Times New Roman"/>
          <w:b/>
          <w:sz w:val="24"/>
          <w:szCs w:val="24"/>
          <w:lang w:val="ru-RU" w:eastAsia="ru-RU"/>
        </w:rPr>
        <w:t>вариант.</w:t>
      </w:r>
    </w:p>
    <w:p w:rsidR="00FD50CC" w:rsidRPr="00FD50CC" w:rsidRDefault="00FD50CC" w:rsidP="00FD50CC">
      <w:pPr>
        <w:spacing w:after="200" w:line="276" w:lineRule="auto"/>
        <w:rPr>
          <w:rFonts w:ascii="Times New Roman" w:eastAsia="Times New Roman" w:hAnsi="Times New Roman" w:cs="Times New Roman"/>
          <w:sz w:val="24"/>
          <w:szCs w:val="24"/>
        </w:rPr>
      </w:pPr>
      <w:r w:rsidRPr="00FD50CC">
        <w:rPr>
          <w:rFonts w:ascii="Times New Roman" w:eastAsia="Times New Roman" w:hAnsi="Times New Roman" w:cs="Times New Roman"/>
          <w:b/>
          <w:sz w:val="24"/>
          <w:szCs w:val="24"/>
        </w:rPr>
        <w:t>1. Подчеркните объекты живой природы.</w:t>
      </w:r>
    </w:p>
    <w:p w:rsidR="00FD50CC" w:rsidRPr="00FD50CC" w:rsidRDefault="00FD50CC" w:rsidP="00FD50CC">
      <w:pPr>
        <w:spacing w:after="200" w:line="276" w:lineRule="auto"/>
        <w:rPr>
          <w:rFonts w:ascii="Times New Roman" w:eastAsia="Times New Roman" w:hAnsi="Times New Roman" w:cs="Times New Roman"/>
          <w:b/>
          <w:iCs/>
          <w:sz w:val="24"/>
          <w:szCs w:val="24"/>
          <w:lang w:val="ru-RU"/>
        </w:rPr>
      </w:pPr>
      <w:r w:rsidRPr="00FD50CC">
        <w:rPr>
          <w:rFonts w:ascii="Times New Roman" w:eastAsia="Times New Roman" w:hAnsi="Times New Roman" w:cs="Times New Roman"/>
          <w:sz w:val="24"/>
          <w:szCs w:val="24"/>
          <w:lang w:val="ru-RU"/>
        </w:rPr>
        <w:t xml:space="preserve">Облако, дождь, паук, ручей, рыба, дерево, воробей, солнце, стрекоза, воздух </w:t>
      </w:r>
    </w:p>
    <w:p w:rsidR="00FD50CC" w:rsidRPr="00FD50CC" w:rsidRDefault="00FD50CC" w:rsidP="00FD50CC">
      <w:pPr>
        <w:spacing w:after="0" w:line="240" w:lineRule="auto"/>
        <w:rPr>
          <w:rFonts w:ascii="Times New Roman" w:eastAsia="Times New Roman" w:hAnsi="Times New Roman" w:cs="Times New Roman"/>
          <w:b/>
          <w:iCs/>
          <w:sz w:val="24"/>
          <w:szCs w:val="24"/>
          <w:lang w:val="ru-RU"/>
        </w:rPr>
      </w:pPr>
      <w:r w:rsidRPr="00FD50CC">
        <w:rPr>
          <w:rFonts w:ascii="Times New Roman" w:eastAsia="Times New Roman" w:hAnsi="Times New Roman" w:cs="Times New Roman"/>
          <w:b/>
          <w:iCs/>
          <w:sz w:val="24"/>
          <w:szCs w:val="24"/>
          <w:lang w:val="ru-RU"/>
        </w:rPr>
        <w:t>2. Подчеркните осенние явления природы.</w:t>
      </w:r>
    </w:p>
    <w:p w:rsidR="00FD50CC" w:rsidRPr="00FD50CC" w:rsidRDefault="00FD50CC" w:rsidP="00FD50CC">
      <w:pPr>
        <w:spacing w:after="200" w:line="276" w:lineRule="auto"/>
        <w:jc w:val="both"/>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Солнце восходит поздно, а заходит рано. Жарко. Ледостав. Идут дожди. Оттепель. Журчат ручьи. Опадают листья. Сильный мороз. Похолодание. Набухают почки. Метут метели. Ледоход. Река покрывается льдом. Тает снег.</w:t>
      </w:r>
    </w:p>
    <w:p w:rsidR="00FD50CC" w:rsidRPr="00FD50CC" w:rsidRDefault="00FD50CC" w:rsidP="00FD50CC">
      <w:pPr>
        <w:spacing w:after="0" w:line="240" w:lineRule="auto"/>
        <w:rPr>
          <w:rFonts w:ascii="Times New Roman" w:eastAsia="Times New Roman" w:hAnsi="Times New Roman" w:cs="Times New Roman"/>
          <w:b/>
          <w:iCs/>
          <w:sz w:val="24"/>
          <w:szCs w:val="24"/>
          <w:lang w:val="ru-RU"/>
        </w:rPr>
      </w:pPr>
    </w:p>
    <w:p w:rsidR="00FD50CC" w:rsidRPr="00FD50CC" w:rsidRDefault="00FD50CC" w:rsidP="00FD50CC">
      <w:pPr>
        <w:spacing w:after="0" w:line="240" w:lineRule="auto"/>
        <w:rPr>
          <w:rFonts w:ascii="Times New Roman" w:eastAsia="Times New Roman" w:hAnsi="Times New Roman" w:cs="Times New Roman"/>
          <w:b/>
          <w:i/>
          <w:iCs/>
          <w:sz w:val="24"/>
          <w:szCs w:val="24"/>
          <w:lang w:val="ru-RU"/>
        </w:rPr>
      </w:pPr>
      <w:r w:rsidRPr="00FD50CC">
        <w:rPr>
          <w:rFonts w:ascii="Times New Roman" w:eastAsia="Times New Roman" w:hAnsi="Times New Roman" w:cs="Times New Roman"/>
          <w:b/>
          <w:iCs/>
          <w:sz w:val="24"/>
          <w:szCs w:val="24"/>
          <w:lang w:val="ru-RU"/>
        </w:rPr>
        <w:t>3. Укажи основную причину, по которой птицы улетают на юг.</w:t>
      </w:r>
    </w:p>
    <w:p w:rsidR="00FD50CC" w:rsidRPr="00FD50CC" w:rsidRDefault="00FD50CC" w:rsidP="00FD50CC">
      <w:pPr>
        <w:spacing w:after="0" w:line="240" w:lineRule="auto"/>
        <w:ind w:left="567"/>
        <w:contextualSpacing/>
        <w:rPr>
          <w:rFonts w:ascii="Times New Roman" w:eastAsia="Calibri" w:hAnsi="Times New Roman" w:cs="Times New Roman"/>
          <w:sz w:val="24"/>
          <w:szCs w:val="24"/>
          <w:lang w:val="ru-RU"/>
        </w:rPr>
      </w:pPr>
      <w:r w:rsidRPr="00FD50CC">
        <w:rPr>
          <w:rFonts w:ascii="Times New Roman" w:eastAsia="Calibri" w:hAnsi="Times New Roman" w:cs="Times New Roman"/>
          <w:sz w:val="24"/>
          <w:szCs w:val="24"/>
          <w:lang w:val="ru-RU"/>
        </w:rPr>
        <w:t xml:space="preserve">      А)  стало холодно                      В)   дни стали короче</w:t>
      </w:r>
    </w:p>
    <w:p w:rsidR="00FD50CC" w:rsidRPr="00FD50CC" w:rsidRDefault="00FD50CC" w:rsidP="00FD50CC">
      <w:pPr>
        <w:spacing w:after="0" w:line="240" w:lineRule="auto"/>
        <w:ind w:left="567"/>
        <w:contextualSpacing/>
        <w:rPr>
          <w:rFonts w:ascii="Times New Roman" w:eastAsia="Calibri" w:hAnsi="Times New Roman" w:cs="Times New Roman"/>
          <w:sz w:val="24"/>
          <w:szCs w:val="24"/>
          <w:lang w:val="ru-RU"/>
        </w:rPr>
      </w:pPr>
      <w:r w:rsidRPr="00FD50CC">
        <w:rPr>
          <w:rFonts w:ascii="Times New Roman" w:eastAsia="Calibri" w:hAnsi="Times New Roman" w:cs="Times New Roman"/>
          <w:sz w:val="24"/>
          <w:szCs w:val="24"/>
          <w:lang w:val="ru-RU"/>
        </w:rPr>
        <w:t xml:space="preserve">      Б) стало мало корма                  Г)  часто идут дожди</w:t>
      </w:r>
    </w:p>
    <w:p w:rsidR="00FD50CC" w:rsidRPr="00FD50CC" w:rsidRDefault="00FD50CC" w:rsidP="00FD50CC">
      <w:pPr>
        <w:spacing w:after="0" w:line="240" w:lineRule="auto"/>
        <w:ind w:left="567"/>
        <w:contextualSpacing/>
        <w:rPr>
          <w:rFonts w:ascii="Times New Roman" w:eastAsia="Calibri" w:hAnsi="Times New Roman" w:cs="Times New Roman"/>
          <w:sz w:val="24"/>
          <w:szCs w:val="24"/>
          <w:lang w:val="ru-RU"/>
        </w:rPr>
      </w:pPr>
    </w:p>
    <w:p w:rsidR="00FD50CC" w:rsidRPr="00FD50CC" w:rsidRDefault="00FD50CC" w:rsidP="00FD50CC">
      <w:pPr>
        <w:spacing w:after="200" w:line="276" w:lineRule="auto"/>
        <w:rPr>
          <w:rFonts w:ascii="Times New Roman" w:eastAsia="Times New Roman" w:hAnsi="Times New Roman" w:cs="Times New Roman"/>
          <w:b/>
          <w:sz w:val="24"/>
          <w:szCs w:val="24"/>
          <w:lang w:val="ru-RU"/>
        </w:rPr>
      </w:pPr>
      <w:r w:rsidRPr="00FD50CC">
        <w:rPr>
          <w:rFonts w:ascii="Times New Roman" w:eastAsia="Times New Roman" w:hAnsi="Times New Roman" w:cs="Times New Roman"/>
          <w:b/>
          <w:sz w:val="24"/>
          <w:szCs w:val="24"/>
          <w:lang w:val="ru-RU"/>
        </w:rPr>
        <w:t>4</w:t>
      </w:r>
      <w:r w:rsidRPr="00FD50CC">
        <w:rPr>
          <w:rFonts w:ascii="Times New Roman" w:eastAsia="Times New Roman" w:hAnsi="Times New Roman" w:cs="Times New Roman"/>
          <w:sz w:val="24"/>
          <w:szCs w:val="24"/>
          <w:lang w:val="ru-RU"/>
        </w:rPr>
        <w:t>.</w:t>
      </w:r>
      <w:r w:rsidRPr="00FD50CC">
        <w:rPr>
          <w:rFonts w:ascii="Times New Roman" w:eastAsia="Times New Roman" w:hAnsi="Times New Roman" w:cs="Times New Roman"/>
          <w:b/>
          <w:sz w:val="24"/>
          <w:szCs w:val="24"/>
          <w:lang w:val="ru-RU"/>
        </w:rPr>
        <w:t>Дополните предложение</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А).От количества облаков на небе зависит___________________________________________________</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Б)Снег, дождь,град-это__________________________________________________________________</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В) Сочетание температуры воздуха, облачности, осадков, ветра называют_________________________</w:t>
      </w:r>
    </w:p>
    <w:p w:rsidR="00FD50CC" w:rsidRPr="00FD50CC" w:rsidRDefault="00FD50CC" w:rsidP="00FD50CC">
      <w:pPr>
        <w:spacing w:after="0" w:line="240"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b/>
          <w:iCs/>
          <w:sz w:val="24"/>
          <w:szCs w:val="24"/>
          <w:lang w:val="ru-RU"/>
        </w:rPr>
        <w:t xml:space="preserve">5. Запишите </w:t>
      </w:r>
    </w:p>
    <w:p w:rsidR="00FD50CC" w:rsidRPr="00FD50CC" w:rsidRDefault="00FD50CC" w:rsidP="00FD50CC">
      <w:pPr>
        <w:spacing w:after="0" w:line="240" w:lineRule="auto"/>
        <w:ind w:left="502"/>
        <w:contextualSpacing/>
        <w:rPr>
          <w:rFonts w:ascii="Times New Roman" w:eastAsia="Calibri" w:hAnsi="Times New Roman" w:cs="Times New Roman"/>
          <w:sz w:val="24"/>
          <w:szCs w:val="24"/>
          <w:lang w:val="ru-RU"/>
        </w:rPr>
      </w:pPr>
      <w:r w:rsidRPr="00FD50CC">
        <w:rPr>
          <w:rFonts w:ascii="Times New Roman" w:eastAsia="Calibri" w:hAnsi="Times New Roman" w:cs="Times New Roman"/>
          <w:sz w:val="24"/>
          <w:szCs w:val="24"/>
          <w:lang w:val="ru-RU"/>
        </w:rPr>
        <w:t>Семнадцать градусов тепла _______       Двадцать шесть градусов мороза      _______</w:t>
      </w:r>
    </w:p>
    <w:p w:rsidR="00FD50CC" w:rsidRPr="00FD50CC" w:rsidRDefault="00FD50CC" w:rsidP="00FD50CC">
      <w:pPr>
        <w:spacing w:after="0" w:line="240" w:lineRule="auto"/>
        <w:ind w:left="502"/>
        <w:contextualSpacing/>
        <w:rPr>
          <w:rFonts w:ascii="Times New Roman" w:eastAsia="Calibri" w:hAnsi="Times New Roman" w:cs="Times New Roman"/>
          <w:sz w:val="24"/>
          <w:szCs w:val="24"/>
          <w:lang w:val="ru-RU"/>
        </w:rPr>
      </w:pPr>
      <w:r w:rsidRPr="00FD50CC">
        <w:rPr>
          <w:rFonts w:ascii="Times New Roman" w:eastAsia="Calibri" w:hAnsi="Times New Roman" w:cs="Times New Roman"/>
          <w:sz w:val="24"/>
          <w:szCs w:val="24"/>
          <w:lang w:val="ru-RU"/>
        </w:rPr>
        <w:t>Пять градусов ниже нуля     _______       Четырнадцать градусов выше нуля  _______</w:t>
      </w:r>
    </w:p>
    <w:p w:rsidR="00FD50CC" w:rsidRPr="00FD50CC" w:rsidRDefault="00FD50CC" w:rsidP="00FD50CC">
      <w:pPr>
        <w:spacing w:after="0" w:line="240" w:lineRule="auto"/>
        <w:ind w:left="502"/>
        <w:contextualSpacing/>
        <w:rPr>
          <w:rFonts w:ascii="Times New Roman" w:eastAsia="Calibri" w:hAnsi="Times New Roman" w:cs="Times New Roman"/>
          <w:sz w:val="24"/>
          <w:szCs w:val="24"/>
          <w:lang w:val="ru-RU"/>
        </w:rPr>
      </w:pPr>
    </w:p>
    <w:p w:rsidR="00FD50CC" w:rsidRPr="00FD50CC" w:rsidRDefault="00FD50CC" w:rsidP="00FD50CC">
      <w:pPr>
        <w:autoSpaceDE w:val="0"/>
        <w:autoSpaceDN w:val="0"/>
        <w:adjustRightInd w:val="0"/>
        <w:spacing w:after="0" w:line="240" w:lineRule="auto"/>
        <w:jc w:val="both"/>
        <w:rPr>
          <w:rFonts w:ascii="Times New Roman" w:eastAsia="Times New Roman" w:hAnsi="Times New Roman" w:cs="Times New Roman"/>
          <w:i/>
          <w:iCs/>
          <w:sz w:val="24"/>
          <w:szCs w:val="24"/>
          <w:lang w:val="ru-RU"/>
        </w:rPr>
      </w:pPr>
      <w:r w:rsidRPr="00FD50CC">
        <w:rPr>
          <w:rFonts w:ascii="Times New Roman" w:eastAsia="Times New Roman" w:hAnsi="Times New Roman" w:cs="Times New Roman"/>
          <w:b/>
          <w:sz w:val="24"/>
          <w:szCs w:val="24"/>
          <w:lang w:val="ru-RU"/>
        </w:rPr>
        <w:t>6.</w:t>
      </w:r>
      <w:r w:rsidRPr="00FD50CC">
        <w:rPr>
          <w:rFonts w:ascii="Times New Roman" w:eastAsia="Times New Roman" w:hAnsi="Times New Roman" w:cs="Times New Roman"/>
          <w:b/>
          <w:iCs/>
          <w:sz w:val="24"/>
          <w:szCs w:val="24"/>
          <w:lang w:val="ru-RU"/>
        </w:rPr>
        <w:t xml:space="preserve"> Что называют созвездиями современные учёные? </w:t>
      </w:r>
    </w:p>
    <w:p w:rsidR="00FD50CC" w:rsidRPr="00FD50CC" w:rsidRDefault="00FD50CC" w:rsidP="00FD50CC">
      <w:pPr>
        <w:autoSpaceDE w:val="0"/>
        <w:autoSpaceDN w:val="0"/>
        <w:adjustRightInd w:val="0"/>
        <w:spacing w:after="0" w:line="240" w:lineRule="auto"/>
        <w:ind w:firstLine="502"/>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А) Фигуры из звёзд</w:t>
      </w:r>
      <w:r w:rsidRPr="00FD50CC">
        <w:rPr>
          <w:rFonts w:ascii="Times New Roman" w:eastAsia="Times New Roman" w:hAnsi="Times New Roman" w:cs="Times New Roman"/>
          <w:sz w:val="24"/>
          <w:szCs w:val="24"/>
          <w:lang w:val="ru-RU"/>
        </w:rPr>
        <w:tab/>
      </w:r>
      <w:r w:rsidRPr="00FD50CC">
        <w:rPr>
          <w:rFonts w:ascii="Times New Roman" w:eastAsia="Times New Roman" w:hAnsi="Times New Roman" w:cs="Times New Roman"/>
          <w:sz w:val="24"/>
          <w:szCs w:val="24"/>
          <w:lang w:val="ru-RU"/>
        </w:rPr>
        <w:tab/>
      </w:r>
      <w:r w:rsidRPr="00FD50CC">
        <w:rPr>
          <w:rFonts w:ascii="Times New Roman" w:eastAsia="Times New Roman" w:hAnsi="Times New Roman" w:cs="Times New Roman"/>
          <w:sz w:val="24"/>
          <w:szCs w:val="24"/>
          <w:lang w:val="ru-RU"/>
        </w:rPr>
        <w:tab/>
      </w:r>
      <w:r w:rsidRPr="00FD50CC">
        <w:rPr>
          <w:rFonts w:ascii="Times New Roman" w:eastAsia="Times New Roman" w:hAnsi="Times New Roman" w:cs="Times New Roman"/>
          <w:sz w:val="24"/>
          <w:szCs w:val="24"/>
          <w:lang w:val="ru-RU"/>
        </w:rPr>
        <w:tab/>
        <w:t xml:space="preserve"> В) Звёзды одной системы</w:t>
      </w:r>
    </w:p>
    <w:p w:rsidR="00FD50CC" w:rsidRPr="00FD50CC" w:rsidRDefault="00FD50CC" w:rsidP="00FD50CC">
      <w:pPr>
        <w:autoSpaceDE w:val="0"/>
        <w:autoSpaceDN w:val="0"/>
        <w:adjustRightInd w:val="0"/>
        <w:spacing w:after="0" w:line="240" w:lineRule="auto"/>
        <w:ind w:firstLine="502"/>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Б) Участки звёздного неба          </w:t>
      </w:r>
      <w:r w:rsidRPr="00FD50CC">
        <w:rPr>
          <w:rFonts w:ascii="Times New Roman" w:eastAsia="Times New Roman" w:hAnsi="Times New Roman" w:cs="Times New Roman"/>
          <w:sz w:val="24"/>
          <w:szCs w:val="24"/>
          <w:lang w:val="ru-RU"/>
        </w:rPr>
        <w:tab/>
        <w:t xml:space="preserve">             Г) Скопления звёзд</w:t>
      </w:r>
    </w:p>
    <w:p w:rsidR="00FD50CC" w:rsidRPr="00FD50CC" w:rsidRDefault="00FD50CC" w:rsidP="00FD50CC">
      <w:pPr>
        <w:autoSpaceDE w:val="0"/>
        <w:autoSpaceDN w:val="0"/>
        <w:adjustRightInd w:val="0"/>
        <w:spacing w:after="0" w:line="240" w:lineRule="auto"/>
        <w:rPr>
          <w:rFonts w:ascii="Times New Roman" w:eastAsia="Times New Roman" w:hAnsi="Times New Roman" w:cs="Times New Roman"/>
          <w:sz w:val="24"/>
          <w:szCs w:val="24"/>
          <w:lang w:val="ru-RU"/>
        </w:rPr>
      </w:pPr>
    </w:p>
    <w:p w:rsidR="00FD50CC" w:rsidRPr="00FD50CC" w:rsidRDefault="00FD50CC" w:rsidP="00FD50CC">
      <w:pPr>
        <w:spacing w:after="0" w:line="240" w:lineRule="auto"/>
        <w:rPr>
          <w:rFonts w:ascii="Times New Roman" w:eastAsia="Times New Roman" w:hAnsi="Times New Roman" w:cs="Times New Roman"/>
          <w:b/>
          <w:iCs/>
          <w:sz w:val="24"/>
          <w:szCs w:val="24"/>
          <w:lang w:val="ru-RU"/>
        </w:rPr>
      </w:pPr>
      <w:r w:rsidRPr="00FD50CC">
        <w:rPr>
          <w:rFonts w:ascii="Times New Roman" w:eastAsia="Times New Roman" w:hAnsi="Times New Roman" w:cs="Times New Roman"/>
          <w:b/>
          <w:iCs/>
          <w:sz w:val="24"/>
          <w:szCs w:val="24"/>
          <w:lang w:val="ru-RU"/>
        </w:rPr>
        <w:t>7. Укажите стрелками, какие из этих растений имеют:</w:t>
      </w:r>
    </w:p>
    <w:p w:rsidR="00FD50CC" w:rsidRPr="00FD50CC" w:rsidRDefault="00FD50CC" w:rsidP="00FD50CC">
      <w:pPr>
        <w:spacing w:after="0" w:line="240" w:lineRule="auto"/>
        <w:ind w:firstLine="708"/>
        <w:jc w:val="both"/>
        <w:rPr>
          <w:rFonts w:ascii="Times New Roman" w:eastAsia="Times New Roman" w:hAnsi="Times New Roman" w:cs="Times New Roman"/>
          <w:b/>
          <w:bCs/>
          <w:sz w:val="24"/>
          <w:szCs w:val="24"/>
          <w:lang w:val="ru-RU"/>
        </w:rPr>
      </w:pPr>
      <w:r w:rsidRPr="00FD50CC">
        <w:rPr>
          <w:rFonts w:ascii="Times New Roman" w:eastAsia="Times New Roman" w:hAnsi="Times New Roman" w:cs="Times New Roman"/>
          <w:sz w:val="24"/>
          <w:szCs w:val="24"/>
          <w:lang w:val="ru-RU"/>
        </w:rPr>
        <w:t>мягкие сочные стебли</w:t>
      </w:r>
      <w:r>
        <w:rPr>
          <w:rFonts w:ascii="Times New Roman" w:eastAsia="Times New Roman" w:hAnsi="Times New Roman" w:cs="Times New Roman"/>
          <w:b/>
          <w:bCs/>
          <w:sz w:val="24"/>
          <w:szCs w:val="24"/>
          <w:lang w:val="ru-RU"/>
        </w:rPr>
        <w:tab/>
      </w:r>
      <w:r>
        <w:rPr>
          <w:rFonts w:ascii="Times New Roman" w:eastAsia="Times New Roman" w:hAnsi="Times New Roman" w:cs="Times New Roman"/>
          <w:b/>
          <w:bCs/>
          <w:sz w:val="24"/>
          <w:szCs w:val="24"/>
          <w:lang w:val="ru-RU"/>
        </w:rPr>
        <w:tab/>
      </w:r>
      <w:r>
        <w:rPr>
          <w:rFonts w:ascii="Times New Roman" w:eastAsia="Times New Roman" w:hAnsi="Times New Roman" w:cs="Times New Roman"/>
          <w:b/>
          <w:bCs/>
          <w:sz w:val="24"/>
          <w:szCs w:val="24"/>
          <w:lang w:val="ru-RU"/>
        </w:rPr>
        <w:tab/>
      </w:r>
      <w:r>
        <w:rPr>
          <w:rFonts w:ascii="Times New Roman" w:eastAsia="Times New Roman" w:hAnsi="Times New Roman" w:cs="Times New Roman"/>
          <w:b/>
          <w:bCs/>
          <w:sz w:val="24"/>
          <w:szCs w:val="24"/>
          <w:lang w:val="ru-RU"/>
        </w:rPr>
        <w:tab/>
      </w:r>
      <w:r>
        <w:rPr>
          <w:rFonts w:ascii="Times New Roman" w:eastAsia="Times New Roman" w:hAnsi="Times New Roman" w:cs="Times New Roman"/>
          <w:b/>
          <w:bCs/>
          <w:sz w:val="24"/>
          <w:szCs w:val="24"/>
          <w:lang w:val="ru-RU"/>
        </w:rPr>
        <w:tab/>
      </w:r>
      <w:r>
        <w:rPr>
          <w:rFonts w:ascii="Times New Roman" w:eastAsia="Times New Roman" w:hAnsi="Times New Roman" w:cs="Times New Roman"/>
          <w:b/>
          <w:bCs/>
          <w:sz w:val="24"/>
          <w:szCs w:val="24"/>
          <w:lang w:val="ru-RU"/>
        </w:rPr>
        <w:tab/>
      </w:r>
      <w:r w:rsidRPr="00FD50CC">
        <w:rPr>
          <w:rFonts w:ascii="Times New Roman" w:eastAsia="Times New Roman" w:hAnsi="Times New Roman" w:cs="Times New Roman"/>
          <w:iCs/>
          <w:sz w:val="24"/>
          <w:szCs w:val="24"/>
          <w:lang w:val="ru-RU"/>
        </w:rPr>
        <w:t>деревья</w:t>
      </w:r>
    </w:p>
    <w:p w:rsidR="00FD50CC" w:rsidRPr="00FD50CC" w:rsidRDefault="00FD50CC" w:rsidP="00FD50CC">
      <w:pPr>
        <w:spacing w:after="0" w:line="240" w:lineRule="auto"/>
        <w:ind w:left="708"/>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несколько одревесневших стеблей (стволиков)</w:t>
      </w:r>
      <w:r>
        <w:rPr>
          <w:rFonts w:ascii="Times New Roman" w:eastAsia="Times New Roman" w:hAnsi="Times New Roman" w:cs="Times New Roman"/>
          <w:b/>
          <w:bCs/>
          <w:sz w:val="24"/>
          <w:szCs w:val="24"/>
          <w:lang w:val="ru-RU"/>
        </w:rPr>
        <w:tab/>
      </w:r>
      <w:r>
        <w:rPr>
          <w:rFonts w:ascii="Times New Roman" w:eastAsia="Times New Roman" w:hAnsi="Times New Roman" w:cs="Times New Roman"/>
          <w:b/>
          <w:bCs/>
          <w:sz w:val="24"/>
          <w:szCs w:val="24"/>
          <w:lang w:val="ru-RU"/>
        </w:rPr>
        <w:tab/>
      </w:r>
      <w:r w:rsidRPr="00FD50CC">
        <w:rPr>
          <w:rFonts w:ascii="Times New Roman" w:eastAsia="Times New Roman" w:hAnsi="Times New Roman" w:cs="Times New Roman"/>
          <w:iCs/>
          <w:sz w:val="24"/>
          <w:szCs w:val="24"/>
          <w:lang w:val="ru-RU"/>
        </w:rPr>
        <w:t xml:space="preserve">травы </w:t>
      </w:r>
      <w:r w:rsidRPr="00FD50CC">
        <w:rPr>
          <w:rFonts w:ascii="Times New Roman" w:eastAsia="Times New Roman" w:hAnsi="Times New Roman" w:cs="Times New Roman"/>
          <w:sz w:val="24"/>
          <w:szCs w:val="24"/>
          <w:lang w:val="ru-RU"/>
        </w:rPr>
        <w:t xml:space="preserve">                                                  один одревесневший стебель (ствол)</w:t>
      </w:r>
      <w:r>
        <w:rPr>
          <w:rFonts w:ascii="Times New Roman" w:eastAsia="Times New Roman" w:hAnsi="Times New Roman" w:cs="Times New Roman"/>
          <w:b/>
          <w:bCs/>
          <w:sz w:val="24"/>
          <w:szCs w:val="24"/>
          <w:lang w:val="ru-RU"/>
        </w:rPr>
        <w:tab/>
      </w:r>
      <w:r>
        <w:rPr>
          <w:rFonts w:ascii="Times New Roman" w:eastAsia="Times New Roman" w:hAnsi="Times New Roman" w:cs="Times New Roman"/>
          <w:b/>
          <w:bCs/>
          <w:sz w:val="24"/>
          <w:szCs w:val="24"/>
          <w:lang w:val="ru-RU"/>
        </w:rPr>
        <w:tab/>
      </w:r>
      <w:r>
        <w:rPr>
          <w:rFonts w:ascii="Times New Roman" w:eastAsia="Times New Roman" w:hAnsi="Times New Roman" w:cs="Times New Roman"/>
          <w:b/>
          <w:bCs/>
          <w:sz w:val="24"/>
          <w:szCs w:val="24"/>
          <w:lang w:val="ru-RU"/>
        </w:rPr>
        <w:tab/>
      </w:r>
      <w:r>
        <w:rPr>
          <w:rFonts w:ascii="Times New Roman" w:eastAsia="Times New Roman" w:hAnsi="Times New Roman" w:cs="Times New Roman"/>
          <w:b/>
          <w:bCs/>
          <w:sz w:val="24"/>
          <w:szCs w:val="24"/>
          <w:lang w:val="ru-RU"/>
        </w:rPr>
        <w:tab/>
      </w:r>
      <w:r w:rsidRPr="00FD50CC">
        <w:rPr>
          <w:rFonts w:ascii="Times New Roman" w:eastAsia="Times New Roman" w:hAnsi="Times New Roman" w:cs="Times New Roman"/>
          <w:iCs/>
          <w:sz w:val="24"/>
          <w:szCs w:val="24"/>
          <w:lang w:val="ru-RU"/>
        </w:rPr>
        <w:t>кустарники</w:t>
      </w:r>
      <w:r w:rsidRPr="00FD50CC">
        <w:rPr>
          <w:rFonts w:ascii="Times New Roman" w:eastAsia="Times New Roman" w:hAnsi="Times New Roman" w:cs="Times New Roman"/>
          <w:sz w:val="24"/>
          <w:szCs w:val="24"/>
          <w:lang w:val="ru-RU"/>
        </w:rPr>
        <w:tab/>
      </w:r>
    </w:p>
    <w:p w:rsidR="00FD50CC" w:rsidRPr="00FD50CC" w:rsidRDefault="00FD50CC" w:rsidP="00FD50CC">
      <w:pPr>
        <w:spacing w:after="0" w:line="240" w:lineRule="auto"/>
        <w:ind w:left="567"/>
        <w:contextualSpacing/>
        <w:rPr>
          <w:rFonts w:ascii="Times New Roman" w:eastAsia="Calibri" w:hAnsi="Times New Roman" w:cs="Times New Roman"/>
          <w:b/>
          <w:bCs/>
          <w:sz w:val="24"/>
          <w:szCs w:val="24"/>
          <w:lang w:val="ru-RU"/>
        </w:rPr>
      </w:pPr>
    </w:p>
    <w:p w:rsidR="00FD50CC" w:rsidRPr="00FD50CC" w:rsidRDefault="00FD50CC" w:rsidP="00FD50CC">
      <w:pPr>
        <w:spacing w:after="0" w:line="240" w:lineRule="auto"/>
        <w:rPr>
          <w:rFonts w:ascii="Times New Roman" w:eastAsia="Times New Roman" w:hAnsi="Times New Roman" w:cs="Times New Roman"/>
          <w:b/>
          <w:iCs/>
          <w:sz w:val="24"/>
          <w:szCs w:val="24"/>
          <w:lang w:val="ru-RU"/>
        </w:rPr>
      </w:pPr>
      <w:r w:rsidRPr="00FD50CC">
        <w:rPr>
          <w:rFonts w:ascii="Times New Roman" w:eastAsia="Times New Roman" w:hAnsi="Times New Roman" w:cs="Times New Roman"/>
          <w:b/>
          <w:iCs/>
          <w:sz w:val="24"/>
          <w:szCs w:val="24"/>
          <w:lang w:val="ru-RU"/>
        </w:rPr>
        <w:t>8. Найдите и подчеркните группу, в которой перечислены кустарники.</w:t>
      </w:r>
    </w:p>
    <w:p w:rsidR="00FD50CC" w:rsidRPr="00FD50CC" w:rsidRDefault="00FD50CC" w:rsidP="00FD50CC">
      <w:pPr>
        <w:spacing w:after="0" w:line="240" w:lineRule="auto"/>
        <w:ind w:firstLine="502"/>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А)  сирень, смородина, клён </w:t>
      </w:r>
      <w:r w:rsidRPr="00FD50CC">
        <w:rPr>
          <w:rFonts w:ascii="Times New Roman" w:eastAsia="Times New Roman" w:hAnsi="Times New Roman" w:cs="Times New Roman"/>
          <w:sz w:val="24"/>
          <w:szCs w:val="24"/>
          <w:lang w:val="ru-RU"/>
        </w:rPr>
        <w:tab/>
      </w:r>
      <w:r w:rsidRPr="00FD50CC">
        <w:rPr>
          <w:rFonts w:ascii="Times New Roman" w:eastAsia="Times New Roman" w:hAnsi="Times New Roman" w:cs="Times New Roman"/>
          <w:sz w:val="24"/>
          <w:szCs w:val="24"/>
          <w:lang w:val="ru-RU"/>
        </w:rPr>
        <w:tab/>
      </w:r>
      <w:r w:rsidRPr="00FD50CC">
        <w:rPr>
          <w:rFonts w:ascii="Times New Roman" w:eastAsia="Times New Roman" w:hAnsi="Times New Roman" w:cs="Times New Roman"/>
          <w:sz w:val="24"/>
          <w:szCs w:val="24"/>
          <w:lang w:val="ru-RU"/>
        </w:rPr>
        <w:tab/>
        <w:t>В)   одуванчик, берёза, ежевика</w:t>
      </w:r>
    </w:p>
    <w:p w:rsidR="00FD50CC" w:rsidRPr="00FD50CC" w:rsidRDefault="00FD50CC" w:rsidP="00FD50CC">
      <w:pPr>
        <w:spacing w:after="0" w:line="240" w:lineRule="auto"/>
        <w:ind w:firstLine="502"/>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Б)  шиповник, сирень, малина </w:t>
      </w:r>
      <w:r w:rsidRPr="00FD50CC">
        <w:rPr>
          <w:rFonts w:ascii="Times New Roman" w:eastAsia="Times New Roman" w:hAnsi="Times New Roman" w:cs="Times New Roman"/>
          <w:sz w:val="24"/>
          <w:szCs w:val="24"/>
          <w:lang w:val="ru-RU"/>
        </w:rPr>
        <w:tab/>
      </w:r>
      <w:r w:rsidRPr="00FD50CC">
        <w:rPr>
          <w:rFonts w:ascii="Times New Roman" w:eastAsia="Times New Roman" w:hAnsi="Times New Roman" w:cs="Times New Roman"/>
          <w:sz w:val="24"/>
          <w:szCs w:val="24"/>
          <w:lang w:val="ru-RU"/>
        </w:rPr>
        <w:tab/>
        <w:t>Г)  тополь, рябина, липа</w:t>
      </w:r>
    </w:p>
    <w:p w:rsidR="00FD50CC" w:rsidRPr="00FD50CC" w:rsidRDefault="00FD50CC" w:rsidP="00FD50CC">
      <w:pPr>
        <w:spacing w:after="0" w:line="240" w:lineRule="auto"/>
        <w:ind w:firstLine="502"/>
        <w:rPr>
          <w:rFonts w:ascii="Times New Roman" w:eastAsia="Times New Roman" w:hAnsi="Times New Roman" w:cs="Times New Roman"/>
          <w:sz w:val="24"/>
          <w:szCs w:val="24"/>
          <w:lang w:val="ru-RU"/>
        </w:rPr>
      </w:pPr>
    </w:p>
    <w:p w:rsidR="00FD50CC" w:rsidRPr="00FD50CC" w:rsidRDefault="00FD50CC" w:rsidP="00FD50CC">
      <w:pPr>
        <w:spacing w:after="0" w:line="240"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b/>
          <w:sz w:val="24"/>
          <w:szCs w:val="24"/>
          <w:lang w:val="ru-RU"/>
        </w:rPr>
        <w:t>9.</w:t>
      </w:r>
      <w:r w:rsidRPr="00FD50CC">
        <w:rPr>
          <w:rFonts w:ascii="Times New Roman" w:eastAsia="Times New Roman" w:hAnsi="Times New Roman" w:cs="Times New Roman"/>
          <w:b/>
          <w:iCs/>
          <w:sz w:val="24"/>
          <w:szCs w:val="24"/>
          <w:lang w:val="ru-RU"/>
        </w:rPr>
        <w:t>Какое животное относится к насекомым?</w:t>
      </w:r>
    </w:p>
    <w:p w:rsidR="00FD50CC" w:rsidRPr="00FD50CC" w:rsidRDefault="00FD50CC" w:rsidP="00FD50CC">
      <w:pPr>
        <w:spacing w:after="0" w:line="240" w:lineRule="auto"/>
        <w:ind w:left="567"/>
        <w:contextualSpacing/>
        <w:rPr>
          <w:rFonts w:ascii="Times New Roman" w:eastAsia="Calibri" w:hAnsi="Times New Roman" w:cs="Times New Roman"/>
          <w:sz w:val="24"/>
          <w:szCs w:val="24"/>
          <w:lang w:val="ru-RU"/>
        </w:rPr>
      </w:pPr>
      <w:r w:rsidRPr="00FD50CC">
        <w:rPr>
          <w:rFonts w:ascii="Times New Roman" w:eastAsia="Calibri" w:hAnsi="Times New Roman" w:cs="Times New Roman"/>
          <w:sz w:val="24"/>
          <w:szCs w:val="24"/>
          <w:lang w:val="ru-RU"/>
        </w:rPr>
        <w:t xml:space="preserve">      А) ящерица      Б) стрекоза      В) паук      Г) тритон</w:t>
      </w:r>
    </w:p>
    <w:p w:rsidR="00FD50CC" w:rsidRPr="00FD50CC" w:rsidRDefault="00FD50CC" w:rsidP="00FD50CC">
      <w:pPr>
        <w:autoSpaceDE w:val="0"/>
        <w:autoSpaceDN w:val="0"/>
        <w:adjustRightInd w:val="0"/>
        <w:spacing w:after="0" w:line="276" w:lineRule="auto"/>
        <w:rPr>
          <w:rFonts w:ascii="Times New Roman" w:eastAsia="Times New Roman" w:hAnsi="Times New Roman" w:cs="Times New Roman"/>
          <w:sz w:val="24"/>
          <w:szCs w:val="24"/>
          <w:lang w:val="ru-RU"/>
        </w:rPr>
      </w:pPr>
    </w:p>
    <w:p w:rsidR="00FD50CC" w:rsidRPr="00FD50CC" w:rsidRDefault="00FD50CC" w:rsidP="00FD50CC">
      <w:pPr>
        <w:autoSpaceDE w:val="0"/>
        <w:autoSpaceDN w:val="0"/>
        <w:adjustRightInd w:val="0"/>
        <w:spacing w:after="0" w:line="276" w:lineRule="auto"/>
        <w:rPr>
          <w:rFonts w:ascii="Times New Roman" w:eastAsia="Times New Roman" w:hAnsi="Times New Roman" w:cs="Times New Roman"/>
          <w:sz w:val="24"/>
          <w:szCs w:val="24"/>
          <w:lang w:val="ru-RU"/>
        </w:rPr>
      </w:pPr>
    </w:p>
    <w:p w:rsidR="00FD50CC" w:rsidRPr="00FD50CC" w:rsidRDefault="00FD50CC" w:rsidP="00FD50CC">
      <w:pPr>
        <w:autoSpaceDE w:val="0"/>
        <w:autoSpaceDN w:val="0"/>
        <w:adjustRightInd w:val="0"/>
        <w:spacing w:after="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b/>
          <w:sz w:val="24"/>
          <w:szCs w:val="24"/>
          <w:lang w:val="ru-RU"/>
        </w:rPr>
        <w:t>10.</w:t>
      </w:r>
      <w:r w:rsidRPr="00FD50CC">
        <w:rPr>
          <w:rFonts w:ascii="Times New Roman" w:eastAsia="Times New Roman" w:hAnsi="Times New Roman" w:cs="Times New Roman"/>
          <w:b/>
          <w:iCs/>
          <w:sz w:val="24"/>
          <w:szCs w:val="24"/>
          <w:lang w:val="ru-RU"/>
        </w:rPr>
        <w:t>Допиши предложение.</w:t>
      </w:r>
    </w:p>
    <w:p w:rsidR="00FD50CC" w:rsidRDefault="00FD50CC" w:rsidP="00FD50CC">
      <w:pPr>
        <w:autoSpaceDE w:val="0"/>
        <w:autoSpaceDN w:val="0"/>
        <w:adjustRightInd w:val="0"/>
        <w:spacing w:after="0" w:line="276" w:lineRule="auto"/>
        <w:ind w:left="142"/>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     Главное отличие пауков от насекомых – это то, что у насекомых ________________, а у _________________________________________.</w:t>
      </w:r>
    </w:p>
    <w:p w:rsidR="00FD50CC" w:rsidRPr="00FD50CC" w:rsidRDefault="00FD50CC" w:rsidP="00FD50CC">
      <w:pPr>
        <w:autoSpaceDE w:val="0"/>
        <w:autoSpaceDN w:val="0"/>
        <w:adjustRightInd w:val="0"/>
        <w:spacing w:after="0" w:line="276" w:lineRule="auto"/>
        <w:ind w:left="142"/>
        <w:rPr>
          <w:rFonts w:ascii="Times New Roman" w:eastAsia="Times New Roman" w:hAnsi="Times New Roman" w:cs="Times New Roman"/>
          <w:sz w:val="24"/>
          <w:szCs w:val="24"/>
          <w:lang w:val="ru-RU"/>
        </w:rPr>
      </w:pPr>
    </w:p>
    <w:p w:rsidR="00FD50CC" w:rsidRPr="00FD50CC" w:rsidRDefault="00FD50CC" w:rsidP="00FD50CC">
      <w:pPr>
        <w:numPr>
          <w:ilvl w:val="0"/>
          <w:numId w:val="94"/>
        </w:numPr>
        <w:autoSpaceDE w:val="0"/>
        <w:autoSpaceDN w:val="0"/>
        <w:adjustRightInd w:val="0"/>
        <w:spacing w:after="0" w:line="259" w:lineRule="auto"/>
        <w:rPr>
          <w:rFonts w:ascii="Times New Roman" w:eastAsia="Calibri" w:hAnsi="Times New Roman" w:cs="Times New Roman"/>
          <w:b/>
          <w:sz w:val="24"/>
          <w:szCs w:val="24"/>
          <w:lang w:val="ru-RU" w:eastAsia="ru-RU"/>
        </w:rPr>
      </w:pPr>
      <w:r w:rsidRPr="00FD50CC">
        <w:rPr>
          <w:rFonts w:ascii="Times New Roman" w:eastAsia="Calibri" w:hAnsi="Times New Roman" w:cs="Times New Roman"/>
          <w:b/>
          <w:sz w:val="24"/>
          <w:szCs w:val="24"/>
          <w:lang w:val="ru-RU" w:eastAsia="ru-RU"/>
        </w:rPr>
        <w:t>вариант.</w:t>
      </w:r>
    </w:p>
    <w:p w:rsidR="00FD50CC" w:rsidRPr="00FD50CC" w:rsidRDefault="00FD50CC" w:rsidP="00FD50CC">
      <w:pPr>
        <w:autoSpaceDE w:val="0"/>
        <w:autoSpaceDN w:val="0"/>
        <w:adjustRightInd w:val="0"/>
        <w:spacing w:after="0"/>
        <w:ind w:left="4260"/>
        <w:contextualSpacing/>
        <w:rPr>
          <w:rFonts w:ascii="Times New Roman" w:eastAsia="Calibri" w:hAnsi="Times New Roman" w:cs="Times New Roman"/>
          <w:b/>
          <w:sz w:val="24"/>
          <w:szCs w:val="24"/>
          <w:lang w:val="ru-RU" w:eastAsia="ru-RU"/>
        </w:rPr>
      </w:pPr>
    </w:p>
    <w:p w:rsidR="00FD50CC" w:rsidRPr="00FD50CC" w:rsidRDefault="00FD50CC" w:rsidP="00FD50CC">
      <w:pPr>
        <w:numPr>
          <w:ilvl w:val="0"/>
          <w:numId w:val="95"/>
        </w:numPr>
        <w:spacing w:after="160" w:line="259" w:lineRule="auto"/>
        <w:contextualSpacing/>
        <w:rPr>
          <w:rFonts w:ascii="Times New Roman" w:eastAsia="Calibri" w:hAnsi="Times New Roman" w:cs="Times New Roman"/>
          <w:sz w:val="24"/>
          <w:szCs w:val="24"/>
          <w:lang w:val="ru-RU" w:eastAsia="ru-RU"/>
        </w:rPr>
      </w:pPr>
      <w:r w:rsidRPr="00FD50CC">
        <w:rPr>
          <w:rFonts w:ascii="Times New Roman" w:eastAsia="Calibri" w:hAnsi="Times New Roman" w:cs="Times New Roman"/>
          <w:b/>
          <w:sz w:val="24"/>
          <w:szCs w:val="24"/>
          <w:lang w:val="ru-RU" w:eastAsia="ru-RU"/>
        </w:rPr>
        <w:t>Подчеркните объекты неживой природы.</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Облако,  дождь, паук, ручей, рыба, дерево, воробей, солнце, стрекоза, арбуз, воздух </w:t>
      </w:r>
    </w:p>
    <w:p w:rsidR="00FD50CC" w:rsidRPr="00FD50CC" w:rsidRDefault="00FD50CC" w:rsidP="00FD50CC">
      <w:pPr>
        <w:spacing w:after="0" w:line="240" w:lineRule="auto"/>
        <w:rPr>
          <w:rFonts w:ascii="Times New Roman" w:eastAsia="Times New Roman" w:hAnsi="Times New Roman" w:cs="Times New Roman"/>
          <w:b/>
          <w:iCs/>
          <w:sz w:val="24"/>
          <w:szCs w:val="24"/>
          <w:lang w:val="ru-RU"/>
        </w:rPr>
      </w:pPr>
      <w:r w:rsidRPr="00FD50CC">
        <w:rPr>
          <w:rFonts w:ascii="Times New Roman" w:eastAsia="Times New Roman" w:hAnsi="Times New Roman" w:cs="Times New Roman"/>
          <w:b/>
          <w:iCs/>
          <w:sz w:val="24"/>
          <w:szCs w:val="24"/>
          <w:lang w:val="ru-RU"/>
        </w:rPr>
        <w:t>2.Подчеркните весенние явления природы.</w:t>
      </w:r>
    </w:p>
    <w:p w:rsidR="00FD50CC" w:rsidRPr="00FD50CC" w:rsidRDefault="00FD50CC" w:rsidP="00FD50CC">
      <w:pPr>
        <w:spacing w:after="200" w:line="276" w:lineRule="auto"/>
        <w:jc w:val="both"/>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Солнце восходит поздно, а заходит рано. Жарко. Ледостав. Идут дожди. Оттепель. Журчат ручьи. Опадают листья. Сильный мороз. Похолодание. Набухают почки. Метут метели. Ледоход. Река покрывается льдом. Тает снег.</w:t>
      </w:r>
    </w:p>
    <w:p w:rsidR="00FD50CC" w:rsidRPr="00FD50CC" w:rsidRDefault="00FD50CC" w:rsidP="00FD50CC">
      <w:pPr>
        <w:spacing w:after="0" w:line="240" w:lineRule="auto"/>
        <w:rPr>
          <w:rFonts w:ascii="Times New Roman" w:eastAsia="Times New Roman" w:hAnsi="Times New Roman" w:cs="Times New Roman"/>
          <w:b/>
          <w:iCs/>
          <w:sz w:val="24"/>
          <w:szCs w:val="24"/>
          <w:lang w:val="ru-RU"/>
        </w:rPr>
      </w:pPr>
      <w:r w:rsidRPr="00FD50CC">
        <w:rPr>
          <w:rFonts w:ascii="Times New Roman" w:eastAsia="Times New Roman" w:hAnsi="Times New Roman" w:cs="Times New Roman"/>
          <w:b/>
          <w:iCs/>
          <w:sz w:val="24"/>
          <w:szCs w:val="24"/>
          <w:lang w:val="ru-RU"/>
        </w:rPr>
        <w:t>3. Отметьте группу, в которой перечислены перелётные птицы.</w:t>
      </w:r>
    </w:p>
    <w:p w:rsidR="00FD50CC" w:rsidRPr="00FD50CC" w:rsidRDefault="00FD50CC" w:rsidP="00FD50CC">
      <w:pPr>
        <w:spacing w:after="0" w:line="240" w:lineRule="auto"/>
        <w:ind w:left="567"/>
        <w:contextualSpacing/>
        <w:rPr>
          <w:rFonts w:ascii="Times New Roman" w:eastAsia="Calibri" w:hAnsi="Times New Roman" w:cs="Times New Roman"/>
          <w:sz w:val="24"/>
          <w:szCs w:val="24"/>
          <w:lang w:val="ru-RU"/>
        </w:rPr>
      </w:pPr>
      <w:r w:rsidRPr="00FD50CC">
        <w:rPr>
          <w:rFonts w:ascii="Times New Roman" w:eastAsia="Calibri" w:hAnsi="Times New Roman" w:cs="Times New Roman"/>
          <w:sz w:val="24"/>
          <w:szCs w:val="24"/>
          <w:lang w:val="ru-RU"/>
        </w:rPr>
        <w:t xml:space="preserve"> А)  грач, журавль, скворец, ласточка          В) воробей, голубь, снегирь, ворона</w:t>
      </w:r>
    </w:p>
    <w:p w:rsidR="00FD50CC" w:rsidRPr="00FD50CC" w:rsidRDefault="00FD50CC" w:rsidP="00FD50CC">
      <w:pPr>
        <w:spacing w:after="0" w:line="240" w:lineRule="auto"/>
        <w:ind w:left="567"/>
        <w:contextualSpacing/>
        <w:rPr>
          <w:rFonts w:ascii="Times New Roman" w:eastAsia="Calibri" w:hAnsi="Times New Roman" w:cs="Times New Roman"/>
          <w:sz w:val="24"/>
          <w:szCs w:val="24"/>
          <w:lang w:val="ru-RU"/>
        </w:rPr>
      </w:pPr>
      <w:r w:rsidRPr="00FD50CC">
        <w:rPr>
          <w:rFonts w:ascii="Times New Roman" w:eastAsia="Calibri" w:hAnsi="Times New Roman" w:cs="Times New Roman"/>
          <w:sz w:val="24"/>
          <w:szCs w:val="24"/>
          <w:lang w:val="ru-RU"/>
        </w:rPr>
        <w:t xml:space="preserve"> Б)  гусь, дятел, поползень, сова                   Г) стриж, галка, утка, орел</w:t>
      </w:r>
    </w:p>
    <w:p w:rsidR="00FD50CC" w:rsidRPr="00FD50CC" w:rsidRDefault="00FD50CC" w:rsidP="00FD50CC">
      <w:pPr>
        <w:spacing w:after="0" w:line="240" w:lineRule="auto"/>
        <w:ind w:left="567"/>
        <w:contextualSpacing/>
        <w:rPr>
          <w:rFonts w:ascii="Times New Roman" w:eastAsia="Calibri" w:hAnsi="Times New Roman" w:cs="Times New Roman"/>
          <w:sz w:val="24"/>
          <w:szCs w:val="24"/>
          <w:lang w:val="ru-RU"/>
        </w:rPr>
      </w:pPr>
    </w:p>
    <w:p w:rsidR="00FD50CC" w:rsidRPr="00FD50CC" w:rsidRDefault="00FD50CC" w:rsidP="00FD50CC">
      <w:pPr>
        <w:spacing w:after="200" w:line="276" w:lineRule="auto"/>
        <w:jc w:val="both"/>
        <w:rPr>
          <w:rFonts w:ascii="Times New Roman" w:eastAsia="Times New Roman" w:hAnsi="Times New Roman" w:cs="Times New Roman"/>
          <w:b/>
          <w:sz w:val="24"/>
          <w:szCs w:val="24"/>
          <w:lang w:val="ru-RU"/>
        </w:rPr>
      </w:pPr>
      <w:r w:rsidRPr="00FD50CC">
        <w:rPr>
          <w:rFonts w:ascii="Times New Roman" w:eastAsia="Times New Roman" w:hAnsi="Times New Roman" w:cs="Times New Roman"/>
          <w:b/>
          <w:sz w:val="24"/>
          <w:szCs w:val="24"/>
          <w:lang w:val="ru-RU"/>
        </w:rPr>
        <w:t>4</w:t>
      </w:r>
      <w:r w:rsidRPr="00FD50CC">
        <w:rPr>
          <w:rFonts w:ascii="Times New Roman" w:eastAsia="Times New Roman" w:hAnsi="Times New Roman" w:cs="Times New Roman"/>
          <w:sz w:val="24"/>
          <w:szCs w:val="24"/>
          <w:lang w:val="ru-RU"/>
        </w:rPr>
        <w:t>.</w:t>
      </w:r>
      <w:r w:rsidRPr="00FD50CC">
        <w:rPr>
          <w:rFonts w:ascii="Times New Roman" w:eastAsia="Times New Roman" w:hAnsi="Times New Roman" w:cs="Times New Roman"/>
          <w:b/>
          <w:sz w:val="24"/>
          <w:szCs w:val="24"/>
          <w:lang w:val="ru-RU"/>
        </w:rPr>
        <w:t>Дополните предложение</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А) Наука о погоде ________________________________________________________________________</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Б) Сочетание температуры воздуха, облачности, осадков, ветра называют_________________________</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В) Небо чистое, солнечно. Мы говорим: _____________________________________________________</w:t>
      </w:r>
    </w:p>
    <w:p w:rsidR="00FD50CC" w:rsidRPr="00FD50CC" w:rsidRDefault="00FD50CC" w:rsidP="00FD50CC">
      <w:pPr>
        <w:spacing w:after="0" w:line="240"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b/>
          <w:iCs/>
          <w:sz w:val="24"/>
          <w:szCs w:val="24"/>
          <w:lang w:val="ru-RU"/>
        </w:rPr>
        <w:t xml:space="preserve">5. Запишите </w:t>
      </w:r>
    </w:p>
    <w:p w:rsidR="00FD50CC" w:rsidRPr="00FD50CC" w:rsidRDefault="00FD50CC" w:rsidP="00FD50CC">
      <w:pPr>
        <w:spacing w:after="0" w:line="240"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Пятнадцать градусов тепла _______            Двадцать восемь градусов мороза _______</w:t>
      </w:r>
    </w:p>
    <w:p w:rsidR="00FD50CC" w:rsidRPr="00FD50CC" w:rsidRDefault="00FD50CC" w:rsidP="00FD50CC">
      <w:pPr>
        <w:spacing w:after="0" w:line="240"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Десять градусов ниже нуля     _______       Семнадцать градусов выше нуля ______</w:t>
      </w:r>
    </w:p>
    <w:p w:rsidR="00FD50CC" w:rsidRPr="00FD50CC" w:rsidRDefault="00FD50CC" w:rsidP="00FD50CC">
      <w:pPr>
        <w:spacing w:after="0" w:line="240" w:lineRule="auto"/>
        <w:rPr>
          <w:rFonts w:ascii="Times New Roman" w:eastAsia="Times New Roman" w:hAnsi="Times New Roman" w:cs="Times New Roman"/>
          <w:sz w:val="24"/>
          <w:szCs w:val="24"/>
          <w:lang w:val="ru-RU"/>
        </w:rPr>
      </w:pPr>
    </w:p>
    <w:p w:rsidR="00FD50CC" w:rsidRPr="00FD50CC" w:rsidRDefault="00FD50CC" w:rsidP="00FD50CC">
      <w:pPr>
        <w:spacing w:after="200" w:line="276" w:lineRule="auto"/>
        <w:rPr>
          <w:rFonts w:ascii="Times New Roman" w:eastAsia="Times New Roman" w:hAnsi="Times New Roman" w:cs="Times New Roman"/>
          <w:i/>
          <w:iCs/>
          <w:sz w:val="24"/>
          <w:szCs w:val="24"/>
          <w:lang w:val="ru-RU"/>
        </w:rPr>
      </w:pPr>
      <w:r w:rsidRPr="00FD50CC">
        <w:rPr>
          <w:rFonts w:ascii="Times New Roman" w:eastAsia="Times New Roman" w:hAnsi="Times New Roman" w:cs="Times New Roman"/>
          <w:b/>
          <w:sz w:val="24"/>
          <w:szCs w:val="24"/>
          <w:lang w:val="ru-RU"/>
        </w:rPr>
        <w:t>6.</w:t>
      </w:r>
      <w:r w:rsidRPr="00FD50CC">
        <w:rPr>
          <w:rFonts w:ascii="Times New Roman" w:eastAsia="Times New Roman" w:hAnsi="Times New Roman" w:cs="Times New Roman"/>
          <w:b/>
          <w:iCs/>
          <w:sz w:val="24"/>
          <w:szCs w:val="24"/>
          <w:lang w:val="ru-RU"/>
        </w:rPr>
        <w:t xml:space="preserve"> Что записывают со знаком «+»?</w:t>
      </w:r>
    </w:p>
    <w:p w:rsidR="00FD50CC" w:rsidRPr="00FD50CC" w:rsidRDefault="00FD50CC" w:rsidP="00FD50CC">
      <w:pPr>
        <w:spacing w:after="200" w:line="276" w:lineRule="auto"/>
        <w:ind w:left="142"/>
        <w:rPr>
          <w:rFonts w:ascii="Times New Roman" w:eastAsia="Times New Roman" w:hAnsi="Times New Roman" w:cs="Times New Roman"/>
          <w:i/>
          <w:iCs/>
          <w:sz w:val="24"/>
          <w:szCs w:val="24"/>
          <w:lang w:val="ru-RU"/>
        </w:rPr>
      </w:pPr>
      <w:r w:rsidRPr="00FD50CC">
        <w:rPr>
          <w:rFonts w:ascii="Times New Roman" w:eastAsia="Times New Roman" w:hAnsi="Times New Roman" w:cs="Times New Roman"/>
          <w:sz w:val="24"/>
          <w:szCs w:val="24"/>
          <w:lang w:val="ru-RU"/>
        </w:rPr>
        <w:t xml:space="preserve"> А)  Хороший прогноз погоды              В) Число градусов тепла                    </w:t>
      </w:r>
    </w:p>
    <w:p w:rsidR="00FD50CC" w:rsidRPr="00FD50CC" w:rsidRDefault="00FD50CC" w:rsidP="00FD50CC">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   Б)   Число градусов холода                   Г) Плохой прогноз </w:t>
      </w:r>
    </w:p>
    <w:p w:rsidR="00FD50CC" w:rsidRPr="00FD50CC" w:rsidRDefault="00FD50CC" w:rsidP="00FD50CC">
      <w:pPr>
        <w:spacing w:after="0" w:line="276" w:lineRule="auto"/>
        <w:rPr>
          <w:rFonts w:ascii="Times New Roman" w:eastAsia="Times New Roman" w:hAnsi="Times New Roman" w:cs="Times New Roman"/>
          <w:b/>
          <w:iCs/>
          <w:sz w:val="24"/>
          <w:szCs w:val="24"/>
          <w:lang w:val="ru-RU"/>
        </w:rPr>
      </w:pPr>
      <w:r w:rsidRPr="00FD50CC">
        <w:rPr>
          <w:rFonts w:ascii="Times New Roman" w:eastAsia="Times New Roman" w:hAnsi="Times New Roman" w:cs="Times New Roman"/>
          <w:b/>
          <w:iCs/>
          <w:sz w:val="24"/>
          <w:szCs w:val="24"/>
          <w:lang w:val="ru-RU"/>
        </w:rPr>
        <w:t>7.Напиши названия приборов.</w:t>
      </w:r>
    </w:p>
    <w:p w:rsidR="00FD50CC" w:rsidRPr="00FD50CC" w:rsidRDefault="00FD50CC" w:rsidP="00FD50CC">
      <w:pPr>
        <w:spacing w:after="0" w:line="276" w:lineRule="auto"/>
        <w:ind w:left="142"/>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Для измерения времени используют _______________________________________________________.   </w:t>
      </w:r>
    </w:p>
    <w:p w:rsidR="00FD50CC" w:rsidRPr="00FD50CC" w:rsidRDefault="00FD50CC" w:rsidP="00FD50CC">
      <w:pPr>
        <w:spacing w:after="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  Для измерения температуры используют ___________________________________________________.</w:t>
      </w:r>
    </w:p>
    <w:p w:rsidR="00FD50CC" w:rsidRPr="00FD50CC" w:rsidRDefault="00FD50CC" w:rsidP="00FD50CC">
      <w:pPr>
        <w:spacing w:after="0" w:line="276" w:lineRule="auto"/>
        <w:ind w:left="142"/>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Для определения сторон горизонта используют______________________________________________.</w:t>
      </w:r>
    </w:p>
    <w:p w:rsidR="00FD50CC" w:rsidRPr="00FD50CC" w:rsidRDefault="00FD50CC" w:rsidP="00FD50CC">
      <w:pPr>
        <w:spacing w:after="0" w:line="276" w:lineRule="auto"/>
        <w:ind w:left="142"/>
        <w:rPr>
          <w:rFonts w:ascii="Times New Roman" w:eastAsia="Times New Roman" w:hAnsi="Times New Roman" w:cs="Times New Roman"/>
          <w:sz w:val="24"/>
          <w:szCs w:val="24"/>
          <w:lang w:val="ru-RU"/>
        </w:rPr>
      </w:pPr>
    </w:p>
    <w:p w:rsidR="00FD50CC" w:rsidRPr="00FD50CC" w:rsidRDefault="00FD50CC" w:rsidP="00FD50CC">
      <w:pPr>
        <w:spacing w:after="200" w:line="276" w:lineRule="auto"/>
        <w:rPr>
          <w:rFonts w:ascii="Times New Roman" w:eastAsia="Times New Roman" w:hAnsi="Times New Roman" w:cs="Times New Roman"/>
          <w:i/>
          <w:iCs/>
          <w:sz w:val="24"/>
          <w:szCs w:val="24"/>
          <w:lang w:val="ru-RU"/>
        </w:rPr>
      </w:pPr>
      <w:r w:rsidRPr="00FD50CC">
        <w:rPr>
          <w:rFonts w:ascii="Times New Roman" w:eastAsia="Times New Roman" w:hAnsi="Times New Roman" w:cs="Times New Roman"/>
          <w:b/>
          <w:sz w:val="24"/>
          <w:szCs w:val="24"/>
          <w:lang w:val="ru-RU"/>
        </w:rPr>
        <w:t>8.</w:t>
      </w:r>
      <w:r w:rsidRPr="00FD50CC">
        <w:rPr>
          <w:rFonts w:ascii="Times New Roman" w:eastAsia="Times New Roman" w:hAnsi="Times New Roman" w:cs="Times New Roman"/>
          <w:b/>
          <w:iCs/>
          <w:sz w:val="24"/>
          <w:szCs w:val="24"/>
          <w:lang w:val="ru-RU"/>
        </w:rPr>
        <w:t>Заполни пропуски.</w:t>
      </w:r>
    </w:p>
    <w:p w:rsidR="00FD50CC" w:rsidRPr="00FD50CC" w:rsidRDefault="00FD50CC" w:rsidP="00FD50CC">
      <w:pPr>
        <w:spacing w:after="0" w:line="276" w:lineRule="auto"/>
        <w:ind w:firstLine="142"/>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Осень - ___________________, октябрь, _________________.</w:t>
      </w:r>
    </w:p>
    <w:p w:rsidR="00FD50CC" w:rsidRPr="00FD50CC" w:rsidRDefault="00FD50CC" w:rsidP="00FD50CC">
      <w:pPr>
        <w:spacing w:after="0" w:line="276" w:lineRule="auto"/>
        <w:ind w:firstLine="142"/>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___________ - декабрь, _____________, февраль.</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В декабре ______ дней, в январе _______ дней, а в феврале _________ дней.</w:t>
      </w:r>
    </w:p>
    <w:p w:rsidR="00FD50CC" w:rsidRPr="00FD50CC" w:rsidRDefault="00FD50CC" w:rsidP="00FD50CC">
      <w:pPr>
        <w:autoSpaceDE w:val="0"/>
        <w:autoSpaceDN w:val="0"/>
        <w:adjustRightInd w:val="0"/>
        <w:spacing w:after="0" w:line="276" w:lineRule="auto"/>
        <w:rPr>
          <w:rFonts w:ascii="Times New Roman" w:eastAsia="Times New Roman" w:hAnsi="Times New Roman" w:cs="Times New Roman"/>
          <w:b/>
          <w:iCs/>
          <w:sz w:val="24"/>
          <w:szCs w:val="24"/>
          <w:lang w:val="ru-RU"/>
        </w:rPr>
      </w:pPr>
      <w:r w:rsidRPr="00FD50CC">
        <w:rPr>
          <w:rFonts w:ascii="Times New Roman" w:eastAsia="Times New Roman" w:hAnsi="Times New Roman" w:cs="Times New Roman"/>
          <w:b/>
          <w:iCs/>
          <w:sz w:val="24"/>
          <w:szCs w:val="24"/>
          <w:lang w:val="ru-RU"/>
        </w:rPr>
        <w:t xml:space="preserve">9. Что происходит с насекомыми осенью? Отметь верное утверждение. </w:t>
      </w:r>
    </w:p>
    <w:p w:rsidR="00FD50CC" w:rsidRPr="00FD50CC" w:rsidRDefault="00FD50CC" w:rsidP="00FD50CC">
      <w:pPr>
        <w:autoSpaceDE w:val="0"/>
        <w:autoSpaceDN w:val="0"/>
        <w:adjustRightInd w:val="0"/>
        <w:spacing w:after="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         А) Они все умирают.  </w:t>
      </w:r>
      <w:r w:rsidRPr="00FD50CC">
        <w:rPr>
          <w:rFonts w:ascii="Times New Roman" w:eastAsia="Times New Roman" w:hAnsi="Times New Roman" w:cs="Times New Roman"/>
          <w:sz w:val="24"/>
          <w:szCs w:val="24"/>
          <w:lang w:val="ru-RU"/>
        </w:rPr>
        <w:tab/>
        <w:t xml:space="preserve">          Б) Улетают в южные страны.  </w:t>
      </w:r>
    </w:p>
    <w:p w:rsidR="00FD50CC" w:rsidRPr="00FD50CC" w:rsidRDefault="00FD50CC" w:rsidP="00FD50CC">
      <w:pPr>
        <w:autoSpaceDE w:val="0"/>
        <w:autoSpaceDN w:val="0"/>
        <w:adjustRightInd w:val="0"/>
        <w:spacing w:after="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В) Некоторые прячутся в трещины коры и впадают в спячку</w:t>
      </w:r>
    </w:p>
    <w:p w:rsidR="00FD50CC" w:rsidRPr="00FD50CC" w:rsidRDefault="00FD50CC" w:rsidP="00FD50CC">
      <w:pPr>
        <w:autoSpaceDE w:val="0"/>
        <w:autoSpaceDN w:val="0"/>
        <w:adjustRightInd w:val="0"/>
        <w:spacing w:after="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b/>
          <w:sz w:val="24"/>
          <w:szCs w:val="24"/>
          <w:lang w:val="ru-RU"/>
        </w:rPr>
        <w:t>10.</w:t>
      </w:r>
      <w:r w:rsidRPr="00FD50CC">
        <w:rPr>
          <w:rFonts w:ascii="Times New Roman" w:eastAsia="Times New Roman" w:hAnsi="Times New Roman" w:cs="Times New Roman"/>
          <w:b/>
          <w:iCs/>
          <w:sz w:val="24"/>
          <w:szCs w:val="24"/>
          <w:lang w:val="ru-RU"/>
        </w:rPr>
        <w:t>Допиши предложение.</w:t>
      </w:r>
    </w:p>
    <w:p w:rsidR="00FD50CC" w:rsidRPr="00FD50CC" w:rsidRDefault="00FD50CC" w:rsidP="00FD50CC">
      <w:pPr>
        <w:autoSpaceDE w:val="0"/>
        <w:autoSpaceDN w:val="0"/>
        <w:adjustRightInd w:val="0"/>
        <w:spacing w:after="0" w:line="276" w:lineRule="auto"/>
        <w:ind w:left="142"/>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     Главное отличие насекомых от пауков – это то, что у пауков ________________, а у насекомых __________________.</w:t>
      </w:r>
    </w:p>
    <w:p w:rsidR="00FD50CC" w:rsidRPr="00FD50CC" w:rsidRDefault="00FD50CC" w:rsidP="00FD50CC">
      <w:pPr>
        <w:spacing w:after="200" w:line="276" w:lineRule="auto"/>
        <w:rPr>
          <w:rFonts w:ascii="Times New Roman" w:eastAsia="Times New Roman" w:hAnsi="Times New Roman" w:cs="Times New Roman"/>
          <w:b/>
          <w:sz w:val="24"/>
          <w:szCs w:val="24"/>
          <w:lang w:val="ru-RU"/>
        </w:rPr>
      </w:pPr>
    </w:p>
    <w:p w:rsidR="00FD50CC" w:rsidRPr="00FD50CC" w:rsidRDefault="00FD50CC" w:rsidP="00FD50CC">
      <w:pPr>
        <w:spacing w:after="200" w:line="276" w:lineRule="auto"/>
        <w:jc w:val="center"/>
        <w:rPr>
          <w:rFonts w:ascii="Times New Roman" w:eastAsia="Times New Roman" w:hAnsi="Times New Roman" w:cs="Times New Roman"/>
          <w:b/>
          <w:sz w:val="24"/>
          <w:szCs w:val="24"/>
          <w:lang w:val="ru-RU"/>
        </w:rPr>
      </w:pPr>
      <w:r w:rsidRPr="00FD50CC">
        <w:rPr>
          <w:rFonts w:ascii="Times New Roman" w:eastAsia="Times New Roman" w:hAnsi="Times New Roman" w:cs="Times New Roman"/>
          <w:b/>
          <w:sz w:val="24"/>
          <w:szCs w:val="24"/>
          <w:lang w:val="ru-RU"/>
        </w:rPr>
        <w:t xml:space="preserve">Ответы и критерии оценивания  контрольной работы № 2 </w:t>
      </w:r>
    </w:p>
    <w:p w:rsidR="00FD50CC" w:rsidRPr="00FD50CC" w:rsidRDefault="00FD50CC" w:rsidP="00FD50CC">
      <w:pPr>
        <w:spacing w:after="200" w:line="276" w:lineRule="auto"/>
        <w:jc w:val="center"/>
        <w:rPr>
          <w:rFonts w:ascii="Times New Roman" w:eastAsia="Times New Roman" w:hAnsi="Times New Roman" w:cs="Times New Roman"/>
          <w:b/>
          <w:sz w:val="24"/>
          <w:szCs w:val="24"/>
          <w:lang w:val="ru-RU"/>
        </w:rPr>
      </w:pPr>
      <w:r w:rsidRPr="00FD50CC">
        <w:rPr>
          <w:rFonts w:ascii="Times New Roman" w:eastAsia="Times New Roman" w:hAnsi="Times New Roman" w:cs="Times New Roman"/>
          <w:b/>
          <w:sz w:val="24"/>
          <w:szCs w:val="24"/>
          <w:lang w:val="ru-RU"/>
        </w:rPr>
        <w:t>1 вариант</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1.</w:t>
      </w:r>
      <w:r w:rsidRPr="00FD50CC">
        <w:rPr>
          <w:rFonts w:ascii="Times New Roman" w:eastAsia="Times New Roman" w:hAnsi="Times New Roman" w:cs="Times New Roman"/>
          <w:sz w:val="24"/>
          <w:szCs w:val="24"/>
          <w:lang w:val="ru-RU"/>
        </w:rPr>
        <w:tab/>
        <w:t>Подчеркните объекты живой природы.</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Облако,  дождь, </w:t>
      </w:r>
      <w:r w:rsidRPr="00FD50CC">
        <w:rPr>
          <w:rFonts w:ascii="Times New Roman" w:eastAsia="Times New Roman" w:hAnsi="Times New Roman" w:cs="Times New Roman"/>
          <w:b/>
          <w:sz w:val="24"/>
          <w:szCs w:val="24"/>
          <w:u w:val="single"/>
          <w:lang w:val="ru-RU"/>
        </w:rPr>
        <w:t>паук</w:t>
      </w:r>
      <w:r w:rsidRPr="00FD50CC">
        <w:rPr>
          <w:rFonts w:ascii="Times New Roman" w:eastAsia="Times New Roman" w:hAnsi="Times New Roman" w:cs="Times New Roman"/>
          <w:sz w:val="24"/>
          <w:szCs w:val="24"/>
          <w:lang w:val="ru-RU"/>
        </w:rPr>
        <w:t xml:space="preserve">, ручей, </w:t>
      </w:r>
      <w:r w:rsidRPr="00FD50CC">
        <w:rPr>
          <w:rFonts w:ascii="Times New Roman" w:eastAsia="Times New Roman" w:hAnsi="Times New Roman" w:cs="Times New Roman"/>
          <w:b/>
          <w:sz w:val="24"/>
          <w:szCs w:val="24"/>
          <w:u w:val="single"/>
          <w:lang w:val="ru-RU"/>
        </w:rPr>
        <w:t>рыба,</w:t>
      </w:r>
      <w:r w:rsidRPr="00FD50CC">
        <w:rPr>
          <w:rFonts w:ascii="Times New Roman" w:eastAsia="Times New Roman" w:hAnsi="Times New Roman" w:cs="Times New Roman"/>
          <w:sz w:val="24"/>
          <w:szCs w:val="24"/>
          <w:lang w:val="ru-RU"/>
        </w:rPr>
        <w:t xml:space="preserve"> дерево, </w:t>
      </w:r>
      <w:r w:rsidRPr="00FD50CC">
        <w:rPr>
          <w:rFonts w:ascii="Times New Roman" w:eastAsia="Times New Roman" w:hAnsi="Times New Roman" w:cs="Times New Roman"/>
          <w:b/>
          <w:sz w:val="24"/>
          <w:szCs w:val="24"/>
          <w:u w:val="single"/>
          <w:lang w:val="ru-RU"/>
        </w:rPr>
        <w:t>воробей,</w:t>
      </w:r>
      <w:r w:rsidRPr="00FD50CC">
        <w:rPr>
          <w:rFonts w:ascii="Times New Roman" w:eastAsia="Times New Roman" w:hAnsi="Times New Roman" w:cs="Times New Roman"/>
          <w:sz w:val="24"/>
          <w:szCs w:val="24"/>
          <w:lang w:val="ru-RU"/>
        </w:rPr>
        <w:t xml:space="preserve"> солнце, </w:t>
      </w:r>
      <w:r w:rsidRPr="00FD50CC">
        <w:rPr>
          <w:rFonts w:ascii="Times New Roman" w:eastAsia="Times New Roman" w:hAnsi="Times New Roman" w:cs="Times New Roman"/>
          <w:b/>
          <w:sz w:val="24"/>
          <w:szCs w:val="24"/>
          <w:u w:val="single"/>
          <w:lang w:val="ru-RU"/>
        </w:rPr>
        <w:t>стрекоза</w:t>
      </w:r>
      <w:r w:rsidRPr="00FD50CC">
        <w:rPr>
          <w:rFonts w:ascii="Times New Roman" w:eastAsia="Times New Roman" w:hAnsi="Times New Roman" w:cs="Times New Roman"/>
          <w:sz w:val="24"/>
          <w:szCs w:val="24"/>
          <w:lang w:val="ru-RU"/>
        </w:rPr>
        <w:t>, арбуз, воздух  (4 балла)</w:t>
      </w:r>
    </w:p>
    <w:p w:rsidR="00FD50CC" w:rsidRPr="00FD50CC" w:rsidRDefault="00FD50CC" w:rsidP="00FD50CC">
      <w:pPr>
        <w:numPr>
          <w:ilvl w:val="0"/>
          <w:numId w:val="95"/>
        </w:numPr>
        <w:spacing w:after="160" w:line="256" w:lineRule="auto"/>
        <w:rPr>
          <w:rFonts w:ascii="Times New Roman" w:eastAsia="Calibri" w:hAnsi="Times New Roman" w:cs="Times New Roman"/>
          <w:sz w:val="24"/>
          <w:szCs w:val="24"/>
          <w:lang w:val="ru-RU" w:eastAsia="ru-RU"/>
        </w:rPr>
      </w:pPr>
      <w:r w:rsidRPr="00FD50CC">
        <w:rPr>
          <w:rFonts w:ascii="Times New Roman" w:eastAsia="Calibri" w:hAnsi="Times New Roman" w:cs="Times New Roman"/>
          <w:sz w:val="24"/>
          <w:szCs w:val="24"/>
          <w:lang w:val="ru-RU" w:eastAsia="ru-RU"/>
        </w:rPr>
        <w:t>Подчеркните осенние явления природы.</w:t>
      </w:r>
    </w:p>
    <w:p w:rsidR="00FD50CC" w:rsidRPr="00FD50CC" w:rsidRDefault="00FD50CC" w:rsidP="00FD50CC">
      <w:pPr>
        <w:numPr>
          <w:ilvl w:val="0"/>
          <w:numId w:val="95"/>
        </w:numPr>
        <w:spacing w:after="160" w:line="256" w:lineRule="auto"/>
        <w:rPr>
          <w:rFonts w:ascii="Times New Roman" w:eastAsia="Calibri" w:hAnsi="Times New Roman" w:cs="Times New Roman"/>
          <w:sz w:val="24"/>
          <w:szCs w:val="24"/>
          <w:lang w:val="ru-RU" w:eastAsia="ru-RU"/>
        </w:rPr>
      </w:pPr>
      <w:r w:rsidRPr="00FD50CC">
        <w:rPr>
          <w:rFonts w:ascii="Times New Roman" w:eastAsia="Calibri" w:hAnsi="Times New Roman" w:cs="Times New Roman"/>
          <w:sz w:val="24"/>
          <w:szCs w:val="24"/>
          <w:lang w:val="ru-RU"/>
        </w:rPr>
        <w:t xml:space="preserve">Солнце восходит поздно, а заходит рано. Жарко. Ледостав. </w:t>
      </w:r>
      <w:r w:rsidRPr="00FD50CC">
        <w:rPr>
          <w:rFonts w:ascii="Times New Roman" w:eastAsia="Calibri" w:hAnsi="Times New Roman" w:cs="Times New Roman"/>
          <w:b/>
          <w:sz w:val="24"/>
          <w:szCs w:val="24"/>
          <w:u w:val="single"/>
          <w:lang w:val="ru-RU"/>
        </w:rPr>
        <w:t>Идут дожди</w:t>
      </w:r>
      <w:r w:rsidRPr="00FD50CC">
        <w:rPr>
          <w:rFonts w:ascii="Times New Roman" w:eastAsia="Calibri" w:hAnsi="Times New Roman" w:cs="Times New Roman"/>
          <w:sz w:val="24"/>
          <w:szCs w:val="24"/>
          <w:lang w:val="ru-RU"/>
        </w:rPr>
        <w:t xml:space="preserve">. Оттепель. Журчат ручьи. </w:t>
      </w:r>
      <w:r w:rsidRPr="00FD50CC">
        <w:rPr>
          <w:rFonts w:ascii="Times New Roman" w:eastAsia="Calibri" w:hAnsi="Times New Roman" w:cs="Times New Roman"/>
          <w:b/>
          <w:sz w:val="24"/>
          <w:szCs w:val="24"/>
          <w:u w:val="single"/>
          <w:lang w:val="ru-RU"/>
        </w:rPr>
        <w:t>Опадают листья</w:t>
      </w:r>
      <w:r w:rsidRPr="00FD50CC">
        <w:rPr>
          <w:rFonts w:ascii="Times New Roman" w:eastAsia="Calibri" w:hAnsi="Times New Roman" w:cs="Times New Roman"/>
          <w:sz w:val="24"/>
          <w:szCs w:val="24"/>
          <w:lang w:val="ru-RU"/>
        </w:rPr>
        <w:t xml:space="preserve">. Сильный мороз. </w:t>
      </w:r>
      <w:r w:rsidRPr="00FD50CC">
        <w:rPr>
          <w:rFonts w:ascii="Times New Roman" w:eastAsia="Calibri" w:hAnsi="Times New Roman" w:cs="Times New Roman"/>
          <w:b/>
          <w:sz w:val="24"/>
          <w:szCs w:val="24"/>
          <w:u w:val="single"/>
          <w:lang w:val="ru-RU"/>
        </w:rPr>
        <w:t>Похолодание.</w:t>
      </w:r>
      <w:r w:rsidRPr="00FD50CC">
        <w:rPr>
          <w:rFonts w:ascii="Times New Roman" w:eastAsia="Calibri" w:hAnsi="Times New Roman" w:cs="Times New Roman"/>
          <w:sz w:val="24"/>
          <w:szCs w:val="24"/>
          <w:lang w:val="ru-RU"/>
        </w:rPr>
        <w:t xml:space="preserve"> Набухают почки. Метут метели. </w:t>
      </w:r>
      <w:r w:rsidRPr="00FD50CC">
        <w:rPr>
          <w:rFonts w:ascii="Times New Roman" w:eastAsia="Calibri" w:hAnsi="Times New Roman" w:cs="Times New Roman"/>
          <w:sz w:val="24"/>
          <w:szCs w:val="24"/>
          <w:lang w:val="ru-RU" w:eastAsia="ru-RU"/>
        </w:rPr>
        <w:t>Ледоход. Река покрывается льдом. Тает снег.(3 балла)</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3.  Укажи причину, по которой птицы улетают на юг.</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      А)  Стало холодно                      В)   Дни стали короче</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      Б)  </w:t>
      </w:r>
      <w:r w:rsidRPr="00FD50CC">
        <w:rPr>
          <w:rFonts w:ascii="Times New Roman" w:eastAsia="Times New Roman" w:hAnsi="Times New Roman" w:cs="Times New Roman"/>
          <w:b/>
          <w:sz w:val="24"/>
          <w:szCs w:val="24"/>
          <w:u w:val="single"/>
          <w:lang w:val="ru-RU"/>
        </w:rPr>
        <w:t>Стало мало корма</w:t>
      </w:r>
      <w:r w:rsidRPr="00FD50CC">
        <w:rPr>
          <w:rFonts w:ascii="Times New Roman" w:eastAsia="Times New Roman" w:hAnsi="Times New Roman" w:cs="Times New Roman"/>
          <w:sz w:val="24"/>
          <w:szCs w:val="24"/>
          <w:lang w:val="ru-RU"/>
        </w:rPr>
        <w:t xml:space="preserve">               Г)  Часто идут дожди (1 балл)</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4. Дополните предложение</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А) От количества облаков на небе зависит  </w:t>
      </w:r>
      <w:r w:rsidRPr="00FD50CC">
        <w:rPr>
          <w:rFonts w:ascii="Times New Roman" w:eastAsia="Times New Roman" w:hAnsi="Times New Roman" w:cs="Times New Roman"/>
          <w:b/>
          <w:sz w:val="24"/>
          <w:szCs w:val="24"/>
          <w:u w:val="single"/>
          <w:lang w:val="ru-RU"/>
        </w:rPr>
        <w:t>(облачность</w:t>
      </w:r>
      <w:r w:rsidRPr="00FD50CC">
        <w:rPr>
          <w:rFonts w:ascii="Times New Roman" w:eastAsia="Times New Roman" w:hAnsi="Times New Roman" w:cs="Times New Roman"/>
          <w:b/>
          <w:sz w:val="24"/>
          <w:szCs w:val="24"/>
          <w:lang w:val="ru-RU"/>
        </w:rPr>
        <w:t>)</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Б) Снег, дождь, град – это </w:t>
      </w:r>
      <w:r w:rsidRPr="00FD50CC">
        <w:rPr>
          <w:rFonts w:ascii="Times New Roman" w:eastAsia="Times New Roman" w:hAnsi="Times New Roman" w:cs="Times New Roman"/>
          <w:b/>
          <w:sz w:val="24"/>
          <w:szCs w:val="24"/>
          <w:u w:val="single"/>
          <w:lang w:val="ru-RU"/>
        </w:rPr>
        <w:t>(осадки)</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В) Сочетание температуры воздуха, облачности, осадков, ветра называют  </w:t>
      </w:r>
      <w:r w:rsidRPr="00FD50CC">
        <w:rPr>
          <w:rFonts w:ascii="Times New Roman" w:eastAsia="Times New Roman" w:hAnsi="Times New Roman" w:cs="Times New Roman"/>
          <w:b/>
          <w:sz w:val="24"/>
          <w:szCs w:val="24"/>
          <w:u w:val="single"/>
          <w:lang w:val="ru-RU"/>
        </w:rPr>
        <w:t xml:space="preserve">(погодой) </w:t>
      </w:r>
      <w:r w:rsidRPr="00FD50CC">
        <w:rPr>
          <w:rFonts w:ascii="Times New Roman" w:eastAsia="Times New Roman" w:hAnsi="Times New Roman" w:cs="Times New Roman"/>
          <w:sz w:val="24"/>
          <w:szCs w:val="24"/>
          <w:lang w:val="ru-RU"/>
        </w:rPr>
        <w:t>(3 балла)</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5. Запишите </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Семнадцать градусов тепла     </w:t>
      </w:r>
      <w:r w:rsidRPr="00FD50CC">
        <w:rPr>
          <w:rFonts w:ascii="Times New Roman" w:eastAsia="Times New Roman" w:hAnsi="Times New Roman" w:cs="Times New Roman"/>
          <w:sz w:val="24"/>
          <w:szCs w:val="24"/>
        </w:rPr>
        <w:t>t</w:t>
      </w:r>
      <w:r w:rsidRPr="00FD50CC">
        <w:rPr>
          <w:rFonts w:ascii="Times New Roman" w:eastAsia="Times New Roman" w:hAnsi="Times New Roman" w:cs="Times New Roman"/>
          <w:sz w:val="24"/>
          <w:szCs w:val="24"/>
          <w:lang w:val="ru-RU"/>
        </w:rPr>
        <w:t xml:space="preserve"> +17                Двадцать шесть градусов мороза  </w:t>
      </w:r>
      <w:r w:rsidRPr="00FD50CC">
        <w:rPr>
          <w:rFonts w:ascii="Times New Roman" w:eastAsia="Times New Roman" w:hAnsi="Times New Roman" w:cs="Times New Roman"/>
          <w:sz w:val="24"/>
          <w:szCs w:val="24"/>
        </w:rPr>
        <w:t>t</w:t>
      </w:r>
      <w:r w:rsidRPr="00FD50CC">
        <w:rPr>
          <w:rFonts w:ascii="Times New Roman" w:eastAsia="Times New Roman" w:hAnsi="Times New Roman" w:cs="Times New Roman"/>
          <w:sz w:val="24"/>
          <w:szCs w:val="24"/>
          <w:lang w:val="ru-RU"/>
        </w:rPr>
        <w:t xml:space="preserve">  +26</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Пять градусов ниже нуля     </w:t>
      </w:r>
      <w:r w:rsidRPr="00FD50CC">
        <w:rPr>
          <w:rFonts w:ascii="Times New Roman" w:eastAsia="Times New Roman" w:hAnsi="Times New Roman" w:cs="Times New Roman"/>
          <w:sz w:val="24"/>
          <w:szCs w:val="24"/>
        </w:rPr>
        <w:t>t</w:t>
      </w:r>
      <w:r w:rsidRPr="00FD50CC">
        <w:rPr>
          <w:rFonts w:ascii="Times New Roman" w:eastAsia="Times New Roman" w:hAnsi="Times New Roman" w:cs="Times New Roman"/>
          <w:sz w:val="24"/>
          <w:szCs w:val="24"/>
          <w:lang w:val="ru-RU"/>
        </w:rPr>
        <w:t xml:space="preserve"> - 5                    Четырнадцать градусов выше нуля   </w:t>
      </w:r>
      <w:r w:rsidRPr="00FD50CC">
        <w:rPr>
          <w:rFonts w:ascii="Times New Roman" w:eastAsia="Times New Roman" w:hAnsi="Times New Roman" w:cs="Times New Roman"/>
          <w:sz w:val="24"/>
          <w:szCs w:val="24"/>
        </w:rPr>
        <w:t>t</w:t>
      </w:r>
      <w:r w:rsidRPr="00FD50CC">
        <w:rPr>
          <w:rFonts w:ascii="Times New Roman" w:eastAsia="Times New Roman" w:hAnsi="Times New Roman" w:cs="Times New Roman"/>
          <w:sz w:val="24"/>
          <w:szCs w:val="24"/>
          <w:lang w:val="ru-RU"/>
        </w:rPr>
        <w:t xml:space="preserve">   - 14 (4 балла)</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6. Что называют созвездиями современные учёные? </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А) Фигуры из звёзд</w:t>
      </w:r>
      <w:r w:rsidRPr="00FD50CC">
        <w:rPr>
          <w:rFonts w:ascii="Times New Roman" w:eastAsia="Times New Roman" w:hAnsi="Times New Roman" w:cs="Times New Roman"/>
          <w:sz w:val="24"/>
          <w:szCs w:val="24"/>
          <w:lang w:val="ru-RU"/>
        </w:rPr>
        <w:tab/>
      </w:r>
      <w:r w:rsidRPr="00FD50CC">
        <w:rPr>
          <w:rFonts w:ascii="Times New Roman" w:eastAsia="Times New Roman" w:hAnsi="Times New Roman" w:cs="Times New Roman"/>
          <w:sz w:val="24"/>
          <w:szCs w:val="24"/>
          <w:lang w:val="ru-RU"/>
        </w:rPr>
        <w:tab/>
      </w:r>
      <w:r w:rsidRPr="00FD50CC">
        <w:rPr>
          <w:rFonts w:ascii="Times New Roman" w:eastAsia="Times New Roman" w:hAnsi="Times New Roman" w:cs="Times New Roman"/>
          <w:sz w:val="24"/>
          <w:szCs w:val="24"/>
          <w:lang w:val="ru-RU"/>
        </w:rPr>
        <w:tab/>
      </w:r>
      <w:r w:rsidRPr="00FD50CC">
        <w:rPr>
          <w:rFonts w:ascii="Times New Roman" w:eastAsia="Times New Roman" w:hAnsi="Times New Roman" w:cs="Times New Roman"/>
          <w:sz w:val="24"/>
          <w:szCs w:val="24"/>
          <w:lang w:val="ru-RU"/>
        </w:rPr>
        <w:tab/>
        <w:t>В)  Звёзды одной системы</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Б) </w:t>
      </w:r>
      <w:r w:rsidRPr="00FD50CC">
        <w:rPr>
          <w:rFonts w:ascii="Times New Roman" w:eastAsia="Times New Roman" w:hAnsi="Times New Roman" w:cs="Times New Roman"/>
          <w:b/>
          <w:sz w:val="24"/>
          <w:szCs w:val="24"/>
          <w:u w:val="single"/>
          <w:lang w:val="ru-RU"/>
        </w:rPr>
        <w:t>Участки звёздного неба</w:t>
      </w:r>
      <w:r w:rsidRPr="00FD50CC">
        <w:rPr>
          <w:rFonts w:ascii="Times New Roman" w:eastAsia="Times New Roman" w:hAnsi="Times New Roman" w:cs="Times New Roman"/>
          <w:sz w:val="24"/>
          <w:szCs w:val="24"/>
          <w:lang w:val="ru-RU"/>
        </w:rPr>
        <w:tab/>
        <w:t xml:space="preserve">            Г)  Скопления звёзд  (1 балл)</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7. Укажите стрелками, какие из этих растений имеют:</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u w:val="single"/>
          <w:lang w:val="ru-RU"/>
        </w:rPr>
        <w:t>мягкие сочные стебли</w:t>
      </w:r>
      <w:r w:rsidRPr="00FD50CC">
        <w:rPr>
          <w:rFonts w:ascii="Times New Roman" w:eastAsia="Times New Roman" w:hAnsi="Times New Roman" w:cs="Times New Roman"/>
          <w:sz w:val="24"/>
          <w:szCs w:val="24"/>
          <w:lang w:val="ru-RU"/>
        </w:rPr>
        <w:tab/>
      </w:r>
      <w:r w:rsidRPr="00FD50CC">
        <w:rPr>
          <w:rFonts w:ascii="Times New Roman" w:eastAsia="Times New Roman" w:hAnsi="Times New Roman" w:cs="Times New Roman"/>
          <w:sz w:val="24"/>
          <w:szCs w:val="24"/>
          <w:lang w:val="ru-RU"/>
        </w:rPr>
        <w:tab/>
      </w:r>
      <w:r w:rsidRPr="00FD50CC">
        <w:rPr>
          <w:rFonts w:ascii="Times New Roman" w:eastAsia="Times New Roman" w:hAnsi="Times New Roman" w:cs="Times New Roman"/>
          <w:sz w:val="24"/>
          <w:szCs w:val="24"/>
          <w:lang w:val="ru-RU"/>
        </w:rPr>
        <w:tab/>
      </w:r>
      <w:r w:rsidRPr="00FD50CC">
        <w:rPr>
          <w:rFonts w:ascii="Times New Roman" w:eastAsia="Times New Roman" w:hAnsi="Times New Roman" w:cs="Times New Roman"/>
          <w:sz w:val="24"/>
          <w:szCs w:val="24"/>
          <w:lang w:val="ru-RU"/>
        </w:rPr>
        <w:tab/>
      </w:r>
      <w:r w:rsidRPr="00FD50CC">
        <w:rPr>
          <w:rFonts w:ascii="Times New Roman" w:eastAsia="Times New Roman" w:hAnsi="Times New Roman" w:cs="Times New Roman"/>
          <w:sz w:val="24"/>
          <w:szCs w:val="24"/>
          <w:lang w:val="ru-RU"/>
        </w:rPr>
        <w:tab/>
      </w:r>
      <w:r w:rsidRPr="00FD50CC">
        <w:rPr>
          <w:rFonts w:ascii="Times New Roman" w:eastAsia="Times New Roman" w:hAnsi="Times New Roman" w:cs="Times New Roman"/>
          <w:sz w:val="24"/>
          <w:szCs w:val="24"/>
          <w:lang w:val="ru-RU"/>
        </w:rPr>
        <w:tab/>
      </w:r>
      <w:r w:rsidRPr="00FD50CC">
        <w:rPr>
          <w:rFonts w:ascii="Times New Roman" w:eastAsia="Times New Roman" w:hAnsi="Times New Roman" w:cs="Times New Roman"/>
          <w:sz w:val="24"/>
          <w:szCs w:val="24"/>
          <w:lang w:val="ru-RU"/>
        </w:rPr>
        <w:tab/>
      </w:r>
      <w:r w:rsidRPr="00FD50CC">
        <w:rPr>
          <w:rFonts w:ascii="Times New Roman" w:eastAsia="Times New Roman" w:hAnsi="Times New Roman" w:cs="Times New Roman"/>
          <w:b/>
          <w:sz w:val="24"/>
          <w:szCs w:val="24"/>
          <w:lang w:val="ru-RU"/>
        </w:rPr>
        <w:t>деревья</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i/>
          <w:sz w:val="24"/>
          <w:szCs w:val="24"/>
          <w:lang w:val="ru-RU"/>
        </w:rPr>
        <w:t>несколько одревесневших стеблей (стволиков</w:t>
      </w:r>
      <w:r w:rsidRPr="00FD50CC">
        <w:rPr>
          <w:rFonts w:ascii="Times New Roman" w:eastAsia="Times New Roman" w:hAnsi="Times New Roman" w:cs="Times New Roman"/>
          <w:sz w:val="24"/>
          <w:szCs w:val="24"/>
          <w:lang w:val="ru-RU"/>
        </w:rPr>
        <w:t xml:space="preserve">) </w:t>
      </w:r>
      <w:r w:rsidRPr="00FD50CC">
        <w:rPr>
          <w:rFonts w:ascii="Times New Roman" w:eastAsia="Times New Roman" w:hAnsi="Times New Roman" w:cs="Times New Roman"/>
          <w:sz w:val="24"/>
          <w:szCs w:val="24"/>
          <w:lang w:val="ru-RU"/>
        </w:rPr>
        <w:tab/>
      </w:r>
      <w:r w:rsidRPr="00FD50CC">
        <w:rPr>
          <w:rFonts w:ascii="Times New Roman" w:eastAsia="Times New Roman" w:hAnsi="Times New Roman" w:cs="Times New Roman"/>
          <w:sz w:val="24"/>
          <w:szCs w:val="24"/>
          <w:lang w:val="ru-RU"/>
        </w:rPr>
        <w:tab/>
      </w:r>
      <w:r w:rsidRPr="00FD50CC">
        <w:rPr>
          <w:rFonts w:ascii="Times New Roman" w:eastAsia="Times New Roman" w:hAnsi="Times New Roman" w:cs="Times New Roman"/>
          <w:sz w:val="24"/>
          <w:szCs w:val="24"/>
          <w:u w:val="single"/>
          <w:lang w:val="ru-RU"/>
        </w:rPr>
        <w:t xml:space="preserve">травы </w:t>
      </w:r>
      <w:r w:rsidRPr="00FD50CC">
        <w:rPr>
          <w:rFonts w:ascii="Times New Roman" w:eastAsia="Times New Roman" w:hAnsi="Times New Roman" w:cs="Times New Roman"/>
          <w:b/>
          <w:sz w:val="24"/>
          <w:szCs w:val="24"/>
          <w:lang w:val="ru-RU"/>
        </w:rPr>
        <w:t>один одревесневший стебель (ствол)</w:t>
      </w:r>
      <w:r w:rsidRPr="00FD50CC">
        <w:rPr>
          <w:rFonts w:ascii="Times New Roman" w:eastAsia="Times New Roman" w:hAnsi="Times New Roman" w:cs="Times New Roman"/>
          <w:sz w:val="24"/>
          <w:szCs w:val="24"/>
          <w:lang w:val="ru-RU"/>
        </w:rPr>
        <w:tab/>
      </w:r>
      <w:r w:rsidRPr="00FD50CC">
        <w:rPr>
          <w:rFonts w:ascii="Times New Roman" w:eastAsia="Times New Roman" w:hAnsi="Times New Roman" w:cs="Times New Roman"/>
          <w:sz w:val="24"/>
          <w:szCs w:val="24"/>
          <w:lang w:val="ru-RU"/>
        </w:rPr>
        <w:tab/>
      </w:r>
      <w:r w:rsidRPr="00FD50CC">
        <w:rPr>
          <w:rFonts w:ascii="Times New Roman" w:eastAsia="Times New Roman" w:hAnsi="Times New Roman" w:cs="Times New Roman"/>
          <w:sz w:val="24"/>
          <w:szCs w:val="24"/>
          <w:lang w:val="ru-RU"/>
        </w:rPr>
        <w:tab/>
      </w:r>
      <w:r w:rsidRPr="00FD50CC">
        <w:rPr>
          <w:rFonts w:ascii="Times New Roman" w:eastAsia="Times New Roman" w:hAnsi="Times New Roman" w:cs="Times New Roman"/>
          <w:sz w:val="24"/>
          <w:szCs w:val="24"/>
          <w:lang w:val="ru-RU"/>
        </w:rPr>
        <w:tab/>
      </w:r>
      <w:r w:rsidRPr="00FD50CC">
        <w:rPr>
          <w:rFonts w:ascii="Times New Roman" w:eastAsia="Times New Roman" w:hAnsi="Times New Roman" w:cs="Times New Roman"/>
          <w:i/>
          <w:sz w:val="24"/>
          <w:szCs w:val="24"/>
          <w:lang w:val="ru-RU"/>
        </w:rPr>
        <w:t>кустарники</w:t>
      </w:r>
      <w:r w:rsidRPr="00FD50CC">
        <w:rPr>
          <w:rFonts w:ascii="Times New Roman" w:eastAsia="Times New Roman" w:hAnsi="Times New Roman" w:cs="Times New Roman"/>
          <w:sz w:val="24"/>
          <w:szCs w:val="24"/>
          <w:lang w:val="ru-RU"/>
        </w:rPr>
        <w:tab/>
        <w:t>(3 балла)</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8. Найдите и подчеркните группу, в которой перечислены кустарники.</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А) </w:t>
      </w:r>
      <w:r w:rsidRPr="00FD50CC">
        <w:rPr>
          <w:rFonts w:ascii="Times New Roman" w:eastAsia="Times New Roman" w:hAnsi="Times New Roman" w:cs="Times New Roman"/>
          <w:sz w:val="24"/>
          <w:szCs w:val="24"/>
        </w:rPr>
        <w:t>C</w:t>
      </w:r>
      <w:r w:rsidRPr="00FD50CC">
        <w:rPr>
          <w:rFonts w:ascii="Times New Roman" w:eastAsia="Times New Roman" w:hAnsi="Times New Roman" w:cs="Times New Roman"/>
          <w:sz w:val="24"/>
          <w:szCs w:val="24"/>
          <w:lang w:val="ru-RU"/>
        </w:rPr>
        <w:t xml:space="preserve">ирень, смородина, клён </w:t>
      </w:r>
      <w:r w:rsidRPr="00FD50CC">
        <w:rPr>
          <w:rFonts w:ascii="Times New Roman" w:eastAsia="Times New Roman" w:hAnsi="Times New Roman" w:cs="Times New Roman"/>
          <w:sz w:val="24"/>
          <w:szCs w:val="24"/>
          <w:lang w:val="ru-RU"/>
        </w:rPr>
        <w:tab/>
      </w:r>
      <w:r w:rsidRPr="00FD50CC">
        <w:rPr>
          <w:rFonts w:ascii="Times New Roman" w:eastAsia="Times New Roman" w:hAnsi="Times New Roman" w:cs="Times New Roman"/>
          <w:sz w:val="24"/>
          <w:szCs w:val="24"/>
          <w:lang w:val="ru-RU"/>
        </w:rPr>
        <w:tab/>
      </w:r>
      <w:r w:rsidRPr="00FD50CC">
        <w:rPr>
          <w:rFonts w:ascii="Times New Roman" w:eastAsia="Times New Roman" w:hAnsi="Times New Roman" w:cs="Times New Roman"/>
          <w:sz w:val="24"/>
          <w:szCs w:val="24"/>
          <w:lang w:val="ru-RU"/>
        </w:rPr>
        <w:tab/>
        <w:t>В)  Одуванчик, берёза, ежевика</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Б)   </w:t>
      </w:r>
      <w:r w:rsidRPr="00FD50CC">
        <w:rPr>
          <w:rFonts w:ascii="Times New Roman" w:eastAsia="Times New Roman" w:hAnsi="Times New Roman" w:cs="Times New Roman"/>
          <w:b/>
          <w:sz w:val="24"/>
          <w:szCs w:val="24"/>
          <w:u w:val="single"/>
          <w:lang w:val="ru-RU"/>
        </w:rPr>
        <w:t>Шиповник, орешник, малина</w:t>
      </w:r>
      <w:r w:rsidRPr="00FD50CC">
        <w:rPr>
          <w:rFonts w:ascii="Times New Roman" w:eastAsia="Times New Roman" w:hAnsi="Times New Roman" w:cs="Times New Roman"/>
          <w:sz w:val="24"/>
          <w:szCs w:val="24"/>
          <w:lang w:val="ru-RU"/>
        </w:rPr>
        <w:tab/>
        <w:t xml:space="preserve">            Г) Тополь, рябина, липа (1 балл)</w:t>
      </w:r>
    </w:p>
    <w:p w:rsidR="00FD50CC" w:rsidRPr="00FD50CC" w:rsidRDefault="00FD50CC" w:rsidP="00FD50CC">
      <w:pPr>
        <w:spacing w:after="200" w:line="276" w:lineRule="auto"/>
        <w:rPr>
          <w:rFonts w:ascii="Times New Roman" w:eastAsia="Times New Roman" w:hAnsi="Times New Roman" w:cs="Times New Roman"/>
          <w:sz w:val="24"/>
          <w:szCs w:val="24"/>
          <w:lang w:val="ru-RU"/>
        </w:rPr>
      </w:pP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9. Какое животное относится к насекомым?</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      А)  Ящерица      Б)</w:t>
      </w:r>
      <w:r w:rsidRPr="00FD50CC">
        <w:rPr>
          <w:rFonts w:ascii="Times New Roman" w:eastAsia="Times New Roman" w:hAnsi="Times New Roman" w:cs="Times New Roman"/>
          <w:b/>
          <w:sz w:val="24"/>
          <w:szCs w:val="24"/>
          <w:u w:val="single"/>
          <w:lang w:val="ru-RU"/>
        </w:rPr>
        <w:t xml:space="preserve"> Стрекоза</w:t>
      </w:r>
      <w:r w:rsidRPr="00FD50CC">
        <w:rPr>
          <w:rFonts w:ascii="Times New Roman" w:eastAsia="Times New Roman" w:hAnsi="Times New Roman" w:cs="Times New Roman"/>
          <w:sz w:val="24"/>
          <w:szCs w:val="24"/>
          <w:lang w:val="ru-RU"/>
        </w:rPr>
        <w:t xml:space="preserve">      В) Паук      Г) Тритон (1 балл)</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10. Допиши предложение. </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     Главное отличие пауков от насекомых – это то, что у насекомых  </w:t>
      </w:r>
      <w:r w:rsidRPr="00FD50CC">
        <w:rPr>
          <w:rFonts w:ascii="Times New Roman" w:eastAsia="Times New Roman" w:hAnsi="Times New Roman" w:cs="Times New Roman"/>
          <w:b/>
          <w:sz w:val="24"/>
          <w:szCs w:val="24"/>
          <w:u w:val="single"/>
          <w:lang w:val="ru-RU"/>
        </w:rPr>
        <w:t>(6 ног),</w:t>
      </w:r>
      <w:r w:rsidRPr="00FD50CC">
        <w:rPr>
          <w:rFonts w:ascii="Times New Roman" w:eastAsia="Times New Roman" w:hAnsi="Times New Roman" w:cs="Times New Roman"/>
          <w:sz w:val="24"/>
          <w:szCs w:val="24"/>
          <w:lang w:val="ru-RU"/>
        </w:rPr>
        <w:t xml:space="preserve"> а у  пауков </w:t>
      </w:r>
      <w:r w:rsidRPr="00FD50CC">
        <w:rPr>
          <w:rFonts w:ascii="Times New Roman" w:eastAsia="Times New Roman" w:hAnsi="Times New Roman" w:cs="Times New Roman"/>
          <w:b/>
          <w:sz w:val="24"/>
          <w:szCs w:val="24"/>
          <w:u w:val="single"/>
          <w:lang w:val="ru-RU"/>
        </w:rPr>
        <w:t>(8 ног).</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(3 балла)</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«5» - 19 – 23 балла</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«4» - 14 – 18 баллов</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«3» - 9 – 13 баллов</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«2» - 0 – 8 баллов</w:t>
      </w:r>
    </w:p>
    <w:p w:rsidR="00FD50CC" w:rsidRPr="00FD50CC" w:rsidRDefault="00FD50CC" w:rsidP="00FD50CC">
      <w:pPr>
        <w:spacing w:after="200" w:line="276" w:lineRule="auto"/>
        <w:rPr>
          <w:rFonts w:ascii="Times New Roman" w:eastAsia="Times New Roman" w:hAnsi="Times New Roman" w:cs="Times New Roman"/>
          <w:sz w:val="24"/>
          <w:szCs w:val="24"/>
          <w:lang w:val="ru-RU"/>
        </w:rPr>
      </w:pPr>
    </w:p>
    <w:p w:rsidR="00FD50CC" w:rsidRPr="00FD50CC" w:rsidRDefault="00FD50CC" w:rsidP="00FD50CC">
      <w:pPr>
        <w:spacing w:after="200" w:line="276" w:lineRule="auto"/>
        <w:jc w:val="center"/>
        <w:rPr>
          <w:rFonts w:ascii="Times New Roman" w:eastAsia="Times New Roman" w:hAnsi="Times New Roman" w:cs="Times New Roman"/>
          <w:b/>
          <w:sz w:val="24"/>
          <w:szCs w:val="24"/>
          <w:lang w:val="ru-RU"/>
        </w:rPr>
      </w:pPr>
      <w:r w:rsidRPr="00FD50CC">
        <w:rPr>
          <w:rFonts w:ascii="Times New Roman" w:eastAsia="Times New Roman" w:hAnsi="Times New Roman" w:cs="Times New Roman"/>
          <w:b/>
          <w:sz w:val="24"/>
          <w:szCs w:val="24"/>
          <w:lang w:val="ru-RU"/>
        </w:rPr>
        <w:t>2 вариант</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1.</w:t>
      </w:r>
      <w:r w:rsidRPr="00FD50CC">
        <w:rPr>
          <w:rFonts w:ascii="Times New Roman" w:eastAsia="Times New Roman" w:hAnsi="Times New Roman" w:cs="Times New Roman"/>
          <w:sz w:val="24"/>
          <w:szCs w:val="24"/>
          <w:lang w:val="ru-RU"/>
        </w:rPr>
        <w:tab/>
        <w:t>Подчеркните объекты неживой природы.</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b/>
          <w:sz w:val="24"/>
          <w:szCs w:val="24"/>
          <w:u w:val="single"/>
          <w:lang w:val="ru-RU"/>
        </w:rPr>
        <w:t>Облако,дождь,</w:t>
      </w:r>
      <w:r w:rsidRPr="00FD50CC">
        <w:rPr>
          <w:rFonts w:ascii="Times New Roman" w:eastAsia="Times New Roman" w:hAnsi="Times New Roman" w:cs="Times New Roman"/>
          <w:sz w:val="24"/>
          <w:szCs w:val="24"/>
          <w:lang w:val="ru-RU"/>
        </w:rPr>
        <w:t xml:space="preserve"> паук, </w:t>
      </w:r>
      <w:r w:rsidRPr="00FD50CC">
        <w:rPr>
          <w:rFonts w:ascii="Times New Roman" w:eastAsia="Times New Roman" w:hAnsi="Times New Roman" w:cs="Times New Roman"/>
          <w:b/>
          <w:sz w:val="24"/>
          <w:szCs w:val="24"/>
          <w:u w:val="single"/>
          <w:lang w:val="ru-RU"/>
        </w:rPr>
        <w:t>ручей,</w:t>
      </w:r>
      <w:r w:rsidRPr="00FD50CC">
        <w:rPr>
          <w:rFonts w:ascii="Times New Roman" w:eastAsia="Times New Roman" w:hAnsi="Times New Roman" w:cs="Times New Roman"/>
          <w:sz w:val="24"/>
          <w:szCs w:val="24"/>
          <w:lang w:val="ru-RU"/>
        </w:rPr>
        <w:t xml:space="preserve"> рыба, дерево, воробей, </w:t>
      </w:r>
      <w:r w:rsidRPr="00FD50CC">
        <w:rPr>
          <w:rFonts w:ascii="Times New Roman" w:eastAsia="Times New Roman" w:hAnsi="Times New Roman" w:cs="Times New Roman"/>
          <w:b/>
          <w:sz w:val="24"/>
          <w:szCs w:val="24"/>
          <w:u w:val="single"/>
          <w:lang w:val="ru-RU"/>
        </w:rPr>
        <w:t>солнце,</w:t>
      </w:r>
      <w:r w:rsidRPr="00FD50CC">
        <w:rPr>
          <w:rFonts w:ascii="Times New Roman" w:eastAsia="Times New Roman" w:hAnsi="Times New Roman" w:cs="Times New Roman"/>
          <w:sz w:val="24"/>
          <w:szCs w:val="24"/>
          <w:lang w:val="ru-RU"/>
        </w:rPr>
        <w:t xml:space="preserve"> стрекоза, </w:t>
      </w:r>
      <w:r w:rsidRPr="00FD50CC">
        <w:rPr>
          <w:rFonts w:ascii="Times New Roman" w:eastAsia="Times New Roman" w:hAnsi="Times New Roman" w:cs="Times New Roman"/>
          <w:b/>
          <w:sz w:val="24"/>
          <w:szCs w:val="24"/>
          <w:u w:val="single"/>
          <w:lang w:val="ru-RU"/>
        </w:rPr>
        <w:t>арбуз,  воздух</w:t>
      </w:r>
      <w:r w:rsidRPr="00FD50CC">
        <w:rPr>
          <w:rFonts w:ascii="Times New Roman" w:eastAsia="Times New Roman" w:hAnsi="Times New Roman" w:cs="Times New Roman"/>
          <w:sz w:val="24"/>
          <w:szCs w:val="24"/>
          <w:lang w:val="ru-RU"/>
        </w:rPr>
        <w:t xml:space="preserve">  (4 балла)</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2. Подчеркните весенние явления природы.</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Солнце восходит поздно, а заходит рано. Жарко. Ледостав. Идут дожди. </w:t>
      </w:r>
      <w:r w:rsidRPr="00FD50CC">
        <w:rPr>
          <w:rFonts w:ascii="Times New Roman" w:eastAsia="Times New Roman" w:hAnsi="Times New Roman" w:cs="Times New Roman"/>
          <w:b/>
          <w:sz w:val="24"/>
          <w:szCs w:val="24"/>
          <w:u w:val="single"/>
          <w:lang w:val="ru-RU"/>
        </w:rPr>
        <w:t>Оттепель.Журчат ручьи.</w:t>
      </w:r>
      <w:r w:rsidRPr="00FD50CC">
        <w:rPr>
          <w:rFonts w:ascii="Times New Roman" w:eastAsia="Times New Roman" w:hAnsi="Times New Roman" w:cs="Times New Roman"/>
          <w:sz w:val="24"/>
          <w:szCs w:val="24"/>
          <w:lang w:val="ru-RU"/>
        </w:rPr>
        <w:t xml:space="preserve"> Опадают листья. Сильный мороз. Похолодание. </w:t>
      </w:r>
      <w:r w:rsidRPr="00FD50CC">
        <w:rPr>
          <w:rFonts w:ascii="Times New Roman" w:eastAsia="Times New Roman" w:hAnsi="Times New Roman" w:cs="Times New Roman"/>
          <w:b/>
          <w:sz w:val="24"/>
          <w:szCs w:val="24"/>
          <w:u w:val="single"/>
          <w:lang w:val="ru-RU"/>
        </w:rPr>
        <w:t>Набухают почки.</w:t>
      </w:r>
      <w:r w:rsidRPr="00FD50CC">
        <w:rPr>
          <w:rFonts w:ascii="Times New Roman" w:eastAsia="Times New Roman" w:hAnsi="Times New Roman" w:cs="Times New Roman"/>
          <w:sz w:val="24"/>
          <w:szCs w:val="24"/>
          <w:lang w:val="ru-RU"/>
        </w:rPr>
        <w:t xml:space="preserve"> Метут метели. </w:t>
      </w:r>
      <w:r w:rsidRPr="00FD50CC">
        <w:rPr>
          <w:rFonts w:ascii="Times New Roman" w:eastAsia="Times New Roman" w:hAnsi="Times New Roman" w:cs="Times New Roman"/>
          <w:b/>
          <w:sz w:val="24"/>
          <w:szCs w:val="24"/>
          <w:u w:val="single"/>
          <w:lang w:val="ru-RU"/>
        </w:rPr>
        <w:t>Ледоход.</w:t>
      </w:r>
      <w:r w:rsidRPr="00FD50CC">
        <w:rPr>
          <w:rFonts w:ascii="Times New Roman" w:eastAsia="Times New Roman" w:hAnsi="Times New Roman" w:cs="Times New Roman"/>
          <w:sz w:val="24"/>
          <w:szCs w:val="24"/>
          <w:lang w:val="ru-RU"/>
        </w:rPr>
        <w:t xml:space="preserve"> Река покрывается льдом. </w:t>
      </w:r>
      <w:r w:rsidRPr="00FD50CC">
        <w:rPr>
          <w:rFonts w:ascii="Times New Roman" w:eastAsia="Times New Roman" w:hAnsi="Times New Roman" w:cs="Times New Roman"/>
          <w:b/>
          <w:sz w:val="24"/>
          <w:szCs w:val="24"/>
          <w:u w:val="single"/>
          <w:lang w:val="ru-RU"/>
        </w:rPr>
        <w:t xml:space="preserve">Тает снег. </w:t>
      </w:r>
      <w:r w:rsidRPr="00FD50CC">
        <w:rPr>
          <w:rFonts w:ascii="Times New Roman" w:eastAsia="Times New Roman" w:hAnsi="Times New Roman" w:cs="Times New Roman"/>
          <w:sz w:val="24"/>
          <w:szCs w:val="24"/>
          <w:lang w:val="ru-RU"/>
        </w:rPr>
        <w:t>(3 балла)</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3. Отметьте группу, в которой перечислены перелётные птицы.</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 А) </w:t>
      </w:r>
      <w:r w:rsidRPr="00FD50CC">
        <w:rPr>
          <w:rFonts w:ascii="Times New Roman" w:eastAsia="Times New Roman" w:hAnsi="Times New Roman" w:cs="Times New Roman"/>
          <w:b/>
          <w:sz w:val="24"/>
          <w:szCs w:val="24"/>
          <w:u w:val="single"/>
          <w:lang w:val="ru-RU"/>
        </w:rPr>
        <w:t>Грач, журавль, скворец, ласточка</w:t>
      </w:r>
      <w:r w:rsidRPr="00FD50CC">
        <w:rPr>
          <w:rFonts w:ascii="Times New Roman" w:eastAsia="Times New Roman" w:hAnsi="Times New Roman" w:cs="Times New Roman"/>
          <w:sz w:val="24"/>
          <w:szCs w:val="24"/>
          <w:lang w:val="ru-RU"/>
        </w:rPr>
        <w:t xml:space="preserve">          В) Воробей, голубь, снегирь, ворона</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 Б)  Гусь, дятел, поползень, сова                       Г) Стриж, галка, утка, орел  (1 балл)</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4. Дополните предложение</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А)  Наука о погоде  </w:t>
      </w:r>
      <w:r w:rsidRPr="00FD50CC">
        <w:rPr>
          <w:rFonts w:ascii="Times New Roman" w:eastAsia="Times New Roman" w:hAnsi="Times New Roman" w:cs="Times New Roman"/>
          <w:b/>
          <w:sz w:val="24"/>
          <w:szCs w:val="24"/>
          <w:u w:val="single"/>
          <w:lang w:val="ru-RU"/>
        </w:rPr>
        <w:t>(метеорология)</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Б) Сочетание температуры воздуха, облачности, осадков, ветра называют </w:t>
      </w:r>
      <w:r w:rsidRPr="00FD50CC">
        <w:rPr>
          <w:rFonts w:ascii="Times New Roman" w:eastAsia="Times New Roman" w:hAnsi="Times New Roman" w:cs="Times New Roman"/>
          <w:b/>
          <w:sz w:val="24"/>
          <w:szCs w:val="24"/>
          <w:u w:val="single"/>
          <w:lang w:val="ru-RU"/>
        </w:rPr>
        <w:t>(погодой)</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В) Небо чистое, солнечно. Мы говорим: </w:t>
      </w:r>
      <w:r w:rsidRPr="00FD50CC">
        <w:rPr>
          <w:rFonts w:ascii="Times New Roman" w:eastAsia="Times New Roman" w:hAnsi="Times New Roman" w:cs="Times New Roman"/>
          <w:b/>
          <w:sz w:val="24"/>
          <w:szCs w:val="24"/>
          <w:u w:val="single"/>
          <w:lang w:val="ru-RU"/>
        </w:rPr>
        <w:t xml:space="preserve">(ясно) </w:t>
      </w:r>
      <w:r w:rsidRPr="00FD50CC">
        <w:rPr>
          <w:rFonts w:ascii="Times New Roman" w:eastAsia="Times New Roman" w:hAnsi="Times New Roman" w:cs="Times New Roman"/>
          <w:sz w:val="24"/>
          <w:szCs w:val="24"/>
          <w:lang w:val="ru-RU"/>
        </w:rPr>
        <w:t>(3 балла)</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5.  Запишите </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Пятнадцать градусов тепла   - </w:t>
      </w:r>
      <w:r w:rsidRPr="00FD50CC">
        <w:rPr>
          <w:rFonts w:ascii="Times New Roman" w:eastAsia="Times New Roman" w:hAnsi="Times New Roman" w:cs="Times New Roman"/>
          <w:sz w:val="24"/>
          <w:szCs w:val="24"/>
        </w:rPr>
        <w:t>t</w:t>
      </w:r>
      <w:r w:rsidRPr="00FD50CC">
        <w:rPr>
          <w:rFonts w:ascii="Times New Roman" w:eastAsia="Times New Roman" w:hAnsi="Times New Roman" w:cs="Times New Roman"/>
          <w:sz w:val="24"/>
          <w:szCs w:val="24"/>
          <w:lang w:val="ru-RU"/>
        </w:rPr>
        <w:t xml:space="preserve"> +15          Двадцать восемь градусов мороза    - </w:t>
      </w:r>
      <w:r w:rsidRPr="00FD50CC">
        <w:rPr>
          <w:rFonts w:ascii="Times New Roman" w:eastAsia="Times New Roman" w:hAnsi="Times New Roman" w:cs="Times New Roman"/>
          <w:sz w:val="24"/>
          <w:szCs w:val="24"/>
        </w:rPr>
        <w:t>t</w:t>
      </w:r>
      <w:r w:rsidRPr="00FD50CC">
        <w:rPr>
          <w:rFonts w:ascii="Times New Roman" w:eastAsia="Times New Roman" w:hAnsi="Times New Roman" w:cs="Times New Roman"/>
          <w:sz w:val="24"/>
          <w:szCs w:val="24"/>
          <w:lang w:val="ru-RU"/>
        </w:rPr>
        <w:t>- 28</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Десять градусов ниже нуля   -</w:t>
      </w:r>
      <w:r w:rsidRPr="00FD50CC">
        <w:rPr>
          <w:rFonts w:ascii="Times New Roman" w:eastAsia="Times New Roman" w:hAnsi="Times New Roman" w:cs="Times New Roman"/>
          <w:sz w:val="24"/>
          <w:szCs w:val="24"/>
        </w:rPr>
        <w:t>t</w:t>
      </w:r>
      <w:r w:rsidRPr="00FD50CC">
        <w:rPr>
          <w:rFonts w:ascii="Times New Roman" w:eastAsia="Times New Roman" w:hAnsi="Times New Roman" w:cs="Times New Roman"/>
          <w:sz w:val="24"/>
          <w:szCs w:val="24"/>
          <w:lang w:val="ru-RU"/>
        </w:rPr>
        <w:t xml:space="preserve"> - 10           Семнадцать градусов выше нуля   -  </w:t>
      </w:r>
      <w:r w:rsidRPr="00FD50CC">
        <w:rPr>
          <w:rFonts w:ascii="Times New Roman" w:eastAsia="Times New Roman" w:hAnsi="Times New Roman" w:cs="Times New Roman"/>
          <w:sz w:val="24"/>
          <w:szCs w:val="24"/>
        </w:rPr>
        <w:t>t</w:t>
      </w:r>
      <w:r w:rsidRPr="00FD50CC">
        <w:rPr>
          <w:rFonts w:ascii="Times New Roman" w:eastAsia="Times New Roman" w:hAnsi="Times New Roman" w:cs="Times New Roman"/>
          <w:sz w:val="24"/>
          <w:szCs w:val="24"/>
          <w:lang w:val="ru-RU"/>
        </w:rPr>
        <w:t>+17 (4 балла)</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6. Что записывают со знаком «+»?</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 А)  Хороший прогноз погоды              </w:t>
      </w:r>
      <w:r w:rsidRPr="00FD50CC">
        <w:rPr>
          <w:rFonts w:ascii="Times New Roman" w:eastAsia="Times New Roman" w:hAnsi="Times New Roman" w:cs="Times New Roman"/>
          <w:b/>
          <w:sz w:val="24"/>
          <w:szCs w:val="24"/>
          <w:u w:val="single"/>
          <w:lang w:val="ru-RU"/>
        </w:rPr>
        <w:t>В)  Число градусов тепла</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 Б)   Число градусов холода                  Г) Плохой прогноз  (1 балл)</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7.   Напиши названия приборов.</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Для измерения времени используют  </w:t>
      </w:r>
      <w:r w:rsidRPr="00FD50CC">
        <w:rPr>
          <w:rFonts w:ascii="Times New Roman" w:eastAsia="Times New Roman" w:hAnsi="Times New Roman" w:cs="Times New Roman"/>
          <w:b/>
          <w:sz w:val="24"/>
          <w:szCs w:val="24"/>
          <w:u w:val="single"/>
          <w:lang w:val="ru-RU"/>
        </w:rPr>
        <w:t>(часы).</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 Для измерения температуры используют  </w:t>
      </w:r>
      <w:r w:rsidRPr="00FD50CC">
        <w:rPr>
          <w:rFonts w:ascii="Times New Roman" w:eastAsia="Times New Roman" w:hAnsi="Times New Roman" w:cs="Times New Roman"/>
          <w:b/>
          <w:sz w:val="24"/>
          <w:szCs w:val="24"/>
          <w:u w:val="single"/>
          <w:lang w:val="ru-RU"/>
        </w:rPr>
        <w:t>(термометр).</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Для определения сторон горизонта используют </w:t>
      </w:r>
      <w:r w:rsidRPr="00FD50CC">
        <w:rPr>
          <w:rFonts w:ascii="Times New Roman" w:eastAsia="Times New Roman" w:hAnsi="Times New Roman" w:cs="Times New Roman"/>
          <w:b/>
          <w:sz w:val="24"/>
          <w:szCs w:val="24"/>
          <w:u w:val="single"/>
          <w:lang w:val="ru-RU"/>
        </w:rPr>
        <w:t>(компас).</w:t>
      </w:r>
      <w:r w:rsidRPr="00FD50CC">
        <w:rPr>
          <w:rFonts w:ascii="Times New Roman" w:eastAsia="Times New Roman" w:hAnsi="Times New Roman" w:cs="Times New Roman"/>
          <w:sz w:val="24"/>
          <w:szCs w:val="24"/>
          <w:lang w:val="ru-RU"/>
        </w:rPr>
        <w:t>( 3 балла)</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8. Заполни пропуски.</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Осень -  </w:t>
      </w:r>
      <w:r w:rsidRPr="00FD50CC">
        <w:rPr>
          <w:rFonts w:ascii="Times New Roman" w:eastAsia="Times New Roman" w:hAnsi="Times New Roman" w:cs="Times New Roman"/>
          <w:b/>
          <w:sz w:val="24"/>
          <w:szCs w:val="24"/>
          <w:u w:val="single"/>
          <w:lang w:val="ru-RU"/>
        </w:rPr>
        <w:t>(сентябрь),</w:t>
      </w:r>
      <w:r w:rsidRPr="00FD50CC">
        <w:rPr>
          <w:rFonts w:ascii="Times New Roman" w:eastAsia="Times New Roman" w:hAnsi="Times New Roman" w:cs="Times New Roman"/>
          <w:sz w:val="24"/>
          <w:szCs w:val="24"/>
          <w:lang w:val="ru-RU"/>
        </w:rPr>
        <w:t xml:space="preserve"> октябрь,  </w:t>
      </w:r>
      <w:r w:rsidRPr="00FD50CC">
        <w:rPr>
          <w:rFonts w:ascii="Times New Roman" w:eastAsia="Times New Roman" w:hAnsi="Times New Roman" w:cs="Times New Roman"/>
          <w:b/>
          <w:sz w:val="24"/>
          <w:szCs w:val="24"/>
          <w:u w:val="single"/>
          <w:lang w:val="ru-RU"/>
        </w:rPr>
        <w:t>(ноябрь).</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b/>
          <w:sz w:val="24"/>
          <w:szCs w:val="24"/>
          <w:u w:val="single"/>
          <w:lang w:val="ru-RU"/>
        </w:rPr>
        <w:t>(Зима)</w:t>
      </w:r>
      <w:r w:rsidRPr="00FD50CC">
        <w:rPr>
          <w:rFonts w:ascii="Times New Roman" w:eastAsia="Times New Roman" w:hAnsi="Times New Roman" w:cs="Times New Roman"/>
          <w:sz w:val="24"/>
          <w:szCs w:val="24"/>
          <w:lang w:val="ru-RU"/>
        </w:rPr>
        <w:t xml:space="preserve"> - декабрь,  </w:t>
      </w:r>
      <w:r w:rsidRPr="00FD50CC">
        <w:rPr>
          <w:rFonts w:ascii="Times New Roman" w:eastAsia="Times New Roman" w:hAnsi="Times New Roman" w:cs="Times New Roman"/>
          <w:b/>
          <w:sz w:val="24"/>
          <w:szCs w:val="24"/>
          <w:u w:val="single"/>
          <w:lang w:val="ru-RU"/>
        </w:rPr>
        <w:t>(январь),</w:t>
      </w:r>
      <w:r w:rsidRPr="00FD50CC">
        <w:rPr>
          <w:rFonts w:ascii="Times New Roman" w:eastAsia="Times New Roman" w:hAnsi="Times New Roman" w:cs="Times New Roman"/>
          <w:sz w:val="24"/>
          <w:szCs w:val="24"/>
          <w:lang w:val="ru-RU"/>
        </w:rPr>
        <w:t xml:space="preserve"> февраль. (1балл)</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9. Что происходит с насекомыми осенью? Отметь верное утверждение. </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         А) Они все умирают.  </w:t>
      </w:r>
      <w:r w:rsidRPr="00FD50CC">
        <w:rPr>
          <w:rFonts w:ascii="Times New Roman" w:eastAsia="Times New Roman" w:hAnsi="Times New Roman" w:cs="Times New Roman"/>
          <w:sz w:val="24"/>
          <w:szCs w:val="24"/>
          <w:lang w:val="ru-RU"/>
        </w:rPr>
        <w:tab/>
        <w:t xml:space="preserve">   Б) Улетают в южные страны.  </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         В) </w:t>
      </w:r>
      <w:r w:rsidRPr="00FD50CC">
        <w:rPr>
          <w:rFonts w:ascii="Times New Roman" w:eastAsia="Times New Roman" w:hAnsi="Times New Roman" w:cs="Times New Roman"/>
          <w:b/>
          <w:sz w:val="24"/>
          <w:szCs w:val="24"/>
          <w:u w:val="single"/>
          <w:lang w:val="ru-RU"/>
        </w:rPr>
        <w:t xml:space="preserve"> Прячутся в трещины коры и впадают в спячку </w:t>
      </w:r>
      <w:r w:rsidRPr="00FD50CC">
        <w:rPr>
          <w:rFonts w:ascii="Times New Roman" w:eastAsia="Times New Roman" w:hAnsi="Times New Roman" w:cs="Times New Roman"/>
          <w:sz w:val="24"/>
          <w:szCs w:val="24"/>
          <w:lang w:val="ru-RU"/>
        </w:rPr>
        <w:t>(1 балл)</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10. Допиши предложение. </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     Главное отличие насекомых от пауков – это то, что у пауков  </w:t>
      </w:r>
      <w:r w:rsidRPr="00FD50CC">
        <w:rPr>
          <w:rFonts w:ascii="Times New Roman" w:eastAsia="Times New Roman" w:hAnsi="Times New Roman" w:cs="Times New Roman"/>
          <w:b/>
          <w:sz w:val="24"/>
          <w:szCs w:val="24"/>
          <w:u w:val="single"/>
          <w:lang w:val="ru-RU"/>
        </w:rPr>
        <w:t>(8 ног),</w:t>
      </w:r>
      <w:r w:rsidRPr="00FD50CC">
        <w:rPr>
          <w:rFonts w:ascii="Times New Roman" w:eastAsia="Times New Roman" w:hAnsi="Times New Roman" w:cs="Times New Roman"/>
          <w:sz w:val="24"/>
          <w:szCs w:val="24"/>
          <w:lang w:val="ru-RU"/>
        </w:rPr>
        <w:t xml:space="preserve"> а у  насекомых </w:t>
      </w:r>
      <w:r w:rsidRPr="00FD50CC">
        <w:rPr>
          <w:rFonts w:ascii="Times New Roman" w:eastAsia="Times New Roman" w:hAnsi="Times New Roman" w:cs="Times New Roman"/>
          <w:b/>
          <w:sz w:val="24"/>
          <w:szCs w:val="24"/>
          <w:u w:val="single"/>
          <w:lang w:val="ru-RU"/>
        </w:rPr>
        <w:t>(6 ног).</w:t>
      </w:r>
      <w:r w:rsidRPr="00FD50CC">
        <w:rPr>
          <w:rFonts w:ascii="Times New Roman" w:eastAsia="Times New Roman" w:hAnsi="Times New Roman" w:cs="Times New Roman"/>
          <w:sz w:val="24"/>
          <w:szCs w:val="24"/>
          <w:lang w:val="ru-RU"/>
        </w:rPr>
        <w:t xml:space="preserve">  (3 балла)</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 «5» - 19 – 23 балла</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«4» - 14 – 18 баллов</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«3» - 9 – 13 баллов</w:t>
      </w:r>
    </w:p>
    <w:p w:rsidR="00FD50CC" w:rsidRPr="00FD50CC" w:rsidRDefault="00FD50CC" w:rsidP="00FD50CC">
      <w:pPr>
        <w:spacing w:after="200" w:line="276"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«2» - 0 – 8 баллов</w:t>
      </w:r>
    </w:p>
    <w:p w:rsidR="00FD50CC" w:rsidRPr="00FD50CC" w:rsidRDefault="00FD50CC" w:rsidP="00FD50CC">
      <w:pPr>
        <w:spacing w:after="200" w:line="276" w:lineRule="auto"/>
        <w:rPr>
          <w:rFonts w:ascii="Times New Roman" w:eastAsia="Times New Roman" w:hAnsi="Times New Roman" w:cs="Times New Roman"/>
          <w:b/>
          <w:sz w:val="24"/>
          <w:szCs w:val="24"/>
          <w:lang w:val="ru-RU"/>
        </w:rPr>
      </w:pPr>
    </w:p>
    <w:p w:rsidR="00FD50CC" w:rsidRPr="00FD50CC" w:rsidRDefault="00FD50CC" w:rsidP="00FD50CC">
      <w:pPr>
        <w:spacing w:after="200" w:line="276" w:lineRule="auto"/>
        <w:rPr>
          <w:rFonts w:ascii="Times New Roman" w:eastAsia="Times New Roman" w:hAnsi="Times New Roman" w:cs="Times New Roman"/>
          <w:b/>
          <w:sz w:val="24"/>
          <w:szCs w:val="24"/>
          <w:lang w:val="ru-RU"/>
        </w:rPr>
      </w:pPr>
    </w:p>
    <w:p w:rsidR="00FD50CC" w:rsidRPr="00FD50CC" w:rsidRDefault="00FD50CC" w:rsidP="00FD50CC">
      <w:pPr>
        <w:spacing w:after="200" w:line="276" w:lineRule="auto"/>
        <w:jc w:val="center"/>
        <w:rPr>
          <w:rFonts w:ascii="Times New Roman" w:eastAsia="Times New Roman" w:hAnsi="Times New Roman" w:cs="Times New Roman"/>
          <w:b/>
          <w:sz w:val="24"/>
          <w:szCs w:val="24"/>
          <w:lang w:val="ru-RU"/>
        </w:rPr>
      </w:pPr>
      <w:r w:rsidRPr="00FD50CC">
        <w:rPr>
          <w:rFonts w:ascii="Times New Roman" w:eastAsia="Times New Roman" w:hAnsi="Times New Roman" w:cs="Times New Roman"/>
          <w:b/>
          <w:sz w:val="24"/>
          <w:szCs w:val="24"/>
          <w:lang w:val="ru-RU"/>
        </w:rPr>
        <w:t>Контрольная работа № 3 по теме: « Здоровье и безопасность»</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Цель:</w:t>
      </w:r>
      <w:r w:rsidRPr="00FD50CC">
        <w:rPr>
          <w:rFonts w:ascii="Times New Roman" w:eastAsia="Times New Roman" w:hAnsi="Times New Roman" w:cs="Times New Roman"/>
          <w:b/>
          <w:bCs/>
          <w:color w:val="000000"/>
          <w:sz w:val="24"/>
          <w:szCs w:val="24"/>
          <w:lang w:eastAsia="ru-RU"/>
        </w:rPr>
        <w:t> </w:t>
      </w:r>
      <w:r w:rsidRPr="00FD50CC">
        <w:rPr>
          <w:rFonts w:ascii="Times New Roman" w:eastAsia="Times New Roman" w:hAnsi="Times New Roman" w:cs="Times New Roman"/>
          <w:color w:val="000000"/>
          <w:sz w:val="24"/>
          <w:szCs w:val="24"/>
          <w:lang w:val="ru-RU" w:eastAsia="ru-RU"/>
        </w:rPr>
        <w:t>выявление и оценивание уровня знаний и умений у обучающихся по данному разделу</w:t>
      </w:r>
    </w:p>
    <w:p w:rsidR="00FD50CC" w:rsidRPr="00FD50CC" w:rsidRDefault="00FD50CC" w:rsidP="00FD50CC">
      <w:pPr>
        <w:shd w:val="clear" w:color="auto" w:fill="FFFFFF"/>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Ф.И._________________________________________________</w:t>
      </w:r>
    </w:p>
    <w:p w:rsidR="00FD50CC" w:rsidRPr="00FD50CC" w:rsidRDefault="00FD50CC" w:rsidP="00FD50CC">
      <w:pPr>
        <w:shd w:val="clear" w:color="auto" w:fill="FFFFFF"/>
        <w:spacing w:after="0" w:line="240" w:lineRule="auto"/>
        <w:jc w:val="center"/>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Вариант 1.</w:t>
      </w:r>
    </w:p>
    <w:p w:rsidR="00FD50CC" w:rsidRPr="00FD50CC" w:rsidRDefault="00FD50CC" w:rsidP="00FD50CC">
      <w:pPr>
        <w:shd w:val="clear" w:color="auto" w:fill="FFFFFF"/>
        <w:spacing w:after="0" w:line="240" w:lineRule="auto"/>
        <w:jc w:val="center"/>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А1. Как называется часть тела, где расположен головной мозг?</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 конечности □ 2) шея □ 3) туловище □ 4) голова</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А2. Какой предмет гигиены может быть один на всю семью?</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 носовой платок □ 2) зубная щётка □ 3) зубная паста □ 4) расчёска</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АЗ. Почему при гриппе необходимо пить больше жидкости?</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 чтобы не заразить окружающих</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2) чтобы не болело горло</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3) чтобы вывести из организма вещества, выделяемые микробами</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4) чтобы утолить жажду</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А4. Какими предметами в доме нужно играть детям?</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 иголкой</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2) электромясорубкой</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3) конструктором</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4) лекарствами</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А5. Найди несъедобный гриб?</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 рыжик □ 2) бледная поганка □ 3) опёнок □ 4) подосиновик</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А6. Какое утверждение </w:t>
      </w:r>
      <w:r w:rsidRPr="00FD50CC">
        <w:rPr>
          <w:rFonts w:ascii="Times New Roman" w:eastAsia="Times New Roman" w:hAnsi="Times New Roman" w:cs="Times New Roman"/>
          <w:b/>
          <w:bCs/>
          <w:color w:val="000000"/>
          <w:sz w:val="24"/>
          <w:szCs w:val="24"/>
          <w:u w:val="single"/>
          <w:lang w:val="ru-RU" w:eastAsia="ru-RU"/>
        </w:rPr>
        <w:t>не является правильным</w:t>
      </w:r>
      <w:r w:rsidRPr="00FD50CC">
        <w:rPr>
          <w:rFonts w:ascii="Times New Roman" w:eastAsia="Times New Roman" w:hAnsi="Times New Roman" w:cs="Times New Roman"/>
          <w:b/>
          <w:bCs/>
          <w:color w:val="000000"/>
          <w:sz w:val="24"/>
          <w:szCs w:val="24"/>
          <w:lang w:val="ru-RU" w:eastAsia="ru-RU"/>
        </w:rPr>
        <w:t>?</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 Нельзя купаться в незнакомом месте.</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2) Купаться нужно под присмотром взрослых.</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3) На пляж можно ходить без взрослых.</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4) В холодной воде купаться нельзя.</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А7. Какой внутренний орган человека называют мотором?</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1)лёгкие □ 2) кровь □ 3)сердце □ 4) желудок</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А8. Какой внутренний орган отвечает за пищеварение?</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 лёгкие □2) сердце □ 3) кровь □4) желудок</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А9. Кому можно открыть дверь, если ты дома один?</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 полицейскому □ 2) почтальону □ 3) врачу □ 4) родителям</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А10.</w:t>
      </w:r>
      <w:r w:rsidRPr="00FD50CC">
        <w:rPr>
          <w:rFonts w:ascii="Times New Roman" w:eastAsia="Times New Roman" w:hAnsi="Times New Roman" w:cs="Times New Roman"/>
          <w:color w:val="000000"/>
          <w:sz w:val="24"/>
          <w:szCs w:val="24"/>
          <w:lang w:val="ru-RU" w:eastAsia="ru-RU"/>
        </w:rPr>
        <w:t> </w:t>
      </w:r>
      <w:r w:rsidRPr="00FD50CC">
        <w:rPr>
          <w:rFonts w:ascii="Times New Roman" w:eastAsia="Times New Roman" w:hAnsi="Times New Roman" w:cs="Times New Roman"/>
          <w:b/>
          <w:bCs/>
          <w:color w:val="000000"/>
          <w:sz w:val="24"/>
          <w:szCs w:val="24"/>
          <w:lang w:val="ru-RU" w:eastAsia="ru-RU"/>
        </w:rPr>
        <w:t>По какому телефону надо позвонить, если начался пожар?</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 104 □ 2) 102 □ 3) 103 □ 4)101</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В1. Какой витамин повышает сопротивляемость организма простудам и гриппу?</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 витамин А □ 2) витамин Д</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3) витамин В □ 4) витамин С</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В2. Для чего посередине дорог на широких улицах рисуют белой краской островки?</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 это указание на то, что здесь опасный участок дороги</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2) на них можно дождаться злёного сигнала светофора, если не успел перейти дорогу</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3) это место для полиции</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4) это место для стоянки машин</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ВЗ. Что делать, если тебя пытаются увести силой?</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 плакать □ 3) вступить в драку</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2) громко кричать, привлекать внимание □ 4) просить отпустить</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С1. Как уберечься от укуса клеща?</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 не ходить в лес</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2) одеваться так, чтобы тело было хорошо закрыто</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3) в лесу чаще осматривать друг друга</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4) пользоваться специальными защитными средствами</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С2. Герои каких произведений не знали правил общения с незнакомыми людьми?</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 «Красная Шапочка»</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2) «Колобок»</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3) «Снежная Королева»</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4) «Золушка»</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СЗ. Какие действия детей могут вызвать пожар?</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 игра со спичками и зажигалками</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2) использование фейерверков без взрослых</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3) пользование пылесосом</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4) пользование компьютером</w:t>
      </w:r>
    </w:p>
    <w:p w:rsidR="00FD50CC" w:rsidRPr="00FD50CC" w:rsidRDefault="00FD50CC" w:rsidP="00FD50CC">
      <w:pPr>
        <w:shd w:val="clear" w:color="auto" w:fill="FFFFFF"/>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Вариант 2.</w:t>
      </w:r>
    </w:p>
    <w:p w:rsidR="00FD50CC" w:rsidRPr="00FD50CC" w:rsidRDefault="00FD50CC" w:rsidP="00FD50CC">
      <w:pPr>
        <w:shd w:val="clear" w:color="auto" w:fill="FFFFFF"/>
        <w:spacing w:after="0" w:line="240" w:lineRule="auto"/>
        <w:jc w:val="center"/>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А1. Что не является частью туловища?</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 рука □ 2) спина □ 3) живот □ 4) грудь</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А2. Что нужно делать, чтобы сохранить здоровье?</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xml:space="preserve">□ 1) заниматься физкультурой </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2) больше есть</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xml:space="preserve">□ 3) больше спать </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4) много читать</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А3. Какой орган называют «командным пунктом» нашего организма?</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 сердце □ 2)лёгкие □ 3) головной мозг □ 4) желудок</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А4. По какому телефону надо позвонить, если начался пожар?</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1)101 □ 2) 102 □ 3) 103 □ 4) 104</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А5. Какая ягода ядовитая?</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xml:space="preserve">□ 1) голубика </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xml:space="preserve">□ 2) рябина </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xml:space="preserve">□ 3) клюква </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4) вороний глаз</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А6. Что делать, если незнакомый человек пытается открыть дверь?</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 позвонить по телефону 02 или громко звать на помощь</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2) приготовить предмет для удара</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3) забаррикадировать дверь тяжёлой мебелью</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4) уговаривать преступника не открывать дверь</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А7.Что делать, если в воде свело судорогой ногу?</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xml:space="preserve">□ 1) ничего </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xml:space="preserve">□ 2) потрясти ногой </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xml:space="preserve">□ 3) помассировать </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4) звать на помощь</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А8. Как называется орган дыхания человека?</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 лёгкие □ 2) сердце □ 3) печень □ 4) пищевод</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А9. Что можно принимать от незнакомых людей?</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 конфеты □ 2) игрушку □ 3) передачу от мамы □ 4) ничего</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А10.Какое животное может быть опасно для человека?</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 змея □ 2) лягушка □ 3) лиса □ 4) еж</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В1. Что из перечисленного относится к бытовой химии?</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xml:space="preserve">□ 1) соль </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xml:space="preserve">□ 2) перец </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xml:space="preserve">□ 3) вода </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4) средство для мытья посуды</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В2. Что означает этот знак?</w:t>
      </w:r>
    </w:p>
    <w:p w:rsidR="00FD50CC" w:rsidRPr="00FD50CC" w:rsidRDefault="00FD50CC" w:rsidP="00FD50CC">
      <w:pPr>
        <w:spacing w:after="0" w:line="240" w:lineRule="auto"/>
        <w:rPr>
          <w:rFonts w:ascii="Times New Roman" w:eastAsia="Times New Roman" w:hAnsi="Times New Roman" w:cs="Times New Roman"/>
          <w:sz w:val="24"/>
          <w:szCs w:val="24"/>
          <w:lang w:val="ru-RU" w:eastAsia="ru-RU"/>
        </w:rPr>
      </w:pPr>
      <w:r w:rsidRPr="00FD50CC">
        <w:rPr>
          <w:rFonts w:ascii="Times New Roman" w:eastAsia="Times New Roman" w:hAnsi="Times New Roman" w:cs="Times New Roman"/>
          <w:noProof/>
          <w:sz w:val="24"/>
          <w:szCs w:val="24"/>
          <w:lang w:val="ru-RU" w:eastAsia="ru-RU"/>
        </w:rPr>
        <w:drawing>
          <wp:inline distT="0" distB="0" distL="0" distR="0">
            <wp:extent cx="755650" cy="655955"/>
            <wp:effectExtent l="0" t="0" r="6350" b="0"/>
            <wp:docPr id="82" name="Рисунок 82" descr="Описание: https://fsd.videouroki.net/html/2020/02/14/v_5e4688f6f2239/99745265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fsd.videouroki.net/html/2020/02/14/v_5e4688f6f2239/99745265_1.jpeg"/>
                    <pic:cNvPicPr>
                      <a:picLocks noChangeAspect="1" noChangeArrowheads="1"/>
                    </pic:cNvPicPr>
                  </pic:nvPicPr>
                  <pic:blipFill>
                    <a:blip r:embed="rId2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650" cy="655955"/>
                    </a:xfrm>
                    <a:prstGeom prst="rect">
                      <a:avLst/>
                    </a:prstGeom>
                    <a:noFill/>
                    <a:ln>
                      <a:noFill/>
                    </a:ln>
                  </pic:spPr>
                </pic:pic>
              </a:graphicData>
            </a:graphic>
          </wp:inline>
        </w:drawing>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xml:space="preserve">□ 1) подземный пешеходный переход </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2) надземный пешеходный переход</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xml:space="preserve">□ 3) вход или выход </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4) пешеходный переход</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ВЗ. Какие действия нужно выполнять в случае пожарной тревоги в школе?</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xml:space="preserve">□ 1) срочно выбегать из класса </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2) звонить по телефону 01</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xml:space="preserve">□ 3) эвакуироваться под руководством учителя </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4) прыгать в окно</w:t>
      </w:r>
    </w:p>
    <w:p w:rsidR="00FD50CC" w:rsidRPr="00FD50CC" w:rsidRDefault="00FD50CC" w:rsidP="00FD50CC">
      <w:pPr>
        <w:shd w:val="clear" w:color="auto" w:fill="FFFFFF"/>
        <w:spacing w:after="0" w:line="240" w:lineRule="auto"/>
        <w:rPr>
          <w:rFonts w:ascii="Times New Roman" w:eastAsia="Times New Roman" w:hAnsi="Times New Roman" w:cs="Times New Roman"/>
          <w:b/>
          <w:bCs/>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С1. Что делать, если ты потерял родителей в незнакомом месте?</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 пытаться найти дорогу домой самому</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2) стоять там, где потерял родителей</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3) обратиться к полицейскому</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4) пойти на автобусную остановку</w:t>
      </w:r>
    </w:p>
    <w:p w:rsidR="00FD50CC" w:rsidRPr="00FD50CC" w:rsidRDefault="00FD50CC" w:rsidP="00FD50CC">
      <w:pPr>
        <w:shd w:val="clear" w:color="auto" w:fill="FFFFFF"/>
        <w:spacing w:after="0" w:line="240" w:lineRule="auto"/>
        <w:rPr>
          <w:rFonts w:ascii="Times New Roman" w:eastAsia="Times New Roman" w:hAnsi="Times New Roman" w:cs="Times New Roman"/>
          <w:b/>
          <w:bCs/>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С2. Что можно делать в лифте, если застрял?</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 постараться открыть дверь и выйти</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2) попрыгать, чтобы кабина пришла в движение</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3) громко звать на помощь</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4) нажать кнопку «Вызов диспетчера»</w:t>
      </w:r>
    </w:p>
    <w:p w:rsidR="00FD50CC" w:rsidRPr="00FD50CC" w:rsidRDefault="00FD50CC" w:rsidP="00FD50CC">
      <w:pPr>
        <w:shd w:val="clear" w:color="auto" w:fill="FFFFFF"/>
        <w:spacing w:after="0" w:line="240" w:lineRule="auto"/>
        <w:rPr>
          <w:rFonts w:ascii="Times New Roman" w:eastAsia="Times New Roman" w:hAnsi="Times New Roman" w:cs="Times New Roman"/>
          <w:b/>
          <w:bCs/>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С3. Герои каких произведений не знали правил общения с незнакомыми людьми?</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1) «Красная Шапочка»</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2) «Колобок»</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3) «Снежная Королева»</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4) «Золушка»</w:t>
      </w: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jc w:val="center"/>
        <w:rPr>
          <w:rFonts w:ascii="Times New Roman" w:eastAsia="Times New Roman" w:hAnsi="Times New Roman" w:cs="Times New Roman"/>
          <w:b/>
          <w:bCs/>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 xml:space="preserve">Ответы к работе по теме: «Здоровье и безопасность» </w:t>
      </w:r>
    </w:p>
    <w:p w:rsidR="00FD50CC" w:rsidRPr="00FD50CC" w:rsidRDefault="00FD50CC" w:rsidP="00FD50CC">
      <w:pPr>
        <w:shd w:val="clear" w:color="auto" w:fill="FFFFFF"/>
        <w:spacing w:after="0" w:line="240" w:lineRule="auto"/>
        <w:jc w:val="center"/>
        <w:rPr>
          <w:rFonts w:ascii="Times New Roman" w:eastAsia="Times New Roman" w:hAnsi="Times New Roman" w:cs="Times New Roman"/>
          <w:color w:val="000000"/>
          <w:sz w:val="24"/>
          <w:szCs w:val="24"/>
          <w:lang w:val="ru-RU" w:eastAsia="ru-RU"/>
        </w:rPr>
      </w:pPr>
    </w:p>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tbl>
      <w:tblPr>
        <w:tblW w:w="7486" w:type="dxa"/>
        <w:tblInd w:w="1076" w:type="dxa"/>
        <w:shd w:val="clear" w:color="auto" w:fill="FFFFFF"/>
        <w:tblCellMar>
          <w:left w:w="0" w:type="dxa"/>
          <w:right w:w="0" w:type="dxa"/>
        </w:tblCellMar>
        <w:tblLook w:val="04A0"/>
      </w:tblPr>
      <w:tblGrid>
        <w:gridCol w:w="969"/>
        <w:gridCol w:w="2871"/>
        <w:gridCol w:w="1212"/>
        <w:gridCol w:w="2434"/>
      </w:tblGrid>
      <w:tr w:rsidR="00FD50CC" w:rsidRPr="00FD50CC" w:rsidTr="00FD50CC">
        <w:tc>
          <w:tcPr>
            <w:tcW w:w="384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1 вариант</w:t>
            </w:r>
          </w:p>
        </w:tc>
        <w:tc>
          <w:tcPr>
            <w:tcW w:w="364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2 вариант</w:t>
            </w:r>
          </w:p>
        </w:tc>
      </w:tr>
      <w:tr w:rsidR="00FD50CC" w:rsidRPr="00FD50CC" w:rsidTr="00FD50CC">
        <w:tc>
          <w:tcPr>
            <w:tcW w:w="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w:t>
            </w:r>
            <w:r w:rsidRPr="00FD50CC">
              <w:rPr>
                <w:rFonts w:ascii="Times New Roman" w:eastAsia="Times New Roman" w:hAnsi="Times New Roman" w:cs="Times New Roman"/>
                <w:b/>
                <w:bCs/>
                <w:color w:val="000000"/>
                <w:sz w:val="24"/>
                <w:szCs w:val="24"/>
                <w:lang w:val="ru-RU" w:eastAsia="ru-RU"/>
              </w:rPr>
              <w:t>п/п</w:t>
            </w:r>
          </w:p>
        </w:tc>
        <w:tc>
          <w:tcPr>
            <w:tcW w:w="28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Ответ</w:t>
            </w:r>
          </w:p>
        </w:tc>
        <w:tc>
          <w:tcPr>
            <w:tcW w:w="1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color w:val="000000"/>
                <w:sz w:val="24"/>
                <w:szCs w:val="24"/>
                <w:lang w:val="ru-RU" w:eastAsia="ru-RU"/>
              </w:rPr>
              <w:t>№ </w:t>
            </w:r>
            <w:r w:rsidRPr="00FD50CC">
              <w:rPr>
                <w:rFonts w:ascii="Times New Roman" w:eastAsia="Times New Roman" w:hAnsi="Times New Roman" w:cs="Times New Roman"/>
                <w:b/>
                <w:bCs/>
                <w:color w:val="000000"/>
                <w:sz w:val="24"/>
                <w:szCs w:val="24"/>
                <w:lang w:val="ru-RU" w:eastAsia="ru-RU"/>
              </w:rPr>
              <w:t>п/п</w:t>
            </w:r>
          </w:p>
        </w:tc>
        <w:tc>
          <w:tcPr>
            <w:tcW w:w="24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Ответ</w:t>
            </w:r>
          </w:p>
        </w:tc>
      </w:tr>
      <w:tr w:rsidR="00FD50CC" w:rsidRPr="00FD50CC" w:rsidTr="00FD50CC">
        <w:tc>
          <w:tcPr>
            <w:tcW w:w="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А1</w:t>
            </w:r>
          </w:p>
        </w:tc>
        <w:tc>
          <w:tcPr>
            <w:tcW w:w="28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4-1б</w:t>
            </w:r>
          </w:p>
        </w:tc>
        <w:tc>
          <w:tcPr>
            <w:tcW w:w="1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А1</w:t>
            </w:r>
          </w:p>
        </w:tc>
        <w:tc>
          <w:tcPr>
            <w:tcW w:w="24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1-1 б</w:t>
            </w:r>
          </w:p>
        </w:tc>
      </w:tr>
      <w:tr w:rsidR="00FD50CC" w:rsidRPr="00FD50CC" w:rsidTr="00FD50CC">
        <w:tc>
          <w:tcPr>
            <w:tcW w:w="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А2</w:t>
            </w:r>
          </w:p>
        </w:tc>
        <w:tc>
          <w:tcPr>
            <w:tcW w:w="28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3-1б</w:t>
            </w:r>
          </w:p>
        </w:tc>
        <w:tc>
          <w:tcPr>
            <w:tcW w:w="1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А2</w:t>
            </w:r>
          </w:p>
        </w:tc>
        <w:tc>
          <w:tcPr>
            <w:tcW w:w="24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1-1 б</w:t>
            </w:r>
          </w:p>
        </w:tc>
      </w:tr>
      <w:tr w:rsidR="00FD50CC" w:rsidRPr="00FD50CC" w:rsidTr="00FD50CC">
        <w:tc>
          <w:tcPr>
            <w:tcW w:w="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А3</w:t>
            </w:r>
          </w:p>
        </w:tc>
        <w:tc>
          <w:tcPr>
            <w:tcW w:w="28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3-1б</w:t>
            </w:r>
          </w:p>
        </w:tc>
        <w:tc>
          <w:tcPr>
            <w:tcW w:w="1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А3</w:t>
            </w:r>
          </w:p>
        </w:tc>
        <w:tc>
          <w:tcPr>
            <w:tcW w:w="24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3- 1б</w:t>
            </w:r>
          </w:p>
        </w:tc>
      </w:tr>
      <w:tr w:rsidR="00FD50CC" w:rsidRPr="00FD50CC" w:rsidTr="00FD50CC">
        <w:tc>
          <w:tcPr>
            <w:tcW w:w="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А4</w:t>
            </w:r>
          </w:p>
        </w:tc>
        <w:tc>
          <w:tcPr>
            <w:tcW w:w="28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3-1б</w:t>
            </w:r>
          </w:p>
        </w:tc>
        <w:tc>
          <w:tcPr>
            <w:tcW w:w="1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А4</w:t>
            </w:r>
          </w:p>
        </w:tc>
        <w:tc>
          <w:tcPr>
            <w:tcW w:w="24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1-1 б</w:t>
            </w:r>
          </w:p>
        </w:tc>
      </w:tr>
      <w:tr w:rsidR="00FD50CC" w:rsidRPr="00FD50CC" w:rsidTr="00FD50CC">
        <w:tc>
          <w:tcPr>
            <w:tcW w:w="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А5</w:t>
            </w:r>
          </w:p>
        </w:tc>
        <w:tc>
          <w:tcPr>
            <w:tcW w:w="28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2-1б</w:t>
            </w:r>
          </w:p>
        </w:tc>
        <w:tc>
          <w:tcPr>
            <w:tcW w:w="1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А5</w:t>
            </w:r>
          </w:p>
        </w:tc>
        <w:tc>
          <w:tcPr>
            <w:tcW w:w="24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4-1 б</w:t>
            </w:r>
          </w:p>
        </w:tc>
      </w:tr>
      <w:tr w:rsidR="00FD50CC" w:rsidRPr="00FD50CC" w:rsidTr="00FD50CC">
        <w:tc>
          <w:tcPr>
            <w:tcW w:w="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А6</w:t>
            </w:r>
          </w:p>
        </w:tc>
        <w:tc>
          <w:tcPr>
            <w:tcW w:w="28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3-1б</w:t>
            </w:r>
          </w:p>
        </w:tc>
        <w:tc>
          <w:tcPr>
            <w:tcW w:w="1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А6</w:t>
            </w:r>
          </w:p>
        </w:tc>
        <w:tc>
          <w:tcPr>
            <w:tcW w:w="24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1- 1 б</w:t>
            </w:r>
          </w:p>
        </w:tc>
      </w:tr>
      <w:tr w:rsidR="00FD50CC" w:rsidRPr="00FD50CC" w:rsidTr="00FD50CC">
        <w:tc>
          <w:tcPr>
            <w:tcW w:w="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А7</w:t>
            </w:r>
          </w:p>
        </w:tc>
        <w:tc>
          <w:tcPr>
            <w:tcW w:w="28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3-1б</w:t>
            </w:r>
          </w:p>
        </w:tc>
        <w:tc>
          <w:tcPr>
            <w:tcW w:w="1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А7</w:t>
            </w:r>
          </w:p>
        </w:tc>
        <w:tc>
          <w:tcPr>
            <w:tcW w:w="24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3-1 б</w:t>
            </w:r>
          </w:p>
        </w:tc>
      </w:tr>
      <w:tr w:rsidR="00FD50CC" w:rsidRPr="00FD50CC" w:rsidTr="00FD50CC">
        <w:tc>
          <w:tcPr>
            <w:tcW w:w="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А8</w:t>
            </w:r>
          </w:p>
        </w:tc>
        <w:tc>
          <w:tcPr>
            <w:tcW w:w="28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4-1б</w:t>
            </w:r>
          </w:p>
        </w:tc>
        <w:tc>
          <w:tcPr>
            <w:tcW w:w="1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А8</w:t>
            </w:r>
          </w:p>
        </w:tc>
        <w:tc>
          <w:tcPr>
            <w:tcW w:w="24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1- 1 б</w:t>
            </w:r>
          </w:p>
        </w:tc>
      </w:tr>
      <w:tr w:rsidR="00FD50CC" w:rsidRPr="00FD50CC" w:rsidTr="00FD50CC">
        <w:tc>
          <w:tcPr>
            <w:tcW w:w="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А9</w:t>
            </w:r>
          </w:p>
        </w:tc>
        <w:tc>
          <w:tcPr>
            <w:tcW w:w="28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4-1б</w:t>
            </w:r>
          </w:p>
        </w:tc>
        <w:tc>
          <w:tcPr>
            <w:tcW w:w="1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А9</w:t>
            </w:r>
          </w:p>
        </w:tc>
        <w:tc>
          <w:tcPr>
            <w:tcW w:w="24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4 -1 б</w:t>
            </w:r>
          </w:p>
        </w:tc>
      </w:tr>
      <w:tr w:rsidR="00FD50CC" w:rsidRPr="00FD50CC" w:rsidTr="00FD50CC">
        <w:tc>
          <w:tcPr>
            <w:tcW w:w="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А10</w:t>
            </w:r>
          </w:p>
        </w:tc>
        <w:tc>
          <w:tcPr>
            <w:tcW w:w="28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4-1б</w:t>
            </w:r>
          </w:p>
        </w:tc>
        <w:tc>
          <w:tcPr>
            <w:tcW w:w="1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А10</w:t>
            </w:r>
          </w:p>
        </w:tc>
        <w:tc>
          <w:tcPr>
            <w:tcW w:w="24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1- 1б</w:t>
            </w:r>
          </w:p>
        </w:tc>
      </w:tr>
      <w:tr w:rsidR="00FD50CC" w:rsidRPr="00FD50CC" w:rsidTr="00FD50CC">
        <w:tc>
          <w:tcPr>
            <w:tcW w:w="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В1</w:t>
            </w:r>
          </w:p>
        </w:tc>
        <w:tc>
          <w:tcPr>
            <w:tcW w:w="28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4-2б</w:t>
            </w:r>
          </w:p>
        </w:tc>
        <w:tc>
          <w:tcPr>
            <w:tcW w:w="1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В1</w:t>
            </w:r>
          </w:p>
        </w:tc>
        <w:tc>
          <w:tcPr>
            <w:tcW w:w="24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4 -2 б</w:t>
            </w:r>
          </w:p>
        </w:tc>
      </w:tr>
      <w:tr w:rsidR="00FD50CC" w:rsidRPr="00FD50CC" w:rsidTr="00FD50CC">
        <w:tc>
          <w:tcPr>
            <w:tcW w:w="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В2</w:t>
            </w:r>
          </w:p>
        </w:tc>
        <w:tc>
          <w:tcPr>
            <w:tcW w:w="28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2-2б</w:t>
            </w:r>
          </w:p>
        </w:tc>
        <w:tc>
          <w:tcPr>
            <w:tcW w:w="1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В2</w:t>
            </w:r>
          </w:p>
        </w:tc>
        <w:tc>
          <w:tcPr>
            <w:tcW w:w="24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4-2 б</w:t>
            </w:r>
          </w:p>
        </w:tc>
      </w:tr>
      <w:tr w:rsidR="00FD50CC" w:rsidRPr="00FD50CC" w:rsidTr="00FD50CC">
        <w:tc>
          <w:tcPr>
            <w:tcW w:w="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В3</w:t>
            </w:r>
          </w:p>
        </w:tc>
        <w:tc>
          <w:tcPr>
            <w:tcW w:w="28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2-2б</w:t>
            </w:r>
          </w:p>
        </w:tc>
        <w:tc>
          <w:tcPr>
            <w:tcW w:w="1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В3</w:t>
            </w:r>
          </w:p>
        </w:tc>
        <w:tc>
          <w:tcPr>
            <w:tcW w:w="24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3- 2б</w:t>
            </w:r>
          </w:p>
        </w:tc>
      </w:tr>
      <w:tr w:rsidR="00FD50CC" w:rsidRPr="00FD50CC" w:rsidTr="00FD50CC">
        <w:tc>
          <w:tcPr>
            <w:tcW w:w="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С1</w:t>
            </w:r>
          </w:p>
        </w:tc>
        <w:tc>
          <w:tcPr>
            <w:tcW w:w="28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2,3,4- 3б</w:t>
            </w:r>
          </w:p>
        </w:tc>
        <w:tc>
          <w:tcPr>
            <w:tcW w:w="1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С1</w:t>
            </w:r>
          </w:p>
        </w:tc>
        <w:tc>
          <w:tcPr>
            <w:tcW w:w="24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2,3- 3 б</w:t>
            </w:r>
          </w:p>
        </w:tc>
      </w:tr>
      <w:tr w:rsidR="00FD50CC" w:rsidRPr="00FD50CC" w:rsidTr="00FD50CC">
        <w:tc>
          <w:tcPr>
            <w:tcW w:w="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С2</w:t>
            </w:r>
          </w:p>
        </w:tc>
        <w:tc>
          <w:tcPr>
            <w:tcW w:w="28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1,2,3-3б</w:t>
            </w:r>
          </w:p>
        </w:tc>
        <w:tc>
          <w:tcPr>
            <w:tcW w:w="1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С2</w:t>
            </w:r>
          </w:p>
        </w:tc>
        <w:tc>
          <w:tcPr>
            <w:tcW w:w="24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4- 3 б</w:t>
            </w:r>
          </w:p>
        </w:tc>
      </w:tr>
      <w:tr w:rsidR="00FD50CC" w:rsidRPr="00FD50CC" w:rsidTr="00FD50CC">
        <w:tc>
          <w:tcPr>
            <w:tcW w:w="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С3</w:t>
            </w:r>
          </w:p>
        </w:tc>
        <w:tc>
          <w:tcPr>
            <w:tcW w:w="28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1,2-3б</w:t>
            </w:r>
          </w:p>
        </w:tc>
        <w:tc>
          <w:tcPr>
            <w:tcW w:w="1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jc w:val="center"/>
              <w:rPr>
                <w:rFonts w:ascii="Times New Roman" w:eastAsia="Times New Roman" w:hAnsi="Times New Roman" w:cs="Times New Roman"/>
                <w:color w:val="000000"/>
                <w:sz w:val="24"/>
                <w:szCs w:val="24"/>
                <w:lang w:val="ru-RU" w:eastAsia="ru-RU"/>
              </w:rPr>
            </w:pPr>
            <w:r w:rsidRPr="00FD50CC">
              <w:rPr>
                <w:rFonts w:ascii="Times New Roman" w:eastAsia="Times New Roman" w:hAnsi="Times New Roman" w:cs="Times New Roman"/>
                <w:b/>
                <w:bCs/>
                <w:color w:val="000000"/>
                <w:sz w:val="24"/>
                <w:szCs w:val="24"/>
                <w:lang w:val="ru-RU" w:eastAsia="ru-RU"/>
              </w:rPr>
              <w:t>С3</w:t>
            </w:r>
          </w:p>
        </w:tc>
        <w:tc>
          <w:tcPr>
            <w:tcW w:w="24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iCs/>
                <w:color w:val="000000"/>
                <w:sz w:val="24"/>
                <w:szCs w:val="24"/>
                <w:lang w:val="ru-RU" w:eastAsia="ru-RU"/>
              </w:rPr>
              <w:t>1,2,3 – 3 б</w:t>
            </w:r>
          </w:p>
        </w:tc>
      </w:tr>
      <w:tr w:rsidR="00FD50CC" w:rsidRPr="00FD50CC" w:rsidTr="00FD50CC">
        <w:tc>
          <w:tcPr>
            <w:tcW w:w="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rPr>
                <w:rFonts w:ascii="Times New Roman" w:eastAsia="Times New Roman" w:hAnsi="Times New Roman" w:cs="Times New Roman"/>
                <w:color w:val="000000"/>
                <w:sz w:val="24"/>
                <w:szCs w:val="24"/>
                <w:lang w:val="ru-RU" w:eastAsia="ru-RU"/>
              </w:rPr>
            </w:pPr>
          </w:p>
        </w:tc>
        <w:tc>
          <w:tcPr>
            <w:tcW w:w="28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bCs/>
                <w:color w:val="000000"/>
                <w:sz w:val="24"/>
                <w:szCs w:val="24"/>
                <w:lang w:val="ru-RU" w:eastAsia="ru-RU"/>
              </w:rPr>
              <w:t>«5» - 25-21б.;</w:t>
            </w:r>
          </w:p>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bCs/>
                <w:color w:val="000000"/>
                <w:sz w:val="24"/>
                <w:szCs w:val="24"/>
                <w:lang w:val="ru-RU" w:eastAsia="ru-RU"/>
              </w:rPr>
              <w:t>«4» - 20-15 б.;</w:t>
            </w:r>
          </w:p>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bCs/>
                <w:color w:val="000000"/>
                <w:sz w:val="24"/>
                <w:szCs w:val="24"/>
                <w:lang w:val="ru-RU" w:eastAsia="ru-RU"/>
              </w:rPr>
              <w:t>«3» - 14-9 б.;</w:t>
            </w:r>
          </w:p>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bCs/>
                <w:color w:val="000000"/>
                <w:sz w:val="24"/>
                <w:szCs w:val="24"/>
                <w:lang w:val="ru-RU" w:eastAsia="ru-RU"/>
              </w:rPr>
              <w:t>«2» - менее 9 б.</w:t>
            </w:r>
          </w:p>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p>
        </w:tc>
        <w:tc>
          <w:tcPr>
            <w:tcW w:w="1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p>
        </w:tc>
        <w:tc>
          <w:tcPr>
            <w:tcW w:w="24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bCs/>
                <w:color w:val="000000"/>
                <w:sz w:val="24"/>
                <w:szCs w:val="24"/>
                <w:lang w:val="ru-RU" w:eastAsia="ru-RU"/>
              </w:rPr>
              <w:t>«5» - 25-21б.;</w:t>
            </w:r>
          </w:p>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bCs/>
                <w:color w:val="000000"/>
                <w:sz w:val="24"/>
                <w:szCs w:val="24"/>
                <w:lang w:val="ru-RU" w:eastAsia="ru-RU"/>
              </w:rPr>
              <w:t>«4» - 20 -15б.;</w:t>
            </w:r>
          </w:p>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bCs/>
                <w:color w:val="000000"/>
                <w:sz w:val="24"/>
                <w:szCs w:val="24"/>
                <w:lang w:val="ru-RU" w:eastAsia="ru-RU"/>
              </w:rPr>
              <w:t>«3» - 14-9б.;</w:t>
            </w:r>
          </w:p>
          <w:p w:rsidR="00FD50CC" w:rsidRPr="002804AC" w:rsidRDefault="00FD50CC" w:rsidP="00FD50CC">
            <w:pPr>
              <w:spacing w:after="0" w:line="240" w:lineRule="auto"/>
              <w:rPr>
                <w:rFonts w:ascii="Times New Roman" w:eastAsia="Times New Roman" w:hAnsi="Times New Roman" w:cs="Times New Roman"/>
                <w:color w:val="000000"/>
                <w:sz w:val="24"/>
                <w:szCs w:val="24"/>
                <w:lang w:val="ru-RU" w:eastAsia="ru-RU"/>
              </w:rPr>
            </w:pPr>
            <w:r w:rsidRPr="002804AC">
              <w:rPr>
                <w:rFonts w:ascii="Times New Roman" w:eastAsia="Times New Roman" w:hAnsi="Times New Roman" w:cs="Times New Roman"/>
                <w:bCs/>
                <w:color w:val="000000"/>
                <w:sz w:val="24"/>
                <w:szCs w:val="24"/>
                <w:lang w:val="ru-RU" w:eastAsia="ru-RU"/>
              </w:rPr>
              <w:t>«2»- менее 9 б.</w:t>
            </w:r>
          </w:p>
        </w:tc>
      </w:tr>
      <w:tr w:rsidR="00FD50CC" w:rsidRPr="00FD50CC" w:rsidTr="00FD50CC">
        <w:tc>
          <w:tcPr>
            <w:tcW w:w="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rPr>
                <w:rFonts w:ascii="Times New Roman" w:eastAsia="Times New Roman" w:hAnsi="Times New Roman" w:cs="Times New Roman"/>
                <w:color w:val="000000"/>
                <w:sz w:val="24"/>
                <w:szCs w:val="24"/>
                <w:lang w:val="ru-RU" w:eastAsia="ru-RU"/>
              </w:rPr>
            </w:pPr>
          </w:p>
        </w:tc>
        <w:tc>
          <w:tcPr>
            <w:tcW w:w="28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rPr>
                <w:rFonts w:ascii="Times New Roman" w:eastAsia="Times New Roman" w:hAnsi="Times New Roman" w:cs="Times New Roman"/>
                <w:color w:val="000000"/>
                <w:sz w:val="24"/>
                <w:szCs w:val="24"/>
                <w:lang w:val="ru-RU" w:eastAsia="ru-RU"/>
              </w:rPr>
            </w:pPr>
          </w:p>
        </w:tc>
        <w:tc>
          <w:tcPr>
            <w:tcW w:w="1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rPr>
                <w:rFonts w:ascii="Times New Roman" w:eastAsia="Times New Roman" w:hAnsi="Times New Roman" w:cs="Times New Roman"/>
                <w:color w:val="000000"/>
                <w:sz w:val="24"/>
                <w:szCs w:val="24"/>
                <w:lang w:val="ru-RU" w:eastAsia="ru-RU"/>
              </w:rPr>
            </w:pPr>
          </w:p>
        </w:tc>
        <w:tc>
          <w:tcPr>
            <w:tcW w:w="24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D50CC" w:rsidRPr="00FD50CC" w:rsidRDefault="00FD50CC" w:rsidP="00FD50CC">
            <w:pPr>
              <w:spacing w:after="0" w:line="240" w:lineRule="auto"/>
              <w:rPr>
                <w:rFonts w:ascii="Times New Roman" w:eastAsia="Times New Roman" w:hAnsi="Times New Roman" w:cs="Times New Roman"/>
                <w:color w:val="000000"/>
                <w:sz w:val="24"/>
                <w:szCs w:val="24"/>
                <w:lang w:val="ru-RU" w:eastAsia="ru-RU"/>
              </w:rPr>
            </w:pPr>
          </w:p>
        </w:tc>
      </w:tr>
    </w:tbl>
    <w:p w:rsidR="00FD50CC" w:rsidRPr="00FD50CC" w:rsidRDefault="00FD50CC" w:rsidP="00FD50CC">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FD50CC" w:rsidRPr="00FD50CC" w:rsidRDefault="00FD50CC" w:rsidP="00FD50CC">
      <w:pPr>
        <w:spacing w:after="200" w:line="276" w:lineRule="auto"/>
        <w:rPr>
          <w:rFonts w:ascii="Times New Roman" w:eastAsia="Calibri" w:hAnsi="Times New Roman" w:cs="Times New Roman"/>
          <w:sz w:val="24"/>
          <w:szCs w:val="24"/>
          <w:lang w:val="ru-RU"/>
        </w:rPr>
      </w:pPr>
    </w:p>
    <w:p w:rsidR="00FD50CC" w:rsidRPr="00FD50CC" w:rsidRDefault="00FD50CC" w:rsidP="00FD50CC">
      <w:pPr>
        <w:spacing w:after="200" w:line="276" w:lineRule="auto"/>
        <w:jc w:val="center"/>
        <w:rPr>
          <w:rFonts w:ascii="Times New Roman" w:eastAsia="Times New Roman" w:hAnsi="Times New Roman" w:cs="Times New Roman"/>
          <w:b/>
          <w:sz w:val="24"/>
          <w:szCs w:val="24"/>
          <w:lang w:val="ru-RU"/>
        </w:rPr>
      </w:pPr>
      <w:r w:rsidRPr="00FD50CC">
        <w:rPr>
          <w:rFonts w:ascii="Times New Roman" w:eastAsia="Times New Roman" w:hAnsi="Times New Roman" w:cs="Times New Roman"/>
          <w:b/>
          <w:sz w:val="24"/>
          <w:szCs w:val="24"/>
          <w:lang w:val="ru-RU"/>
        </w:rPr>
        <w:t>Промежуточная аттестация. Контрольная работа.</w:t>
      </w:r>
    </w:p>
    <w:p w:rsidR="00FD50CC" w:rsidRPr="00FD50CC" w:rsidRDefault="00FD50CC" w:rsidP="00FD50CC">
      <w:pPr>
        <w:autoSpaceDE w:val="0"/>
        <w:autoSpaceDN w:val="0"/>
        <w:adjustRightInd w:val="0"/>
        <w:spacing w:after="0" w:line="240" w:lineRule="auto"/>
        <w:jc w:val="both"/>
        <w:rPr>
          <w:rFonts w:ascii="Times New Roman" w:eastAsia="Times New Roman" w:hAnsi="Times New Roman" w:cs="Times New Roman"/>
          <w:bCs/>
          <w:sz w:val="24"/>
          <w:szCs w:val="24"/>
          <w:lang w:val="ru-RU"/>
        </w:rPr>
      </w:pPr>
      <w:r w:rsidRPr="00FD50CC">
        <w:rPr>
          <w:rFonts w:ascii="Times New Roman" w:eastAsia="Times New Roman" w:hAnsi="Times New Roman" w:cs="Times New Roman"/>
          <w:b/>
          <w:bCs/>
          <w:sz w:val="24"/>
          <w:szCs w:val="24"/>
          <w:lang w:val="ru-RU"/>
        </w:rPr>
        <w:t xml:space="preserve">Цель: </w:t>
      </w:r>
      <w:r w:rsidRPr="00FD50CC">
        <w:rPr>
          <w:rFonts w:ascii="Times New Roman" w:eastAsia="Times New Roman" w:hAnsi="Times New Roman" w:cs="Times New Roman"/>
          <w:sz w:val="24"/>
          <w:szCs w:val="24"/>
          <w:lang w:val="ru-RU"/>
        </w:rPr>
        <w:t>выявить уровень сформированности знаний, умений и навыков на конец второго года обучения.</w:t>
      </w:r>
    </w:p>
    <w:p w:rsidR="00FD50CC" w:rsidRPr="00FD50CC" w:rsidRDefault="00FD50CC" w:rsidP="00FD50CC">
      <w:pPr>
        <w:spacing w:after="200" w:line="276" w:lineRule="auto"/>
        <w:rPr>
          <w:rFonts w:ascii="Times New Roman" w:eastAsia="Times New Roman" w:hAnsi="Times New Roman" w:cs="Times New Roman"/>
          <w:b/>
          <w:sz w:val="24"/>
          <w:szCs w:val="24"/>
          <w:lang w:val="ru-RU"/>
        </w:rPr>
      </w:pPr>
    </w:p>
    <w:p w:rsidR="00FD50CC" w:rsidRPr="00FD50CC" w:rsidRDefault="00FD50CC" w:rsidP="00FD50CC">
      <w:pPr>
        <w:suppressAutoHyphens/>
        <w:spacing w:after="0" w:line="100" w:lineRule="atLeast"/>
        <w:jc w:val="center"/>
        <w:rPr>
          <w:rFonts w:ascii="Times New Roman" w:eastAsia="SimSun" w:hAnsi="Times New Roman" w:cs="Times New Roman"/>
          <w:b/>
          <w:color w:val="00000A"/>
          <w:sz w:val="24"/>
          <w:szCs w:val="24"/>
          <w:lang w:val="ru-RU"/>
        </w:rPr>
      </w:pPr>
      <w:r w:rsidRPr="00FD50CC">
        <w:rPr>
          <w:rFonts w:ascii="Times New Roman" w:eastAsia="SimSun" w:hAnsi="Times New Roman" w:cs="Times New Roman"/>
          <w:b/>
          <w:color w:val="00000A"/>
          <w:sz w:val="24"/>
          <w:szCs w:val="24"/>
          <w:lang w:val="ru-RU"/>
        </w:rPr>
        <w:t>1 вариант</w:t>
      </w:r>
    </w:p>
    <w:p w:rsidR="00FD50CC" w:rsidRPr="00FD50CC" w:rsidRDefault="00FD50CC" w:rsidP="00FD50CC">
      <w:pPr>
        <w:suppressAutoHyphens/>
        <w:spacing w:after="0" w:line="100" w:lineRule="atLeast"/>
        <w:jc w:val="right"/>
        <w:rPr>
          <w:rFonts w:ascii="Times New Roman" w:eastAsia="SimSun" w:hAnsi="Times New Roman" w:cs="Times New Roman"/>
          <w:b/>
          <w:i/>
          <w:color w:val="00000A"/>
          <w:sz w:val="24"/>
          <w:szCs w:val="24"/>
          <w:lang w:val="ru-RU"/>
        </w:rPr>
      </w:pPr>
      <w:r w:rsidRPr="00FD50CC">
        <w:rPr>
          <w:rFonts w:ascii="Times New Roman" w:eastAsia="SimSun" w:hAnsi="Times New Roman" w:cs="Times New Roman"/>
          <w:b/>
          <w:i/>
          <w:color w:val="00000A"/>
          <w:sz w:val="24"/>
          <w:szCs w:val="24"/>
          <w:lang w:val="ru-RU"/>
        </w:rPr>
        <w:t>Базовый уровень</w:t>
      </w: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u w:val="single"/>
          <w:lang w:val="ru-RU"/>
        </w:rPr>
      </w:pP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r w:rsidRPr="00FD50CC">
        <w:rPr>
          <w:rFonts w:ascii="Times New Roman" w:eastAsia="SimSun" w:hAnsi="Times New Roman" w:cs="Times New Roman"/>
          <w:b/>
          <w:i/>
          <w:color w:val="00000A"/>
          <w:sz w:val="24"/>
          <w:szCs w:val="24"/>
          <w:lang w:val="ru-RU"/>
        </w:rPr>
        <w:t>1. Отметь, что относится к живой природе?</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книга         □ воробей         □ машина</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r w:rsidRPr="00FD50CC">
        <w:rPr>
          <w:rFonts w:ascii="Times New Roman" w:eastAsia="SimSun" w:hAnsi="Times New Roman" w:cs="Times New Roman"/>
          <w:b/>
          <w:i/>
          <w:color w:val="00000A"/>
          <w:sz w:val="24"/>
          <w:szCs w:val="24"/>
          <w:lang w:val="ru-RU"/>
        </w:rPr>
        <w:t>2. На флаге России три полосы:</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красная и две синие     □ белая, синяя и красная       □ белая, голубая и зелёная</w:t>
      </w:r>
    </w:p>
    <w:p w:rsidR="00FD50CC" w:rsidRPr="00FD50CC" w:rsidRDefault="00FD50CC" w:rsidP="00FD50CC">
      <w:pPr>
        <w:suppressAutoHyphens/>
        <w:spacing w:after="0" w:line="100" w:lineRule="atLeast"/>
        <w:jc w:val="center"/>
        <w:rPr>
          <w:rFonts w:ascii="Times New Roman" w:eastAsia="SimSun" w:hAnsi="Times New Roman" w:cs="Times New Roman"/>
          <w:color w:val="00000A"/>
          <w:sz w:val="24"/>
          <w:szCs w:val="24"/>
          <w:lang w:val="ru-RU"/>
        </w:rPr>
      </w:pP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r w:rsidRPr="00FD50CC">
        <w:rPr>
          <w:rFonts w:ascii="Times New Roman" w:eastAsia="SimSun" w:hAnsi="Times New Roman" w:cs="Times New Roman"/>
          <w:b/>
          <w:i/>
          <w:color w:val="00000A"/>
          <w:sz w:val="24"/>
          <w:szCs w:val="24"/>
          <w:lang w:val="ru-RU"/>
        </w:rPr>
        <w:t>3. Для роста растению нужно:</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    □ тепло, воздух, вода           </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    □ тепло, воздух, свет, вода, почва   </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    □ тепло, почва, свет</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p>
    <w:p w:rsidR="00FD50CC" w:rsidRPr="00FD50CC" w:rsidRDefault="00FD50CC" w:rsidP="00FD50CC">
      <w:pPr>
        <w:suppressAutoHyphens/>
        <w:spacing w:after="0" w:line="100" w:lineRule="atLeast"/>
        <w:rPr>
          <w:rFonts w:ascii="Times New Roman" w:eastAsia="SimSun" w:hAnsi="Times New Roman" w:cs="Times New Roman"/>
          <w:b/>
          <w:color w:val="00000A"/>
          <w:sz w:val="24"/>
          <w:szCs w:val="24"/>
          <w:lang w:val="ru-RU"/>
        </w:rPr>
      </w:pPr>
      <w:r w:rsidRPr="00FD50CC">
        <w:rPr>
          <w:rFonts w:ascii="Times New Roman" w:eastAsia="SimSun" w:hAnsi="Times New Roman" w:cs="Times New Roman"/>
          <w:b/>
          <w:i/>
          <w:color w:val="00000A"/>
          <w:sz w:val="24"/>
          <w:szCs w:val="24"/>
          <w:lang w:val="ru-RU"/>
        </w:rPr>
        <w:t>4</w:t>
      </w:r>
      <w:r w:rsidRPr="00FD50CC">
        <w:rPr>
          <w:rFonts w:ascii="Times New Roman" w:eastAsia="SimSun" w:hAnsi="Times New Roman" w:cs="Times New Roman"/>
          <w:b/>
          <w:color w:val="00000A"/>
          <w:sz w:val="24"/>
          <w:szCs w:val="24"/>
          <w:lang w:val="ru-RU"/>
        </w:rPr>
        <w:t xml:space="preserve">. </w:t>
      </w:r>
      <w:r w:rsidRPr="00FD50CC">
        <w:rPr>
          <w:rFonts w:ascii="Times New Roman" w:eastAsia="SimSun" w:hAnsi="Times New Roman" w:cs="Times New Roman"/>
          <w:b/>
          <w:i/>
          <w:color w:val="00000A"/>
          <w:sz w:val="24"/>
          <w:szCs w:val="24"/>
          <w:lang w:val="ru-RU"/>
        </w:rPr>
        <w:t>Растения, у которых один одревесневший стебель (ствол), - это</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        □ кустарник                  □ дерево                    □ трава</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r w:rsidRPr="00FD50CC">
        <w:rPr>
          <w:rFonts w:ascii="Times New Roman" w:eastAsia="SimSun" w:hAnsi="Times New Roman" w:cs="Times New Roman"/>
          <w:b/>
          <w:i/>
          <w:color w:val="00000A"/>
          <w:sz w:val="24"/>
          <w:szCs w:val="24"/>
          <w:lang w:val="ru-RU"/>
        </w:rPr>
        <w:t>5. Животные, тело которых покрыто перьями, - это</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             □ звери          □ рыбы             □ птицы   </w:t>
      </w:r>
    </w:p>
    <w:p w:rsidR="00FD50CC" w:rsidRPr="00FD50CC" w:rsidRDefault="00FD50CC" w:rsidP="00FD50CC">
      <w:pPr>
        <w:suppressAutoHyphens/>
        <w:spacing w:after="0" w:line="100" w:lineRule="atLeast"/>
        <w:rPr>
          <w:rFonts w:ascii="Times New Roman" w:eastAsia="SimSun" w:hAnsi="Times New Roman" w:cs="Times New Roman"/>
          <w:i/>
          <w:color w:val="00000A"/>
          <w:sz w:val="24"/>
          <w:szCs w:val="24"/>
          <w:lang w:val="ru-RU"/>
        </w:rPr>
      </w:pPr>
      <w:r w:rsidRPr="00FD50CC">
        <w:rPr>
          <w:rFonts w:ascii="Times New Roman" w:eastAsia="SimSun" w:hAnsi="Times New Roman" w:cs="Times New Roman"/>
          <w:i/>
          <w:color w:val="00000A"/>
          <w:sz w:val="24"/>
          <w:szCs w:val="24"/>
          <w:lang w:val="ru-RU"/>
        </w:rPr>
        <w:t xml:space="preserve">например: ___________________________________________________ </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r w:rsidRPr="00FD50CC">
        <w:rPr>
          <w:rFonts w:ascii="Times New Roman" w:eastAsia="SimSun" w:hAnsi="Times New Roman" w:cs="Times New Roman"/>
          <w:b/>
          <w:i/>
          <w:color w:val="00000A"/>
          <w:sz w:val="24"/>
          <w:szCs w:val="24"/>
          <w:lang w:val="ru-RU"/>
        </w:rPr>
        <w:t xml:space="preserve">6. Что такое глобус? </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  □ модель Солнца         □ модель Земли          □ модель шара</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r w:rsidRPr="00FD50CC">
        <w:rPr>
          <w:rFonts w:ascii="Times New Roman" w:eastAsia="SimSun" w:hAnsi="Times New Roman" w:cs="Times New Roman"/>
          <w:b/>
          <w:i/>
          <w:color w:val="00000A"/>
          <w:sz w:val="24"/>
          <w:szCs w:val="24"/>
          <w:lang w:val="ru-RU"/>
        </w:rPr>
        <w:t>7. Выбери название основной реки твоего края:</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    □ Обь    □ Волга        □ Урал</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r w:rsidRPr="00FD50CC">
        <w:rPr>
          <w:rFonts w:ascii="Times New Roman" w:eastAsia="SimSun" w:hAnsi="Times New Roman" w:cs="Times New Roman"/>
          <w:b/>
          <w:i/>
          <w:color w:val="00000A"/>
          <w:sz w:val="24"/>
          <w:szCs w:val="24"/>
          <w:lang w:val="ru-RU"/>
        </w:rPr>
        <w:t>8.  Сколько планет вращается вокруг Солнца?</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    □ 6       □  9     □ 8</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r w:rsidRPr="00FD50CC">
        <w:rPr>
          <w:rFonts w:ascii="Times New Roman" w:eastAsia="SimSun" w:hAnsi="Times New Roman" w:cs="Times New Roman"/>
          <w:b/>
          <w:i/>
          <w:color w:val="00000A"/>
          <w:sz w:val="24"/>
          <w:szCs w:val="24"/>
          <w:lang w:val="ru-RU"/>
        </w:rPr>
        <w:t>9. Как называется основной Закон нашей страны?</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           □ Библией                □ книгой                   □ Конституцией</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p>
    <w:p w:rsidR="00FD50CC" w:rsidRPr="00FD50CC" w:rsidRDefault="00FD50CC" w:rsidP="00FD50CC">
      <w:pPr>
        <w:suppressAutoHyphens/>
        <w:spacing w:after="0" w:line="100" w:lineRule="atLeast"/>
        <w:rPr>
          <w:rFonts w:ascii="Times New Roman" w:eastAsia="SimSun" w:hAnsi="Times New Roman" w:cs="Times New Roman"/>
          <w:i/>
          <w:color w:val="00000A"/>
          <w:sz w:val="24"/>
          <w:szCs w:val="24"/>
          <w:lang w:val="ru-RU"/>
        </w:rPr>
      </w:pPr>
      <w:r w:rsidRPr="00FD50CC">
        <w:rPr>
          <w:rFonts w:ascii="Times New Roman" w:eastAsia="SimSun" w:hAnsi="Times New Roman" w:cs="Times New Roman"/>
          <w:b/>
          <w:i/>
          <w:color w:val="00000A"/>
          <w:sz w:val="24"/>
          <w:szCs w:val="24"/>
          <w:lang w:val="ru-RU"/>
        </w:rPr>
        <w:t>10. Запиши цифрами порядок следования дней недели</w:t>
      </w:r>
      <w:r w:rsidRPr="00FD50CC">
        <w:rPr>
          <w:rFonts w:ascii="Times New Roman" w:eastAsia="SimSun" w:hAnsi="Times New Roman" w:cs="Times New Roman"/>
          <w:i/>
          <w:color w:val="00000A"/>
          <w:sz w:val="24"/>
          <w:szCs w:val="24"/>
          <w:lang w:val="ru-RU"/>
        </w:rPr>
        <w:t xml:space="preserve">:                          </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i/>
          <w:color w:val="00000A"/>
          <w:sz w:val="24"/>
          <w:szCs w:val="24"/>
          <w:lang w:val="ru-RU"/>
        </w:rPr>
        <w:t xml:space="preserve">    □                   □                □                □                   □                       □               □</w:t>
      </w:r>
    </w:p>
    <w:p w:rsidR="00FD50CC" w:rsidRPr="00FD50CC" w:rsidRDefault="00FD50CC" w:rsidP="00FD50CC">
      <w:pPr>
        <w:suppressAutoHyphens/>
        <w:spacing w:after="0" w:line="100" w:lineRule="atLeast"/>
        <w:rPr>
          <w:rFonts w:ascii="Times New Roman" w:eastAsia="SimSun" w:hAnsi="Times New Roman" w:cs="Times New Roman"/>
          <w:i/>
          <w:color w:val="00000A"/>
          <w:sz w:val="24"/>
          <w:szCs w:val="24"/>
          <w:lang w:val="ru-RU"/>
        </w:rPr>
      </w:pPr>
      <w:r w:rsidRPr="00FD50CC">
        <w:rPr>
          <w:rFonts w:ascii="Times New Roman" w:eastAsia="SimSun" w:hAnsi="Times New Roman" w:cs="Times New Roman"/>
          <w:color w:val="00000A"/>
          <w:sz w:val="24"/>
          <w:szCs w:val="24"/>
          <w:lang w:val="ru-RU"/>
        </w:rPr>
        <w:t>среда;   воскресенье;   четверг;   вторник;    понедельник;     суббота,  пятница</w:t>
      </w:r>
      <w:r w:rsidRPr="00FD50CC">
        <w:rPr>
          <w:rFonts w:ascii="Times New Roman" w:eastAsia="SimSun" w:hAnsi="Times New Roman" w:cs="Times New Roman"/>
          <w:i/>
          <w:color w:val="00000A"/>
          <w:sz w:val="24"/>
          <w:szCs w:val="24"/>
          <w:lang w:val="ru-RU"/>
        </w:rPr>
        <w:t>.</w:t>
      </w:r>
    </w:p>
    <w:p w:rsidR="00FD50CC" w:rsidRPr="00FD50CC" w:rsidRDefault="00FD50CC" w:rsidP="00FD50CC">
      <w:pPr>
        <w:suppressAutoHyphens/>
        <w:spacing w:after="0" w:line="100" w:lineRule="atLeast"/>
        <w:rPr>
          <w:rFonts w:ascii="Times New Roman" w:eastAsia="SimSun" w:hAnsi="Times New Roman" w:cs="Times New Roman"/>
          <w:i/>
          <w:color w:val="00000A"/>
          <w:sz w:val="24"/>
          <w:szCs w:val="24"/>
          <w:lang w:val="ru-RU"/>
        </w:rPr>
      </w:pPr>
    </w:p>
    <w:p w:rsidR="00FD50CC" w:rsidRPr="00FD50CC" w:rsidRDefault="00FD50CC" w:rsidP="00FD50CC">
      <w:pPr>
        <w:suppressAutoHyphens/>
        <w:spacing w:after="0" w:line="100" w:lineRule="atLeast"/>
        <w:jc w:val="right"/>
        <w:rPr>
          <w:rFonts w:ascii="Times New Roman" w:eastAsia="SimSun" w:hAnsi="Times New Roman" w:cs="Times New Roman"/>
          <w:b/>
          <w:i/>
          <w:color w:val="00000A"/>
          <w:sz w:val="24"/>
          <w:szCs w:val="24"/>
          <w:lang w:val="ru-RU"/>
        </w:rPr>
      </w:pPr>
      <w:r w:rsidRPr="00FD50CC">
        <w:rPr>
          <w:rFonts w:ascii="Times New Roman" w:eastAsia="SimSun" w:hAnsi="Times New Roman" w:cs="Times New Roman"/>
          <w:b/>
          <w:i/>
          <w:color w:val="00000A"/>
          <w:sz w:val="24"/>
          <w:szCs w:val="24"/>
          <w:lang w:val="ru-RU"/>
        </w:rPr>
        <w:t xml:space="preserve">Повышенный уровень    </w:t>
      </w:r>
    </w:p>
    <w:p w:rsidR="00FD50CC" w:rsidRPr="00FD50CC" w:rsidRDefault="00FD50CC" w:rsidP="00FD50CC">
      <w:pPr>
        <w:suppressAutoHyphens/>
        <w:spacing w:after="0" w:line="100" w:lineRule="atLeast"/>
        <w:rPr>
          <w:rFonts w:ascii="Times New Roman" w:eastAsia="SimSun" w:hAnsi="Times New Roman" w:cs="Times New Roman"/>
          <w:i/>
          <w:color w:val="00000A"/>
          <w:sz w:val="24"/>
          <w:szCs w:val="24"/>
          <w:lang w:val="ru-RU"/>
        </w:rPr>
      </w:pPr>
      <w:r w:rsidRPr="00FD50CC">
        <w:rPr>
          <w:rFonts w:ascii="Times New Roman" w:eastAsia="SimSun" w:hAnsi="Times New Roman" w:cs="Times New Roman"/>
          <w:b/>
          <w:i/>
          <w:color w:val="00000A"/>
          <w:sz w:val="24"/>
          <w:szCs w:val="24"/>
          <w:lang w:val="ru-RU"/>
        </w:rPr>
        <w:t>11.  Напиши зимние месяцы:</w:t>
      </w:r>
      <w:r w:rsidRPr="00FD50CC">
        <w:rPr>
          <w:rFonts w:ascii="Times New Roman" w:eastAsia="SimSun" w:hAnsi="Times New Roman" w:cs="Times New Roman"/>
          <w:i/>
          <w:color w:val="00000A"/>
          <w:sz w:val="24"/>
          <w:szCs w:val="24"/>
          <w:lang w:val="ru-RU"/>
        </w:rPr>
        <w:t>___________________________________________</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         Напиши дату своего дня рождения __________________________________                                                                           </w:t>
      </w: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b/>
          <w:i/>
          <w:color w:val="00000A"/>
          <w:sz w:val="24"/>
          <w:szCs w:val="24"/>
          <w:lang w:val="ru-RU"/>
        </w:rPr>
        <w:t>12. Зачеркни лишнее:</w:t>
      </w:r>
      <w:r w:rsidRPr="00FD50CC">
        <w:rPr>
          <w:rFonts w:ascii="Times New Roman" w:eastAsia="SimSun" w:hAnsi="Times New Roman" w:cs="Times New Roman"/>
          <w:color w:val="00000A"/>
          <w:sz w:val="24"/>
          <w:szCs w:val="24"/>
          <w:lang w:val="ru-RU"/>
        </w:rPr>
        <w:t xml:space="preserve"> Африка, Англия, Антарктида, Австралия.</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      На каком материке мы живем? _______________________________________</w:t>
      </w: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p>
    <w:p w:rsidR="00FD50CC" w:rsidRPr="00FD50CC" w:rsidRDefault="00FD50CC" w:rsidP="00FD50CC">
      <w:pPr>
        <w:suppressAutoHyphens/>
        <w:spacing w:after="0" w:line="100" w:lineRule="atLeast"/>
        <w:rPr>
          <w:rFonts w:ascii="Times New Roman" w:eastAsia="SimSun" w:hAnsi="Times New Roman" w:cs="Times New Roman"/>
          <w:b/>
          <w:color w:val="00000A"/>
          <w:sz w:val="24"/>
          <w:szCs w:val="24"/>
          <w:lang w:val="ru-RU"/>
        </w:rPr>
      </w:pPr>
      <w:r w:rsidRPr="00FD50CC">
        <w:rPr>
          <w:rFonts w:ascii="Times New Roman" w:eastAsia="SimSun" w:hAnsi="Times New Roman" w:cs="Times New Roman"/>
          <w:b/>
          <w:i/>
          <w:color w:val="00000A"/>
          <w:sz w:val="24"/>
          <w:szCs w:val="24"/>
          <w:lang w:val="ru-RU"/>
        </w:rPr>
        <w:t>13. Перечисли океаны:</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_____________________________________________________________________</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b/>
          <w:i/>
          <w:color w:val="00000A"/>
          <w:sz w:val="24"/>
          <w:szCs w:val="24"/>
          <w:lang w:val="ru-RU"/>
        </w:rPr>
        <w:t>14. Президент России</w:t>
      </w:r>
      <w:r w:rsidRPr="00FD50CC">
        <w:rPr>
          <w:rFonts w:ascii="Times New Roman" w:eastAsia="SimSun" w:hAnsi="Times New Roman" w:cs="Times New Roman"/>
          <w:color w:val="00000A"/>
          <w:sz w:val="24"/>
          <w:szCs w:val="24"/>
          <w:lang w:val="ru-RU"/>
        </w:rPr>
        <w:t xml:space="preserve"> __________________________________________________</w:t>
      </w:r>
    </w:p>
    <w:p w:rsidR="00FD50CC" w:rsidRPr="00FD50CC" w:rsidRDefault="00FD50CC" w:rsidP="00FD50CC">
      <w:pPr>
        <w:spacing w:after="200" w:line="276" w:lineRule="auto"/>
        <w:jc w:val="both"/>
        <w:rPr>
          <w:rFonts w:ascii="Times New Roman" w:eastAsia="Times New Roman" w:hAnsi="Times New Roman" w:cs="Times New Roman"/>
          <w:b/>
          <w:i/>
          <w:sz w:val="24"/>
          <w:szCs w:val="24"/>
          <w:lang w:val="ru-RU"/>
        </w:rPr>
      </w:pPr>
    </w:p>
    <w:p w:rsidR="00FD50CC" w:rsidRPr="00FD50CC" w:rsidRDefault="00FD50CC" w:rsidP="00FD50CC">
      <w:pPr>
        <w:spacing w:after="200" w:line="276" w:lineRule="auto"/>
        <w:jc w:val="both"/>
        <w:rPr>
          <w:rFonts w:ascii="Times New Roman" w:eastAsia="Times New Roman" w:hAnsi="Times New Roman" w:cs="Times New Roman"/>
          <w:b/>
          <w:i/>
          <w:sz w:val="24"/>
          <w:szCs w:val="24"/>
          <w:lang w:val="ru-RU"/>
        </w:rPr>
      </w:pPr>
      <w:r w:rsidRPr="00FD50CC">
        <w:rPr>
          <w:rFonts w:ascii="Times New Roman" w:eastAsia="Times New Roman" w:hAnsi="Times New Roman" w:cs="Times New Roman"/>
          <w:b/>
          <w:i/>
          <w:sz w:val="24"/>
          <w:szCs w:val="24"/>
          <w:lang w:val="ru-RU"/>
        </w:rPr>
        <w:t>15. Подчеркни то, что относится к внешнему строению человека</w:t>
      </w:r>
    </w:p>
    <w:p w:rsidR="00FD50CC" w:rsidRPr="00FD50CC" w:rsidRDefault="00FD50CC" w:rsidP="00FD50CC">
      <w:pPr>
        <w:spacing w:after="0" w:line="240" w:lineRule="auto"/>
        <w:jc w:val="both"/>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Голова, головной мозг, шея, туловище, лёгкие, сердце, руки, желудок, кишечник, ноги</w:t>
      </w:r>
    </w:p>
    <w:p w:rsidR="00FD50CC" w:rsidRPr="00FD50CC" w:rsidRDefault="00FD50CC" w:rsidP="00FD50CC">
      <w:pPr>
        <w:spacing w:after="0" w:line="240" w:lineRule="auto"/>
        <w:jc w:val="both"/>
        <w:rPr>
          <w:rFonts w:ascii="Times New Roman" w:eastAsia="Times New Roman" w:hAnsi="Times New Roman" w:cs="Times New Roman"/>
          <w:b/>
          <w:i/>
          <w:sz w:val="24"/>
          <w:szCs w:val="24"/>
          <w:lang w:val="ru-RU"/>
        </w:rPr>
      </w:pPr>
    </w:p>
    <w:p w:rsidR="00FD50CC" w:rsidRPr="00FD50CC" w:rsidRDefault="00FD50CC" w:rsidP="00FD50CC">
      <w:pPr>
        <w:spacing w:after="0" w:line="240" w:lineRule="auto"/>
        <w:jc w:val="both"/>
        <w:rPr>
          <w:rFonts w:ascii="Times New Roman" w:eastAsia="Times New Roman" w:hAnsi="Times New Roman" w:cs="Times New Roman"/>
          <w:b/>
          <w:i/>
          <w:sz w:val="24"/>
          <w:szCs w:val="24"/>
          <w:lang w:val="ru-RU"/>
        </w:rPr>
      </w:pPr>
      <w:r w:rsidRPr="00FD50CC">
        <w:rPr>
          <w:rFonts w:ascii="Times New Roman" w:eastAsia="Times New Roman" w:hAnsi="Times New Roman" w:cs="Times New Roman"/>
          <w:b/>
          <w:i/>
          <w:sz w:val="24"/>
          <w:szCs w:val="24"/>
          <w:lang w:val="ru-RU"/>
        </w:rPr>
        <w:t>16. Заполни пропуски</w:t>
      </w:r>
    </w:p>
    <w:p w:rsidR="00FD50CC" w:rsidRPr="00FD50CC" w:rsidRDefault="00FD50CC" w:rsidP="00FD50CC">
      <w:pPr>
        <w:spacing w:after="200" w:line="276" w:lineRule="auto"/>
        <w:jc w:val="both"/>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Если встать лицом к северу, сзади будет -</w:t>
      </w:r>
      <w:r w:rsidRPr="00FD50CC">
        <w:rPr>
          <w:rFonts w:ascii="Times New Roman" w:eastAsia="Times New Roman" w:hAnsi="Times New Roman" w:cs="Times New Roman"/>
          <w:sz w:val="24"/>
          <w:szCs w:val="24"/>
          <w:lang w:val="ru-RU"/>
        </w:rPr>
        <w:tab/>
        <w:t>______, слева - ______, справа - _______</w:t>
      </w:r>
    </w:p>
    <w:p w:rsidR="00FD50CC" w:rsidRPr="00FD50CC" w:rsidRDefault="00FD50CC" w:rsidP="00FD50CC">
      <w:pPr>
        <w:spacing w:after="200" w:line="276" w:lineRule="auto"/>
        <w:jc w:val="both"/>
        <w:rPr>
          <w:rFonts w:ascii="Times New Roman" w:eastAsia="Times New Roman" w:hAnsi="Times New Roman" w:cs="Times New Roman"/>
          <w:b/>
          <w:i/>
          <w:sz w:val="24"/>
          <w:szCs w:val="24"/>
          <w:lang w:val="ru-RU"/>
        </w:rPr>
      </w:pPr>
      <w:r w:rsidRPr="00FD50CC">
        <w:rPr>
          <w:rFonts w:ascii="Times New Roman" w:eastAsia="Times New Roman" w:hAnsi="Times New Roman" w:cs="Times New Roman"/>
          <w:b/>
          <w:i/>
          <w:sz w:val="24"/>
          <w:szCs w:val="24"/>
          <w:lang w:val="ru-RU"/>
        </w:rPr>
        <w:t xml:space="preserve">17*. Напиши 2 - 3 предложения как  можно помочь птицам и диким животным зимой </w:t>
      </w:r>
    </w:p>
    <w:p w:rsidR="00FD50CC" w:rsidRPr="00FD50CC" w:rsidRDefault="00FD50CC" w:rsidP="00FD50CC">
      <w:pPr>
        <w:spacing w:after="200" w:line="276" w:lineRule="auto"/>
        <w:jc w:val="both"/>
        <w:rPr>
          <w:rFonts w:ascii="Times New Roman" w:eastAsia="Times New Roman" w:hAnsi="Times New Roman" w:cs="Times New Roman"/>
          <w:b/>
          <w:i/>
          <w:sz w:val="24"/>
          <w:szCs w:val="24"/>
          <w:lang w:val="ru-RU"/>
        </w:rPr>
      </w:pPr>
      <w:r w:rsidRPr="00FD50CC">
        <w:rPr>
          <w:rFonts w:ascii="Times New Roman" w:eastAsia="Times New Roman" w:hAnsi="Times New Roman" w:cs="Times New Roman"/>
          <w:b/>
          <w:i/>
          <w:sz w:val="24"/>
          <w:szCs w:val="24"/>
          <w:lang w:val="ru-RU"/>
        </w:rPr>
        <w:t>_____________________________________________________________________________________________________________________________________________________</w:t>
      </w:r>
    </w:p>
    <w:p w:rsidR="00FD50CC" w:rsidRPr="00FD50CC" w:rsidRDefault="00FD50CC" w:rsidP="00FD50CC">
      <w:pPr>
        <w:suppressAutoHyphens/>
        <w:spacing w:after="0" w:line="100" w:lineRule="atLeast"/>
        <w:jc w:val="center"/>
        <w:rPr>
          <w:rFonts w:ascii="Times New Roman" w:eastAsia="SimSun" w:hAnsi="Times New Roman" w:cs="Times New Roman"/>
          <w:b/>
          <w:color w:val="00000A"/>
          <w:sz w:val="24"/>
          <w:szCs w:val="24"/>
          <w:lang w:val="ru-RU"/>
        </w:rPr>
      </w:pPr>
    </w:p>
    <w:p w:rsidR="00FD50CC" w:rsidRPr="00FD50CC" w:rsidRDefault="00FD50CC" w:rsidP="00FD50CC">
      <w:pPr>
        <w:suppressAutoHyphens/>
        <w:spacing w:after="0" w:line="100" w:lineRule="atLeast"/>
        <w:jc w:val="center"/>
        <w:rPr>
          <w:rFonts w:ascii="Times New Roman" w:eastAsia="SimSun" w:hAnsi="Times New Roman" w:cs="Times New Roman"/>
          <w:b/>
          <w:color w:val="00000A"/>
          <w:sz w:val="24"/>
          <w:szCs w:val="24"/>
          <w:lang w:val="ru-RU"/>
        </w:rPr>
      </w:pPr>
    </w:p>
    <w:p w:rsidR="00FD50CC" w:rsidRPr="00FD50CC" w:rsidRDefault="00FD50CC" w:rsidP="00FD50CC">
      <w:pPr>
        <w:suppressAutoHyphens/>
        <w:spacing w:after="0" w:line="100" w:lineRule="atLeast"/>
        <w:jc w:val="center"/>
        <w:rPr>
          <w:rFonts w:ascii="Times New Roman" w:eastAsia="SimSun" w:hAnsi="Times New Roman" w:cs="Times New Roman"/>
          <w:b/>
          <w:color w:val="00000A"/>
          <w:sz w:val="24"/>
          <w:szCs w:val="24"/>
          <w:lang w:val="ru-RU"/>
        </w:rPr>
      </w:pPr>
      <w:r w:rsidRPr="00FD50CC">
        <w:rPr>
          <w:rFonts w:ascii="Times New Roman" w:eastAsia="SimSun" w:hAnsi="Times New Roman" w:cs="Times New Roman"/>
          <w:b/>
          <w:color w:val="00000A"/>
          <w:sz w:val="24"/>
          <w:szCs w:val="24"/>
          <w:lang w:val="ru-RU"/>
        </w:rPr>
        <w:t>2 вариант</w:t>
      </w:r>
    </w:p>
    <w:p w:rsidR="00FD50CC" w:rsidRPr="00FD50CC" w:rsidRDefault="00FD50CC" w:rsidP="00FD50CC">
      <w:pPr>
        <w:suppressAutoHyphens/>
        <w:spacing w:after="0" w:line="100" w:lineRule="atLeast"/>
        <w:jc w:val="right"/>
        <w:rPr>
          <w:rFonts w:ascii="Times New Roman" w:eastAsia="SimSun" w:hAnsi="Times New Roman" w:cs="Times New Roman"/>
          <w:b/>
          <w:i/>
          <w:color w:val="00000A"/>
          <w:sz w:val="24"/>
          <w:szCs w:val="24"/>
          <w:lang w:val="ru-RU"/>
        </w:rPr>
      </w:pPr>
      <w:r w:rsidRPr="00FD50CC">
        <w:rPr>
          <w:rFonts w:ascii="Times New Roman" w:eastAsia="SimSun" w:hAnsi="Times New Roman" w:cs="Times New Roman"/>
          <w:b/>
          <w:i/>
          <w:color w:val="00000A"/>
          <w:sz w:val="24"/>
          <w:szCs w:val="24"/>
          <w:lang w:val="ru-RU"/>
        </w:rPr>
        <w:t>Базовая уровень</w:t>
      </w: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r w:rsidRPr="00FD50CC">
        <w:rPr>
          <w:rFonts w:ascii="Times New Roman" w:eastAsia="SimSun" w:hAnsi="Times New Roman" w:cs="Times New Roman"/>
          <w:b/>
          <w:i/>
          <w:color w:val="00000A"/>
          <w:sz w:val="24"/>
          <w:szCs w:val="24"/>
          <w:lang w:val="ru-RU"/>
        </w:rPr>
        <w:t>1. Отметь, что относится к неживой природе?</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       □ пчела         □ морж         □ солнце</w:t>
      </w: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r w:rsidRPr="00FD50CC">
        <w:rPr>
          <w:rFonts w:ascii="Times New Roman" w:eastAsia="SimSun" w:hAnsi="Times New Roman" w:cs="Times New Roman"/>
          <w:b/>
          <w:i/>
          <w:color w:val="00000A"/>
          <w:sz w:val="24"/>
          <w:szCs w:val="24"/>
          <w:lang w:val="ru-RU"/>
        </w:rPr>
        <w:t xml:space="preserve">2. На флаге России: </w:t>
      </w: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r w:rsidRPr="00FD50CC">
        <w:rPr>
          <w:rFonts w:ascii="Times New Roman" w:eastAsia="SimSun" w:hAnsi="Times New Roman" w:cs="Times New Roman"/>
          <w:color w:val="00000A"/>
          <w:sz w:val="24"/>
          <w:szCs w:val="24"/>
          <w:lang w:val="ru-RU"/>
        </w:rPr>
        <w:t xml:space="preserve">        □ две полосы          □ нет полос        □ три полосы</w:t>
      </w: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r w:rsidRPr="00FD50CC">
        <w:rPr>
          <w:rFonts w:ascii="Times New Roman" w:eastAsia="SimSun" w:hAnsi="Times New Roman" w:cs="Times New Roman"/>
          <w:b/>
          <w:i/>
          <w:color w:val="00000A"/>
          <w:sz w:val="24"/>
          <w:szCs w:val="24"/>
          <w:lang w:val="ru-RU"/>
        </w:rPr>
        <w:t>3. Вода может находиться в:</w:t>
      </w: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r w:rsidRPr="00FD50CC">
        <w:rPr>
          <w:rFonts w:ascii="Times New Roman" w:eastAsia="SimSun" w:hAnsi="Times New Roman" w:cs="Times New Roman"/>
          <w:color w:val="00000A"/>
          <w:sz w:val="24"/>
          <w:szCs w:val="24"/>
          <w:lang w:val="ru-RU"/>
        </w:rPr>
        <w:t xml:space="preserve">         □ трёх состояниях     □ двух состояниях     □ пяти состояниях</w:t>
      </w: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r w:rsidRPr="00FD50CC">
        <w:rPr>
          <w:rFonts w:ascii="Times New Roman" w:eastAsia="SimSun" w:hAnsi="Times New Roman" w:cs="Times New Roman"/>
          <w:b/>
          <w:i/>
          <w:color w:val="00000A"/>
          <w:sz w:val="24"/>
          <w:szCs w:val="24"/>
          <w:lang w:val="ru-RU"/>
        </w:rPr>
        <w:t>4. Растения, у которых несколько одревесневших стеблей (стволов), - это</w:t>
      </w: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r w:rsidRPr="00FD50CC">
        <w:rPr>
          <w:rFonts w:ascii="Times New Roman" w:eastAsia="SimSun" w:hAnsi="Times New Roman" w:cs="Times New Roman"/>
          <w:color w:val="00000A"/>
          <w:sz w:val="24"/>
          <w:szCs w:val="24"/>
          <w:lang w:val="ru-RU"/>
        </w:rPr>
        <w:t xml:space="preserve">         □ кустарник         □ дерево         □ трава</w:t>
      </w: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r w:rsidRPr="00FD50CC">
        <w:rPr>
          <w:rFonts w:ascii="Times New Roman" w:eastAsia="SimSun" w:hAnsi="Times New Roman" w:cs="Times New Roman"/>
          <w:b/>
          <w:i/>
          <w:color w:val="00000A"/>
          <w:sz w:val="24"/>
          <w:szCs w:val="24"/>
          <w:lang w:val="ru-RU"/>
        </w:rPr>
        <w:t>5. Животные, тело которых покрыто шерстью, - это</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         □ рыбы         □ звери         □ птицы    </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i/>
          <w:color w:val="00000A"/>
          <w:sz w:val="24"/>
          <w:szCs w:val="24"/>
          <w:lang w:val="ru-RU"/>
        </w:rPr>
        <w:t>например:</w:t>
      </w:r>
      <w:r w:rsidRPr="00FD50CC">
        <w:rPr>
          <w:rFonts w:ascii="Times New Roman" w:eastAsia="SimSun" w:hAnsi="Times New Roman" w:cs="Times New Roman"/>
          <w:color w:val="00000A"/>
          <w:sz w:val="24"/>
          <w:szCs w:val="24"/>
          <w:lang w:val="ru-RU"/>
        </w:rPr>
        <w:t>_________________________</w:t>
      </w: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r w:rsidRPr="00FD50CC">
        <w:rPr>
          <w:rFonts w:ascii="Times New Roman" w:eastAsia="SimSun" w:hAnsi="Times New Roman" w:cs="Times New Roman"/>
          <w:b/>
          <w:i/>
          <w:color w:val="00000A"/>
          <w:sz w:val="24"/>
          <w:szCs w:val="24"/>
          <w:lang w:val="ru-RU"/>
        </w:rPr>
        <w:t>6. Как называется наука о небесных телах?</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        □ история    □ география     □ астрономия</w:t>
      </w: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r w:rsidRPr="00FD50CC">
        <w:rPr>
          <w:rFonts w:ascii="Times New Roman" w:eastAsia="SimSun" w:hAnsi="Times New Roman" w:cs="Times New Roman"/>
          <w:b/>
          <w:i/>
          <w:color w:val="00000A"/>
          <w:sz w:val="24"/>
          <w:szCs w:val="24"/>
          <w:lang w:val="ru-RU"/>
        </w:rPr>
        <w:t xml:space="preserve">7. Выбери название основной реки твоего края: </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         □ Ока         □ Урал         □ Обь</w:t>
      </w: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r w:rsidRPr="00FD50CC">
        <w:rPr>
          <w:rFonts w:ascii="Times New Roman" w:eastAsia="SimSun" w:hAnsi="Times New Roman" w:cs="Times New Roman"/>
          <w:b/>
          <w:i/>
          <w:color w:val="00000A"/>
          <w:sz w:val="24"/>
          <w:szCs w:val="24"/>
          <w:lang w:val="ru-RU"/>
        </w:rPr>
        <w:t>8. В какой строчке указаны только лиственные растения:</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         □ саксаул, пальма, кактус</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         □ ель, сосна, лиственница</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         □ берёза, рябина, осина</w:t>
      </w: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b/>
          <w:i/>
          <w:color w:val="00000A"/>
          <w:sz w:val="24"/>
          <w:szCs w:val="24"/>
          <w:lang w:val="ru-RU"/>
        </w:rPr>
        <w:t>9. На каком материке располагается наша страна:</w:t>
      </w:r>
      <w:r w:rsidRPr="00FD50CC">
        <w:rPr>
          <w:rFonts w:ascii="Times New Roman" w:eastAsia="SimSun" w:hAnsi="Times New Roman" w:cs="Times New Roman"/>
          <w:color w:val="00000A"/>
          <w:sz w:val="24"/>
          <w:szCs w:val="24"/>
          <w:lang w:val="ru-RU"/>
        </w:rPr>
        <w:t xml:space="preserve"> □ Африка    □ Евразия     □  Австралия</w:t>
      </w:r>
    </w:p>
    <w:p w:rsidR="00FD50CC" w:rsidRPr="00FD50CC" w:rsidRDefault="00FD50CC" w:rsidP="00FD50CC">
      <w:pPr>
        <w:suppressAutoHyphens/>
        <w:spacing w:after="0" w:line="100" w:lineRule="atLeast"/>
        <w:rPr>
          <w:rFonts w:ascii="Times New Roman" w:eastAsia="SimSun" w:hAnsi="Times New Roman" w:cs="Times New Roman"/>
          <w:b/>
          <w:i/>
          <w:color w:val="00000A"/>
          <w:sz w:val="24"/>
          <w:szCs w:val="24"/>
          <w:lang w:val="ru-RU"/>
        </w:rPr>
      </w:pPr>
      <w:r w:rsidRPr="00FD50CC">
        <w:rPr>
          <w:rFonts w:ascii="Times New Roman" w:eastAsia="SimSun" w:hAnsi="Times New Roman" w:cs="Times New Roman"/>
          <w:b/>
          <w:i/>
          <w:color w:val="00000A"/>
          <w:sz w:val="24"/>
          <w:szCs w:val="24"/>
          <w:lang w:val="ru-RU"/>
        </w:rPr>
        <w:t>10. Укажи группу насекомых луга:</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         □ жуки-пловцы, муравьи</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         □ жуки-короеды, майские жуки</w:t>
      </w:r>
    </w:p>
    <w:p w:rsidR="00FD50CC" w:rsidRPr="00FD50CC" w:rsidRDefault="00FD50CC" w:rsidP="00FD50CC">
      <w:p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         □ шмели, бабочки</w:t>
      </w:r>
    </w:p>
    <w:p w:rsidR="00FD50CC" w:rsidRPr="00FD50CC" w:rsidRDefault="00FD50CC" w:rsidP="00FD50CC">
      <w:pPr>
        <w:suppressAutoHyphens/>
        <w:spacing w:after="0" w:line="240" w:lineRule="auto"/>
        <w:jc w:val="right"/>
        <w:rPr>
          <w:rFonts w:ascii="Times New Roman" w:eastAsia="SimSun" w:hAnsi="Times New Roman" w:cs="Times New Roman"/>
          <w:b/>
          <w:i/>
          <w:color w:val="00000A"/>
          <w:sz w:val="24"/>
          <w:szCs w:val="24"/>
          <w:lang w:val="ru-RU"/>
        </w:rPr>
      </w:pPr>
      <w:r w:rsidRPr="00FD50CC">
        <w:rPr>
          <w:rFonts w:ascii="Times New Roman" w:eastAsia="SimSun" w:hAnsi="Times New Roman" w:cs="Times New Roman"/>
          <w:b/>
          <w:i/>
          <w:color w:val="00000A"/>
          <w:sz w:val="24"/>
          <w:szCs w:val="24"/>
          <w:lang w:val="ru-RU"/>
        </w:rPr>
        <w:t>Повышенный уровень</w:t>
      </w:r>
    </w:p>
    <w:p w:rsidR="00FD50CC" w:rsidRPr="00FD50CC" w:rsidRDefault="00FD50CC" w:rsidP="00FD50CC">
      <w:pPr>
        <w:suppressAutoHyphens/>
        <w:spacing w:after="0" w:line="240" w:lineRule="auto"/>
        <w:rPr>
          <w:rFonts w:ascii="Times New Roman" w:eastAsia="SimSun" w:hAnsi="Times New Roman" w:cs="Times New Roman"/>
          <w:color w:val="00000A"/>
          <w:sz w:val="24"/>
          <w:szCs w:val="24"/>
          <w:lang w:val="ru-RU"/>
        </w:rPr>
      </w:pPr>
      <w:r w:rsidRPr="00FD50CC">
        <w:rPr>
          <w:rFonts w:ascii="Times New Roman" w:eastAsia="SimSun" w:hAnsi="Times New Roman" w:cs="Times New Roman"/>
          <w:b/>
          <w:i/>
          <w:color w:val="00000A"/>
          <w:sz w:val="24"/>
          <w:szCs w:val="24"/>
          <w:lang w:val="ru-RU"/>
        </w:rPr>
        <w:t>11.   Сколько ног у насекомых?</w:t>
      </w:r>
      <w:r w:rsidRPr="00FD50CC">
        <w:rPr>
          <w:rFonts w:ascii="Times New Roman" w:eastAsia="SimSun" w:hAnsi="Times New Roman" w:cs="Times New Roman"/>
          <w:color w:val="00000A"/>
          <w:sz w:val="24"/>
          <w:szCs w:val="24"/>
          <w:lang w:val="ru-RU"/>
        </w:rPr>
        <w:t xml:space="preserve">  □ 4 ноги    □ 6 ног    □  8 ног</w:t>
      </w:r>
    </w:p>
    <w:p w:rsidR="00FD50CC" w:rsidRPr="00FD50CC" w:rsidRDefault="00FD50CC" w:rsidP="00FD50CC">
      <w:pPr>
        <w:suppressAutoHyphens/>
        <w:spacing w:after="0" w:line="240" w:lineRule="auto"/>
        <w:rPr>
          <w:rFonts w:ascii="Times New Roman" w:eastAsia="SimSun" w:hAnsi="Times New Roman" w:cs="Times New Roman"/>
          <w:b/>
          <w:i/>
          <w:color w:val="00000A"/>
          <w:sz w:val="24"/>
          <w:szCs w:val="24"/>
          <w:lang w:val="ru-RU"/>
        </w:rPr>
      </w:pPr>
    </w:p>
    <w:p w:rsidR="00FD50CC" w:rsidRPr="00FD50CC" w:rsidRDefault="00FD50CC" w:rsidP="00FD50CC">
      <w:pPr>
        <w:suppressAutoHyphens/>
        <w:spacing w:after="0" w:line="240" w:lineRule="auto"/>
        <w:rPr>
          <w:rFonts w:ascii="Times New Roman" w:eastAsia="SimSun" w:hAnsi="Times New Roman" w:cs="Times New Roman"/>
          <w:color w:val="00000A"/>
          <w:sz w:val="24"/>
          <w:szCs w:val="24"/>
          <w:lang w:val="ru-RU"/>
        </w:rPr>
      </w:pPr>
      <w:r w:rsidRPr="00FD50CC">
        <w:rPr>
          <w:rFonts w:ascii="Times New Roman" w:eastAsia="SimSun" w:hAnsi="Times New Roman" w:cs="Times New Roman"/>
          <w:b/>
          <w:i/>
          <w:color w:val="00000A"/>
          <w:sz w:val="24"/>
          <w:szCs w:val="24"/>
          <w:lang w:val="ru-RU"/>
        </w:rPr>
        <w:t>12 .  Напиши летние месяцы:</w:t>
      </w:r>
      <w:r w:rsidRPr="00FD50CC">
        <w:rPr>
          <w:rFonts w:ascii="Times New Roman" w:eastAsia="SimSun" w:hAnsi="Times New Roman" w:cs="Times New Roman"/>
          <w:color w:val="00000A"/>
          <w:sz w:val="24"/>
          <w:szCs w:val="24"/>
          <w:lang w:val="ru-RU"/>
        </w:rPr>
        <w:t xml:space="preserve"> ________________________________________________ </w:t>
      </w:r>
    </w:p>
    <w:p w:rsidR="00FD50CC" w:rsidRPr="00FD50CC" w:rsidRDefault="00FD50CC" w:rsidP="00FD50CC">
      <w:pPr>
        <w:suppressAutoHyphens/>
        <w:spacing w:after="0" w:line="240" w:lineRule="auto"/>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        Напиши дату своего дня рождения _______________________________________ </w:t>
      </w:r>
    </w:p>
    <w:p w:rsidR="00FD50CC" w:rsidRPr="00FD50CC" w:rsidRDefault="00FD50CC" w:rsidP="00FD50CC">
      <w:pPr>
        <w:suppressAutoHyphens/>
        <w:spacing w:after="0" w:line="240" w:lineRule="auto"/>
        <w:rPr>
          <w:rFonts w:ascii="Times New Roman" w:eastAsia="SimSun" w:hAnsi="Times New Roman" w:cs="Times New Roman"/>
          <w:b/>
          <w:i/>
          <w:color w:val="00000A"/>
          <w:sz w:val="24"/>
          <w:szCs w:val="24"/>
          <w:lang w:val="ru-RU"/>
        </w:rPr>
      </w:pPr>
      <w:r w:rsidRPr="00FD50CC">
        <w:rPr>
          <w:rFonts w:ascii="Times New Roman" w:eastAsia="SimSun" w:hAnsi="Times New Roman" w:cs="Times New Roman"/>
          <w:b/>
          <w:i/>
          <w:color w:val="00000A"/>
          <w:sz w:val="24"/>
          <w:szCs w:val="24"/>
          <w:lang w:val="ru-RU"/>
        </w:rPr>
        <w:t>13. Запиши цифрами порядок следования цветов радуги.</w:t>
      </w:r>
    </w:p>
    <w:p w:rsidR="00FD50CC" w:rsidRPr="00FD50CC" w:rsidRDefault="00FD50CC" w:rsidP="00FD50CC">
      <w:pPr>
        <w:suppressAutoHyphens/>
        <w:spacing w:after="0" w:line="240" w:lineRule="auto"/>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       □                   □                  □                □             □                  □                □</w:t>
      </w:r>
    </w:p>
    <w:p w:rsidR="00FD50CC" w:rsidRPr="00FD50CC" w:rsidRDefault="00FD50CC" w:rsidP="00FD50CC">
      <w:pPr>
        <w:suppressAutoHyphens/>
        <w:spacing w:after="0" w:line="240" w:lineRule="auto"/>
        <w:rPr>
          <w:rFonts w:ascii="Times New Roman" w:eastAsia="SimSun" w:hAnsi="Times New Roman" w:cs="Times New Roman"/>
          <w:color w:val="00000A"/>
          <w:sz w:val="24"/>
          <w:szCs w:val="24"/>
          <w:lang w:val="ru-RU"/>
        </w:rPr>
      </w:pPr>
      <w:r w:rsidRPr="00FD50CC">
        <w:rPr>
          <w:rFonts w:ascii="Times New Roman" w:eastAsia="SimSun" w:hAnsi="Times New Roman" w:cs="Times New Roman"/>
          <w:i/>
          <w:color w:val="00000A"/>
          <w:sz w:val="24"/>
          <w:szCs w:val="24"/>
          <w:lang w:val="ru-RU"/>
        </w:rPr>
        <w:t xml:space="preserve">голубой;   фиолетовый;   красный;   синий;    зелёный;     жёлтый,  оранжевый.                                                 </w:t>
      </w:r>
    </w:p>
    <w:p w:rsidR="00FD50CC" w:rsidRPr="00FD50CC" w:rsidRDefault="00FD50CC" w:rsidP="00FD50CC">
      <w:pPr>
        <w:suppressAutoHyphens/>
        <w:spacing w:after="0" w:line="240" w:lineRule="auto"/>
        <w:rPr>
          <w:rFonts w:ascii="Times New Roman" w:eastAsia="SimSun" w:hAnsi="Times New Roman" w:cs="Times New Roman"/>
          <w:b/>
          <w:i/>
          <w:color w:val="00000A"/>
          <w:sz w:val="24"/>
          <w:szCs w:val="24"/>
          <w:lang w:val="ru-RU"/>
        </w:rPr>
      </w:pPr>
    </w:p>
    <w:p w:rsidR="00FD50CC" w:rsidRPr="00FD50CC" w:rsidRDefault="00FD50CC" w:rsidP="00FD50CC">
      <w:pPr>
        <w:suppressAutoHyphens/>
        <w:spacing w:after="0" w:line="240" w:lineRule="auto"/>
        <w:rPr>
          <w:rFonts w:ascii="Times New Roman" w:eastAsia="SimSun" w:hAnsi="Times New Roman" w:cs="Times New Roman"/>
          <w:color w:val="00000A"/>
          <w:sz w:val="24"/>
          <w:szCs w:val="24"/>
          <w:lang w:val="ru-RU"/>
        </w:rPr>
      </w:pPr>
      <w:r w:rsidRPr="00FD50CC">
        <w:rPr>
          <w:rFonts w:ascii="Times New Roman" w:eastAsia="SimSun" w:hAnsi="Times New Roman" w:cs="Times New Roman"/>
          <w:b/>
          <w:i/>
          <w:color w:val="00000A"/>
          <w:sz w:val="24"/>
          <w:szCs w:val="24"/>
          <w:lang w:val="ru-RU"/>
        </w:rPr>
        <w:t>14. Президент России</w:t>
      </w:r>
      <w:r w:rsidRPr="00FD50CC">
        <w:rPr>
          <w:rFonts w:ascii="Times New Roman" w:eastAsia="SimSun" w:hAnsi="Times New Roman" w:cs="Times New Roman"/>
          <w:color w:val="00000A"/>
          <w:sz w:val="24"/>
          <w:szCs w:val="24"/>
          <w:lang w:val="ru-RU"/>
        </w:rPr>
        <w:t xml:space="preserve"> _________________________________________________</w:t>
      </w:r>
    </w:p>
    <w:p w:rsidR="00FD50CC" w:rsidRPr="00FD50CC" w:rsidRDefault="00FD50CC" w:rsidP="00FD50CC">
      <w:pPr>
        <w:suppressAutoHyphens/>
        <w:spacing w:after="0" w:line="240" w:lineRule="auto"/>
        <w:rPr>
          <w:rFonts w:ascii="Times New Roman" w:eastAsia="SimSun" w:hAnsi="Times New Roman" w:cs="Times New Roman"/>
          <w:color w:val="00000A"/>
          <w:sz w:val="24"/>
          <w:szCs w:val="24"/>
          <w:lang w:val="ru-RU"/>
        </w:rPr>
      </w:pPr>
    </w:p>
    <w:p w:rsidR="00FD50CC" w:rsidRPr="00FD50CC" w:rsidRDefault="00FD50CC" w:rsidP="00FD50CC">
      <w:pPr>
        <w:spacing w:after="0" w:line="240" w:lineRule="auto"/>
        <w:jc w:val="both"/>
        <w:rPr>
          <w:rFonts w:ascii="Times New Roman" w:eastAsia="Times New Roman" w:hAnsi="Times New Roman" w:cs="Times New Roman"/>
          <w:b/>
          <w:i/>
          <w:sz w:val="24"/>
          <w:szCs w:val="24"/>
          <w:lang w:val="ru-RU"/>
        </w:rPr>
      </w:pPr>
      <w:r w:rsidRPr="00FD50CC">
        <w:rPr>
          <w:rFonts w:ascii="Times New Roman" w:eastAsia="Times New Roman" w:hAnsi="Times New Roman" w:cs="Times New Roman"/>
          <w:b/>
          <w:i/>
          <w:sz w:val="24"/>
          <w:szCs w:val="24"/>
          <w:lang w:val="ru-RU"/>
        </w:rPr>
        <w:t>15. Подчеркни то, что относится к внутреннему строению человека</w:t>
      </w:r>
    </w:p>
    <w:p w:rsidR="00FD50CC" w:rsidRPr="00FD50CC" w:rsidRDefault="00FD50CC" w:rsidP="00FD50CC">
      <w:pPr>
        <w:spacing w:after="0" w:line="240" w:lineRule="auto"/>
        <w:jc w:val="both"/>
        <w:rPr>
          <w:rFonts w:ascii="Times New Roman" w:eastAsia="Times New Roman" w:hAnsi="Times New Roman" w:cs="Times New Roman"/>
          <w:b/>
          <w:i/>
          <w:sz w:val="24"/>
          <w:szCs w:val="24"/>
          <w:lang w:val="ru-RU"/>
        </w:rPr>
      </w:pPr>
      <w:r w:rsidRPr="00FD50CC">
        <w:rPr>
          <w:rFonts w:ascii="Times New Roman" w:eastAsia="Times New Roman" w:hAnsi="Times New Roman" w:cs="Times New Roman"/>
          <w:sz w:val="24"/>
          <w:szCs w:val="24"/>
          <w:lang w:val="ru-RU"/>
        </w:rPr>
        <w:t>Голова, головной мозг, шея, туловище, лёгкие, сердце, руки, желудок, кишечник, ноги.</w:t>
      </w:r>
    </w:p>
    <w:p w:rsidR="00FD50CC" w:rsidRPr="00FD50CC" w:rsidRDefault="00FD50CC" w:rsidP="00FD50CC">
      <w:pPr>
        <w:spacing w:after="0" w:line="240" w:lineRule="auto"/>
        <w:jc w:val="both"/>
        <w:rPr>
          <w:rFonts w:ascii="Times New Roman" w:eastAsia="Times New Roman" w:hAnsi="Times New Roman" w:cs="Times New Roman"/>
          <w:b/>
          <w:i/>
          <w:sz w:val="24"/>
          <w:szCs w:val="24"/>
          <w:lang w:val="ru-RU"/>
        </w:rPr>
      </w:pPr>
    </w:p>
    <w:p w:rsidR="00FD50CC" w:rsidRPr="00FD50CC" w:rsidRDefault="00FD50CC" w:rsidP="00FD50CC">
      <w:pPr>
        <w:spacing w:after="0" w:line="240" w:lineRule="auto"/>
        <w:jc w:val="both"/>
        <w:rPr>
          <w:rFonts w:ascii="Times New Roman" w:eastAsia="Times New Roman" w:hAnsi="Times New Roman" w:cs="Times New Roman"/>
          <w:b/>
          <w:i/>
          <w:sz w:val="24"/>
          <w:szCs w:val="24"/>
          <w:lang w:val="ru-RU"/>
        </w:rPr>
      </w:pPr>
      <w:r w:rsidRPr="00FD50CC">
        <w:rPr>
          <w:rFonts w:ascii="Times New Roman" w:eastAsia="Times New Roman" w:hAnsi="Times New Roman" w:cs="Times New Roman"/>
          <w:b/>
          <w:i/>
          <w:sz w:val="24"/>
          <w:szCs w:val="24"/>
          <w:lang w:val="ru-RU"/>
        </w:rPr>
        <w:t>16. Заполни пропуски</w:t>
      </w:r>
    </w:p>
    <w:p w:rsidR="00FD50CC" w:rsidRPr="00FD50CC" w:rsidRDefault="00FD50CC" w:rsidP="00FD50CC">
      <w:pPr>
        <w:spacing w:after="0" w:line="240" w:lineRule="auto"/>
        <w:jc w:val="both"/>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Если встать лицом к югу, сзади будет -</w:t>
      </w:r>
      <w:r w:rsidRPr="00FD50CC">
        <w:rPr>
          <w:rFonts w:ascii="Times New Roman" w:eastAsia="Times New Roman" w:hAnsi="Times New Roman" w:cs="Times New Roman"/>
          <w:sz w:val="24"/>
          <w:szCs w:val="24"/>
          <w:lang w:val="ru-RU"/>
        </w:rPr>
        <w:tab/>
        <w:t>______, слева - ______, справа - _______</w:t>
      </w:r>
    </w:p>
    <w:p w:rsidR="00FD50CC" w:rsidRPr="00FD50CC" w:rsidRDefault="00FD50CC" w:rsidP="00FD50CC">
      <w:pPr>
        <w:spacing w:after="0" w:line="240" w:lineRule="auto"/>
        <w:jc w:val="both"/>
        <w:rPr>
          <w:rFonts w:ascii="Times New Roman" w:eastAsia="Times New Roman" w:hAnsi="Times New Roman" w:cs="Times New Roman"/>
          <w:sz w:val="24"/>
          <w:szCs w:val="24"/>
          <w:lang w:val="ru-RU"/>
        </w:rPr>
      </w:pPr>
    </w:p>
    <w:p w:rsidR="00FD50CC" w:rsidRPr="00FD50CC" w:rsidRDefault="00FD50CC" w:rsidP="00FD50CC">
      <w:pPr>
        <w:spacing w:after="200" w:line="276" w:lineRule="auto"/>
        <w:jc w:val="both"/>
        <w:rPr>
          <w:rFonts w:ascii="Times New Roman" w:eastAsia="Times New Roman" w:hAnsi="Times New Roman" w:cs="Times New Roman"/>
          <w:b/>
          <w:i/>
          <w:sz w:val="24"/>
          <w:szCs w:val="24"/>
          <w:lang w:val="ru-RU"/>
        </w:rPr>
      </w:pPr>
      <w:r w:rsidRPr="00FD50CC">
        <w:rPr>
          <w:rFonts w:ascii="Times New Roman" w:eastAsia="Times New Roman" w:hAnsi="Times New Roman" w:cs="Times New Roman"/>
          <w:b/>
          <w:i/>
          <w:sz w:val="24"/>
          <w:szCs w:val="24"/>
          <w:lang w:val="ru-RU"/>
        </w:rPr>
        <w:t>17*. Напиши 2 - 3 предложения как  можно спасти природу от загрязнения</w:t>
      </w:r>
    </w:p>
    <w:p w:rsidR="00FD50CC" w:rsidRPr="00FD50CC" w:rsidRDefault="00FD50CC" w:rsidP="00FD50CC">
      <w:pPr>
        <w:spacing w:after="200" w:line="276" w:lineRule="auto"/>
        <w:jc w:val="both"/>
        <w:rPr>
          <w:rFonts w:ascii="Times New Roman" w:eastAsia="Times New Roman" w:hAnsi="Times New Roman" w:cs="Times New Roman"/>
          <w:b/>
          <w:i/>
          <w:sz w:val="24"/>
          <w:szCs w:val="24"/>
          <w:lang w:val="ru-RU"/>
        </w:rPr>
      </w:pPr>
    </w:p>
    <w:p w:rsidR="00FD50CC" w:rsidRPr="00FD50CC" w:rsidRDefault="00FD50CC" w:rsidP="00FD50CC">
      <w:pPr>
        <w:spacing w:after="200" w:line="276" w:lineRule="auto"/>
        <w:jc w:val="both"/>
        <w:rPr>
          <w:rFonts w:ascii="Times New Roman" w:eastAsia="Times New Roman" w:hAnsi="Times New Roman" w:cs="Times New Roman"/>
          <w:b/>
          <w:i/>
          <w:sz w:val="24"/>
          <w:szCs w:val="24"/>
          <w:lang w:val="ru-RU"/>
        </w:rPr>
      </w:pPr>
    </w:p>
    <w:tbl>
      <w:tblPr>
        <w:tblpPr w:leftFromText="180" w:rightFromText="180" w:vertAnchor="text" w:horzAnchor="margin" w:tblpXSpec="center" w:tblpY="-258"/>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19"/>
        <w:gridCol w:w="742"/>
        <w:gridCol w:w="3402"/>
        <w:gridCol w:w="109"/>
        <w:gridCol w:w="1734"/>
      </w:tblGrid>
      <w:tr w:rsidR="00FD50CC" w:rsidRPr="00FD50CC" w:rsidTr="00FD50CC">
        <w:trPr>
          <w:trHeight w:val="555"/>
        </w:trPr>
        <w:tc>
          <w:tcPr>
            <w:tcW w:w="4961" w:type="dxa"/>
            <w:gridSpan w:val="2"/>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b/>
                <w:sz w:val="24"/>
                <w:szCs w:val="24"/>
              </w:rPr>
            </w:pPr>
            <w:r w:rsidRPr="00FD50CC">
              <w:rPr>
                <w:rFonts w:ascii="Times New Roman" w:eastAsia="Times New Roman" w:hAnsi="Times New Roman" w:cs="Times New Roman"/>
                <w:b/>
                <w:sz w:val="24"/>
                <w:szCs w:val="24"/>
              </w:rPr>
              <w:t>Задание</w:t>
            </w:r>
          </w:p>
        </w:tc>
        <w:tc>
          <w:tcPr>
            <w:tcW w:w="3402" w:type="dxa"/>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b/>
                <w:sz w:val="24"/>
                <w:szCs w:val="24"/>
              </w:rPr>
            </w:pPr>
            <w:r w:rsidRPr="00FD50CC">
              <w:rPr>
                <w:rFonts w:ascii="Times New Roman" w:eastAsia="Times New Roman" w:hAnsi="Times New Roman" w:cs="Times New Roman"/>
                <w:b/>
                <w:sz w:val="24"/>
                <w:szCs w:val="24"/>
              </w:rPr>
              <w:t>Ответ</w:t>
            </w:r>
          </w:p>
        </w:tc>
        <w:tc>
          <w:tcPr>
            <w:tcW w:w="1843" w:type="dxa"/>
            <w:gridSpan w:val="2"/>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b/>
                <w:sz w:val="24"/>
                <w:szCs w:val="24"/>
              </w:rPr>
            </w:pPr>
            <w:r w:rsidRPr="00FD50CC">
              <w:rPr>
                <w:rFonts w:ascii="Times New Roman" w:eastAsia="Times New Roman" w:hAnsi="Times New Roman" w:cs="Times New Roman"/>
                <w:b/>
                <w:sz w:val="24"/>
                <w:szCs w:val="24"/>
              </w:rPr>
              <w:t>Колич. баллов</w:t>
            </w:r>
          </w:p>
        </w:tc>
      </w:tr>
      <w:tr w:rsidR="00FD50CC" w:rsidRPr="00FD50CC" w:rsidTr="00FD50CC">
        <w:trPr>
          <w:trHeight w:val="182"/>
        </w:trPr>
        <w:tc>
          <w:tcPr>
            <w:tcW w:w="10206" w:type="dxa"/>
            <w:gridSpan w:val="5"/>
            <w:tcBorders>
              <w:bottom w:val="single" w:sz="4" w:space="0" w:color="auto"/>
            </w:tcBorders>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b/>
                <w:i/>
                <w:sz w:val="24"/>
                <w:szCs w:val="24"/>
              </w:rPr>
            </w:pPr>
            <w:r w:rsidRPr="00FD50CC">
              <w:rPr>
                <w:rFonts w:ascii="Times New Roman" w:eastAsia="Times New Roman" w:hAnsi="Times New Roman" w:cs="Times New Roman"/>
                <w:b/>
                <w:i/>
                <w:sz w:val="24"/>
                <w:szCs w:val="24"/>
              </w:rPr>
              <w:t>Базовый уровень</w:t>
            </w:r>
          </w:p>
        </w:tc>
      </w:tr>
      <w:tr w:rsidR="00FD50CC" w:rsidRPr="00FD50CC" w:rsidTr="001B259C">
        <w:trPr>
          <w:trHeight w:val="376"/>
        </w:trPr>
        <w:tc>
          <w:tcPr>
            <w:tcW w:w="4219" w:type="dxa"/>
            <w:tcBorders>
              <w:top w:val="single" w:sz="4" w:space="0" w:color="auto"/>
              <w:bottom w:val="single" w:sz="4" w:space="0" w:color="auto"/>
            </w:tcBorders>
          </w:tcPr>
          <w:p w:rsidR="00FD50CC" w:rsidRPr="00FD50CC" w:rsidRDefault="00FD50CC" w:rsidP="00FD50CC">
            <w:pPr>
              <w:suppressAutoHyphens/>
              <w:spacing w:after="0" w:line="240" w:lineRule="auto"/>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1.Отметь, что относится к живой природе?</w:t>
            </w:r>
          </w:p>
        </w:tc>
        <w:tc>
          <w:tcPr>
            <w:tcW w:w="4144" w:type="dxa"/>
            <w:gridSpan w:val="2"/>
            <w:tcBorders>
              <w:top w:val="single" w:sz="4" w:space="0" w:color="auto"/>
            </w:tcBorders>
          </w:tcPr>
          <w:p w:rsidR="00FD50CC" w:rsidRPr="00FD50CC" w:rsidRDefault="00FD50CC" w:rsidP="00FD50CC">
            <w:pPr>
              <w:autoSpaceDE w:val="0"/>
              <w:autoSpaceDN w:val="0"/>
              <w:adjustRightInd w:val="0"/>
              <w:spacing w:after="0" w:line="240" w:lineRule="auto"/>
              <w:rPr>
                <w:rFonts w:ascii="Times New Roman" w:eastAsia="Times New Roman" w:hAnsi="Times New Roman" w:cs="Times New Roman"/>
                <w:b/>
                <w:i/>
                <w:sz w:val="24"/>
                <w:szCs w:val="24"/>
              </w:rPr>
            </w:pPr>
            <w:r w:rsidRPr="00FD50CC">
              <w:rPr>
                <w:rFonts w:ascii="Times New Roman" w:eastAsia="Times New Roman" w:hAnsi="Times New Roman" w:cs="Times New Roman"/>
                <w:sz w:val="24"/>
                <w:szCs w:val="24"/>
              </w:rPr>
              <w:t>Правильный ответ</w:t>
            </w:r>
            <w:r w:rsidRPr="00FD50CC">
              <w:rPr>
                <w:rFonts w:ascii="Times New Roman" w:eastAsia="Times New Roman" w:hAnsi="Times New Roman" w:cs="Times New Roman"/>
                <w:b/>
                <w:i/>
                <w:sz w:val="24"/>
                <w:szCs w:val="24"/>
              </w:rPr>
              <w:t xml:space="preserve"> (воробей)</w:t>
            </w:r>
          </w:p>
        </w:tc>
        <w:tc>
          <w:tcPr>
            <w:tcW w:w="1843" w:type="dxa"/>
            <w:gridSpan w:val="2"/>
            <w:tcBorders>
              <w:top w:val="single" w:sz="4" w:space="0" w:color="auto"/>
            </w:tcBorders>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1B259C">
        <w:tc>
          <w:tcPr>
            <w:tcW w:w="4219" w:type="dxa"/>
            <w:tcBorders>
              <w:top w:val="single" w:sz="4" w:space="0" w:color="auto"/>
              <w:bottom w:val="single" w:sz="4" w:space="0" w:color="auto"/>
            </w:tcBorders>
          </w:tcPr>
          <w:p w:rsidR="00FD50CC" w:rsidRPr="00FD50CC" w:rsidRDefault="00FD50CC" w:rsidP="00FD50CC">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2. На флаге России три полосы:</w:t>
            </w:r>
          </w:p>
        </w:tc>
        <w:tc>
          <w:tcPr>
            <w:tcW w:w="4144" w:type="dxa"/>
            <w:gridSpan w:val="2"/>
          </w:tcPr>
          <w:p w:rsidR="00FD50CC" w:rsidRPr="00FD50CC" w:rsidRDefault="00FD50CC" w:rsidP="00FD50CC">
            <w:pPr>
              <w:autoSpaceDE w:val="0"/>
              <w:autoSpaceDN w:val="0"/>
              <w:adjustRightInd w:val="0"/>
              <w:spacing w:after="0" w:line="240" w:lineRule="auto"/>
              <w:jc w:val="both"/>
              <w:rPr>
                <w:rFonts w:ascii="Times New Roman" w:eastAsia="Times New Roman" w:hAnsi="Times New Roman" w:cs="Times New Roman"/>
                <w:b/>
                <w:i/>
                <w:sz w:val="24"/>
                <w:szCs w:val="24"/>
                <w:lang w:val="ru-RU"/>
              </w:rPr>
            </w:pPr>
            <w:r w:rsidRPr="00FD50CC">
              <w:rPr>
                <w:rFonts w:ascii="Times New Roman" w:eastAsia="Times New Roman" w:hAnsi="Times New Roman" w:cs="Times New Roman"/>
                <w:sz w:val="24"/>
                <w:szCs w:val="24"/>
                <w:lang w:val="ru-RU"/>
              </w:rPr>
              <w:t>Правильный ответ</w:t>
            </w:r>
            <w:r w:rsidRPr="00FD50CC">
              <w:rPr>
                <w:rFonts w:ascii="Times New Roman" w:eastAsia="Times New Roman" w:hAnsi="Times New Roman" w:cs="Times New Roman"/>
                <w:b/>
                <w:i/>
                <w:sz w:val="24"/>
                <w:szCs w:val="24"/>
                <w:lang w:val="ru-RU"/>
              </w:rPr>
              <w:t xml:space="preserve"> (белая, синяя и красная)       </w:t>
            </w:r>
          </w:p>
        </w:tc>
        <w:tc>
          <w:tcPr>
            <w:tcW w:w="1843" w:type="dxa"/>
            <w:gridSpan w:val="2"/>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1B259C">
        <w:trPr>
          <w:trHeight w:val="497"/>
        </w:trPr>
        <w:tc>
          <w:tcPr>
            <w:tcW w:w="4219" w:type="dxa"/>
            <w:tcBorders>
              <w:top w:val="single" w:sz="4" w:space="0" w:color="auto"/>
              <w:bottom w:val="single" w:sz="4" w:space="0" w:color="auto"/>
            </w:tcBorders>
          </w:tcPr>
          <w:p w:rsidR="00FD50CC" w:rsidRPr="00FD50CC" w:rsidRDefault="00FD50CC" w:rsidP="00FD50CC">
            <w:pPr>
              <w:spacing w:after="0" w:line="240" w:lineRule="auto"/>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3.Для роста растению нужно:</w:t>
            </w:r>
          </w:p>
        </w:tc>
        <w:tc>
          <w:tcPr>
            <w:tcW w:w="4144" w:type="dxa"/>
            <w:gridSpan w:val="2"/>
          </w:tcPr>
          <w:p w:rsidR="00FD50CC" w:rsidRPr="00FD50CC" w:rsidRDefault="00FD50CC" w:rsidP="00FD50CC">
            <w:pPr>
              <w:spacing w:after="0" w:line="240" w:lineRule="auto"/>
              <w:rPr>
                <w:rFonts w:ascii="Times New Roman" w:eastAsia="Times New Roman" w:hAnsi="Times New Roman" w:cs="Times New Roman"/>
                <w:b/>
                <w:i/>
                <w:sz w:val="24"/>
                <w:szCs w:val="24"/>
                <w:lang w:val="ru-RU"/>
              </w:rPr>
            </w:pPr>
            <w:r w:rsidRPr="00FD50CC">
              <w:rPr>
                <w:rFonts w:ascii="Times New Roman" w:eastAsia="Times New Roman" w:hAnsi="Times New Roman" w:cs="Times New Roman"/>
                <w:sz w:val="24"/>
                <w:szCs w:val="24"/>
                <w:lang w:val="ru-RU"/>
              </w:rPr>
              <w:t>Правильный ответ</w:t>
            </w:r>
            <w:r w:rsidRPr="00FD50CC">
              <w:rPr>
                <w:rFonts w:ascii="Times New Roman" w:eastAsia="Times New Roman" w:hAnsi="Times New Roman" w:cs="Times New Roman"/>
                <w:b/>
                <w:i/>
                <w:sz w:val="24"/>
                <w:szCs w:val="24"/>
                <w:lang w:val="ru-RU"/>
              </w:rPr>
              <w:t xml:space="preserve"> (тепло, воздух, свет, вода, почва)   </w:t>
            </w:r>
          </w:p>
        </w:tc>
        <w:tc>
          <w:tcPr>
            <w:tcW w:w="1843" w:type="dxa"/>
            <w:gridSpan w:val="2"/>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1B259C">
        <w:tc>
          <w:tcPr>
            <w:tcW w:w="4219" w:type="dxa"/>
            <w:tcBorders>
              <w:top w:val="single" w:sz="4" w:space="0" w:color="auto"/>
              <w:bottom w:val="single" w:sz="4" w:space="0" w:color="auto"/>
            </w:tcBorders>
          </w:tcPr>
          <w:p w:rsidR="00FD50CC" w:rsidRPr="00FD50CC" w:rsidRDefault="00FD50CC" w:rsidP="00FD50CC">
            <w:pPr>
              <w:suppressAutoHyphens/>
              <w:spacing w:after="0" w:line="240" w:lineRule="auto"/>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4. Растения, у которых один одревесневший стебель (ствол), - это</w:t>
            </w:r>
          </w:p>
        </w:tc>
        <w:tc>
          <w:tcPr>
            <w:tcW w:w="4144" w:type="dxa"/>
            <w:gridSpan w:val="2"/>
          </w:tcPr>
          <w:p w:rsidR="00FD50CC" w:rsidRPr="00FD50CC" w:rsidRDefault="00FD50CC" w:rsidP="00FD50CC">
            <w:pPr>
              <w:autoSpaceDE w:val="0"/>
              <w:autoSpaceDN w:val="0"/>
              <w:adjustRightInd w:val="0"/>
              <w:spacing w:after="0" w:line="240" w:lineRule="auto"/>
              <w:jc w:val="both"/>
              <w:rPr>
                <w:rFonts w:ascii="Times New Roman" w:eastAsia="Times New Roman" w:hAnsi="Times New Roman" w:cs="Times New Roman"/>
                <w:b/>
                <w:i/>
                <w:sz w:val="24"/>
                <w:szCs w:val="24"/>
              </w:rPr>
            </w:pPr>
            <w:r w:rsidRPr="00FD50CC">
              <w:rPr>
                <w:rFonts w:ascii="Times New Roman" w:eastAsia="Times New Roman" w:hAnsi="Times New Roman" w:cs="Times New Roman"/>
                <w:sz w:val="24"/>
                <w:szCs w:val="24"/>
              </w:rPr>
              <w:t>Правильный ответ</w:t>
            </w:r>
            <w:r w:rsidRPr="00FD50CC">
              <w:rPr>
                <w:rFonts w:ascii="Times New Roman" w:eastAsia="Times New Roman" w:hAnsi="Times New Roman" w:cs="Times New Roman"/>
                <w:b/>
                <w:i/>
                <w:sz w:val="24"/>
                <w:szCs w:val="24"/>
              </w:rPr>
              <w:t xml:space="preserve"> (дерево)</w:t>
            </w:r>
          </w:p>
        </w:tc>
        <w:tc>
          <w:tcPr>
            <w:tcW w:w="1843" w:type="dxa"/>
            <w:gridSpan w:val="2"/>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1B259C">
        <w:tc>
          <w:tcPr>
            <w:tcW w:w="4219" w:type="dxa"/>
            <w:vMerge w:val="restart"/>
            <w:tcBorders>
              <w:top w:val="single" w:sz="4" w:space="0" w:color="auto"/>
            </w:tcBorders>
          </w:tcPr>
          <w:p w:rsidR="00FD50CC" w:rsidRPr="00FD50CC" w:rsidRDefault="00FD50CC" w:rsidP="00FD50CC">
            <w:pPr>
              <w:suppressAutoHyphens/>
              <w:spacing w:after="0" w:line="240" w:lineRule="auto"/>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5. Животные, тело которых покрыто перьями, - это</w:t>
            </w:r>
          </w:p>
        </w:tc>
        <w:tc>
          <w:tcPr>
            <w:tcW w:w="4144" w:type="dxa"/>
            <w:gridSpan w:val="2"/>
          </w:tcPr>
          <w:p w:rsidR="00FD50CC" w:rsidRPr="00FD50CC" w:rsidRDefault="00FD50CC" w:rsidP="00FD50CC">
            <w:pPr>
              <w:autoSpaceDE w:val="0"/>
              <w:autoSpaceDN w:val="0"/>
              <w:adjustRightInd w:val="0"/>
              <w:spacing w:after="0" w:line="240" w:lineRule="auto"/>
              <w:jc w:val="both"/>
              <w:rPr>
                <w:rFonts w:ascii="Times New Roman" w:eastAsia="Times New Roman" w:hAnsi="Times New Roman" w:cs="Times New Roman"/>
                <w:b/>
                <w:i/>
                <w:sz w:val="24"/>
                <w:szCs w:val="24"/>
              </w:rPr>
            </w:pPr>
            <w:r w:rsidRPr="00FD50CC">
              <w:rPr>
                <w:rFonts w:ascii="Times New Roman" w:eastAsia="Times New Roman" w:hAnsi="Times New Roman" w:cs="Times New Roman"/>
                <w:sz w:val="24"/>
                <w:szCs w:val="24"/>
              </w:rPr>
              <w:t>Правильный ответ</w:t>
            </w:r>
            <w:r w:rsidRPr="00FD50CC">
              <w:rPr>
                <w:rFonts w:ascii="Times New Roman" w:eastAsia="Times New Roman" w:hAnsi="Times New Roman" w:cs="Times New Roman"/>
                <w:b/>
                <w:i/>
                <w:sz w:val="24"/>
                <w:szCs w:val="24"/>
              </w:rPr>
              <w:t xml:space="preserve"> (Птицы (примеры))</w:t>
            </w:r>
          </w:p>
        </w:tc>
        <w:tc>
          <w:tcPr>
            <w:tcW w:w="1843" w:type="dxa"/>
            <w:gridSpan w:val="2"/>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За примеры 1</w:t>
            </w:r>
          </w:p>
        </w:tc>
      </w:tr>
      <w:tr w:rsidR="00FD50CC" w:rsidRPr="00FD50CC" w:rsidTr="001B259C">
        <w:trPr>
          <w:gridAfter w:val="4"/>
          <w:wAfter w:w="5987" w:type="dxa"/>
          <w:trHeight w:val="276"/>
        </w:trPr>
        <w:tc>
          <w:tcPr>
            <w:tcW w:w="4219" w:type="dxa"/>
            <w:vMerge/>
            <w:tcBorders>
              <w:bottom w:val="single" w:sz="4" w:space="0" w:color="auto"/>
            </w:tcBorders>
          </w:tcPr>
          <w:p w:rsidR="00FD50CC" w:rsidRPr="00FD50CC" w:rsidRDefault="00FD50CC" w:rsidP="00FD50CC">
            <w:pPr>
              <w:spacing w:after="0" w:line="240" w:lineRule="auto"/>
              <w:rPr>
                <w:rFonts w:ascii="Times New Roman" w:eastAsia="Times New Roman" w:hAnsi="Times New Roman" w:cs="Times New Roman"/>
                <w:sz w:val="24"/>
                <w:szCs w:val="24"/>
              </w:rPr>
            </w:pPr>
          </w:p>
        </w:tc>
      </w:tr>
      <w:tr w:rsidR="00FD50CC" w:rsidRPr="00FD50CC" w:rsidTr="001B259C">
        <w:tc>
          <w:tcPr>
            <w:tcW w:w="4219" w:type="dxa"/>
            <w:tcBorders>
              <w:top w:val="single" w:sz="4" w:space="0" w:color="auto"/>
              <w:bottom w:val="single" w:sz="4" w:space="0" w:color="auto"/>
            </w:tcBorders>
          </w:tcPr>
          <w:p w:rsidR="00FD50CC" w:rsidRPr="00FD50CC" w:rsidRDefault="00FD50CC" w:rsidP="00FD50CC">
            <w:pPr>
              <w:suppressAutoHyphens/>
              <w:spacing w:after="0" w:line="240" w:lineRule="auto"/>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6. Что такое глобус? </w:t>
            </w:r>
          </w:p>
          <w:p w:rsidR="00FD50CC" w:rsidRPr="00FD50CC" w:rsidRDefault="00FD50CC" w:rsidP="00FD50CC">
            <w:pPr>
              <w:spacing w:after="0" w:line="240" w:lineRule="auto"/>
              <w:rPr>
                <w:rFonts w:ascii="Times New Roman" w:eastAsia="Times New Roman" w:hAnsi="Times New Roman" w:cs="Times New Roman"/>
                <w:sz w:val="24"/>
                <w:szCs w:val="24"/>
              </w:rPr>
            </w:pPr>
          </w:p>
        </w:tc>
        <w:tc>
          <w:tcPr>
            <w:tcW w:w="4253" w:type="dxa"/>
            <w:gridSpan w:val="3"/>
          </w:tcPr>
          <w:p w:rsidR="00FD50CC" w:rsidRPr="00FD50CC" w:rsidRDefault="00FD50CC" w:rsidP="00FD50CC">
            <w:pPr>
              <w:spacing w:after="0" w:line="240" w:lineRule="auto"/>
              <w:rPr>
                <w:rFonts w:ascii="Times New Roman" w:eastAsia="Times New Roman" w:hAnsi="Times New Roman" w:cs="Times New Roman"/>
                <w:b/>
                <w:i/>
                <w:sz w:val="24"/>
                <w:szCs w:val="24"/>
              </w:rPr>
            </w:pPr>
            <w:r w:rsidRPr="00FD50CC">
              <w:rPr>
                <w:rFonts w:ascii="Times New Roman" w:eastAsia="Times New Roman" w:hAnsi="Times New Roman" w:cs="Times New Roman"/>
                <w:sz w:val="24"/>
                <w:szCs w:val="24"/>
              </w:rPr>
              <w:t>Правильный ответ</w:t>
            </w:r>
            <w:r w:rsidRPr="00FD50CC">
              <w:rPr>
                <w:rFonts w:ascii="Times New Roman" w:eastAsia="Times New Roman" w:hAnsi="Times New Roman" w:cs="Times New Roman"/>
                <w:b/>
                <w:i/>
                <w:sz w:val="24"/>
                <w:szCs w:val="24"/>
              </w:rPr>
              <w:t xml:space="preserve"> (модель Земли)</w:t>
            </w:r>
          </w:p>
        </w:tc>
        <w:tc>
          <w:tcPr>
            <w:tcW w:w="1734" w:type="dxa"/>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1B259C">
        <w:trPr>
          <w:trHeight w:val="337"/>
        </w:trPr>
        <w:tc>
          <w:tcPr>
            <w:tcW w:w="4219" w:type="dxa"/>
            <w:tcBorders>
              <w:top w:val="single" w:sz="4" w:space="0" w:color="auto"/>
              <w:bottom w:val="single" w:sz="4" w:space="0" w:color="auto"/>
            </w:tcBorders>
          </w:tcPr>
          <w:p w:rsidR="00FD50CC" w:rsidRPr="00FD50CC" w:rsidRDefault="00FD50CC" w:rsidP="00FD50CC">
            <w:pPr>
              <w:suppressAutoHyphens/>
              <w:spacing w:after="0" w:line="240" w:lineRule="auto"/>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7. Выбери название основной реки твоего края:</w:t>
            </w:r>
          </w:p>
          <w:p w:rsidR="00FD50CC" w:rsidRPr="00FD50CC" w:rsidRDefault="00FD50CC" w:rsidP="00FD50CC">
            <w:pPr>
              <w:spacing w:after="0" w:line="240" w:lineRule="auto"/>
              <w:rPr>
                <w:rFonts w:ascii="Times New Roman" w:eastAsia="Times New Roman" w:hAnsi="Times New Roman" w:cs="Times New Roman"/>
                <w:sz w:val="24"/>
                <w:szCs w:val="24"/>
                <w:lang w:val="ru-RU"/>
              </w:rPr>
            </w:pPr>
          </w:p>
        </w:tc>
        <w:tc>
          <w:tcPr>
            <w:tcW w:w="4253" w:type="dxa"/>
            <w:gridSpan w:val="3"/>
            <w:tcBorders>
              <w:bottom w:val="single" w:sz="4" w:space="0" w:color="auto"/>
            </w:tcBorders>
          </w:tcPr>
          <w:p w:rsidR="00FD50CC" w:rsidRPr="00FD50CC" w:rsidRDefault="00FD50CC" w:rsidP="00FD50CC">
            <w:pPr>
              <w:spacing w:after="0" w:line="240" w:lineRule="auto"/>
              <w:rPr>
                <w:rFonts w:ascii="Times New Roman" w:eastAsia="Times New Roman" w:hAnsi="Times New Roman" w:cs="Times New Roman"/>
                <w:b/>
                <w:i/>
                <w:sz w:val="24"/>
                <w:szCs w:val="24"/>
              </w:rPr>
            </w:pPr>
            <w:r w:rsidRPr="00FD50CC">
              <w:rPr>
                <w:rFonts w:ascii="Times New Roman" w:eastAsia="Times New Roman" w:hAnsi="Times New Roman" w:cs="Times New Roman"/>
                <w:sz w:val="24"/>
                <w:szCs w:val="24"/>
              </w:rPr>
              <w:t>Правильный ответ</w:t>
            </w:r>
            <w:r w:rsidRPr="00FD50CC">
              <w:rPr>
                <w:rFonts w:ascii="Times New Roman" w:eastAsia="Times New Roman" w:hAnsi="Times New Roman" w:cs="Times New Roman"/>
                <w:b/>
                <w:i/>
                <w:sz w:val="24"/>
                <w:szCs w:val="24"/>
              </w:rPr>
              <w:t xml:space="preserve"> (Урал)</w:t>
            </w:r>
          </w:p>
        </w:tc>
        <w:tc>
          <w:tcPr>
            <w:tcW w:w="1734" w:type="dxa"/>
            <w:tcBorders>
              <w:bottom w:val="single" w:sz="4" w:space="0" w:color="auto"/>
            </w:tcBorders>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1B259C">
        <w:trPr>
          <w:trHeight w:val="337"/>
        </w:trPr>
        <w:tc>
          <w:tcPr>
            <w:tcW w:w="4219" w:type="dxa"/>
            <w:tcBorders>
              <w:top w:val="single" w:sz="4" w:space="0" w:color="auto"/>
              <w:bottom w:val="single" w:sz="4" w:space="0" w:color="auto"/>
            </w:tcBorders>
          </w:tcPr>
          <w:p w:rsidR="00FD50CC" w:rsidRPr="00FD50CC" w:rsidRDefault="00FD50CC" w:rsidP="00FD50CC">
            <w:pPr>
              <w:spacing w:after="0" w:line="240"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 xml:space="preserve">8.  Сколько планет вращается вокруг Солнца?    </w:t>
            </w:r>
          </w:p>
        </w:tc>
        <w:tc>
          <w:tcPr>
            <w:tcW w:w="4253" w:type="dxa"/>
            <w:gridSpan w:val="3"/>
            <w:tcBorders>
              <w:bottom w:val="single" w:sz="4" w:space="0" w:color="auto"/>
            </w:tcBorders>
          </w:tcPr>
          <w:p w:rsidR="00FD50CC" w:rsidRPr="00FD50CC" w:rsidRDefault="00FD50CC" w:rsidP="00FD50CC">
            <w:pPr>
              <w:spacing w:after="0" w:line="240" w:lineRule="auto"/>
              <w:rPr>
                <w:rFonts w:ascii="Times New Roman" w:eastAsia="Times New Roman" w:hAnsi="Times New Roman" w:cs="Times New Roman"/>
                <w:b/>
                <w:i/>
                <w:sz w:val="24"/>
                <w:szCs w:val="24"/>
              </w:rPr>
            </w:pPr>
            <w:r w:rsidRPr="00FD50CC">
              <w:rPr>
                <w:rFonts w:ascii="Times New Roman" w:eastAsia="Times New Roman" w:hAnsi="Times New Roman" w:cs="Times New Roman"/>
                <w:sz w:val="24"/>
                <w:szCs w:val="24"/>
              </w:rPr>
              <w:t>Правильный ответ</w:t>
            </w:r>
            <w:r w:rsidRPr="00FD50CC">
              <w:rPr>
                <w:rFonts w:ascii="Times New Roman" w:eastAsia="Times New Roman" w:hAnsi="Times New Roman" w:cs="Times New Roman"/>
                <w:b/>
                <w:i/>
                <w:sz w:val="24"/>
                <w:szCs w:val="24"/>
              </w:rPr>
              <w:t xml:space="preserve"> (8)</w:t>
            </w:r>
          </w:p>
        </w:tc>
        <w:tc>
          <w:tcPr>
            <w:tcW w:w="1734" w:type="dxa"/>
            <w:tcBorders>
              <w:bottom w:val="single" w:sz="4" w:space="0" w:color="auto"/>
            </w:tcBorders>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1B259C">
        <w:trPr>
          <w:trHeight w:val="337"/>
        </w:trPr>
        <w:tc>
          <w:tcPr>
            <w:tcW w:w="4219" w:type="dxa"/>
            <w:tcBorders>
              <w:top w:val="single" w:sz="4" w:space="0" w:color="auto"/>
              <w:bottom w:val="single" w:sz="4" w:space="0" w:color="auto"/>
            </w:tcBorders>
          </w:tcPr>
          <w:p w:rsidR="00FD50CC" w:rsidRPr="00FD50CC" w:rsidRDefault="00FD50CC" w:rsidP="00FD50CC">
            <w:pPr>
              <w:suppressAutoHyphens/>
              <w:spacing w:after="0" w:line="240" w:lineRule="auto"/>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9. Как называется основной Закон нашей страны?</w:t>
            </w:r>
          </w:p>
          <w:p w:rsidR="00FD50CC" w:rsidRPr="00FD50CC" w:rsidRDefault="00FD50CC" w:rsidP="00FD50CC">
            <w:pPr>
              <w:spacing w:after="0" w:line="240" w:lineRule="auto"/>
              <w:rPr>
                <w:rFonts w:ascii="Times New Roman" w:eastAsia="Times New Roman" w:hAnsi="Times New Roman" w:cs="Times New Roman"/>
                <w:sz w:val="24"/>
                <w:szCs w:val="24"/>
                <w:lang w:val="ru-RU"/>
              </w:rPr>
            </w:pPr>
          </w:p>
        </w:tc>
        <w:tc>
          <w:tcPr>
            <w:tcW w:w="4253" w:type="dxa"/>
            <w:gridSpan w:val="3"/>
            <w:tcBorders>
              <w:bottom w:val="single" w:sz="4" w:space="0" w:color="auto"/>
            </w:tcBorders>
          </w:tcPr>
          <w:p w:rsidR="00FD50CC" w:rsidRPr="00FD50CC" w:rsidRDefault="00FD50CC" w:rsidP="00FD50CC">
            <w:pPr>
              <w:spacing w:after="0" w:line="240" w:lineRule="auto"/>
              <w:rPr>
                <w:rFonts w:ascii="Times New Roman" w:eastAsia="Times New Roman" w:hAnsi="Times New Roman" w:cs="Times New Roman"/>
                <w:b/>
                <w:i/>
                <w:sz w:val="24"/>
                <w:szCs w:val="24"/>
              </w:rPr>
            </w:pPr>
            <w:r w:rsidRPr="00FD50CC">
              <w:rPr>
                <w:rFonts w:ascii="Times New Roman" w:eastAsia="Times New Roman" w:hAnsi="Times New Roman" w:cs="Times New Roman"/>
                <w:sz w:val="24"/>
                <w:szCs w:val="24"/>
              </w:rPr>
              <w:t>Правильный ответ</w:t>
            </w:r>
            <w:r w:rsidRPr="00FD50CC">
              <w:rPr>
                <w:rFonts w:ascii="Times New Roman" w:eastAsia="Times New Roman" w:hAnsi="Times New Roman" w:cs="Times New Roman"/>
                <w:b/>
                <w:i/>
                <w:sz w:val="24"/>
                <w:szCs w:val="24"/>
              </w:rPr>
              <w:t xml:space="preserve"> (Конституцией)</w:t>
            </w:r>
          </w:p>
        </w:tc>
        <w:tc>
          <w:tcPr>
            <w:tcW w:w="1734" w:type="dxa"/>
            <w:tcBorders>
              <w:bottom w:val="single" w:sz="4" w:space="0" w:color="auto"/>
            </w:tcBorders>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1B259C">
        <w:trPr>
          <w:trHeight w:val="337"/>
        </w:trPr>
        <w:tc>
          <w:tcPr>
            <w:tcW w:w="4219" w:type="dxa"/>
            <w:tcBorders>
              <w:top w:val="single" w:sz="4" w:space="0" w:color="auto"/>
              <w:bottom w:val="single" w:sz="4" w:space="0" w:color="auto"/>
            </w:tcBorders>
          </w:tcPr>
          <w:p w:rsidR="00FD50CC" w:rsidRPr="00FD50CC" w:rsidRDefault="00FD50CC" w:rsidP="00FD50CC">
            <w:pPr>
              <w:suppressAutoHyphens/>
              <w:spacing w:after="0" w:line="240" w:lineRule="auto"/>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10. Запиши цифрами порядок следования дней недели:                          </w:t>
            </w:r>
          </w:p>
        </w:tc>
        <w:tc>
          <w:tcPr>
            <w:tcW w:w="4253" w:type="dxa"/>
            <w:gridSpan w:val="3"/>
            <w:tcBorders>
              <w:bottom w:val="single" w:sz="4" w:space="0" w:color="auto"/>
            </w:tcBorders>
          </w:tcPr>
          <w:p w:rsidR="00FD50CC" w:rsidRPr="00FD50CC" w:rsidRDefault="00FD50CC" w:rsidP="00FD50CC">
            <w:pPr>
              <w:spacing w:after="0" w:line="240" w:lineRule="auto"/>
              <w:rPr>
                <w:rFonts w:ascii="Times New Roman" w:eastAsia="Times New Roman" w:hAnsi="Times New Roman" w:cs="Times New Roman"/>
                <w:b/>
                <w:i/>
                <w:sz w:val="24"/>
                <w:szCs w:val="24"/>
              </w:rPr>
            </w:pPr>
            <w:r w:rsidRPr="00FD50CC">
              <w:rPr>
                <w:rFonts w:ascii="Times New Roman" w:eastAsia="Times New Roman" w:hAnsi="Times New Roman" w:cs="Times New Roman"/>
                <w:sz w:val="24"/>
                <w:szCs w:val="24"/>
              </w:rPr>
              <w:t>Правильный ответ</w:t>
            </w:r>
            <w:r w:rsidRPr="00FD50CC">
              <w:rPr>
                <w:rFonts w:ascii="Times New Roman" w:eastAsia="Times New Roman" w:hAnsi="Times New Roman" w:cs="Times New Roman"/>
                <w:b/>
                <w:i/>
                <w:sz w:val="24"/>
                <w:szCs w:val="24"/>
              </w:rPr>
              <w:t xml:space="preserve"> (3,7,4,2,1,6,5)</w:t>
            </w:r>
          </w:p>
        </w:tc>
        <w:tc>
          <w:tcPr>
            <w:tcW w:w="1734" w:type="dxa"/>
            <w:tcBorders>
              <w:bottom w:val="single" w:sz="4" w:space="0" w:color="auto"/>
            </w:tcBorders>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FD50CC">
        <w:trPr>
          <w:trHeight w:val="221"/>
        </w:trPr>
        <w:tc>
          <w:tcPr>
            <w:tcW w:w="10206" w:type="dxa"/>
            <w:gridSpan w:val="5"/>
            <w:tcBorders>
              <w:top w:val="single" w:sz="4" w:space="0" w:color="auto"/>
            </w:tcBorders>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b/>
                <w:i/>
                <w:sz w:val="24"/>
                <w:szCs w:val="24"/>
              </w:rPr>
            </w:pPr>
            <w:r w:rsidRPr="00FD50CC">
              <w:rPr>
                <w:rFonts w:ascii="Times New Roman" w:eastAsia="Times New Roman" w:hAnsi="Times New Roman" w:cs="Times New Roman"/>
                <w:b/>
                <w:i/>
                <w:sz w:val="24"/>
                <w:szCs w:val="24"/>
              </w:rPr>
              <w:t>Повышенный уровень</w:t>
            </w:r>
          </w:p>
        </w:tc>
      </w:tr>
      <w:tr w:rsidR="00FD50CC" w:rsidRPr="00FD50CC" w:rsidTr="001B259C">
        <w:tc>
          <w:tcPr>
            <w:tcW w:w="4219" w:type="dxa"/>
            <w:vMerge w:val="restart"/>
          </w:tcPr>
          <w:p w:rsidR="00FD50CC" w:rsidRPr="00FD50CC" w:rsidRDefault="00FD50CC" w:rsidP="00FD50CC">
            <w:pPr>
              <w:spacing w:after="0" w:line="240" w:lineRule="auto"/>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11.  Напиши зимние месяцы</w:t>
            </w:r>
          </w:p>
        </w:tc>
        <w:tc>
          <w:tcPr>
            <w:tcW w:w="4253" w:type="dxa"/>
            <w:gridSpan w:val="3"/>
            <w:vMerge w:val="restart"/>
          </w:tcPr>
          <w:p w:rsidR="00FD50CC" w:rsidRPr="00FD50CC" w:rsidRDefault="00FD50CC" w:rsidP="00FD50CC">
            <w:pPr>
              <w:spacing w:after="0" w:line="240" w:lineRule="auto"/>
              <w:rPr>
                <w:rFonts w:ascii="Times New Roman" w:eastAsia="Times New Roman" w:hAnsi="Times New Roman" w:cs="Times New Roman"/>
                <w:i/>
                <w:sz w:val="24"/>
                <w:szCs w:val="24"/>
                <w:lang w:val="ru-RU"/>
              </w:rPr>
            </w:pPr>
            <w:r w:rsidRPr="00FD50CC">
              <w:rPr>
                <w:rFonts w:ascii="Times New Roman" w:eastAsia="Times New Roman" w:hAnsi="Times New Roman" w:cs="Times New Roman"/>
                <w:sz w:val="24"/>
                <w:szCs w:val="24"/>
                <w:lang w:val="ru-RU"/>
              </w:rPr>
              <w:t>Правильный ответ</w:t>
            </w:r>
            <w:r w:rsidRPr="00FD50CC">
              <w:rPr>
                <w:rFonts w:ascii="Times New Roman" w:eastAsia="Times New Roman" w:hAnsi="Times New Roman" w:cs="Times New Roman"/>
                <w:b/>
                <w:i/>
                <w:sz w:val="24"/>
                <w:szCs w:val="24"/>
                <w:lang w:val="ru-RU"/>
              </w:rPr>
              <w:t xml:space="preserve"> (Декабрь, январь, февраль и дата рождения)</w:t>
            </w:r>
          </w:p>
        </w:tc>
        <w:tc>
          <w:tcPr>
            <w:tcW w:w="1734" w:type="dxa"/>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1B259C">
        <w:tc>
          <w:tcPr>
            <w:tcW w:w="4219" w:type="dxa"/>
            <w:vMerge/>
            <w:tcBorders>
              <w:bottom w:val="single" w:sz="4" w:space="0" w:color="auto"/>
            </w:tcBorders>
          </w:tcPr>
          <w:p w:rsidR="00FD50CC" w:rsidRPr="00FD50CC" w:rsidRDefault="00FD50CC" w:rsidP="00FD50CC">
            <w:pPr>
              <w:spacing w:after="0" w:line="240" w:lineRule="auto"/>
              <w:rPr>
                <w:rFonts w:ascii="Times New Roman" w:eastAsia="Times New Roman" w:hAnsi="Times New Roman" w:cs="Times New Roman"/>
                <w:sz w:val="24"/>
                <w:szCs w:val="24"/>
              </w:rPr>
            </w:pPr>
          </w:p>
        </w:tc>
        <w:tc>
          <w:tcPr>
            <w:tcW w:w="4253" w:type="dxa"/>
            <w:gridSpan w:val="3"/>
            <w:vMerge/>
          </w:tcPr>
          <w:p w:rsidR="00FD50CC" w:rsidRPr="00FD50CC" w:rsidRDefault="00FD50CC" w:rsidP="00FD50CC">
            <w:pPr>
              <w:spacing w:after="0" w:line="240" w:lineRule="auto"/>
              <w:rPr>
                <w:rFonts w:ascii="Times New Roman" w:eastAsia="Times New Roman" w:hAnsi="Times New Roman" w:cs="Times New Roman"/>
                <w:sz w:val="24"/>
                <w:szCs w:val="24"/>
              </w:rPr>
            </w:pPr>
          </w:p>
        </w:tc>
        <w:tc>
          <w:tcPr>
            <w:tcW w:w="1734" w:type="dxa"/>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1B259C">
        <w:trPr>
          <w:trHeight w:val="551"/>
        </w:trPr>
        <w:tc>
          <w:tcPr>
            <w:tcW w:w="4219" w:type="dxa"/>
            <w:vMerge w:val="restart"/>
            <w:tcBorders>
              <w:top w:val="single" w:sz="4" w:space="0" w:color="auto"/>
            </w:tcBorders>
          </w:tcPr>
          <w:p w:rsidR="00FD50CC" w:rsidRPr="00FD50CC" w:rsidRDefault="00FD50CC" w:rsidP="00FD50CC">
            <w:pPr>
              <w:spacing w:after="0" w:line="240" w:lineRule="auto"/>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12. Зачеркни лишнее</w:t>
            </w:r>
          </w:p>
        </w:tc>
        <w:tc>
          <w:tcPr>
            <w:tcW w:w="4253" w:type="dxa"/>
            <w:gridSpan w:val="3"/>
          </w:tcPr>
          <w:p w:rsidR="00FD50CC" w:rsidRPr="00FD50CC" w:rsidRDefault="00FD50CC" w:rsidP="00FD50CC">
            <w:pPr>
              <w:autoSpaceDE w:val="0"/>
              <w:autoSpaceDN w:val="0"/>
              <w:adjustRightInd w:val="0"/>
              <w:spacing w:after="0" w:line="240" w:lineRule="auto"/>
              <w:jc w:val="both"/>
              <w:rPr>
                <w:rFonts w:ascii="Times New Roman" w:eastAsia="Times New Roman" w:hAnsi="Times New Roman" w:cs="Times New Roman"/>
                <w:i/>
                <w:sz w:val="24"/>
                <w:szCs w:val="24"/>
              </w:rPr>
            </w:pPr>
            <w:r w:rsidRPr="00FD50CC">
              <w:rPr>
                <w:rFonts w:ascii="Times New Roman" w:eastAsia="Times New Roman" w:hAnsi="Times New Roman" w:cs="Times New Roman"/>
                <w:sz w:val="24"/>
                <w:szCs w:val="24"/>
              </w:rPr>
              <w:t>Правильный ответ</w:t>
            </w:r>
            <w:r w:rsidRPr="00FD50CC">
              <w:rPr>
                <w:rFonts w:ascii="Times New Roman" w:eastAsia="Times New Roman" w:hAnsi="Times New Roman" w:cs="Times New Roman"/>
                <w:b/>
                <w:i/>
                <w:sz w:val="24"/>
                <w:szCs w:val="24"/>
              </w:rPr>
              <w:t xml:space="preserve"> (Англия (Евразия))</w:t>
            </w:r>
          </w:p>
        </w:tc>
        <w:tc>
          <w:tcPr>
            <w:tcW w:w="1734" w:type="dxa"/>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1B259C">
        <w:trPr>
          <w:gridAfter w:val="4"/>
          <w:wAfter w:w="5987" w:type="dxa"/>
          <w:trHeight w:val="551"/>
        </w:trPr>
        <w:tc>
          <w:tcPr>
            <w:tcW w:w="4219" w:type="dxa"/>
            <w:vMerge/>
          </w:tcPr>
          <w:p w:rsidR="00FD50CC" w:rsidRPr="00FD50CC" w:rsidRDefault="00FD50CC" w:rsidP="00FD50CC">
            <w:pPr>
              <w:spacing w:after="0" w:line="240" w:lineRule="auto"/>
              <w:rPr>
                <w:rFonts w:ascii="Times New Roman" w:eastAsia="Times New Roman" w:hAnsi="Times New Roman" w:cs="Times New Roman"/>
                <w:sz w:val="24"/>
                <w:szCs w:val="24"/>
              </w:rPr>
            </w:pPr>
          </w:p>
        </w:tc>
      </w:tr>
      <w:tr w:rsidR="00FD50CC" w:rsidRPr="00FD50CC" w:rsidTr="001B259C">
        <w:tc>
          <w:tcPr>
            <w:tcW w:w="4219" w:type="dxa"/>
            <w:tcBorders>
              <w:top w:val="single" w:sz="4" w:space="0" w:color="auto"/>
              <w:bottom w:val="single" w:sz="4" w:space="0" w:color="auto"/>
            </w:tcBorders>
          </w:tcPr>
          <w:p w:rsidR="00FD50CC" w:rsidRPr="00FD50CC" w:rsidRDefault="00FD50CC" w:rsidP="00FD50CC">
            <w:pPr>
              <w:suppressAutoHyphens/>
              <w:spacing w:after="0" w:line="240" w:lineRule="auto"/>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 xml:space="preserve">13. Перечисли океаны: </w:t>
            </w:r>
          </w:p>
          <w:p w:rsidR="00FD50CC" w:rsidRPr="00FD50CC" w:rsidRDefault="00FD50CC" w:rsidP="00FD50CC">
            <w:pPr>
              <w:autoSpaceDE w:val="0"/>
              <w:autoSpaceDN w:val="0"/>
              <w:adjustRightInd w:val="0"/>
              <w:spacing w:after="0" w:line="240" w:lineRule="auto"/>
              <w:rPr>
                <w:rFonts w:ascii="Times New Roman" w:eastAsia="Times New Roman" w:hAnsi="Times New Roman" w:cs="Times New Roman"/>
                <w:sz w:val="24"/>
                <w:szCs w:val="24"/>
              </w:rPr>
            </w:pPr>
          </w:p>
        </w:tc>
        <w:tc>
          <w:tcPr>
            <w:tcW w:w="4253" w:type="dxa"/>
            <w:gridSpan w:val="3"/>
          </w:tcPr>
          <w:p w:rsidR="00FD50CC" w:rsidRPr="00FD50CC" w:rsidRDefault="00FD50CC" w:rsidP="00FD50CC">
            <w:pPr>
              <w:autoSpaceDE w:val="0"/>
              <w:autoSpaceDN w:val="0"/>
              <w:adjustRightInd w:val="0"/>
              <w:spacing w:after="0" w:line="240" w:lineRule="auto"/>
              <w:rPr>
                <w:rFonts w:ascii="Times New Roman" w:eastAsia="Times New Roman" w:hAnsi="Times New Roman" w:cs="Times New Roman"/>
                <w:i/>
                <w:sz w:val="24"/>
                <w:szCs w:val="24"/>
                <w:lang w:val="ru-RU"/>
              </w:rPr>
            </w:pPr>
            <w:r w:rsidRPr="00FD50CC">
              <w:rPr>
                <w:rFonts w:ascii="Times New Roman" w:eastAsia="Times New Roman" w:hAnsi="Times New Roman" w:cs="Times New Roman"/>
                <w:sz w:val="24"/>
                <w:szCs w:val="24"/>
                <w:lang w:val="ru-RU"/>
              </w:rPr>
              <w:t>Правильный ответ</w:t>
            </w:r>
            <w:r w:rsidRPr="00FD50CC">
              <w:rPr>
                <w:rFonts w:ascii="Times New Roman" w:eastAsia="Times New Roman" w:hAnsi="Times New Roman" w:cs="Times New Roman"/>
                <w:b/>
                <w:i/>
                <w:sz w:val="24"/>
                <w:szCs w:val="24"/>
                <w:lang w:val="ru-RU"/>
              </w:rPr>
              <w:t xml:space="preserve"> (Северный Ледовитый, Тихий, Атлантический, Индийский)</w:t>
            </w:r>
          </w:p>
        </w:tc>
        <w:tc>
          <w:tcPr>
            <w:tcW w:w="1734" w:type="dxa"/>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1B259C">
        <w:tc>
          <w:tcPr>
            <w:tcW w:w="4219" w:type="dxa"/>
            <w:tcBorders>
              <w:top w:val="single" w:sz="4" w:space="0" w:color="auto"/>
              <w:bottom w:val="single" w:sz="4" w:space="0" w:color="auto"/>
            </w:tcBorders>
          </w:tcPr>
          <w:p w:rsidR="00FD50CC" w:rsidRPr="00FD50CC" w:rsidRDefault="00FD50CC" w:rsidP="00FD50CC">
            <w:pPr>
              <w:autoSpaceDE w:val="0"/>
              <w:autoSpaceDN w:val="0"/>
              <w:adjustRightInd w:val="0"/>
              <w:spacing w:after="0" w:line="240" w:lineRule="auto"/>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14. Президент России</w:t>
            </w:r>
          </w:p>
        </w:tc>
        <w:tc>
          <w:tcPr>
            <w:tcW w:w="4253" w:type="dxa"/>
            <w:gridSpan w:val="3"/>
          </w:tcPr>
          <w:p w:rsidR="00FD50CC" w:rsidRPr="00FD50CC" w:rsidRDefault="00FD50CC" w:rsidP="00FD50CC">
            <w:pPr>
              <w:autoSpaceDE w:val="0"/>
              <w:autoSpaceDN w:val="0"/>
              <w:adjustRightInd w:val="0"/>
              <w:spacing w:after="0" w:line="240" w:lineRule="auto"/>
              <w:rPr>
                <w:rFonts w:ascii="Times New Roman" w:eastAsia="Times New Roman" w:hAnsi="Times New Roman" w:cs="Times New Roman"/>
                <w:i/>
                <w:sz w:val="24"/>
                <w:szCs w:val="24"/>
                <w:lang w:val="ru-RU"/>
              </w:rPr>
            </w:pPr>
            <w:r w:rsidRPr="00FD50CC">
              <w:rPr>
                <w:rFonts w:ascii="Times New Roman" w:eastAsia="Times New Roman" w:hAnsi="Times New Roman" w:cs="Times New Roman"/>
                <w:sz w:val="24"/>
                <w:szCs w:val="24"/>
                <w:lang w:val="ru-RU"/>
              </w:rPr>
              <w:t>Правильный ответ</w:t>
            </w:r>
            <w:r w:rsidRPr="00FD50CC">
              <w:rPr>
                <w:rFonts w:ascii="Times New Roman" w:eastAsia="Times New Roman" w:hAnsi="Times New Roman" w:cs="Times New Roman"/>
                <w:b/>
                <w:i/>
                <w:sz w:val="24"/>
                <w:szCs w:val="24"/>
                <w:lang w:val="ru-RU"/>
              </w:rPr>
              <w:t xml:space="preserve"> (Владимир Владимирович Путин)</w:t>
            </w:r>
          </w:p>
        </w:tc>
        <w:tc>
          <w:tcPr>
            <w:tcW w:w="1734" w:type="dxa"/>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1B259C">
        <w:tc>
          <w:tcPr>
            <w:tcW w:w="4219" w:type="dxa"/>
            <w:tcBorders>
              <w:top w:val="single" w:sz="4" w:space="0" w:color="auto"/>
              <w:bottom w:val="single" w:sz="4" w:space="0" w:color="auto"/>
            </w:tcBorders>
          </w:tcPr>
          <w:p w:rsidR="00FD50CC" w:rsidRPr="00FD50CC" w:rsidRDefault="00FD50CC" w:rsidP="00FD50CC">
            <w:pPr>
              <w:spacing w:after="0" w:line="240" w:lineRule="auto"/>
              <w:jc w:val="both"/>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15. Подчеркни то, что относится к внешнему строению человека</w:t>
            </w:r>
          </w:p>
        </w:tc>
        <w:tc>
          <w:tcPr>
            <w:tcW w:w="4253" w:type="dxa"/>
            <w:gridSpan w:val="3"/>
          </w:tcPr>
          <w:p w:rsidR="00FD50CC" w:rsidRPr="00FD50CC" w:rsidRDefault="00FD50CC" w:rsidP="00FD50CC">
            <w:pPr>
              <w:spacing w:after="0" w:line="240" w:lineRule="auto"/>
              <w:jc w:val="both"/>
              <w:rPr>
                <w:rFonts w:ascii="Times New Roman" w:eastAsia="Times New Roman" w:hAnsi="Times New Roman" w:cs="Times New Roman"/>
                <w:b/>
                <w:i/>
                <w:sz w:val="24"/>
                <w:szCs w:val="24"/>
                <w:lang w:val="ru-RU"/>
              </w:rPr>
            </w:pPr>
            <w:r w:rsidRPr="00FD50CC">
              <w:rPr>
                <w:rFonts w:ascii="Times New Roman" w:eastAsia="Times New Roman" w:hAnsi="Times New Roman" w:cs="Times New Roman"/>
                <w:sz w:val="24"/>
                <w:szCs w:val="24"/>
                <w:lang w:val="ru-RU"/>
              </w:rPr>
              <w:t>Правильный ответ</w:t>
            </w:r>
            <w:r w:rsidRPr="00FD50CC">
              <w:rPr>
                <w:rFonts w:ascii="Times New Roman" w:eastAsia="Times New Roman" w:hAnsi="Times New Roman" w:cs="Times New Roman"/>
                <w:b/>
                <w:i/>
                <w:sz w:val="24"/>
                <w:szCs w:val="24"/>
                <w:lang w:val="ru-RU"/>
              </w:rPr>
              <w:t xml:space="preserve"> (Голова, шея, туловище, руки, ноги)</w:t>
            </w:r>
            <w:r w:rsidRPr="00FD50CC">
              <w:rPr>
                <w:rFonts w:ascii="Times New Roman" w:eastAsia="Times New Roman" w:hAnsi="Times New Roman" w:cs="Times New Roman"/>
                <w:i/>
                <w:sz w:val="24"/>
                <w:szCs w:val="24"/>
                <w:lang w:val="ru-RU"/>
              </w:rPr>
              <w:tab/>
            </w:r>
          </w:p>
        </w:tc>
        <w:tc>
          <w:tcPr>
            <w:tcW w:w="1734" w:type="dxa"/>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1B259C">
        <w:trPr>
          <w:trHeight w:val="287"/>
        </w:trPr>
        <w:tc>
          <w:tcPr>
            <w:tcW w:w="4219" w:type="dxa"/>
            <w:tcBorders>
              <w:top w:val="single" w:sz="4" w:space="0" w:color="auto"/>
              <w:bottom w:val="single" w:sz="4" w:space="0" w:color="auto"/>
            </w:tcBorders>
          </w:tcPr>
          <w:p w:rsidR="00FD50CC" w:rsidRPr="00FD50CC" w:rsidRDefault="00FD50CC" w:rsidP="00FD50CC">
            <w:pPr>
              <w:spacing w:after="0" w:line="240" w:lineRule="auto"/>
              <w:jc w:val="both"/>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16. Заполни пропуски</w:t>
            </w:r>
          </w:p>
        </w:tc>
        <w:tc>
          <w:tcPr>
            <w:tcW w:w="4253" w:type="dxa"/>
            <w:gridSpan w:val="3"/>
          </w:tcPr>
          <w:p w:rsidR="00FD50CC" w:rsidRPr="00FD50CC" w:rsidRDefault="00FD50CC" w:rsidP="00FD50CC">
            <w:pPr>
              <w:autoSpaceDE w:val="0"/>
              <w:autoSpaceDN w:val="0"/>
              <w:adjustRightInd w:val="0"/>
              <w:spacing w:after="0" w:line="240" w:lineRule="auto"/>
              <w:jc w:val="both"/>
              <w:rPr>
                <w:rFonts w:ascii="Times New Roman" w:eastAsia="Times New Roman" w:hAnsi="Times New Roman" w:cs="Times New Roman"/>
                <w:i/>
                <w:sz w:val="24"/>
                <w:szCs w:val="24"/>
                <w:lang w:val="ru-RU"/>
              </w:rPr>
            </w:pPr>
            <w:r w:rsidRPr="00FD50CC">
              <w:rPr>
                <w:rFonts w:ascii="Times New Roman" w:eastAsia="Times New Roman" w:hAnsi="Times New Roman" w:cs="Times New Roman"/>
                <w:sz w:val="24"/>
                <w:szCs w:val="24"/>
                <w:lang w:val="ru-RU"/>
              </w:rPr>
              <w:t>Правильный ответ</w:t>
            </w:r>
            <w:r w:rsidRPr="00FD50CC">
              <w:rPr>
                <w:rFonts w:ascii="Times New Roman" w:eastAsia="Times New Roman" w:hAnsi="Times New Roman" w:cs="Times New Roman"/>
                <w:b/>
                <w:i/>
                <w:sz w:val="24"/>
                <w:szCs w:val="24"/>
                <w:lang w:val="ru-RU"/>
              </w:rPr>
              <w:t xml:space="preserve"> (Юг, запад, восток)</w:t>
            </w:r>
          </w:p>
        </w:tc>
        <w:tc>
          <w:tcPr>
            <w:tcW w:w="1734" w:type="dxa"/>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1B259C">
        <w:trPr>
          <w:trHeight w:val="287"/>
        </w:trPr>
        <w:tc>
          <w:tcPr>
            <w:tcW w:w="4219" w:type="dxa"/>
            <w:tcBorders>
              <w:top w:val="single" w:sz="4" w:space="0" w:color="auto"/>
            </w:tcBorders>
          </w:tcPr>
          <w:p w:rsidR="00FD50CC" w:rsidRPr="00FD50CC" w:rsidRDefault="00FD50CC" w:rsidP="00FD50CC">
            <w:pPr>
              <w:spacing w:after="0" w:line="240" w:lineRule="auto"/>
              <w:jc w:val="both"/>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17*. Помощь птицам и диким животным зимой</w:t>
            </w:r>
          </w:p>
        </w:tc>
        <w:tc>
          <w:tcPr>
            <w:tcW w:w="4253" w:type="dxa"/>
            <w:gridSpan w:val="3"/>
          </w:tcPr>
          <w:p w:rsidR="00FD50CC" w:rsidRPr="00FD50CC" w:rsidRDefault="00FD50CC" w:rsidP="00FD50CC">
            <w:pPr>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1734" w:type="dxa"/>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3</w:t>
            </w:r>
          </w:p>
        </w:tc>
      </w:tr>
    </w:tbl>
    <w:p w:rsidR="002804AC" w:rsidRDefault="002804AC" w:rsidP="00FD50CC">
      <w:pPr>
        <w:spacing w:after="200" w:line="276" w:lineRule="auto"/>
        <w:jc w:val="center"/>
        <w:rPr>
          <w:rFonts w:ascii="Times New Roman" w:eastAsia="Times New Roman" w:hAnsi="Times New Roman" w:cs="Times New Roman"/>
          <w:b/>
          <w:sz w:val="24"/>
          <w:szCs w:val="24"/>
          <w:lang w:val="ru-RU"/>
        </w:rPr>
      </w:pPr>
    </w:p>
    <w:p w:rsidR="002804AC" w:rsidRDefault="002804AC" w:rsidP="00FD50CC">
      <w:pPr>
        <w:spacing w:after="200" w:line="276" w:lineRule="auto"/>
        <w:jc w:val="center"/>
        <w:rPr>
          <w:rFonts w:ascii="Times New Roman" w:eastAsia="Times New Roman" w:hAnsi="Times New Roman" w:cs="Times New Roman"/>
          <w:b/>
          <w:sz w:val="24"/>
          <w:szCs w:val="24"/>
          <w:lang w:val="ru-RU"/>
        </w:rPr>
      </w:pPr>
    </w:p>
    <w:p w:rsidR="002804AC" w:rsidRDefault="002804AC" w:rsidP="00FD50CC">
      <w:pPr>
        <w:spacing w:after="200" w:line="276" w:lineRule="auto"/>
        <w:jc w:val="center"/>
        <w:rPr>
          <w:rFonts w:ascii="Times New Roman" w:eastAsia="Times New Roman" w:hAnsi="Times New Roman" w:cs="Times New Roman"/>
          <w:b/>
          <w:sz w:val="24"/>
          <w:szCs w:val="24"/>
          <w:lang w:val="ru-RU"/>
        </w:rPr>
      </w:pPr>
    </w:p>
    <w:p w:rsidR="00FD50CC" w:rsidRPr="00FD50CC" w:rsidRDefault="00FD50CC" w:rsidP="00FD50CC">
      <w:pPr>
        <w:spacing w:after="200" w:line="276" w:lineRule="auto"/>
        <w:jc w:val="center"/>
        <w:rPr>
          <w:rFonts w:ascii="Times New Roman" w:eastAsia="Times New Roman" w:hAnsi="Times New Roman" w:cs="Times New Roman"/>
          <w:b/>
          <w:sz w:val="24"/>
          <w:szCs w:val="24"/>
          <w:lang w:val="ru-RU"/>
        </w:rPr>
      </w:pPr>
      <w:r w:rsidRPr="00FD50CC">
        <w:rPr>
          <w:rFonts w:ascii="Times New Roman" w:eastAsia="Times New Roman" w:hAnsi="Times New Roman" w:cs="Times New Roman"/>
          <w:b/>
          <w:sz w:val="24"/>
          <w:szCs w:val="24"/>
          <w:lang w:val="ru-RU"/>
        </w:rPr>
        <w:t>Ответы и критерии оценивания итоговой контрольной работы по окружающему миру за 2 класс</w:t>
      </w:r>
    </w:p>
    <w:p w:rsidR="00FD50CC" w:rsidRPr="00FD50CC" w:rsidRDefault="00FD50CC" w:rsidP="00FD50CC">
      <w:pPr>
        <w:spacing w:after="200" w:line="276" w:lineRule="auto"/>
        <w:jc w:val="center"/>
        <w:rPr>
          <w:rFonts w:ascii="Times New Roman" w:eastAsia="Times New Roman" w:hAnsi="Times New Roman" w:cs="Times New Roman"/>
          <w:b/>
          <w:sz w:val="24"/>
          <w:szCs w:val="24"/>
          <w:lang w:val="ru-RU"/>
        </w:rPr>
      </w:pPr>
    </w:p>
    <w:p w:rsidR="00FD50CC" w:rsidRPr="00FD50CC" w:rsidRDefault="00FD50CC" w:rsidP="00FD50CC">
      <w:pPr>
        <w:spacing w:after="200" w:line="276" w:lineRule="auto"/>
        <w:jc w:val="center"/>
        <w:rPr>
          <w:rFonts w:ascii="Times New Roman" w:eastAsia="Times New Roman" w:hAnsi="Times New Roman" w:cs="Times New Roman"/>
          <w:b/>
          <w:sz w:val="24"/>
          <w:szCs w:val="24"/>
          <w:lang w:val="ru-RU"/>
        </w:rPr>
      </w:pPr>
      <w:r w:rsidRPr="00FD50CC">
        <w:rPr>
          <w:rFonts w:ascii="Times New Roman" w:eastAsia="Times New Roman" w:hAnsi="Times New Roman" w:cs="Times New Roman"/>
          <w:b/>
          <w:sz w:val="24"/>
          <w:szCs w:val="24"/>
          <w:lang w:val="ru-RU"/>
        </w:rPr>
        <w:t xml:space="preserve">1 вариант </w:t>
      </w:r>
    </w:p>
    <w:p w:rsidR="00FD50CC" w:rsidRPr="00FD50CC" w:rsidRDefault="00FD50CC" w:rsidP="00FD50CC">
      <w:pPr>
        <w:autoSpaceDE w:val="0"/>
        <w:autoSpaceDN w:val="0"/>
        <w:adjustRightInd w:val="0"/>
        <w:spacing w:before="17" w:after="200" w:line="276" w:lineRule="auto"/>
        <w:rPr>
          <w:rFonts w:ascii="Times New Roman" w:eastAsia="Times New Roman" w:hAnsi="Times New Roman" w:cs="Times New Roman"/>
          <w:b/>
          <w:sz w:val="24"/>
          <w:szCs w:val="24"/>
          <w:lang w:val="ru-RU"/>
        </w:rPr>
      </w:pPr>
      <w:r w:rsidRPr="00FD50CC">
        <w:rPr>
          <w:rFonts w:ascii="Times New Roman" w:eastAsia="Times New Roman" w:hAnsi="Times New Roman" w:cs="Times New Roman"/>
          <w:b/>
          <w:sz w:val="24"/>
          <w:szCs w:val="24"/>
          <w:lang w:val="ru-RU"/>
        </w:rPr>
        <w:t>Оценка контрольной работы 1 варианта:</w:t>
      </w:r>
    </w:p>
    <w:p w:rsidR="00FD50CC" w:rsidRPr="00FD50CC" w:rsidRDefault="00FD50CC" w:rsidP="00FD50CC">
      <w:pPr>
        <w:autoSpaceDE w:val="0"/>
        <w:autoSpaceDN w:val="0"/>
        <w:adjustRightInd w:val="0"/>
        <w:spacing w:before="17" w:after="200" w:line="276" w:lineRule="auto"/>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«5» - 19 – 22 балла</w:t>
      </w:r>
    </w:p>
    <w:p w:rsidR="00FD50CC" w:rsidRPr="00FD50CC" w:rsidRDefault="00FD50CC" w:rsidP="00FD50CC">
      <w:pPr>
        <w:autoSpaceDE w:val="0"/>
        <w:autoSpaceDN w:val="0"/>
        <w:adjustRightInd w:val="0"/>
        <w:spacing w:before="17" w:after="200" w:line="276" w:lineRule="auto"/>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«4» - 15 – 18баллов</w:t>
      </w:r>
    </w:p>
    <w:p w:rsidR="00FD50CC" w:rsidRPr="00FD50CC" w:rsidRDefault="00FD50CC" w:rsidP="00FD50CC">
      <w:pPr>
        <w:autoSpaceDE w:val="0"/>
        <w:autoSpaceDN w:val="0"/>
        <w:adjustRightInd w:val="0"/>
        <w:spacing w:before="17" w:after="200" w:line="276" w:lineRule="auto"/>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«3» - 9 – 14 баллов</w:t>
      </w:r>
    </w:p>
    <w:p w:rsidR="00FD50CC" w:rsidRPr="00FD50CC" w:rsidRDefault="00FD50CC" w:rsidP="00FD50CC">
      <w:pPr>
        <w:autoSpaceDE w:val="0"/>
        <w:autoSpaceDN w:val="0"/>
        <w:adjustRightInd w:val="0"/>
        <w:spacing w:before="17" w:after="200" w:line="276" w:lineRule="auto"/>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«2» - 0 – 8 баллов</w:t>
      </w:r>
    </w:p>
    <w:p w:rsidR="00FD50CC" w:rsidRPr="00FD50CC" w:rsidRDefault="00FD50CC" w:rsidP="00FD50CC">
      <w:pPr>
        <w:autoSpaceDE w:val="0"/>
        <w:autoSpaceDN w:val="0"/>
        <w:adjustRightInd w:val="0"/>
        <w:spacing w:before="17" w:after="200" w:line="276" w:lineRule="auto"/>
        <w:rPr>
          <w:rFonts w:ascii="Times New Roman" w:eastAsia="Times New Roman" w:hAnsi="Times New Roman" w:cs="Times New Roman"/>
          <w:b/>
          <w:sz w:val="24"/>
          <w:szCs w:val="24"/>
        </w:rPr>
      </w:pPr>
      <w:r w:rsidRPr="00FD50CC">
        <w:rPr>
          <w:rFonts w:ascii="Times New Roman" w:eastAsia="Times New Roman" w:hAnsi="Times New Roman" w:cs="Times New Roman"/>
          <w:b/>
          <w:sz w:val="24"/>
          <w:szCs w:val="24"/>
        </w:rPr>
        <w:t xml:space="preserve">                                                                     2 вариант</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32"/>
        <w:gridCol w:w="283"/>
        <w:gridCol w:w="3402"/>
        <w:gridCol w:w="1389"/>
      </w:tblGrid>
      <w:tr w:rsidR="00FD50CC" w:rsidRPr="00FD50CC" w:rsidTr="00FD50CC">
        <w:trPr>
          <w:trHeight w:val="555"/>
        </w:trPr>
        <w:tc>
          <w:tcPr>
            <w:tcW w:w="5415" w:type="dxa"/>
            <w:gridSpan w:val="2"/>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b/>
                <w:sz w:val="24"/>
                <w:szCs w:val="24"/>
              </w:rPr>
            </w:pPr>
            <w:r w:rsidRPr="00FD50CC">
              <w:rPr>
                <w:rFonts w:ascii="Times New Roman" w:eastAsia="Times New Roman" w:hAnsi="Times New Roman" w:cs="Times New Roman"/>
                <w:b/>
                <w:sz w:val="24"/>
                <w:szCs w:val="24"/>
              </w:rPr>
              <w:t>Задание</w:t>
            </w:r>
          </w:p>
        </w:tc>
        <w:tc>
          <w:tcPr>
            <w:tcW w:w="3402" w:type="dxa"/>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b/>
                <w:sz w:val="24"/>
                <w:szCs w:val="24"/>
              </w:rPr>
            </w:pPr>
            <w:r w:rsidRPr="00FD50CC">
              <w:rPr>
                <w:rFonts w:ascii="Times New Roman" w:eastAsia="Times New Roman" w:hAnsi="Times New Roman" w:cs="Times New Roman"/>
                <w:b/>
                <w:sz w:val="24"/>
                <w:szCs w:val="24"/>
              </w:rPr>
              <w:t>Ответ</w:t>
            </w:r>
          </w:p>
        </w:tc>
        <w:tc>
          <w:tcPr>
            <w:tcW w:w="1389" w:type="dxa"/>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b/>
                <w:sz w:val="24"/>
                <w:szCs w:val="24"/>
              </w:rPr>
            </w:pPr>
            <w:r w:rsidRPr="00FD50CC">
              <w:rPr>
                <w:rFonts w:ascii="Times New Roman" w:eastAsia="Times New Roman" w:hAnsi="Times New Roman" w:cs="Times New Roman"/>
                <w:b/>
                <w:sz w:val="24"/>
                <w:szCs w:val="24"/>
              </w:rPr>
              <w:t>Колич. Баллов</w:t>
            </w:r>
          </w:p>
        </w:tc>
      </w:tr>
      <w:tr w:rsidR="00FD50CC" w:rsidRPr="00FD50CC" w:rsidTr="00FD50CC">
        <w:trPr>
          <w:trHeight w:val="182"/>
        </w:trPr>
        <w:tc>
          <w:tcPr>
            <w:tcW w:w="10206" w:type="dxa"/>
            <w:gridSpan w:val="4"/>
            <w:tcBorders>
              <w:bottom w:val="single" w:sz="4" w:space="0" w:color="auto"/>
            </w:tcBorders>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b/>
                <w:i/>
                <w:sz w:val="24"/>
                <w:szCs w:val="24"/>
              </w:rPr>
            </w:pPr>
            <w:r w:rsidRPr="00FD50CC">
              <w:rPr>
                <w:rFonts w:ascii="Times New Roman" w:eastAsia="Times New Roman" w:hAnsi="Times New Roman" w:cs="Times New Roman"/>
                <w:b/>
                <w:i/>
                <w:sz w:val="24"/>
                <w:szCs w:val="24"/>
              </w:rPr>
              <w:t>Базовый уровень</w:t>
            </w:r>
          </w:p>
        </w:tc>
      </w:tr>
      <w:tr w:rsidR="00FD50CC" w:rsidRPr="00FD50CC" w:rsidTr="00FD50CC">
        <w:trPr>
          <w:trHeight w:val="376"/>
        </w:trPr>
        <w:tc>
          <w:tcPr>
            <w:tcW w:w="5132" w:type="dxa"/>
            <w:tcBorders>
              <w:top w:val="single" w:sz="4" w:space="0" w:color="auto"/>
              <w:bottom w:val="single" w:sz="4" w:space="0" w:color="auto"/>
            </w:tcBorders>
          </w:tcPr>
          <w:p w:rsidR="00FD50CC" w:rsidRPr="00FD50CC" w:rsidRDefault="00FD50CC" w:rsidP="00FD50CC">
            <w:pPr>
              <w:numPr>
                <w:ilvl w:val="0"/>
                <w:numId w:val="96"/>
              </w:num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Отметь, что относится к неживой природе?</w:t>
            </w:r>
          </w:p>
          <w:p w:rsidR="00FD50CC" w:rsidRPr="00FD50CC" w:rsidRDefault="00FD50CC" w:rsidP="00FD50CC">
            <w:pPr>
              <w:suppressAutoHyphens/>
              <w:spacing w:after="0" w:line="240" w:lineRule="auto"/>
              <w:rPr>
                <w:rFonts w:ascii="Times New Roman" w:eastAsia="SimSun" w:hAnsi="Times New Roman" w:cs="Times New Roman"/>
                <w:color w:val="00000A"/>
                <w:sz w:val="24"/>
                <w:szCs w:val="24"/>
                <w:lang w:val="ru-RU"/>
              </w:rPr>
            </w:pPr>
          </w:p>
        </w:tc>
        <w:tc>
          <w:tcPr>
            <w:tcW w:w="3685" w:type="dxa"/>
            <w:gridSpan w:val="2"/>
            <w:tcBorders>
              <w:top w:val="single" w:sz="4" w:space="0" w:color="auto"/>
            </w:tcBorders>
          </w:tcPr>
          <w:p w:rsidR="00FD50CC" w:rsidRPr="00FD50CC" w:rsidRDefault="00FD50CC" w:rsidP="00FD50CC">
            <w:pPr>
              <w:autoSpaceDE w:val="0"/>
              <w:autoSpaceDN w:val="0"/>
              <w:adjustRightInd w:val="0"/>
              <w:spacing w:after="0" w:line="240" w:lineRule="auto"/>
              <w:rPr>
                <w:rFonts w:ascii="Times New Roman" w:eastAsia="Times New Roman" w:hAnsi="Times New Roman" w:cs="Times New Roman"/>
                <w:b/>
                <w:i/>
                <w:sz w:val="24"/>
                <w:szCs w:val="24"/>
              </w:rPr>
            </w:pPr>
            <w:r w:rsidRPr="00FD50CC">
              <w:rPr>
                <w:rFonts w:ascii="Times New Roman" w:eastAsia="Times New Roman" w:hAnsi="Times New Roman" w:cs="Times New Roman"/>
                <w:sz w:val="24"/>
                <w:szCs w:val="24"/>
              </w:rPr>
              <w:t>Правильный ответ</w:t>
            </w:r>
            <w:r w:rsidRPr="00FD50CC">
              <w:rPr>
                <w:rFonts w:ascii="Times New Roman" w:eastAsia="Times New Roman" w:hAnsi="Times New Roman" w:cs="Times New Roman"/>
                <w:b/>
                <w:i/>
                <w:sz w:val="24"/>
                <w:szCs w:val="24"/>
              </w:rPr>
              <w:t xml:space="preserve"> (солнце)</w:t>
            </w:r>
          </w:p>
        </w:tc>
        <w:tc>
          <w:tcPr>
            <w:tcW w:w="1389" w:type="dxa"/>
            <w:tcBorders>
              <w:top w:val="single" w:sz="4" w:space="0" w:color="auto"/>
            </w:tcBorders>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FD50CC">
        <w:tc>
          <w:tcPr>
            <w:tcW w:w="5132" w:type="dxa"/>
            <w:tcBorders>
              <w:top w:val="single" w:sz="4" w:space="0" w:color="auto"/>
              <w:bottom w:val="single" w:sz="4" w:space="0" w:color="auto"/>
            </w:tcBorders>
          </w:tcPr>
          <w:p w:rsidR="00FD50CC" w:rsidRPr="00FD50CC" w:rsidRDefault="00FD50CC" w:rsidP="00FD50CC">
            <w:pPr>
              <w:autoSpaceDE w:val="0"/>
              <w:autoSpaceDN w:val="0"/>
              <w:adjustRightInd w:val="0"/>
              <w:spacing w:after="0" w:line="240" w:lineRule="auto"/>
              <w:jc w:val="both"/>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2. На флаге России</w:t>
            </w:r>
          </w:p>
        </w:tc>
        <w:tc>
          <w:tcPr>
            <w:tcW w:w="3685" w:type="dxa"/>
            <w:gridSpan w:val="2"/>
          </w:tcPr>
          <w:p w:rsidR="00FD50CC" w:rsidRPr="00FD50CC" w:rsidRDefault="00FD50CC" w:rsidP="00FD50CC">
            <w:pPr>
              <w:autoSpaceDE w:val="0"/>
              <w:autoSpaceDN w:val="0"/>
              <w:adjustRightInd w:val="0"/>
              <w:spacing w:after="0" w:line="240" w:lineRule="auto"/>
              <w:jc w:val="both"/>
              <w:rPr>
                <w:rFonts w:ascii="Times New Roman" w:eastAsia="Times New Roman" w:hAnsi="Times New Roman" w:cs="Times New Roman"/>
                <w:b/>
                <w:i/>
                <w:sz w:val="24"/>
                <w:szCs w:val="24"/>
              </w:rPr>
            </w:pPr>
            <w:r w:rsidRPr="00FD50CC">
              <w:rPr>
                <w:rFonts w:ascii="Times New Roman" w:eastAsia="Times New Roman" w:hAnsi="Times New Roman" w:cs="Times New Roman"/>
                <w:sz w:val="24"/>
                <w:szCs w:val="24"/>
              </w:rPr>
              <w:t>Правильный ответ</w:t>
            </w:r>
            <w:r w:rsidRPr="00FD50CC">
              <w:rPr>
                <w:rFonts w:ascii="Times New Roman" w:eastAsia="Times New Roman" w:hAnsi="Times New Roman" w:cs="Times New Roman"/>
                <w:b/>
                <w:i/>
                <w:sz w:val="24"/>
                <w:szCs w:val="24"/>
              </w:rPr>
              <w:t xml:space="preserve"> (3 полосы)       </w:t>
            </w:r>
          </w:p>
        </w:tc>
        <w:tc>
          <w:tcPr>
            <w:tcW w:w="1389" w:type="dxa"/>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FD50CC">
        <w:trPr>
          <w:trHeight w:val="497"/>
        </w:trPr>
        <w:tc>
          <w:tcPr>
            <w:tcW w:w="5132" w:type="dxa"/>
            <w:tcBorders>
              <w:top w:val="single" w:sz="4" w:space="0" w:color="auto"/>
              <w:bottom w:val="single" w:sz="4" w:space="0" w:color="auto"/>
            </w:tcBorders>
          </w:tcPr>
          <w:p w:rsidR="00FD50CC" w:rsidRPr="00FD50CC" w:rsidRDefault="00FD50CC" w:rsidP="00FD50CC">
            <w:pPr>
              <w:numPr>
                <w:ilvl w:val="0"/>
                <w:numId w:val="97"/>
              </w:numPr>
              <w:suppressAutoHyphens/>
              <w:spacing w:after="0" w:line="100" w:lineRule="atLeast"/>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Вода может находиться в:</w:t>
            </w:r>
          </w:p>
          <w:p w:rsidR="00FD50CC" w:rsidRPr="00FD50CC" w:rsidRDefault="00FD50CC" w:rsidP="00FD50CC">
            <w:pPr>
              <w:spacing w:after="0" w:line="240" w:lineRule="auto"/>
              <w:rPr>
                <w:rFonts w:ascii="Times New Roman" w:eastAsia="Times New Roman" w:hAnsi="Times New Roman" w:cs="Times New Roman"/>
                <w:sz w:val="24"/>
                <w:szCs w:val="24"/>
              </w:rPr>
            </w:pPr>
          </w:p>
        </w:tc>
        <w:tc>
          <w:tcPr>
            <w:tcW w:w="3685" w:type="dxa"/>
            <w:gridSpan w:val="2"/>
          </w:tcPr>
          <w:p w:rsidR="00FD50CC" w:rsidRPr="00FD50CC" w:rsidRDefault="00FD50CC" w:rsidP="00FD50CC">
            <w:pPr>
              <w:spacing w:after="0" w:line="240" w:lineRule="auto"/>
              <w:rPr>
                <w:rFonts w:ascii="Times New Roman" w:eastAsia="Times New Roman" w:hAnsi="Times New Roman" w:cs="Times New Roman"/>
                <w:b/>
                <w:i/>
                <w:sz w:val="24"/>
                <w:szCs w:val="24"/>
              </w:rPr>
            </w:pPr>
            <w:r w:rsidRPr="00FD50CC">
              <w:rPr>
                <w:rFonts w:ascii="Times New Roman" w:eastAsia="Times New Roman" w:hAnsi="Times New Roman" w:cs="Times New Roman"/>
                <w:sz w:val="24"/>
                <w:szCs w:val="24"/>
              </w:rPr>
              <w:t>Правильный ответ</w:t>
            </w:r>
            <w:r w:rsidRPr="00FD50CC">
              <w:rPr>
                <w:rFonts w:ascii="Times New Roman" w:eastAsia="Times New Roman" w:hAnsi="Times New Roman" w:cs="Times New Roman"/>
                <w:b/>
                <w:i/>
                <w:sz w:val="24"/>
                <w:szCs w:val="24"/>
              </w:rPr>
              <w:t xml:space="preserve"> (три состояния)   </w:t>
            </w:r>
          </w:p>
        </w:tc>
        <w:tc>
          <w:tcPr>
            <w:tcW w:w="1389" w:type="dxa"/>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FD50CC">
        <w:tc>
          <w:tcPr>
            <w:tcW w:w="5132" w:type="dxa"/>
            <w:tcBorders>
              <w:top w:val="single" w:sz="4" w:space="0" w:color="auto"/>
              <w:bottom w:val="single" w:sz="4" w:space="0" w:color="auto"/>
            </w:tcBorders>
          </w:tcPr>
          <w:p w:rsidR="00FD50CC" w:rsidRPr="00FD50CC" w:rsidRDefault="00FD50CC" w:rsidP="00FD50CC">
            <w:pPr>
              <w:suppressAutoHyphens/>
              <w:spacing w:after="0" w:line="240" w:lineRule="auto"/>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4. Растения, у которых несколько одревесневших стеблей (стволов), - это</w:t>
            </w:r>
          </w:p>
        </w:tc>
        <w:tc>
          <w:tcPr>
            <w:tcW w:w="3685" w:type="dxa"/>
            <w:gridSpan w:val="2"/>
          </w:tcPr>
          <w:p w:rsidR="00FD50CC" w:rsidRPr="00FD50CC" w:rsidRDefault="00FD50CC" w:rsidP="00FD50CC">
            <w:pPr>
              <w:autoSpaceDE w:val="0"/>
              <w:autoSpaceDN w:val="0"/>
              <w:adjustRightInd w:val="0"/>
              <w:spacing w:after="0" w:line="240" w:lineRule="auto"/>
              <w:jc w:val="both"/>
              <w:rPr>
                <w:rFonts w:ascii="Times New Roman" w:eastAsia="Times New Roman" w:hAnsi="Times New Roman" w:cs="Times New Roman"/>
                <w:b/>
                <w:i/>
                <w:sz w:val="24"/>
                <w:szCs w:val="24"/>
              </w:rPr>
            </w:pPr>
            <w:r w:rsidRPr="00FD50CC">
              <w:rPr>
                <w:rFonts w:ascii="Times New Roman" w:eastAsia="Times New Roman" w:hAnsi="Times New Roman" w:cs="Times New Roman"/>
                <w:sz w:val="24"/>
                <w:szCs w:val="24"/>
              </w:rPr>
              <w:t>Правильный ответ</w:t>
            </w:r>
            <w:r w:rsidRPr="00FD50CC">
              <w:rPr>
                <w:rFonts w:ascii="Times New Roman" w:eastAsia="Times New Roman" w:hAnsi="Times New Roman" w:cs="Times New Roman"/>
                <w:b/>
                <w:i/>
                <w:sz w:val="24"/>
                <w:szCs w:val="24"/>
              </w:rPr>
              <w:t xml:space="preserve"> (кустарник)</w:t>
            </w:r>
          </w:p>
        </w:tc>
        <w:tc>
          <w:tcPr>
            <w:tcW w:w="1389" w:type="dxa"/>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FD50CC">
        <w:tc>
          <w:tcPr>
            <w:tcW w:w="5132" w:type="dxa"/>
            <w:vMerge w:val="restart"/>
            <w:tcBorders>
              <w:top w:val="single" w:sz="4" w:space="0" w:color="auto"/>
            </w:tcBorders>
          </w:tcPr>
          <w:p w:rsidR="00FD50CC" w:rsidRPr="00FD50CC" w:rsidRDefault="00FD50CC" w:rsidP="00FD50CC">
            <w:pPr>
              <w:suppressAutoHyphens/>
              <w:spacing w:after="0" w:line="240" w:lineRule="auto"/>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5. Животные, тело которых покрыто шерстью, - это</w:t>
            </w:r>
          </w:p>
        </w:tc>
        <w:tc>
          <w:tcPr>
            <w:tcW w:w="3685" w:type="dxa"/>
            <w:gridSpan w:val="2"/>
          </w:tcPr>
          <w:p w:rsidR="00FD50CC" w:rsidRPr="00FD50CC" w:rsidRDefault="00FD50CC" w:rsidP="00FD50CC">
            <w:pPr>
              <w:autoSpaceDE w:val="0"/>
              <w:autoSpaceDN w:val="0"/>
              <w:adjustRightInd w:val="0"/>
              <w:spacing w:after="0" w:line="240" w:lineRule="auto"/>
              <w:jc w:val="both"/>
              <w:rPr>
                <w:rFonts w:ascii="Times New Roman" w:eastAsia="Times New Roman" w:hAnsi="Times New Roman" w:cs="Times New Roman"/>
                <w:b/>
                <w:i/>
                <w:sz w:val="24"/>
                <w:szCs w:val="24"/>
              </w:rPr>
            </w:pPr>
            <w:r w:rsidRPr="00FD50CC">
              <w:rPr>
                <w:rFonts w:ascii="Times New Roman" w:eastAsia="Times New Roman" w:hAnsi="Times New Roman" w:cs="Times New Roman"/>
                <w:sz w:val="24"/>
                <w:szCs w:val="24"/>
              </w:rPr>
              <w:t>Правильный ответ</w:t>
            </w:r>
            <w:r w:rsidRPr="00FD50CC">
              <w:rPr>
                <w:rFonts w:ascii="Times New Roman" w:eastAsia="Times New Roman" w:hAnsi="Times New Roman" w:cs="Times New Roman"/>
                <w:b/>
                <w:i/>
                <w:sz w:val="24"/>
                <w:szCs w:val="24"/>
              </w:rPr>
              <w:t xml:space="preserve"> (звери (примеры))</w:t>
            </w:r>
          </w:p>
        </w:tc>
        <w:tc>
          <w:tcPr>
            <w:tcW w:w="1389" w:type="dxa"/>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FD50CC">
        <w:trPr>
          <w:gridAfter w:val="3"/>
          <w:wAfter w:w="5074" w:type="dxa"/>
          <w:trHeight w:val="276"/>
        </w:trPr>
        <w:tc>
          <w:tcPr>
            <w:tcW w:w="5132" w:type="dxa"/>
            <w:vMerge/>
            <w:tcBorders>
              <w:bottom w:val="single" w:sz="4" w:space="0" w:color="auto"/>
            </w:tcBorders>
          </w:tcPr>
          <w:p w:rsidR="00FD50CC" w:rsidRPr="00FD50CC" w:rsidRDefault="00FD50CC" w:rsidP="00FD50CC">
            <w:pPr>
              <w:spacing w:after="0" w:line="240" w:lineRule="auto"/>
              <w:rPr>
                <w:rFonts w:ascii="Times New Roman" w:eastAsia="Times New Roman" w:hAnsi="Times New Roman" w:cs="Times New Roman"/>
                <w:sz w:val="24"/>
                <w:szCs w:val="24"/>
              </w:rPr>
            </w:pPr>
          </w:p>
        </w:tc>
      </w:tr>
      <w:tr w:rsidR="00FD50CC" w:rsidRPr="00FD50CC" w:rsidTr="00FD50CC">
        <w:tc>
          <w:tcPr>
            <w:tcW w:w="5132" w:type="dxa"/>
            <w:tcBorders>
              <w:top w:val="single" w:sz="4" w:space="0" w:color="auto"/>
              <w:bottom w:val="single" w:sz="4" w:space="0" w:color="auto"/>
            </w:tcBorders>
          </w:tcPr>
          <w:p w:rsidR="00FD50CC" w:rsidRPr="00FD50CC" w:rsidRDefault="00FD50CC" w:rsidP="00FD50CC">
            <w:pPr>
              <w:spacing w:after="0" w:line="240"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6 Как называется наука о небесных телах?</w:t>
            </w:r>
          </w:p>
        </w:tc>
        <w:tc>
          <w:tcPr>
            <w:tcW w:w="3685" w:type="dxa"/>
            <w:gridSpan w:val="2"/>
          </w:tcPr>
          <w:p w:rsidR="00FD50CC" w:rsidRPr="00FD50CC" w:rsidRDefault="00FD50CC" w:rsidP="00FD50CC">
            <w:pPr>
              <w:spacing w:after="0" w:line="240" w:lineRule="auto"/>
              <w:rPr>
                <w:rFonts w:ascii="Times New Roman" w:eastAsia="Times New Roman" w:hAnsi="Times New Roman" w:cs="Times New Roman"/>
                <w:b/>
                <w:i/>
                <w:sz w:val="24"/>
                <w:szCs w:val="24"/>
              </w:rPr>
            </w:pPr>
            <w:r w:rsidRPr="00FD50CC">
              <w:rPr>
                <w:rFonts w:ascii="Times New Roman" w:eastAsia="Times New Roman" w:hAnsi="Times New Roman" w:cs="Times New Roman"/>
                <w:sz w:val="24"/>
                <w:szCs w:val="24"/>
              </w:rPr>
              <w:t>Правильный ответ</w:t>
            </w:r>
            <w:r w:rsidRPr="00FD50CC">
              <w:rPr>
                <w:rFonts w:ascii="Times New Roman" w:eastAsia="Times New Roman" w:hAnsi="Times New Roman" w:cs="Times New Roman"/>
                <w:b/>
                <w:i/>
                <w:sz w:val="24"/>
                <w:szCs w:val="24"/>
              </w:rPr>
              <w:t xml:space="preserve"> (астраномия)</w:t>
            </w:r>
          </w:p>
        </w:tc>
        <w:tc>
          <w:tcPr>
            <w:tcW w:w="1389" w:type="dxa"/>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FD50CC">
        <w:trPr>
          <w:trHeight w:val="337"/>
        </w:trPr>
        <w:tc>
          <w:tcPr>
            <w:tcW w:w="5132" w:type="dxa"/>
            <w:tcBorders>
              <w:top w:val="single" w:sz="4" w:space="0" w:color="auto"/>
              <w:bottom w:val="single" w:sz="4" w:space="0" w:color="auto"/>
            </w:tcBorders>
          </w:tcPr>
          <w:p w:rsidR="00FD50CC" w:rsidRPr="00FD50CC" w:rsidRDefault="00FD50CC" w:rsidP="00FD50CC">
            <w:pPr>
              <w:numPr>
                <w:ilvl w:val="0"/>
                <w:numId w:val="98"/>
              </w:numPr>
              <w:suppressAutoHyphens/>
              <w:spacing w:after="0" w:line="240" w:lineRule="auto"/>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Выбери название основной реки твоего края:</w:t>
            </w:r>
          </w:p>
          <w:p w:rsidR="00FD50CC" w:rsidRPr="00FD50CC" w:rsidRDefault="00FD50CC" w:rsidP="00FD50CC">
            <w:pPr>
              <w:spacing w:after="0" w:line="240" w:lineRule="auto"/>
              <w:rPr>
                <w:rFonts w:ascii="Times New Roman" w:eastAsia="Times New Roman" w:hAnsi="Times New Roman" w:cs="Times New Roman"/>
                <w:sz w:val="24"/>
                <w:szCs w:val="24"/>
                <w:lang w:val="ru-RU"/>
              </w:rPr>
            </w:pPr>
          </w:p>
        </w:tc>
        <w:tc>
          <w:tcPr>
            <w:tcW w:w="3685" w:type="dxa"/>
            <w:gridSpan w:val="2"/>
            <w:tcBorders>
              <w:bottom w:val="single" w:sz="4" w:space="0" w:color="auto"/>
            </w:tcBorders>
          </w:tcPr>
          <w:p w:rsidR="00FD50CC" w:rsidRPr="00FD50CC" w:rsidRDefault="00FD50CC" w:rsidP="00FD50CC">
            <w:pPr>
              <w:spacing w:after="0" w:line="240" w:lineRule="auto"/>
              <w:rPr>
                <w:rFonts w:ascii="Times New Roman" w:eastAsia="Times New Roman" w:hAnsi="Times New Roman" w:cs="Times New Roman"/>
                <w:b/>
                <w:i/>
                <w:sz w:val="24"/>
                <w:szCs w:val="24"/>
              </w:rPr>
            </w:pPr>
            <w:r w:rsidRPr="00FD50CC">
              <w:rPr>
                <w:rFonts w:ascii="Times New Roman" w:eastAsia="Times New Roman" w:hAnsi="Times New Roman" w:cs="Times New Roman"/>
                <w:sz w:val="24"/>
                <w:szCs w:val="24"/>
              </w:rPr>
              <w:t>Правильный ответ</w:t>
            </w:r>
            <w:r w:rsidRPr="00FD50CC">
              <w:rPr>
                <w:rFonts w:ascii="Times New Roman" w:eastAsia="Times New Roman" w:hAnsi="Times New Roman" w:cs="Times New Roman"/>
                <w:b/>
                <w:i/>
                <w:sz w:val="24"/>
                <w:szCs w:val="24"/>
              </w:rPr>
              <w:t xml:space="preserve"> (Урал)</w:t>
            </w:r>
          </w:p>
        </w:tc>
        <w:tc>
          <w:tcPr>
            <w:tcW w:w="1389" w:type="dxa"/>
            <w:tcBorders>
              <w:bottom w:val="single" w:sz="4" w:space="0" w:color="auto"/>
            </w:tcBorders>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FD50CC">
        <w:trPr>
          <w:trHeight w:val="337"/>
        </w:trPr>
        <w:tc>
          <w:tcPr>
            <w:tcW w:w="5132" w:type="dxa"/>
            <w:tcBorders>
              <w:top w:val="single" w:sz="4" w:space="0" w:color="auto"/>
              <w:bottom w:val="single" w:sz="4" w:space="0" w:color="auto"/>
            </w:tcBorders>
          </w:tcPr>
          <w:p w:rsidR="00FD50CC" w:rsidRPr="00FD50CC" w:rsidRDefault="00FD50CC" w:rsidP="00FD50CC">
            <w:pPr>
              <w:spacing w:after="0" w:line="240" w:lineRule="auto"/>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8.  В какой строчке указаны только лиственные растения:</w:t>
            </w:r>
          </w:p>
        </w:tc>
        <w:tc>
          <w:tcPr>
            <w:tcW w:w="3685" w:type="dxa"/>
            <w:gridSpan w:val="2"/>
            <w:tcBorders>
              <w:bottom w:val="single" w:sz="4" w:space="0" w:color="auto"/>
            </w:tcBorders>
          </w:tcPr>
          <w:p w:rsidR="00FD50CC" w:rsidRPr="00FD50CC" w:rsidRDefault="00FD50CC" w:rsidP="00FD50CC">
            <w:pPr>
              <w:spacing w:after="0" w:line="240" w:lineRule="auto"/>
              <w:rPr>
                <w:rFonts w:ascii="Times New Roman" w:eastAsia="Times New Roman" w:hAnsi="Times New Roman" w:cs="Times New Roman"/>
                <w:b/>
                <w:i/>
                <w:sz w:val="24"/>
                <w:szCs w:val="24"/>
              </w:rPr>
            </w:pPr>
            <w:r w:rsidRPr="00FD50CC">
              <w:rPr>
                <w:rFonts w:ascii="Times New Roman" w:eastAsia="Times New Roman" w:hAnsi="Times New Roman" w:cs="Times New Roman"/>
                <w:sz w:val="24"/>
                <w:szCs w:val="24"/>
              </w:rPr>
              <w:t>Правильный ответ</w:t>
            </w:r>
            <w:r w:rsidRPr="00FD50CC">
              <w:rPr>
                <w:rFonts w:ascii="Times New Roman" w:eastAsia="Times New Roman" w:hAnsi="Times New Roman" w:cs="Times New Roman"/>
                <w:b/>
                <w:i/>
                <w:sz w:val="24"/>
                <w:szCs w:val="24"/>
              </w:rPr>
              <w:t xml:space="preserve"> (3)</w:t>
            </w:r>
          </w:p>
        </w:tc>
        <w:tc>
          <w:tcPr>
            <w:tcW w:w="1389" w:type="dxa"/>
            <w:tcBorders>
              <w:bottom w:val="single" w:sz="4" w:space="0" w:color="auto"/>
            </w:tcBorders>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FD50CC">
        <w:trPr>
          <w:trHeight w:val="337"/>
        </w:trPr>
        <w:tc>
          <w:tcPr>
            <w:tcW w:w="5132" w:type="dxa"/>
            <w:tcBorders>
              <w:top w:val="single" w:sz="4" w:space="0" w:color="auto"/>
              <w:bottom w:val="single" w:sz="4" w:space="0" w:color="auto"/>
            </w:tcBorders>
          </w:tcPr>
          <w:p w:rsidR="00FD50CC" w:rsidRPr="00FD50CC" w:rsidRDefault="00FD50CC" w:rsidP="00FD50CC">
            <w:pPr>
              <w:suppressAutoHyphens/>
              <w:spacing w:after="0" w:line="240" w:lineRule="auto"/>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9. На каком материке располагается наша страна?</w:t>
            </w:r>
          </w:p>
          <w:p w:rsidR="00FD50CC" w:rsidRPr="00FD50CC" w:rsidRDefault="00FD50CC" w:rsidP="00FD50CC">
            <w:pPr>
              <w:spacing w:after="0" w:line="240" w:lineRule="auto"/>
              <w:rPr>
                <w:rFonts w:ascii="Times New Roman" w:eastAsia="Times New Roman" w:hAnsi="Times New Roman" w:cs="Times New Roman"/>
                <w:sz w:val="24"/>
                <w:szCs w:val="24"/>
                <w:lang w:val="ru-RU"/>
              </w:rPr>
            </w:pPr>
          </w:p>
        </w:tc>
        <w:tc>
          <w:tcPr>
            <w:tcW w:w="3685" w:type="dxa"/>
            <w:gridSpan w:val="2"/>
            <w:tcBorders>
              <w:bottom w:val="single" w:sz="4" w:space="0" w:color="auto"/>
            </w:tcBorders>
          </w:tcPr>
          <w:p w:rsidR="00FD50CC" w:rsidRPr="00FD50CC" w:rsidRDefault="00FD50CC" w:rsidP="00FD50CC">
            <w:pPr>
              <w:spacing w:after="0" w:line="240" w:lineRule="auto"/>
              <w:rPr>
                <w:rFonts w:ascii="Times New Roman" w:eastAsia="Times New Roman" w:hAnsi="Times New Roman" w:cs="Times New Roman"/>
                <w:b/>
                <w:i/>
                <w:sz w:val="24"/>
                <w:szCs w:val="24"/>
              </w:rPr>
            </w:pPr>
            <w:r w:rsidRPr="00FD50CC">
              <w:rPr>
                <w:rFonts w:ascii="Times New Roman" w:eastAsia="Times New Roman" w:hAnsi="Times New Roman" w:cs="Times New Roman"/>
                <w:sz w:val="24"/>
                <w:szCs w:val="24"/>
              </w:rPr>
              <w:t>Правильный ответ</w:t>
            </w:r>
            <w:r w:rsidRPr="00FD50CC">
              <w:rPr>
                <w:rFonts w:ascii="Times New Roman" w:eastAsia="Times New Roman" w:hAnsi="Times New Roman" w:cs="Times New Roman"/>
                <w:b/>
                <w:i/>
                <w:sz w:val="24"/>
                <w:szCs w:val="24"/>
              </w:rPr>
              <w:t xml:space="preserve"> (Евразия)</w:t>
            </w:r>
          </w:p>
        </w:tc>
        <w:tc>
          <w:tcPr>
            <w:tcW w:w="1389" w:type="dxa"/>
            <w:tcBorders>
              <w:bottom w:val="single" w:sz="4" w:space="0" w:color="auto"/>
            </w:tcBorders>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FD50CC">
        <w:trPr>
          <w:trHeight w:val="337"/>
        </w:trPr>
        <w:tc>
          <w:tcPr>
            <w:tcW w:w="5132" w:type="dxa"/>
            <w:tcBorders>
              <w:top w:val="single" w:sz="4" w:space="0" w:color="auto"/>
              <w:bottom w:val="single" w:sz="4" w:space="0" w:color="auto"/>
            </w:tcBorders>
          </w:tcPr>
          <w:p w:rsidR="00FD50CC" w:rsidRPr="00FD50CC" w:rsidRDefault="00FD50CC" w:rsidP="00FD50CC">
            <w:pPr>
              <w:suppressAutoHyphens/>
              <w:spacing w:after="0" w:line="240" w:lineRule="auto"/>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10. Укажи группу насекомых луга</w:t>
            </w:r>
          </w:p>
        </w:tc>
        <w:tc>
          <w:tcPr>
            <w:tcW w:w="3685" w:type="dxa"/>
            <w:gridSpan w:val="2"/>
            <w:tcBorders>
              <w:bottom w:val="single" w:sz="4" w:space="0" w:color="auto"/>
            </w:tcBorders>
          </w:tcPr>
          <w:p w:rsidR="00FD50CC" w:rsidRPr="00FD50CC" w:rsidRDefault="00FD50CC" w:rsidP="00FD50CC">
            <w:pPr>
              <w:spacing w:after="0" w:line="240" w:lineRule="auto"/>
              <w:rPr>
                <w:rFonts w:ascii="Times New Roman" w:eastAsia="Times New Roman" w:hAnsi="Times New Roman" w:cs="Times New Roman"/>
                <w:b/>
                <w:i/>
                <w:sz w:val="24"/>
                <w:szCs w:val="24"/>
              </w:rPr>
            </w:pPr>
            <w:r w:rsidRPr="00FD50CC">
              <w:rPr>
                <w:rFonts w:ascii="Times New Roman" w:eastAsia="Times New Roman" w:hAnsi="Times New Roman" w:cs="Times New Roman"/>
                <w:sz w:val="24"/>
                <w:szCs w:val="24"/>
              </w:rPr>
              <w:t>Правильный ответ</w:t>
            </w:r>
            <w:r w:rsidRPr="00FD50CC">
              <w:rPr>
                <w:rFonts w:ascii="Times New Roman" w:eastAsia="Times New Roman" w:hAnsi="Times New Roman" w:cs="Times New Roman"/>
                <w:b/>
                <w:i/>
                <w:sz w:val="24"/>
                <w:szCs w:val="24"/>
              </w:rPr>
              <w:t xml:space="preserve"> (3)</w:t>
            </w:r>
          </w:p>
        </w:tc>
        <w:tc>
          <w:tcPr>
            <w:tcW w:w="1389" w:type="dxa"/>
            <w:tcBorders>
              <w:bottom w:val="single" w:sz="4" w:space="0" w:color="auto"/>
            </w:tcBorders>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FD50CC">
        <w:trPr>
          <w:trHeight w:val="221"/>
        </w:trPr>
        <w:tc>
          <w:tcPr>
            <w:tcW w:w="10206" w:type="dxa"/>
            <w:gridSpan w:val="4"/>
            <w:tcBorders>
              <w:top w:val="single" w:sz="4" w:space="0" w:color="auto"/>
            </w:tcBorders>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b/>
                <w:sz w:val="24"/>
                <w:szCs w:val="24"/>
              </w:rPr>
            </w:pPr>
            <w:r w:rsidRPr="00FD50CC">
              <w:rPr>
                <w:rFonts w:ascii="Times New Roman" w:eastAsia="Times New Roman" w:hAnsi="Times New Roman" w:cs="Times New Roman"/>
                <w:b/>
                <w:sz w:val="24"/>
                <w:szCs w:val="24"/>
              </w:rPr>
              <w:t>Повышенный уровень</w:t>
            </w:r>
          </w:p>
        </w:tc>
      </w:tr>
      <w:tr w:rsidR="00FD50CC" w:rsidRPr="00FD50CC" w:rsidTr="00FD50CC">
        <w:tc>
          <w:tcPr>
            <w:tcW w:w="5132" w:type="dxa"/>
            <w:tcBorders>
              <w:bottom w:val="single" w:sz="4" w:space="0" w:color="auto"/>
            </w:tcBorders>
          </w:tcPr>
          <w:p w:rsidR="00FD50CC" w:rsidRPr="00FD50CC" w:rsidRDefault="00FD50CC" w:rsidP="00FD50CC">
            <w:pPr>
              <w:spacing w:after="0" w:line="240" w:lineRule="auto"/>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 xml:space="preserve">11.Сколько ног у насекомых?  </w:t>
            </w:r>
          </w:p>
        </w:tc>
        <w:tc>
          <w:tcPr>
            <w:tcW w:w="3685" w:type="dxa"/>
            <w:gridSpan w:val="2"/>
          </w:tcPr>
          <w:p w:rsidR="00FD50CC" w:rsidRPr="00FD50CC" w:rsidRDefault="00FD50CC" w:rsidP="00FD50CC">
            <w:pPr>
              <w:spacing w:after="0" w:line="240" w:lineRule="auto"/>
              <w:rPr>
                <w:rFonts w:ascii="Times New Roman" w:eastAsia="Times New Roman" w:hAnsi="Times New Roman" w:cs="Times New Roman"/>
                <w:i/>
                <w:sz w:val="24"/>
                <w:szCs w:val="24"/>
              </w:rPr>
            </w:pPr>
            <w:r w:rsidRPr="00FD50CC">
              <w:rPr>
                <w:rFonts w:ascii="Times New Roman" w:eastAsia="Times New Roman" w:hAnsi="Times New Roman" w:cs="Times New Roman"/>
                <w:sz w:val="24"/>
                <w:szCs w:val="24"/>
              </w:rPr>
              <w:t>Правильный ответ</w:t>
            </w:r>
            <w:r w:rsidRPr="00FD50CC">
              <w:rPr>
                <w:rFonts w:ascii="Times New Roman" w:eastAsia="Times New Roman" w:hAnsi="Times New Roman" w:cs="Times New Roman"/>
                <w:b/>
                <w:i/>
                <w:sz w:val="24"/>
                <w:szCs w:val="24"/>
              </w:rPr>
              <w:t xml:space="preserve"> (6 ног)</w:t>
            </w:r>
          </w:p>
        </w:tc>
        <w:tc>
          <w:tcPr>
            <w:tcW w:w="1389" w:type="dxa"/>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FD50CC">
        <w:trPr>
          <w:trHeight w:val="551"/>
        </w:trPr>
        <w:tc>
          <w:tcPr>
            <w:tcW w:w="5132" w:type="dxa"/>
            <w:vMerge w:val="restart"/>
            <w:tcBorders>
              <w:top w:val="single" w:sz="4" w:space="0" w:color="auto"/>
            </w:tcBorders>
          </w:tcPr>
          <w:p w:rsidR="00FD50CC" w:rsidRPr="00FD50CC" w:rsidRDefault="00FD50CC" w:rsidP="00FD50CC">
            <w:pPr>
              <w:spacing w:after="0" w:line="240" w:lineRule="auto"/>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12.Напиши летние месяцы</w:t>
            </w:r>
          </w:p>
        </w:tc>
        <w:tc>
          <w:tcPr>
            <w:tcW w:w="3685" w:type="dxa"/>
            <w:gridSpan w:val="2"/>
          </w:tcPr>
          <w:p w:rsidR="00FD50CC" w:rsidRPr="00FD50CC" w:rsidRDefault="00FD50CC" w:rsidP="00FD50CC">
            <w:pPr>
              <w:autoSpaceDE w:val="0"/>
              <w:autoSpaceDN w:val="0"/>
              <w:adjustRightInd w:val="0"/>
              <w:spacing w:after="0" w:line="240" w:lineRule="auto"/>
              <w:jc w:val="both"/>
              <w:rPr>
                <w:rFonts w:ascii="Times New Roman" w:eastAsia="Times New Roman" w:hAnsi="Times New Roman" w:cs="Times New Roman"/>
                <w:i/>
                <w:sz w:val="24"/>
                <w:szCs w:val="24"/>
                <w:lang w:val="ru-RU"/>
              </w:rPr>
            </w:pPr>
            <w:r w:rsidRPr="00FD50CC">
              <w:rPr>
                <w:rFonts w:ascii="Times New Roman" w:eastAsia="Times New Roman" w:hAnsi="Times New Roman" w:cs="Times New Roman"/>
                <w:sz w:val="24"/>
                <w:szCs w:val="24"/>
                <w:lang w:val="ru-RU"/>
              </w:rPr>
              <w:t>Правильный ответ</w:t>
            </w:r>
            <w:r w:rsidRPr="00FD50CC">
              <w:rPr>
                <w:rFonts w:ascii="Times New Roman" w:eastAsia="Times New Roman" w:hAnsi="Times New Roman" w:cs="Times New Roman"/>
                <w:b/>
                <w:i/>
                <w:sz w:val="24"/>
                <w:szCs w:val="24"/>
                <w:lang w:val="ru-RU"/>
              </w:rPr>
              <w:t xml:space="preserve"> (июнь, июль, август и дата рождения)</w:t>
            </w:r>
          </w:p>
        </w:tc>
        <w:tc>
          <w:tcPr>
            <w:tcW w:w="1389" w:type="dxa"/>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FD50CC">
        <w:trPr>
          <w:gridAfter w:val="3"/>
          <w:wAfter w:w="5074" w:type="dxa"/>
          <w:trHeight w:val="551"/>
        </w:trPr>
        <w:tc>
          <w:tcPr>
            <w:tcW w:w="5132" w:type="dxa"/>
            <w:vMerge/>
          </w:tcPr>
          <w:p w:rsidR="00FD50CC" w:rsidRPr="00FD50CC" w:rsidRDefault="00FD50CC" w:rsidP="00FD50CC">
            <w:pPr>
              <w:spacing w:after="0" w:line="240" w:lineRule="auto"/>
              <w:rPr>
                <w:rFonts w:ascii="Times New Roman" w:eastAsia="Times New Roman" w:hAnsi="Times New Roman" w:cs="Times New Roman"/>
                <w:sz w:val="24"/>
                <w:szCs w:val="24"/>
              </w:rPr>
            </w:pPr>
          </w:p>
        </w:tc>
      </w:tr>
      <w:tr w:rsidR="00FD50CC" w:rsidRPr="00FD50CC" w:rsidTr="00FD50CC">
        <w:tc>
          <w:tcPr>
            <w:tcW w:w="5132" w:type="dxa"/>
            <w:tcBorders>
              <w:top w:val="single" w:sz="4" w:space="0" w:color="auto"/>
              <w:bottom w:val="single" w:sz="4" w:space="0" w:color="auto"/>
            </w:tcBorders>
          </w:tcPr>
          <w:p w:rsidR="00FD50CC" w:rsidRPr="00FD50CC" w:rsidRDefault="00FD50CC" w:rsidP="00FD50CC">
            <w:pPr>
              <w:suppressAutoHyphens/>
              <w:spacing w:after="0" w:line="240" w:lineRule="auto"/>
              <w:rPr>
                <w:rFonts w:ascii="Times New Roman" w:eastAsia="SimSun" w:hAnsi="Times New Roman" w:cs="Times New Roman"/>
                <w:color w:val="00000A"/>
                <w:sz w:val="24"/>
                <w:szCs w:val="24"/>
                <w:lang w:val="ru-RU"/>
              </w:rPr>
            </w:pPr>
            <w:r w:rsidRPr="00FD50CC">
              <w:rPr>
                <w:rFonts w:ascii="Times New Roman" w:eastAsia="SimSun" w:hAnsi="Times New Roman" w:cs="Times New Roman"/>
                <w:color w:val="00000A"/>
                <w:sz w:val="24"/>
                <w:szCs w:val="24"/>
                <w:lang w:val="ru-RU"/>
              </w:rPr>
              <w:t>13.Запиши цифрами порядок следования цветов радуги.</w:t>
            </w:r>
          </w:p>
        </w:tc>
        <w:tc>
          <w:tcPr>
            <w:tcW w:w="3685" w:type="dxa"/>
            <w:gridSpan w:val="2"/>
          </w:tcPr>
          <w:p w:rsidR="00FD50CC" w:rsidRPr="00FD50CC" w:rsidRDefault="00FD50CC" w:rsidP="00FD50CC">
            <w:pPr>
              <w:autoSpaceDE w:val="0"/>
              <w:autoSpaceDN w:val="0"/>
              <w:adjustRightInd w:val="0"/>
              <w:spacing w:after="0" w:line="240" w:lineRule="auto"/>
              <w:rPr>
                <w:rFonts w:ascii="Times New Roman" w:eastAsia="Times New Roman" w:hAnsi="Times New Roman" w:cs="Times New Roman"/>
                <w:i/>
                <w:sz w:val="24"/>
                <w:szCs w:val="24"/>
              </w:rPr>
            </w:pPr>
            <w:r w:rsidRPr="00FD50CC">
              <w:rPr>
                <w:rFonts w:ascii="Times New Roman" w:eastAsia="Times New Roman" w:hAnsi="Times New Roman" w:cs="Times New Roman"/>
                <w:sz w:val="24"/>
                <w:szCs w:val="24"/>
              </w:rPr>
              <w:t>Правильный ответ</w:t>
            </w:r>
            <w:r w:rsidRPr="00FD50CC">
              <w:rPr>
                <w:rFonts w:ascii="Times New Roman" w:eastAsia="Times New Roman" w:hAnsi="Times New Roman" w:cs="Times New Roman"/>
                <w:b/>
                <w:i/>
                <w:sz w:val="24"/>
                <w:szCs w:val="24"/>
              </w:rPr>
              <w:t xml:space="preserve"> (5,7,1,6,4,3,2)</w:t>
            </w:r>
          </w:p>
        </w:tc>
        <w:tc>
          <w:tcPr>
            <w:tcW w:w="1389" w:type="dxa"/>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FD50CC">
        <w:tc>
          <w:tcPr>
            <w:tcW w:w="5132" w:type="dxa"/>
            <w:tcBorders>
              <w:top w:val="single" w:sz="4" w:space="0" w:color="auto"/>
              <w:bottom w:val="single" w:sz="4" w:space="0" w:color="auto"/>
            </w:tcBorders>
          </w:tcPr>
          <w:p w:rsidR="00FD50CC" w:rsidRPr="00FD50CC" w:rsidRDefault="00FD50CC" w:rsidP="00FD50CC">
            <w:pPr>
              <w:autoSpaceDE w:val="0"/>
              <w:autoSpaceDN w:val="0"/>
              <w:adjustRightInd w:val="0"/>
              <w:spacing w:after="0" w:line="240" w:lineRule="auto"/>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14. Президент России</w:t>
            </w:r>
          </w:p>
        </w:tc>
        <w:tc>
          <w:tcPr>
            <w:tcW w:w="3685" w:type="dxa"/>
            <w:gridSpan w:val="2"/>
          </w:tcPr>
          <w:p w:rsidR="00FD50CC" w:rsidRPr="00FD50CC" w:rsidRDefault="00FD50CC" w:rsidP="00FD50CC">
            <w:pPr>
              <w:autoSpaceDE w:val="0"/>
              <w:autoSpaceDN w:val="0"/>
              <w:adjustRightInd w:val="0"/>
              <w:spacing w:after="0" w:line="240" w:lineRule="auto"/>
              <w:rPr>
                <w:rFonts w:ascii="Times New Roman" w:eastAsia="Times New Roman" w:hAnsi="Times New Roman" w:cs="Times New Roman"/>
                <w:i/>
                <w:sz w:val="24"/>
                <w:szCs w:val="24"/>
                <w:lang w:val="ru-RU"/>
              </w:rPr>
            </w:pPr>
            <w:r w:rsidRPr="00FD50CC">
              <w:rPr>
                <w:rFonts w:ascii="Times New Roman" w:eastAsia="Times New Roman" w:hAnsi="Times New Roman" w:cs="Times New Roman"/>
                <w:sz w:val="24"/>
                <w:szCs w:val="24"/>
                <w:lang w:val="ru-RU"/>
              </w:rPr>
              <w:t>Правильный ответ</w:t>
            </w:r>
            <w:r w:rsidRPr="00FD50CC">
              <w:rPr>
                <w:rFonts w:ascii="Times New Roman" w:eastAsia="Times New Roman" w:hAnsi="Times New Roman" w:cs="Times New Roman"/>
                <w:b/>
                <w:i/>
                <w:sz w:val="24"/>
                <w:szCs w:val="24"/>
                <w:lang w:val="ru-RU"/>
              </w:rPr>
              <w:t xml:space="preserve"> (Владимир Владимирович Путин)</w:t>
            </w:r>
          </w:p>
        </w:tc>
        <w:tc>
          <w:tcPr>
            <w:tcW w:w="1389" w:type="dxa"/>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FD50CC">
        <w:tc>
          <w:tcPr>
            <w:tcW w:w="5132" w:type="dxa"/>
            <w:tcBorders>
              <w:top w:val="single" w:sz="4" w:space="0" w:color="auto"/>
              <w:bottom w:val="single" w:sz="4" w:space="0" w:color="auto"/>
            </w:tcBorders>
          </w:tcPr>
          <w:p w:rsidR="00FD50CC" w:rsidRPr="00FD50CC" w:rsidRDefault="00FD50CC" w:rsidP="00FD50CC">
            <w:pPr>
              <w:spacing w:after="0" w:line="240" w:lineRule="auto"/>
              <w:jc w:val="both"/>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15.Подчеркни то, что относится к внутреннему строению человека</w:t>
            </w:r>
          </w:p>
          <w:p w:rsidR="00FD50CC" w:rsidRPr="00FD50CC" w:rsidRDefault="00FD50CC" w:rsidP="00FD50CC">
            <w:pPr>
              <w:spacing w:after="0" w:line="240" w:lineRule="auto"/>
              <w:jc w:val="both"/>
              <w:rPr>
                <w:rFonts w:ascii="Times New Roman" w:eastAsia="Times New Roman" w:hAnsi="Times New Roman" w:cs="Times New Roman"/>
                <w:sz w:val="24"/>
                <w:szCs w:val="24"/>
                <w:lang w:val="ru-RU"/>
              </w:rPr>
            </w:pPr>
          </w:p>
        </w:tc>
        <w:tc>
          <w:tcPr>
            <w:tcW w:w="3685" w:type="dxa"/>
            <w:gridSpan w:val="2"/>
          </w:tcPr>
          <w:p w:rsidR="00FD50CC" w:rsidRPr="00FD50CC" w:rsidRDefault="00FD50CC" w:rsidP="00FD50CC">
            <w:pPr>
              <w:spacing w:after="0" w:line="240" w:lineRule="auto"/>
              <w:jc w:val="both"/>
              <w:rPr>
                <w:rFonts w:ascii="Times New Roman" w:eastAsia="Times New Roman" w:hAnsi="Times New Roman" w:cs="Times New Roman"/>
                <w:b/>
                <w:i/>
                <w:sz w:val="24"/>
                <w:szCs w:val="24"/>
                <w:lang w:val="ru-RU"/>
              </w:rPr>
            </w:pPr>
            <w:r w:rsidRPr="00FD50CC">
              <w:rPr>
                <w:rFonts w:ascii="Times New Roman" w:eastAsia="Times New Roman" w:hAnsi="Times New Roman" w:cs="Times New Roman"/>
                <w:sz w:val="24"/>
                <w:szCs w:val="24"/>
                <w:lang w:val="ru-RU"/>
              </w:rPr>
              <w:t>Правильный ответ</w:t>
            </w:r>
            <w:r w:rsidRPr="00FD50CC">
              <w:rPr>
                <w:rFonts w:ascii="Times New Roman" w:eastAsia="Times New Roman" w:hAnsi="Times New Roman" w:cs="Times New Roman"/>
                <w:b/>
                <w:i/>
                <w:sz w:val="24"/>
                <w:szCs w:val="24"/>
                <w:lang w:val="ru-RU"/>
              </w:rPr>
              <w:t xml:space="preserve"> (головной мозг,лёгкие,сердце, желудок, кишечник)</w:t>
            </w:r>
            <w:r w:rsidRPr="00FD50CC">
              <w:rPr>
                <w:rFonts w:ascii="Times New Roman" w:eastAsia="Times New Roman" w:hAnsi="Times New Roman" w:cs="Times New Roman"/>
                <w:i/>
                <w:sz w:val="24"/>
                <w:szCs w:val="24"/>
                <w:lang w:val="ru-RU"/>
              </w:rPr>
              <w:tab/>
            </w:r>
          </w:p>
        </w:tc>
        <w:tc>
          <w:tcPr>
            <w:tcW w:w="1389" w:type="dxa"/>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FD50CC">
        <w:trPr>
          <w:trHeight w:val="287"/>
        </w:trPr>
        <w:tc>
          <w:tcPr>
            <w:tcW w:w="5132" w:type="dxa"/>
            <w:tcBorders>
              <w:top w:val="single" w:sz="4" w:space="0" w:color="auto"/>
              <w:bottom w:val="single" w:sz="4" w:space="0" w:color="auto"/>
            </w:tcBorders>
          </w:tcPr>
          <w:p w:rsidR="00FD50CC" w:rsidRPr="00FD50CC" w:rsidRDefault="00FD50CC" w:rsidP="00FD50CC">
            <w:pPr>
              <w:spacing w:after="0" w:line="240" w:lineRule="auto"/>
              <w:jc w:val="both"/>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16. Заполни пропуски</w:t>
            </w:r>
          </w:p>
        </w:tc>
        <w:tc>
          <w:tcPr>
            <w:tcW w:w="3685" w:type="dxa"/>
            <w:gridSpan w:val="2"/>
          </w:tcPr>
          <w:p w:rsidR="00FD50CC" w:rsidRPr="00FD50CC" w:rsidRDefault="00FD50CC" w:rsidP="00FD50CC">
            <w:pPr>
              <w:autoSpaceDE w:val="0"/>
              <w:autoSpaceDN w:val="0"/>
              <w:adjustRightInd w:val="0"/>
              <w:spacing w:after="0" w:line="240" w:lineRule="auto"/>
              <w:jc w:val="both"/>
              <w:rPr>
                <w:rFonts w:ascii="Times New Roman" w:eastAsia="Times New Roman" w:hAnsi="Times New Roman" w:cs="Times New Roman"/>
                <w:i/>
                <w:sz w:val="24"/>
                <w:szCs w:val="24"/>
                <w:lang w:val="ru-RU"/>
              </w:rPr>
            </w:pPr>
            <w:r w:rsidRPr="00FD50CC">
              <w:rPr>
                <w:rFonts w:ascii="Times New Roman" w:eastAsia="Times New Roman" w:hAnsi="Times New Roman" w:cs="Times New Roman"/>
                <w:sz w:val="24"/>
                <w:szCs w:val="24"/>
                <w:lang w:val="ru-RU"/>
              </w:rPr>
              <w:t>Правильный ответ</w:t>
            </w:r>
            <w:r w:rsidRPr="00FD50CC">
              <w:rPr>
                <w:rFonts w:ascii="Times New Roman" w:eastAsia="Times New Roman" w:hAnsi="Times New Roman" w:cs="Times New Roman"/>
                <w:b/>
                <w:i/>
                <w:sz w:val="24"/>
                <w:szCs w:val="24"/>
                <w:lang w:val="ru-RU"/>
              </w:rPr>
              <w:t xml:space="preserve"> (север, восток, запад)</w:t>
            </w:r>
          </w:p>
        </w:tc>
        <w:tc>
          <w:tcPr>
            <w:tcW w:w="1389" w:type="dxa"/>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1</w:t>
            </w:r>
          </w:p>
        </w:tc>
      </w:tr>
      <w:tr w:rsidR="00FD50CC" w:rsidRPr="00FD50CC" w:rsidTr="00FD50CC">
        <w:trPr>
          <w:trHeight w:val="287"/>
        </w:trPr>
        <w:tc>
          <w:tcPr>
            <w:tcW w:w="5132" w:type="dxa"/>
            <w:tcBorders>
              <w:top w:val="single" w:sz="4" w:space="0" w:color="auto"/>
            </w:tcBorders>
          </w:tcPr>
          <w:p w:rsidR="00FD50CC" w:rsidRPr="00FD50CC" w:rsidRDefault="00FD50CC" w:rsidP="00FD50CC">
            <w:pPr>
              <w:spacing w:after="0" w:line="240" w:lineRule="auto"/>
              <w:jc w:val="both"/>
              <w:rPr>
                <w:rFonts w:ascii="Times New Roman" w:eastAsia="Times New Roman" w:hAnsi="Times New Roman" w:cs="Times New Roman"/>
                <w:sz w:val="24"/>
                <w:szCs w:val="24"/>
                <w:lang w:val="ru-RU"/>
              </w:rPr>
            </w:pPr>
            <w:r w:rsidRPr="00FD50CC">
              <w:rPr>
                <w:rFonts w:ascii="Times New Roman" w:eastAsia="Times New Roman" w:hAnsi="Times New Roman" w:cs="Times New Roman"/>
                <w:sz w:val="24"/>
                <w:szCs w:val="24"/>
                <w:lang w:val="ru-RU"/>
              </w:rPr>
              <w:t>17*. Как спасти природу от загрязнения</w:t>
            </w:r>
          </w:p>
        </w:tc>
        <w:tc>
          <w:tcPr>
            <w:tcW w:w="3685" w:type="dxa"/>
            <w:gridSpan w:val="2"/>
          </w:tcPr>
          <w:p w:rsidR="00FD50CC" w:rsidRPr="00FD50CC" w:rsidRDefault="00FD50CC" w:rsidP="00FD50CC">
            <w:pPr>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1389" w:type="dxa"/>
          </w:tcPr>
          <w:p w:rsidR="00FD50CC" w:rsidRPr="00FD50CC" w:rsidRDefault="00FD50CC" w:rsidP="00FD50CC">
            <w:pPr>
              <w:autoSpaceDE w:val="0"/>
              <w:autoSpaceDN w:val="0"/>
              <w:adjustRightInd w:val="0"/>
              <w:spacing w:after="0" w:line="240" w:lineRule="auto"/>
              <w:jc w:val="center"/>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3</w:t>
            </w:r>
          </w:p>
        </w:tc>
      </w:tr>
    </w:tbl>
    <w:p w:rsidR="00FD50CC" w:rsidRPr="00FD50CC" w:rsidRDefault="00FD50CC" w:rsidP="00FD50CC">
      <w:pPr>
        <w:spacing w:after="0" w:line="276" w:lineRule="auto"/>
        <w:jc w:val="center"/>
        <w:rPr>
          <w:rFonts w:ascii="Times New Roman" w:eastAsia="Times New Roman" w:hAnsi="Times New Roman" w:cs="Times New Roman"/>
          <w:b/>
          <w:sz w:val="24"/>
          <w:szCs w:val="24"/>
        </w:rPr>
      </w:pPr>
    </w:p>
    <w:p w:rsidR="00FD50CC" w:rsidRPr="00FD50CC" w:rsidRDefault="00FD50CC" w:rsidP="00FD50CC">
      <w:pPr>
        <w:spacing w:after="0" w:line="276" w:lineRule="auto"/>
        <w:jc w:val="center"/>
        <w:rPr>
          <w:rFonts w:ascii="Times New Roman" w:eastAsia="Times New Roman" w:hAnsi="Times New Roman" w:cs="Times New Roman"/>
          <w:b/>
          <w:sz w:val="24"/>
          <w:szCs w:val="24"/>
        </w:rPr>
      </w:pPr>
    </w:p>
    <w:p w:rsidR="00FD50CC" w:rsidRPr="00FD50CC" w:rsidRDefault="00FD50CC" w:rsidP="00FD50CC">
      <w:pPr>
        <w:spacing w:after="0" w:line="276" w:lineRule="auto"/>
        <w:jc w:val="center"/>
        <w:rPr>
          <w:rFonts w:ascii="Times New Roman" w:eastAsia="Times New Roman" w:hAnsi="Times New Roman" w:cs="Times New Roman"/>
          <w:b/>
          <w:sz w:val="24"/>
          <w:szCs w:val="24"/>
        </w:rPr>
      </w:pPr>
    </w:p>
    <w:p w:rsidR="00FD50CC" w:rsidRPr="00FD50CC" w:rsidRDefault="00FD50CC" w:rsidP="00FD50CC">
      <w:pPr>
        <w:autoSpaceDE w:val="0"/>
        <w:autoSpaceDN w:val="0"/>
        <w:adjustRightInd w:val="0"/>
        <w:spacing w:before="17" w:after="200" w:line="276" w:lineRule="auto"/>
        <w:rPr>
          <w:rFonts w:ascii="Times New Roman" w:eastAsia="Times New Roman" w:hAnsi="Times New Roman" w:cs="Times New Roman"/>
          <w:b/>
          <w:sz w:val="24"/>
          <w:szCs w:val="24"/>
        </w:rPr>
      </w:pPr>
      <w:r w:rsidRPr="00FD50CC">
        <w:rPr>
          <w:rFonts w:ascii="Times New Roman" w:eastAsia="Times New Roman" w:hAnsi="Times New Roman" w:cs="Times New Roman"/>
          <w:b/>
          <w:sz w:val="24"/>
          <w:szCs w:val="24"/>
        </w:rPr>
        <w:t>Оценка контрольной работы 2 варианта:</w:t>
      </w:r>
    </w:p>
    <w:p w:rsidR="00FD50CC" w:rsidRPr="00FD50CC" w:rsidRDefault="00FD50CC" w:rsidP="00FD50CC">
      <w:pPr>
        <w:autoSpaceDE w:val="0"/>
        <w:autoSpaceDN w:val="0"/>
        <w:adjustRightInd w:val="0"/>
        <w:spacing w:before="17" w:after="200" w:line="276" w:lineRule="auto"/>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«5» - 19 – 22 балла</w:t>
      </w:r>
    </w:p>
    <w:p w:rsidR="00FD50CC" w:rsidRPr="00FD50CC" w:rsidRDefault="00FD50CC" w:rsidP="00FD50CC">
      <w:pPr>
        <w:autoSpaceDE w:val="0"/>
        <w:autoSpaceDN w:val="0"/>
        <w:adjustRightInd w:val="0"/>
        <w:spacing w:before="17" w:after="200" w:line="276" w:lineRule="auto"/>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«4» - 15 – 18баллов</w:t>
      </w:r>
    </w:p>
    <w:p w:rsidR="00FD50CC" w:rsidRPr="00FD50CC" w:rsidRDefault="00FD50CC" w:rsidP="00FD50CC">
      <w:pPr>
        <w:autoSpaceDE w:val="0"/>
        <w:autoSpaceDN w:val="0"/>
        <w:adjustRightInd w:val="0"/>
        <w:spacing w:before="17" w:after="200" w:line="276" w:lineRule="auto"/>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«3» - 9 – 14 баллов</w:t>
      </w:r>
    </w:p>
    <w:p w:rsidR="00FD50CC" w:rsidRPr="00FD50CC" w:rsidRDefault="00FD50CC" w:rsidP="00FD50CC">
      <w:pPr>
        <w:autoSpaceDE w:val="0"/>
        <w:autoSpaceDN w:val="0"/>
        <w:adjustRightInd w:val="0"/>
        <w:spacing w:before="17" w:after="200" w:line="276" w:lineRule="auto"/>
        <w:rPr>
          <w:rFonts w:ascii="Times New Roman" w:eastAsia="Times New Roman" w:hAnsi="Times New Roman" w:cs="Times New Roman"/>
          <w:sz w:val="24"/>
          <w:szCs w:val="24"/>
        </w:rPr>
      </w:pPr>
      <w:r w:rsidRPr="00FD50CC">
        <w:rPr>
          <w:rFonts w:ascii="Times New Roman" w:eastAsia="Times New Roman" w:hAnsi="Times New Roman" w:cs="Times New Roman"/>
          <w:sz w:val="24"/>
          <w:szCs w:val="24"/>
        </w:rPr>
        <w:t>«2» - 0 – 8 баллов</w:t>
      </w:r>
    </w:p>
    <w:p w:rsidR="00BC1253" w:rsidRDefault="00BC1253" w:rsidP="00BC1253">
      <w:pPr>
        <w:spacing w:after="0" w:line="276" w:lineRule="auto"/>
        <w:jc w:val="center"/>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3 класс</w:t>
      </w:r>
    </w:p>
    <w:p w:rsidR="00016F6A" w:rsidRPr="00BC1253" w:rsidRDefault="00016F6A" w:rsidP="00BC1253">
      <w:pPr>
        <w:spacing w:after="0" w:line="276" w:lineRule="auto"/>
        <w:jc w:val="center"/>
        <w:rPr>
          <w:rFonts w:ascii="Times New Roman" w:eastAsia="Calibri" w:hAnsi="Times New Roman" w:cs="Times New Roman"/>
          <w:b/>
          <w:sz w:val="24"/>
          <w:szCs w:val="24"/>
          <w:lang w:val="ru-RU"/>
        </w:rPr>
      </w:pPr>
    </w:p>
    <w:p w:rsidR="00BC1253" w:rsidRDefault="00BC1253" w:rsidP="00BC1253">
      <w:pPr>
        <w:spacing w:after="0" w:line="276" w:lineRule="auto"/>
        <w:jc w:val="center"/>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Входная контрольная работа № 1</w:t>
      </w:r>
    </w:p>
    <w:p w:rsidR="00016F6A" w:rsidRPr="00BC1253" w:rsidRDefault="00016F6A" w:rsidP="00BC1253">
      <w:pPr>
        <w:spacing w:after="0" w:line="276" w:lineRule="auto"/>
        <w:jc w:val="center"/>
        <w:rPr>
          <w:rFonts w:ascii="Times New Roman" w:eastAsia="Calibri" w:hAnsi="Times New Roman" w:cs="Times New Roman"/>
          <w:b/>
          <w:sz w:val="24"/>
          <w:szCs w:val="24"/>
          <w:lang w:val="ru-RU"/>
        </w:rPr>
      </w:pP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b/>
          <w:sz w:val="24"/>
          <w:szCs w:val="24"/>
          <w:lang w:val="ru-RU"/>
        </w:rPr>
        <w:t>Цель:</w:t>
      </w:r>
      <w:r w:rsidRPr="00BC1253">
        <w:rPr>
          <w:rFonts w:ascii="Times New Roman" w:eastAsia="Calibri" w:hAnsi="Times New Roman" w:cs="Times New Roman"/>
          <w:sz w:val="24"/>
          <w:szCs w:val="24"/>
          <w:lang w:val="ru-RU"/>
        </w:rPr>
        <w:t xml:space="preserve"> выявить и оценить уровень сформированности учебных умений воспринимать учебную задачу; контролировать и корректировать собственные действия  по ходу выполнения задания; использовать знания в новой нестандартной ситуации на начало учебного года.</w:t>
      </w:r>
    </w:p>
    <w:p w:rsidR="00BC1253" w:rsidRPr="00BC1253" w:rsidRDefault="00BC1253" w:rsidP="00BC1253">
      <w:pPr>
        <w:spacing w:after="0" w:line="276" w:lineRule="auto"/>
        <w:rPr>
          <w:rFonts w:ascii="Times New Roman" w:eastAsia="Calibri" w:hAnsi="Times New Roman" w:cs="Times New Roman"/>
          <w:b/>
          <w:sz w:val="24"/>
          <w:szCs w:val="24"/>
          <w:lang w:val="ru-RU"/>
        </w:rPr>
      </w:pPr>
    </w:p>
    <w:p w:rsidR="00BC1253" w:rsidRPr="00BC1253" w:rsidRDefault="00BC1253" w:rsidP="00BC1253">
      <w:pPr>
        <w:spacing w:after="0" w:line="240" w:lineRule="auto"/>
        <w:jc w:val="center"/>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Вариант 1</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Часть 1</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1.Укажи, что относится к живой природе.</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А) почва           Б) рыбы         В) человек</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Г) растения      Д) осадки       Е) воздух</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2.Укажи транспорт, который не является специальным.</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1) скорая машина              2) пожарная машина</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3) трамвай                          4) полицейская машина</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3.Укажи культурное растение.</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1) незабудка      2) крыжовник     3) берёза      4) крапива</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4.Укажи растения, которые относятся к кустарникам.</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1) Растения, у которых от корня отходит один толстый стебель — ствол.</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2) Растения, у которых стебли мягкие и сочные.</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3) Растения, у которых один стебель твёрдый и одревесневший.</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4) Растения, у которых несколько довольно тонких стеблей-стволиков.</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5.Укажи место, где река впадает в другой водоём.</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1) устье 2) приток 3) исток 4) русло</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6.Укажи внутренний орган, который всё время сжимается и разжимается, при этом непрерывно гонит в сосуды кровь.</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1) кишечник 2) лёгкие  3) сердце  4) мозг</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7.Укажи профессию, которая относится к торговле.</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1)кассир   2) шофёр    3) пчеловод    4) кузнец</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Часть 2</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8.Какая птичка достаёт себе пищу подо льдом?</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Ответ:______________________________________________</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9.Как называется граница горизонта, где небо как бы сходится с земной поверхностью?</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Ответ:______________________________________________</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Часть 3</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Определи, о каком времени года идёт речь.</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Солнце уже высоко не поднимается, дни становятся короче, а ночи длиннее. Вот уже и реки, озёра, пруды сковал лёд, замёрзла почва. Вся земля покрыта мягким, воздушным, снежным одеялом. Почти каждый день дуют холодные ветры. Часто можно наблюдать снегопады и метели. Погода стоит морозная.</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Ответ:________________________________________________</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rPr>
        <w:t>                   </w:t>
      </w:r>
    </w:p>
    <w:p w:rsidR="00BC1253" w:rsidRPr="00BC1253" w:rsidRDefault="00BC1253" w:rsidP="00BC1253">
      <w:pPr>
        <w:spacing w:after="0" w:line="240" w:lineRule="auto"/>
        <w:jc w:val="center"/>
        <w:rPr>
          <w:rFonts w:ascii="Times New Roman" w:eastAsia="Calibri" w:hAnsi="Times New Roman" w:cs="Times New Roman"/>
          <w:b/>
          <w:sz w:val="24"/>
          <w:szCs w:val="24"/>
          <w:lang w:val="ru-RU"/>
        </w:rPr>
      </w:pPr>
    </w:p>
    <w:p w:rsidR="00BC1253" w:rsidRPr="00BC1253" w:rsidRDefault="00BC1253" w:rsidP="00BC1253">
      <w:pPr>
        <w:spacing w:after="0" w:line="240" w:lineRule="auto"/>
        <w:jc w:val="center"/>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Вариант 2</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Часть 1.</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1.Укажи, что относится к неживой природе.</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А)рыбы           Б)облака           В)птицы</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Г)насекомые     Д)водоёмы     Е)камни</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2.Укажи явление природы, которое не относится к осени.</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1)похолодание               2)появление проталин</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3)увядание трав             4) замерзание водоёмов</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3.Укажи дикорастущее растение.</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1)осока       2) жимолость     3) пшеница      4) яблоня</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4.Укажи группу, в которой перечислены только деревья.</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1)  зверобой, ромашка, клён</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2) брусника, черника, голубика</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3) рябина, яблоня, сосна</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4) можжевельник, смородина, пион</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5.Укажи искусственный водоём.</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1)река  2)водохранилище  3)озеро  4) океан</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6.Укажи предмет, которым могут пользоваться все члены семьи.</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1)полотенце,  2) расчёска  3) зубная щётка  4) шампунь</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7.Укажи группу, в которой перечислены только образовательные учреждения.</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1) институт, концертный зал, театр</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2) лицей, школа, университет</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3) гимназия, библиотека, музей</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4) библиотека, музей, цирк</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Часть 2</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8.Что теряет лось каждую зиму?</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Ответ:________________________________________</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9.Как называется прибор для определения сторон горизонта?</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Ответ:_______________________________________</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Часть 3</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10.Определи ,о каком времени года идёт речь.</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По высокому голубому небу медленно и плавно плывут белоснежные лёгкие облака. С каждым днём становится теплее и теплее. Тает снег, журчат по дорогам ручьи, появляются первые проталинки, на реках начинается ледоход. А осадки теперь выпадают в виде дождя. На деревьях набухают почки, зацветают первоцветы.</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Ответ:_________________________________________</w:t>
      </w: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0" w:line="240" w:lineRule="auto"/>
        <w:rPr>
          <w:rFonts w:ascii="Times New Roman" w:eastAsia="Calibri" w:hAnsi="Times New Roman" w:cs="Times New Roman"/>
          <w:sz w:val="24"/>
          <w:szCs w:val="24"/>
          <w:lang w:val="ru-RU"/>
        </w:rPr>
      </w:pPr>
    </w:p>
    <w:p w:rsidR="00BC1253" w:rsidRPr="00BC1253" w:rsidRDefault="00BC1253" w:rsidP="00BC1253">
      <w:pPr>
        <w:spacing w:after="200" w:line="276" w:lineRule="auto"/>
        <w:jc w:val="center"/>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Ответы и критерии оценивания входной контрольной работы                                                                       по окружающему миру 3 класса</w:t>
      </w:r>
    </w:p>
    <w:p w:rsidR="00BC1253" w:rsidRPr="00BC1253" w:rsidRDefault="00BC1253" w:rsidP="00BC1253">
      <w:pPr>
        <w:autoSpaceDE w:val="0"/>
        <w:autoSpaceDN w:val="0"/>
        <w:adjustRightInd w:val="0"/>
        <w:spacing w:after="0" w:line="240" w:lineRule="auto"/>
        <w:ind w:left="360"/>
        <w:jc w:val="both"/>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Задание 1 – 7 с выбором ответа считается выполненным, если выбранный обучающимися номер ответа совпадает с верным ответом. Все задания с выбором ответа оцениваются в 1 балл. Если выбрано более одного ответа, то задание считается выполненным неверно.</w:t>
      </w:r>
    </w:p>
    <w:p w:rsidR="00BC1253" w:rsidRPr="00BC1253" w:rsidRDefault="00BC1253" w:rsidP="00BC1253">
      <w:pPr>
        <w:autoSpaceDE w:val="0"/>
        <w:autoSpaceDN w:val="0"/>
        <w:adjustRightInd w:val="0"/>
        <w:spacing w:after="0" w:line="240" w:lineRule="auto"/>
        <w:ind w:left="360"/>
        <w:jc w:val="both"/>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Задание 8 - 9 с выбором ответа считается выполненным, если выбранный обучающимися номер ответа совпадает с верным ответом. Все задания с выбором ответа оцениваются в 2 балла. Если выбрано более одного ответа, то задание считается выполненным неверно.</w:t>
      </w:r>
    </w:p>
    <w:p w:rsidR="00BC1253" w:rsidRPr="00BC1253" w:rsidRDefault="00BC1253" w:rsidP="00BC1253">
      <w:pPr>
        <w:autoSpaceDE w:val="0"/>
        <w:autoSpaceDN w:val="0"/>
        <w:adjustRightInd w:val="0"/>
        <w:spacing w:after="0" w:line="240" w:lineRule="auto"/>
        <w:ind w:left="360"/>
        <w:jc w:val="both"/>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Задание 10 с выбором ответа считается выполненным, если выбранный обучающимися номер ответа совпадает с верным ответом.Всезадания с выборомответаоцениваются в 3 балла.</w:t>
      </w:r>
    </w:p>
    <w:p w:rsidR="00BC1253" w:rsidRPr="00BC1253" w:rsidRDefault="00BC1253" w:rsidP="00BC1253">
      <w:pPr>
        <w:autoSpaceDE w:val="0"/>
        <w:autoSpaceDN w:val="0"/>
        <w:adjustRightInd w:val="0"/>
        <w:spacing w:after="0" w:line="240" w:lineRule="auto"/>
        <w:ind w:left="360"/>
        <w:jc w:val="both"/>
        <w:rPr>
          <w:rFonts w:ascii="Times New Roman" w:eastAsia="Calibri" w:hAnsi="Times New Roman" w:cs="Times New Roman"/>
          <w:sz w:val="24"/>
          <w:szCs w:val="24"/>
          <w:lang w:val="ru-RU"/>
        </w:rPr>
      </w:pPr>
    </w:p>
    <w:p w:rsidR="00BC1253" w:rsidRPr="00BC1253" w:rsidRDefault="00BC1253" w:rsidP="00BC1253">
      <w:pPr>
        <w:autoSpaceDE w:val="0"/>
        <w:autoSpaceDN w:val="0"/>
        <w:adjustRightInd w:val="0"/>
        <w:spacing w:after="0" w:line="240" w:lineRule="auto"/>
        <w:ind w:left="360"/>
        <w:jc w:val="both"/>
        <w:rPr>
          <w:rFonts w:ascii="Times New Roman" w:eastAsia="Calibri" w:hAnsi="Times New Roman" w:cs="Times New Roman"/>
          <w:sz w:val="24"/>
          <w:szCs w:val="24"/>
          <w:lang w:val="ru-RU"/>
        </w:rPr>
      </w:pPr>
    </w:p>
    <w:tbl>
      <w:tblPr>
        <w:tblStyle w:val="91"/>
        <w:tblW w:w="0" w:type="auto"/>
        <w:tblInd w:w="360" w:type="dxa"/>
        <w:tblLook w:val="04A0"/>
      </w:tblPr>
      <w:tblGrid>
        <w:gridCol w:w="1439"/>
        <w:gridCol w:w="2010"/>
        <w:gridCol w:w="1876"/>
        <w:gridCol w:w="2010"/>
        <w:gridCol w:w="1876"/>
      </w:tblGrid>
      <w:tr w:rsidR="00BC1253" w:rsidRPr="00BC1253" w:rsidTr="00BC1253">
        <w:tc>
          <w:tcPr>
            <w:tcW w:w="1563" w:type="dxa"/>
            <w:vMerge w:val="restart"/>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 задания</w:t>
            </w:r>
          </w:p>
        </w:tc>
        <w:tc>
          <w:tcPr>
            <w:tcW w:w="3757" w:type="dxa"/>
            <w:gridSpan w:val="2"/>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 вариант</w:t>
            </w:r>
          </w:p>
        </w:tc>
        <w:tc>
          <w:tcPr>
            <w:tcW w:w="3891" w:type="dxa"/>
            <w:gridSpan w:val="2"/>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2 вариант</w:t>
            </w:r>
          </w:p>
        </w:tc>
      </w:tr>
      <w:tr w:rsidR="00BC1253" w:rsidRPr="00BC1253" w:rsidTr="00BC1253">
        <w:tc>
          <w:tcPr>
            <w:tcW w:w="1563" w:type="dxa"/>
            <w:vMerge/>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p>
        </w:tc>
        <w:tc>
          <w:tcPr>
            <w:tcW w:w="182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правильныйответ</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баллзазадание</w:t>
            </w:r>
          </w:p>
        </w:tc>
        <w:tc>
          <w:tcPr>
            <w:tcW w:w="1957"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правильныйответ</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баллзазадание</w:t>
            </w:r>
          </w:p>
        </w:tc>
      </w:tr>
      <w:tr w:rsidR="00BC1253" w:rsidRPr="00BC1253" w:rsidTr="00BC1253">
        <w:tc>
          <w:tcPr>
            <w:tcW w:w="156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182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БВГ</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1957"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БДЕ</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56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2</w:t>
            </w:r>
          </w:p>
        </w:tc>
        <w:tc>
          <w:tcPr>
            <w:tcW w:w="182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3</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1957"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2</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56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3</w:t>
            </w:r>
          </w:p>
        </w:tc>
        <w:tc>
          <w:tcPr>
            <w:tcW w:w="182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2</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1957"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56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4</w:t>
            </w:r>
          </w:p>
        </w:tc>
        <w:tc>
          <w:tcPr>
            <w:tcW w:w="182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4</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1957"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3</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56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5</w:t>
            </w:r>
          </w:p>
        </w:tc>
        <w:tc>
          <w:tcPr>
            <w:tcW w:w="182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1957"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2</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56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6</w:t>
            </w:r>
          </w:p>
        </w:tc>
        <w:tc>
          <w:tcPr>
            <w:tcW w:w="182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3</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1957"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4</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56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7</w:t>
            </w:r>
          </w:p>
        </w:tc>
        <w:tc>
          <w:tcPr>
            <w:tcW w:w="182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7</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1957"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2</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56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8</w:t>
            </w:r>
          </w:p>
        </w:tc>
        <w:tc>
          <w:tcPr>
            <w:tcW w:w="182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ОЛЯПКА</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2</w:t>
            </w:r>
          </w:p>
        </w:tc>
        <w:tc>
          <w:tcPr>
            <w:tcW w:w="1957"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РОГА</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2</w:t>
            </w:r>
          </w:p>
        </w:tc>
      </w:tr>
      <w:tr w:rsidR="00BC1253" w:rsidRPr="00BC1253" w:rsidTr="00BC1253">
        <w:tc>
          <w:tcPr>
            <w:tcW w:w="156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9</w:t>
            </w:r>
          </w:p>
        </w:tc>
        <w:tc>
          <w:tcPr>
            <w:tcW w:w="182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ЛИНИЯ ГОРИЗОНТА</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2</w:t>
            </w:r>
          </w:p>
        </w:tc>
        <w:tc>
          <w:tcPr>
            <w:tcW w:w="1957"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КОМПАС</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2</w:t>
            </w:r>
          </w:p>
        </w:tc>
      </w:tr>
      <w:tr w:rsidR="00BC1253" w:rsidRPr="00BC1253" w:rsidTr="00BC1253">
        <w:tc>
          <w:tcPr>
            <w:tcW w:w="156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10</w:t>
            </w:r>
          </w:p>
        </w:tc>
        <w:tc>
          <w:tcPr>
            <w:tcW w:w="182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ОСЕНЬ</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3</w:t>
            </w:r>
          </w:p>
        </w:tc>
        <w:tc>
          <w:tcPr>
            <w:tcW w:w="1957"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ВЕСНА</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3</w:t>
            </w:r>
          </w:p>
        </w:tc>
      </w:tr>
      <w:tr w:rsidR="00BC1253" w:rsidRPr="00BC1253" w:rsidTr="00BC1253">
        <w:tc>
          <w:tcPr>
            <w:tcW w:w="156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ИТОГО</w:t>
            </w:r>
          </w:p>
        </w:tc>
        <w:tc>
          <w:tcPr>
            <w:tcW w:w="182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14</w:t>
            </w:r>
          </w:p>
        </w:tc>
        <w:tc>
          <w:tcPr>
            <w:tcW w:w="1957"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14</w:t>
            </w:r>
          </w:p>
        </w:tc>
      </w:tr>
    </w:tbl>
    <w:p w:rsidR="00BC1253" w:rsidRPr="00BC1253" w:rsidRDefault="00BC1253" w:rsidP="00BC1253">
      <w:pPr>
        <w:autoSpaceDE w:val="0"/>
        <w:autoSpaceDN w:val="0"/>
        <w:adjustRightInd w:val="0"/>
        <w:spacing w:after="0" w:line="240" w:lineRule="auto"/>
        <w:ind w:left="360"/>
        <w:jc w:val="center"/>
        <w:rPr>
          <w:rFonts w:ascii="Times New Roman" w:eastAsia="Calibri" w:hAnsi="Times New Roman" w:cs="Times New Roman"/>
          <w:sz w:val="24"/>
          <w:szCs w:val="24"/>
        </w:rPr>
      </w:pPr>
    </w:p>
    <w:p w:rsidR="00BC1253" w:rsidRPr="00BC1253" w:rsidRDefault="00BC1253" w:rsidP="00BC1253">
      <w:pPr>
        <w:spacing w:after="200" w:line="276" w:lineRule="auto"/>
        <w:rPr>
          <w:rFonts w:ascii="Times New Roman" w:eastAsia="Calibri" w:hAnsi="Times New Roman" w:cs="Times New Roman"/>
          <w:sz w:val="24"/>
          <w:szCs w:val="24"/>
        </w:rPr>
      </w:pPr>
      <w:r w:rsidRPr="00BC1253">
        <w:rPr>
          <w:rFonts w:ascii="Times New Roman" w:eastAsia="Calibri" w:hAnsi="Times New Roman" w:cs="Times New Roman"/>
          <w:sz w:val="24"/>
          <w:szCs w:val="24"/>
        </w:rPr>
        <w:t xml:space="preserve">      «5» - 14– 13 баллов</w:t>
      </w:r>
    </w:p>
    <w:p w:rsidR="00BC1253" w:rsidRPr="00BC1253" w:rsidRDefault="00BC1253" w:rsidP="00BC1253">
      <w:pPr>
        <w:spacing w:after="200" w:line="276" w:lineRule="auto"/>
        <w:rPr>
          <w:rFonts w:ascii="Times New Roman" w:eastAsia="Calibri" w:hAnsi="Times New Roman" w:cs="Times New Roman"/>
          <w:sz w:val="24"/>
          <w:szCs w:val="24"/>
        </w:rPr>
      </w:pPr>
      <w:r w:rsidRPr="00BC1253">
        <w:rPr>
          <w:rFonts w:ascii="Times New Roman" w:eastAsia="Calibri" w:hAnsi="Times New Roman" w:cs="Times New Roman"/>
          <w:sz w:val="24"/>
          <w:szCs w:val="24"/>
        </w:rPr>
        <w:t xml:space="preserve">      «4» - 12 – 10 баллов</w:t>
      </w:r>
    </w:p>
    <w:p w:rsidR="00BC1253" w:rsidRPr="00BC1253" w:rsidRDefault="00BC1253" w:rsidP="00BC1253">
      <w:pPr>
        <w:spacing w:after="200" w:line="276" w:lineRule="auto"/>
        <w:rPr>
          <w:rFonts w:ascii="Times New Roman" w:eastAsia="Calibri" w:hAnsi="Times New Roman" w:cs="Times New Roman"/>
          <w:sz w:val="24"/>
          <w:szCs w:val="24"/>
        </w:rPr>
      </w:pPr>
      <w:r w:rsidRPr="00BC1253">
        <w:rPr>
          <w:rFonts w:ascii="Times New Roman" w:eastAsia="Calibri" w:hAnsi="Times New Roman" w:cs="Times New Roman"/>
          <w:sz w:val="24"/>
          <w:szCs w:val="24"/>
        </w:rPr>
        <w:t xml:space="preserve">      «3» - 9 – 6 баллов</w:t>
      </w:r>
    </w:p>
    <w:p w:rsidR="00BC1253" w:rsidRPr="00BC1253" w:rsidRDefault="00BC1253" w:rsidP="00BC1253">
      <w:pPr>
        <w:spacing w:after="20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«2» - 0 – 5 баллов</w:t>
      </w:r>
    </w:p>
    <w:p w:rsidR="00BC1253" w:rsidRPr="00BC1253" w:rsidRDefault="00BC1253" w:rsidP="00BC1253">
      <w:pPr>
        <w:spacing w:after="0" w:line="240" w:lineRule="auto"/>
        <w:jc w:val="center"/>
        <w:rPr>
          <w:rFonts w:ascii="Times New Roman" w:eastAsia="Times New Roman" w:hAnsi="Times New Roman" w:cs="Times New Roman"/>
          <w:b/>
          <w:sz w:val="24"/>
          <w:szCs w:val="24"/>
          <w:lang w:val="ru-RU"/>
        </w:rPr>
      </w:pPr>
    </w:p>
    <w:p w:rsidR="00BC1253" w:rsidRPr="00BC1253" w:rsidRDefault="00BC1253" w:rsidP="00BC1253">
      <w:pPr>
        <w:spacing w:after="0" w:line="240" w:lineRule="auto"/>
        <w:jc w:val="center"/>
        <w:rPr>
          <w:rFonts w:ascii="Times New Roman" w:eastAsia="Times New Roman" w:hAnsi="Times New Roman" w:cs="Times New Roman"/>
          <w:b/>
          <w:sz w:val="24"/>
          <w:szCs w:val="24"/>
          <w:lang w:val="ru-RU"/>
        </w:rPr>
      </w:pPr>
    </w:p>
    <w:p w:rsidR="00BC1253" w:rsidRPr="00BC1253" w:rsidRDefault="00BC1253" w:rsidP="00BC1253">
      <w:pPr>
        <w:spacing w:after="0" w:line="276" w:lineRule="auto"/>
        <w:jc w:val="center"/>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Контрольная работа № 2 по теме</w:t>
      </w:r>
    </w:p>
    <w:p w:rsidR="00BC1253" w:rsidRPr="00BC1253" w:rsidRDefault="00BC1253" w:rsidP="00BC1253">
      <w:pPr>
        <w:spacing w:after="0" w:line="276" w:lineRule="auto"/>
        <w:jc w:val="center"/>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 xml:space="preserve"> «Человек и природа. Человек и общество».</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 xml:space="preserve"> Цель: выявить и оценить уровень сформированности учебных умений воспринимать учебную задачу; контролировать и корректировать собственные действия по ходу выполнения задания; использовать знания в новой нестандартной ситуации</w:t>
      </w:r>
    </w:p>
    <w:p w:rsidR="00BC1253" w:rsidRPr="00BC1253" w:rsidRDefault="00BC1253" w:rsidP="00BC1253">
      <w:pPr>
        <w:spacing w:after="0" w:line="276" w:lineRule="auto"/>
        <w:rPr>
          <w:rFonts w:ascii="Times New Roman" w:eastAsia="Calibri" w:hAnsi="Times New Roman" w:cs="Times New Roman"/>
          <w:sz w:val="24"/>
          <w:szCs w:val="24"/>
          <w:lang w:val="ru-RU"/>
        </w:rPr>
      </w:pPr>
    </w:p>
    <w:p w:rsidR="00BC1253" w:rsidRPr="00BC1253" w:rsidRDefault="00BC1253" w:rsidP="00BC1253">
      <w:pPr>
        <w:spacing w:after="0" w:line="276" w:lineRule="auto"/>
        <w:rPr>
          <w:rFonts w:ascii="Times New Roman" w:eastAsia="Calibri" w:hAnsi="Times New Roman" w:cs="Times New Roman"/>
          <w:sz w:val="24"/>
          <w:szCs w:val="24"/>
          <w:lang w:val="ru-RU"/>
        </w:rPr>
      </w:pPr>
    </w:p>
    <w:p w:rsidR="00BC1253" w:rsidRPr="00BC1253" w:rsidRDefault="00BC1253" w:rsidP="00BC1253">
      <w:pPr>
        <w:spacing w:after="0" w:line="276" w:lineRule="auto"/>
        <w:jc w:val="center"/>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1 вариант</w:t>
      </w:r>
    </w:p>
    <w:p w:rsidR="00BC1253" w:rsidRPr="00BC1253" w:rsidRDefault="00BC1253" w:rsidP="00BC1253">
      <w:pPr>
        <w:spacing w:after="0" w:line="276" w:lineRule="auto"/>
        <w:jc w:val="center"/>
        <w:rPr>
          <w:rFonts w:ascii="Times New Roman" w:eastAsia="Calibri" w:hAnsi="Times New Roman" w:cs="Times New Roman"/>
          <w:b/>
          <w:sz w:val="24"/>
          <w:szCs w:val="24"/>
          <w:lang w:val="ru-RU"/>
        </w:rPr>
      </w:pP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b/>
          <w:sz w:val="24"/>
          <w:szCs w:val="24"/>
          <w:lang w:val="ru-RU"/>
        </w:rPr>
        <w:t>1. Обведи нужную букву.</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b/>
          <w:i/>
          <w:sz w:val="24"/>
          <w:szCs w:val="24"/>
          <w:lang w:val="ru-RU"/>
        </w:rPr>
        <w:t>Водяной пар  – эта вода…</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а) в твердом состоянии;</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б) в жидком состоянии;</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в) в газообразном состоянии.</w:t>
      </w:r>
    </w:p>
    <w:p w:rsidR="00BC1253" w:rsidRPr="00BC1253" w:rsidRDefault="00BC1253" w:rsidP="00BC1253">
      <w:pPr>
        <w:spacing w:after="0" w:line="276" w:lineRule="auto"/>
        <w:rPr>
          <w:rFonts w:ascii="Times New Roman" w:eastAsia="Calibri" w:hAnsi="Times New Roman" w:cs="Times New Roman"/>
          <w:b/>
          <w:sz w:val="24"/>
          <w:szCs w:val="24"/>
          <w:lang w:val="ru-RU"/>
        </w:rPr>
      </w:pPr>
    </w:p>
    <w:p w:rsidR="00BC1253" w:rsidRPr="00BC1253" w:rsidRDefault="00BC1253" w:rsidP="00BC1253">
      <w:pPr>
        <w:spacing w:after="0" w:line="276" w:lineRule="auto"/>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2. Что влияет на плодородие почвы? Обведи нужную букву.</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а) наличие в почве  перегноя;</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б) наличие в почве воды;</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в) наличие в почве песка и глины.</w:t>
      </w:r>
    </w:p>
    <w:p w:rsidR="00BC1253" w:rsidRPr="00BC1253" w:rsidRDefault="00BC1253" w:rsidP="00BC1253">
      <w:pPr>
        <w:spacing w:after="0" w:line="276" w:lineRule="auto"/>
        <w:rPr>
          <w:rFonts w:ascii="Times New Roman" w:eastAsia="Calibri" w:hAnsi="Times New Roman" w:cs="Times New Roman"/>
          <w:b/>
          <w:sz w:val="24"/>
          <w:szCs w:val="24"/>
          <w:lang w:val="ru-RU"/>
        </w:rPr>
      </w:pPr>
    </w:p>
    <w:p w:rsidR="00BC1253" w:rsidRPr="00BC1253" w:rsidRDefault="00BC1253" w:rsidP="00BC1253">
      <w:pPr>
        <w:spacing w:after="0" w:line="276" w:lineRule="auto"/>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3. Как называется наука  о растениях? Обведи нужную букву.</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а) ботаника;</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б) зоология;</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в) астрономия.</w:t>
      </w:r>
    </w:p>
    <w:p w:rsidR="00BC1253" w:rsidRPr="00BC1253" w:rsidRDefault="00BC1253" w:rsidP="00BC1253">
      <w:pPr>
        <w:spacing w:after="0" w:line="276" w:lineRule="auto"/>
        <w:rPr>
          <w:rFonts w:ascii="Times New Roman" w:eastAsia="Calibri" w:hAnsi="Times New Roman" w:cs="Times New Roman"/>
          <w:b/>
          <w:sz w:val="24"/>
          <w:szCs w:val="24"/>
          <w:lang w:val="ru-RU"/>
        </w:rPr>
      </w:pPr>
    </w:p>
    <w:p w:rsidR="00BC1253" w:rsidRPr="00BC1253" w:rsidRDefault="00BC1253" w:rsidP="00BC1253">
      <w:pPr>
        <w:spacing w:after="0" w:line="276" w:lineRule="auto"/>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4. Какие группы растений существуют? Обведи нужную букву.</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а) папоротники, водоросли, мхи, животные, цветковые и хвойные;</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б) мхи, грибы, водоросли, папоротники, цветковые и хвойные растения;</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в) водоросли, цветковые и хвойные растения, мхи, папоротники.</w:t>
      </w:r>
    </w:p>
    <w:p w:rsidR="00BC1253" w:rsidRPr="00BC1253" w:rsidRDefault="00BC1253" w:rsidP="00BC1253">
      <w:pPr>
        <w:spacing w:after="0" w:line="276" w:lineRule="auto"/>
        <w:rPr>
          <w:rFonts w:ascii="Times New Roman" w:eastAsia="Calibri" w:hAnsi="Times New Roman" w:cs="Times New Roman"/>
          <w:b/>
          <w:sz w:val="24"/>
          <w:szCs w:val="24"/>
          <w:lang w:val="ru-RU"/>
        </w:rPr>
      </w:pPr>
    </w:p>
    <w:p w:rsidR="00BC1253" w:rsidRPr="00BC1253" w:rsidRDefault="00BC1253" w:rsidP="00BC1253">
      <w:pPr>
        <w:spacing w:after="0" w:line="276" w:lineRule="auto"/>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5. Что нужно семени для прорастания? Обведи нужную букву.</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а) перегной;</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б) остатки растений и животных;</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в) тепло, вода, воздух.</w:t>
      </w:r>
    </w:p>
    <w:p w:rsidR="00BC1253" w:rsidRPr="00BC1253" w:rsidRDefault="00BC1253" w:rsidP="00BC1253">
      <w:pPr>
        <w:spacing w:after="0" w:line="276" w:lineRule="auto"/>
        <w:rPr>
          <w:rFonts w:ascii="Times New Roman" w:eastAsia="Calibri" w:hAnsi="Times New Roman" w:cs="Times New Roman"/>
          <w:b/>
          <w:sz w:val="24"/>
          <w:szCs w:val="24"/>
          <w:lang w:val="ru-RU"/>
        </w:rPr>
      </w:pPr>
    </w:p>
    <w:p w:rsidR="00BC1253" w:rsidRPr="00BC1253" w:rsidRDefault="00BC1253" w:rsidP="00BC1253">
      <w:pPr>
        <w:spacing w:after="0" w:line="276" w:lineRule="auto"/>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6. Допиши предложение.</w:t>
      </w:r>
    </w:p>
    <w:p w:rsidR="00BC1253" w:rsidRPr="00BC1253" w:rsidRDefault="00BC1253" w:rsidP="00BC1253">
      <w:pPr>
        <w:numPr>
          <w:ilvl w:val="0"/>
          <w:numId w:val="99"/>
        </w:num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Животные, которые откладывают яйца и насиживают их, согревая их своим теплом, это -  __________________________________________</w:t>
      </w:r>
    </w:p>
    <w:p w:rsidR="00BC1253" w:rsidRPr="00BC1253" w:rsidRDefault="00BC1253" w:rsidP="00BC1253">
      <w:pPr>
        <w:spacing w:after="0" w:line="276" w:lineRule="auto"/>
        <w:rPr>
          <w:rFonts w:ascii="Times New Roman" w:eastAsia="Calibri" w:hAnsi="Times New Roman" w:cs="Times New Roman"/>
          <w:sz w:val="24"/>
          <w:szCs w:val="24"/>
          <w:lang w:val="ru-RU"/>
        </w:rPr>
      </w:pPr>
    </w:p>
    <w:p w:rsidR="00BC1253" w:rsidRPr="00BC1253" w:rsidRDefault="00BC1253" w:rsidP="00BC1253">
      <w:pPr>
        <w:spacing w:after="0" w:line="276" w:lineRule="auto"/>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7. Какой гриб в каждой строке «чужой»? Вычеркни его. Назови оставшуюся группу грибов.</w:t>
      </w:r>
    </w:p>
    <w:p w:rsidR="00BC1253" w:rsidRPr="00BC1253" w:rsidRDefault="00BC1253" w:rsidP="00BC1253">
      <w:pPr>
        <w:spacing w:after="0" w:line="276" w:lineRule="auto"/>
        <w:rPr>
          <w:rFonts w:ascii="Times New Roman" w:eastAsia="Calibri" w:hAnsi="Times New Roman" w:cs="Times New Roman"/>
          <w:b/>
          <w:sz w:val="24"/>
          <w:szCs w:val="24"/>
          <w:lang w:val="ru-RU"/>
        </w:rPr>
      </w:pPr>
    </w:p>
    <w:p w:rsidR="00BC1253" w:rsidRPr="00BC1253" w:rsidRDefault="00BC1253" w:rsidP="00BC1253">
      <w:pPr>
        <w:numPr>
          <w:ilvl w:val="0"/>
          <w:numId w:val="99"/>
        </w:num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Подберёзовик, лисичка, волнушка, опёнок, мухомор.</w:t>
      </w:r>
    </w:p>
    <w:p w:rsidR="00BC1253" w:rsidRPr="00BC1253" w:rsidRDefault="00BC1253" w:rsidP="00BC1253">
      <w:pPr>
        <w:spacing w:after="0" w:line="276" w:lineRule="auto"/>
        <w:rPr>
          <w:rFonts w:ascii="Times New Roman" w:eastAsia="Calibri" w:hAnsi="Times New Roman" w:cs="Times New Roman"/>
          <w:sz w:val="24"/>
          <w:szCs w:val="24"/>
        </w:rPr>
      </w:pPr>
      <w:r w:rsidRPr="00BC1253">
        <w:rPr>
          <w:rFonts w:ascii="Times New Roman" w:eastAsia="Calibri" w:hAnsi="Times New Roman" w:cs="Times New Roman"/>
          <w:sz w:val="24"/>
          <w:szCs w:val="24"/>
        </w:rPr>
        <w:t>Это - ________________________________________.</w:t>
      </w:r>
    </w:p>
    <w:p w:rsidR="00BC1253" w:rsidRPr="00BC1253" w:rsidRDefault="00BC1253" w:rsidP="00BC1253">
      <w:pPr>
        <w:spacing w:after="0" w:line="276" w:lineRule="auto"/>
        <w:rPr>
          <w:rFonts w:ascii="Times New Roman" w:eastAsia="Calibri" w:hAnsi="Times New Roman" w:cs="Times New Roman"/>
          <w:sz w:val="24"/>
          <w:szCs w:val="24"/>
        </w:rPr>
      </w:pPr>
    </w:p>
    <w:p w:rsidR="00BC1253" w:rsidRPr="00BC1253" w:rsidRDefault="00BC1253" w:rsidP="00BC1253">
      <w:pPr>
        <w:numPr>
          <w:ilvl w:val="0"/>
          <w:numId w:val="99"/>
        </w:num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Мухомор, бледная поганка, белый гриб, ложный опёнок.</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Это - ________________________________________.</w:t>
      </w:r>
    </w:p>
    <w:p w:rsidR="00BC1253" w:rsidRPr="00BC1253" w:rsidRDefault="00BC1253" w:rsidP="00BC1253">
      <w:pPr>
        <w:spacing w:after="0" w:line="276" w:lineRule="auto"/>
        <w:rPr>
          <w:rFonts w:ascii="Times New Roman" w:eastAsia="Calibri" w:hAnsi="Times New Roman" w:cs="Times New Roman"/>
          <w:sz w:val="24"/>
          <w:szCs w:val="24"/>
          <w:lang w:val="ru-RU"/>
        </w:rPr>
      </w:pPr>
    </w:p>
    <w:p w:rsidR="00BC1253" w:rsidRPr="00BC1253" w:rsidRDefault="00BC1253" w:rsidP="00BC1253">
      <w:pPr>
        <w:spacing w:after="0" w:line="276" w:lineRule="auto"/>
        <w:rPr>
          <w:rFonts w:ascii="Times New Roman" w:eastAsia="Calibri" w:hAnsi="Times New Roman" w:cs="Times New Roman"/>
          <w:b/>
          <w:sz w:val="24"/>
          <w:szCs w:val="24"/>
          <w:lang w:val="ru-RU"/>
        </w:rPr>
      </w:pPr>
    </w:p>
    <w:p w:rsidR="00BC1253" w:rsidRPr="00BC1253" w:rsidRDefault="00161CFB" w:rsidP="00BC1253">
      <w:pPr>
        <w:spacing w:after="0" w:line="276" w:lineRule="auto"/>
        <w:rPr>
          <w:rFonts w:ascii="Times New Roman" w:eastAsia="Calibri" w:hAnsi="Times New Roman" w:cs="Times New Roman"/>
          <w:b/>
          <w:sz w:val="24"/>
          <w:szCs w:val="24"/>
          <w:lang w:val="ru-RU"/>
        </w:rPr>
      </w:pPr>
      <w:r w:rsidRPr="00161CFB">
        <w:rPr>
          <w:rFonts w:ascii="Times New Roman" w:eastAsia="Calibri" w:hAnsi="Times New Roman" w:cs="Times New Roman"/>
          <w:noProof/>
          <w:sz w:val="24"/>
          <w:szCs w:val="24"/>
          <w:lang w:val="ru-RU" w:eastAsia="ru-RU"/>
        </w:rPr>
        <w:pict>
          <v:rect id="Прямоугольник 17" o:spid="_x0000_s1026" style="position:absolute;margin-left:0;margin-top:13.9pt;width:17.25pt;height:1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"/>
        </w:pict>
      </w:r>
      <w:r w:rsidR="00BC1253" w:rsidRPr="00BC1253">
        <w:rPr>
          <w:rFonts w:ascii="Times New Roman" w:eastAsia="Calibri" w:hAnsi="Times New Roman" w:cs="Times New Roman"/>
          <w:b/>
          <w:sz w:val="24"/>
          <w:szCs w:val="24"/>
          <w:lang w:val="ru-RU"/>
        </w:rPr>
        <w:t>8. Обозначь цифрами последовательность развития растения из семени.</w:t>
      </w:r>
    </w:p>
    <w:p w:rsidR="00BC1253" w:rsidRPr="00BC1253" w:rsidRDefault="00161CFB" w:rsidP="00BC1253">
      <w:pPr>
        <w:spacing w:after="0" w:line="276" w:lineRule="auto"/>
        <w:rPr>
          <w:rFonts w:ascii="Times New Roman" w:eastAsia="Calibri" w:hAnsi="Times New Roman" w:cs="Times New Roman"/>
          <w:sz w:val="24"/>
          <w:szCs w:val="24"/>
          <w:lang w:val="ru-RU"/>
        </w:rPr>
      </w:pPr>
      <w:r>
        <w:rPr>
          <w:rFonts w:ascii="Times New Roman" w:eastAsia="Calibri" w:hAnsi="Times New Roman" w:cs="Times New Roman"/>
          <w:noProof/>
          <w:sz w:val="24"/>
          <w:szCs w:val="24"/>
          <w:lang w:val="ru-RU" w:eastAsia="ru-RU"/>
        </w:rPr>
        <w:pict>
          <v:rect id="Прямоугольник 18" o:spid="_x0000_s1126" style="position:absolute;margin-left:.75pt;margin-top:12.55pt;width:17.25pt;height:2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"/>
        </w:pict>
      </w:r>
      <w:r w:rsidR="00BC1253" w:rsidRPr="00BC1253">
        <w:rPr>
          <w:rFonts w:ascii="Times New Roman" w:eastAsia="Calibri" w:hAnsi="Times New Roman" w:cs="Times New Roman"/>
          <w:sz w:val="24"/>
          <w:szCs w:val="24"/>
          <w:lang w:val="ru-RU"/>
        </w:rPr>
        <w:t xml:space="preserve">       Взрослое растение с плодами и семенами;</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 xml:space="preserve">        Проросток с развивающимся стеблем и листочками;</w:t>
      </w:r>
    </w:p>
    <w:p w:rsidR="00BC1253" w:rsidRPr="00BC1253" w:rsidRDefault="00161CFB" w:rsidP="00BC1253">
      <w:pPr>
        <w:spacing w:after="0" w:line="276" w:lineRule="auto"/>
        <w:rPr>
          <w:rFonts w:ascii="Times New Roman" w:eastAsia="Calibri" w:hAnsi="Times New Roman" w:cs="Times New Roman"/>
          <w:sz w:val="24"/>
          <w:szCs w:val="24"/>
          <w:lang w:val="ru-RU"/>
        </w:rPr>
      </w:pPr>
      <w:r>
        <w:rPr>
          <w:rFonts w:ascii="Times New Roman" w:eastAsia="Calibri" w:hAnsi="Times New Roman" w:cs="Times New Roman"/>
          <w:noProof/>
          <w:sz w:val="24"/>
          <w:szCs w:val="24"/>
          <w:lang w:val="ru-RU" w:eastAsia="ru-RU"/>
        </w:rPr>
        <w:pict>
          <v:rect id="Прямоугольник 16" o:spid="_x0000_s1125" style="position:absolute;margin-left:.75pt;margin-top:5.6pt;width:17.25pt;height:1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"/>
        </w:pict>
      </w:r>
      <w:r w:rsidR="00BC1253" w:rsidRPr="00BC1253">
        <w:rPr>
          <w:rFonts w:ascii="Times New Roman" w:eastAsia="Calibri" w:hAnsi="Times New Roman" w:cs="Times New Roman"/>
          <w:sz w:val="24"/>
          <w:szCs w:val="24"/>
          <w:lang w:val="ru-RU"/>
        </w:rPr>
        <w:t xml:space="preserve">        Семя;</w:t>
      </w:r>
    </w:p>
    <w:p w:rsidR="00BC1253" w:rsidRPr="00BC1253" w:rsidRDefault="00161CFB" w:rsidP="00BC1253">
      <w:pPr>
        <w:spacing w:after="0" w:line="276" w:lineRule="auto"/>
        <w:rPr>
          <w:rFonts w:ascii="Times New Roman" w:eastAsia="Calibri" w:hAnsi="Times New Roman" w:cs="Times New Roman"/>
          <w:sz w:val="24"/>
          <w:szCs w:val="24"/>
          <w:lang w:val="ru-RU"/>
        </w:rPr>
      </w:pPr>
      <w:r>
        <w:rPr>
          <w:rFonts w:ascii="Times New Roman" w:eastAsia="Calibri" w:hAnsi="Times New Roman" w:cs="Times New Roman"/>
          <w:noProof/>
          <w:sz w:val="24"/>
          <w:szCs w:val="24"/>
          <w:lang w:val="ru-RU" w:eastAsia="ru-RU"/>
        </w:rPr>
        <w:pict>
          <v:rect id="Прямоугольник 15" o:spid="_x0000_s1124" style="position:absolute;margin-left:0;margin-top:4.7pt;width:18pt;height:17.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"/>
        </w:pict>
      </w:r>
      <w:r w:rsidR="00BC1253" w:rsidRPr="00BC1253">
        <w:rPr>
          <w:rFonts w:ascii="Times New Roman" w:eastAsia="Calibri" w:hAnsi="Times New Roman" w:cs="Times New Roman"/>
          <w:sz w:val="24"/>
          <w:szCs w:val="24"/>
          <w:lang w:val="ru-RU"/>
        </w:rPr>
        <w:t xml:space="preserve">       Взрослое растение с цветками;</w:t>
      </w:r>
    </w:p>
    <w:p w:rsidR="00BC1253" w:rsidRPr="00BC1253" w:rsidRDefault="00161CFB" w:rsidP="00BC1253">
      <w:pPr>
        <w:spacing w:after="0" w:line="276" w:lineRule="auto"/>
        <w:rPr>
          <w:rFonts w:ascii="Times New Roman" w:eastAsia="Calibri" w:hAnsi="Times New Roman" w:cs="Times New Roman"/>
          <w:sz w:val="24"/>
          <w:szCs w:val="24"/>
          <w:lang w:val="ru-RU"/>
        </w:rPr>
      </w:pPr>
      <w:r>
        <w:rPr>
          <w:rFonts w:ascii="Times New Roman" w:eastAsia="Calibri" w:hAnsi="Times New Roman" w:cs="Times New Roman"/>
          <w:noProof/>
          <w:sz w:val="24"/>
          <w:szCs w:val="24"/>
          <w:lang w:val="ru-RU" w:eastAsia="ru-RU"/>
        </w:rPr>
        <w:pict>
          <v:rect id="Прямоугольник 22" o:spid="_x0000_s1123" style="position:absolute;margin-left:0;margin-top:6.8pt;width:18pt;height:1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"/>
        </w:pict>
      </w:r>
      <w:r w:rsidR="00BC1253" w:rsidRPr="00BC1253">
        <w:rPr>
          <w:rFonts w:ascii="Times New Roman" w:eastAsia="Calibri" w:hAnsi="Times New Roman" w:cs="Times New Roman"/>
          <w:sz w:val="24"/>
          <w:szCs w:val="24"/>
          <w:lang w:val="ru-RU"/>
        </w:rPr>
        <w:t xml:space="preserve">       Проросток с развивающимся корешком.</w:t>
      </w:r>
    </w:p>
    <w:p w:rsidR="00BC1253" w:rsidRPr="00BC1253" w:rsidRDefault="00BC1253" w:rsidP="00BC1253">
      <w:pPr>
        <w:spacing w:after="0" w:line="276" w:lineRule="auto"/>
        <w:rPr>
          <w:rFonts w:ascii="Times New Roman" w:eastAsia="Calibri" w:hAnsi="Times New Roman" w:cs="Times New Roman"/>
          <w:sz w:val="24"/>
          <w:szCs w:val="24"/>
          <w:lang w:val="ru-RU"/>
        </w:rPr>
      </w:pPr>
    </w:p>
    <w:p w:rsidR="00BC1253" w:rsidRPr="00BC1253" w:rsidRDefault="00BC1253" w:rsidP="00BC1253">
      <w:pPr>
        <w:spacing w:after="0" w:line="276" w:lineRule="auto"/>
        <w:rPr>
          <w:rFonts w:ascii="Times New Roman" w:eastAsia="Calibri" w:hAnsi="Times New Roman" w:cs="Times New Roman"/>
          <w:b/>
          <w:sz w:val="24"/>
          <w:szCs w:val="24"/>
          <w:lang w:val="ru-RU"/>
        </w:rPr>
      </w:pP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9. Представьте, что на Земле исчезло какое – нибудь  из звеньев круговорота веществ. Опишите, что будет происходить,  если исчезнут растения.</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_____________________________________________________________________________</w:t>
      </w:r>
    </w:p>
    <w:p w:rsidR="00BC1253" w:rsidRPr="00BC1253" w:rsidRDefault="00BC1253" w:rsidP="00BC1253">
      <w:pPr>
        <w:spacing w:after="0" w:line="276" w:lineRule="auto"/>
        <w:rPr>
          <w:rFonts w:ascii="Times New Roman" w:eastAsia="Calibri" w:hAnsi="Times New Roman" w:cs="Times New Roman"/>
          <w:sz w:val="24"/>
          <w:szCs w:val="24"/>
          <w:lang w:val="ru-RU"/>
        </w:rPr>
      </w:pPr>
    </w:p>
    <w:p w:rsidR="00BC1253" w:rsidRPr="00BC1253" w:rsidRDefault="00BC1253" w:rsidP="00BC1253">
      <w:pPr>
        <w:spacing w:after="0" w:line="276" w:lineRule="auto"/>
        <w:jc w:val="center"/>
        <w:rPr>
          <w:rFonts w:ascii="Times New Roman" w:eastAsia="Calibri" w:hAnsi="Times New Roman" w:cs="Times New Roman"/>
          <w:b/>
          <w:sz w:val="24"/>
          <w:szCs w:val="24"/>
          <w:lang w:val="ru-RU"/>
        </w:rPr>
      </w:pPr>
    </w:p>
    <w:p w:rsidR="00BC1253" w:rsidRPr="00BC1253" w:rsidRDefault="00BC1253" w:rsidP="00BC1253">
      <w:pPr>
        <w:spacing w:after="0" w:line="276" w:lineRule="auto"/>
        <w:jc w:val="center"/>
        <w:rPr>
          <w:rFonts w:ascii="Times New Roman" w:eastAsia="Calibri" w:hAnsi="Times New Roman" w:cs="Times New Roman"/>
          <w:b/>
          <w:sz w:val="24"/>
          <w:szCs w:val="24"/>
          <w:lang w:val="ru-RU"/>
        </w:rPr>
      </w:pPr>
    </w:p>
    <w:p w:rsidR="00BC1253" w:rsidRPr="00BC1253" w:rsidRDefault="00BC1253" w:rsidP="00BC1253">
      <w:pPr>
        <w:spacing w:after="0" w:line="276" w:lineRule="auto"/>
        <w:jc w:val="center"/>
        <w:rPr>
          <w:rFonts w:ascii="Times New Roman" w:eastAsia="Calibri" w:hAnsi="Times New Roman" w:cs="Times New Roman"/>
          <w:b/>
          <w:sz w:val="24"/>
          <w:szCs w:val="24"/>
          <w:lang w:val="ru-RU"/>
        </w:rPr>
      </w:pPr>
    </w:p>
    <w:p w:rsidR="00BC1253" w:rsidRPr="00BC1253" w:rsidRDefault="00BC1253" w:rsidP="00BC1253">
      <w:pPr>
        <w:spacing w:after="0" w:line="276" w:lineRule="auto"/>
        <w:jc w:val="center"/>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 xml:space="preserve"> 2 вариант</w:t>
      </w:r>
    </w:p>
    <w:p w:rsidR="00BC1253" w:rsidRPr="00BC1253" w:rsidRDefault="00BC1253" w:rsidP="00BC1253">
      <w:pPr>
        <w:spacing w:after="0" w:line="276" w:lineRule="auto"/>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 xml:space="preserve"> 1. Ты вымыл пол в классе. Почему через некоторое время он стал сухим?</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а) вода с поверхности пола испарилась;</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б) вода впиталась в поверхность пола;</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в) вода осталась на подошвах обуви учеников, которые ходили по классу.</w:t>
      </w:r>
    </w:p>
    <w:p w:rsidR="00BC1253" w:rsidRPr="00BC1253" w:rsidRDefault="00BC1253" w:rsidP="00BC1253">
      <w:pPr>
        <w:spacing w:after="0" w:line="276" w:lineRule="auto"/>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2. Что такое почва? Обведи  нужную букву.</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а) это верхний слой земли;</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б) это вещество черного или серого цвета;</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в) это верхний плодородный слой земли.</w:t>
      </w:r>
    </w:p>
    <w:p w:rsidR="00BC1253" w:rsidRPr="00BC1253" w:rsidRDefault="00BC1253" w:rsidP="00BC1253">
      <w:pPr>
        <w:spacing w:after="0" w:line="276" w:lineRule="auto"/>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3. Как называется наука о животных? Обведи нужную букву.</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а) ботаника;</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б) зоология;</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в) астрономия.</w:t>
      </w:r>
    </w:p>
    <w:p w:rsidR="00BC1253" w:rsidRPr="00BC1253" w:rsidRDefault="00BC1253" w:rsidP="00BC1253">
      <w:pPr>
        <w:spacing w:after="0" w:line="276" w:lineRule="auto"/>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4. Какие группы животных существуют? Обведи нужную букву.</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а) птицы, звери, насекомые, рыбы, пресмыкающиеся, земноводные, ракообразные, моллюски, растения, черви, паукообразные, иглокожие;</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б) насекомые, земноводные, звери, моллюски, черви, пресмыкающиеся, птицы, иглокожие, ракообразные, рыбы, паукообразные;</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в) моллюски, звери, иглокожие, паукообразные, грибы, микробы, ракообразные, птицы, черви, насекомые, земноводные, рыбы, пресмыкающиеся.</w:t>
      </w:r>
    </w:p>
    <w:p w:rsidR="00BC1253" w:rsidRPr="00BC1253" w:rsidRDefault="00BC1253" w:rsidP="00BC1253">
      <w:pPr>
        <w:spacing w:after="0" w:line="276" w:lineRule="auto"/>
        <w:rPr>
          <w:rFonts w:ascii="Times New Roman" w:eastAsia="Calibri" w:hAnsi="Times New Roman" w:cs="Times New Roman"/>
          <w:b/>
          <w:sz w:val="24"/>
          <w:szCs w:val="24"/>
          <w:lang w:val="ru-RU"/>
        </w:rPr>
      </w:pPr>
    </w:p>
    <w:p w:rsidR="00BC1253" w:rsidRPr="00BC1253" w:rsidRDefault="00BC1253" w:rsidP="00BC1253">
      <w:pPr>
        <w:spacing w:after="0" w:line="276" w:lineRule="auto"/>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 xml:space="preserve">5. Какое слово пропущено?     Обведи нужную букву. </w:t>
      </w:r>
    </w:p>
    <w:p w:rsidR="00BC1253" w:rsidRPr="00BC1253" w:rsidRDefault="00BC1253" w:rsidP="00BC1253">
      <w:pPr>
        <w:spacing w:after="0" w:line="276" w:lineRule="auto"/>
        <w:rPr>
          <w:rFonts w:ascii="Times New Roman" w:eastAsia="Calibri" w:hAnsi="Times New Roman" w:cs="Times New Roman"/>
          <w:b/>
          <w:i/>
          <w:sz w:val="24"/>
          <w:szCs w:val="24"/>
          <w:lang w:val="ru-RU"/>
        </w:rPr>
      </w:pPr>
      <w:r w:rsidRPr="00BC1253">
        <w:rPr>
          <w:rFonts w:ascii="Times New Roman" w:eastAsia="Calibri" w:hAnsi="Times New Roman" w:cs="Times New Roman"/>
          <w:b/>
          <w:i/>
          <w:sz w:val="24"/>
          <w:szCs w:val="24"/>
          <w:lang w:val="ru-RU"/>
        </w:rPr>
        <w:t xml:space="preserve">Икринка – …. –  взрослая рыба.  </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а) личинка;</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б) малёк;</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в) головастик.</w:t>
      </w:r>
    </w:p>
    <w:p w:rsidR="00BC1253" w:rsidRPr="00BC1253" w:rsidRDefault="00BC1253" w:rsidP="00BC1253">
      <w:pPr>
        <w:spacing w:after="0" w:line="276" w:lineRule="auto"/>
        <w:rPr>
          <w:rFonts w:ascii="Times New Roman" w:eastAsia="Calibri" w:hAnsi="Times New Roman" w:cs="Times New Roman"/>
          <w:b/>
          <w:sz w:val="24"/>
          <w:szCs w:val="24"/>
        </w:rPr>
      </w:pPr>
      <w:r w:rsidRPr="00BC1253">
        <w:rPr>
          <w:rFonts w:ascii="Times New Roman" w:eastAsia="Calibri" w:hAnsi="Times New Roman" w:cs="Times New Roman"/>
          <w:b/>
          <w:sz w:val="24"/>
          <w:szCs w:val="24"/>
          <w:lang w:val="ru-RU"/>
        </w:rPr>
        <w:t xml:space="preserve">6. По перечисленным признакам определи группу животных. </w:t>
      </w:r>
      <w:r w:rsidRPr="00BC1253">
        <w:rPr>
          <w:rFonts w:ascii="Times New Roman" w:eastAsia="Calibri" w:hAnsi="Times New Roman" w:cs="Times New Roman"/>
          <w:b/>
          <w:sz w:val="24"/>
          <w:szCs w:val="24"/>
        </w:rPr>
        <w:t>Допишипредложение.</w:t>
      </w:r>
    </w:p>
    <w:p w:rsidR="00BC1253" w:rsidRPr="00BC1253" w:rsidRDefault="00BC1253" w:rsidP="00BC1253">
      <w:pPr>
        <w:numPr>
          <w:ilvl w:val="0"/>
          <w:numId w:val="100"/>
        </w:num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Животные, тело которых покрыто перьями – это ________________.</w:t>
      </w:r>
    </w:p>
    <w:p w:rsidR="00BC1253" w:rsidRPr="00BC1253" w:rsidRDefault="00BC1253" w:rsidP="00BC1253">
      <w:pPr>
        <w:spacing w:after="0" w:line="276" w:lineRule="auto"/>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7. Допиши предложения.</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Глаза – орган _____________________.</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Кожа – орган _____________________.</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Нос – орган _____________________.</w:t>
      </w:r>
    </w:p>
    <w:p w:rsidR="00BC1253" w:rsidRPr="00BC1253" w:rsidRDefault="00BC1253" w:rsidP="00BC1253">
      <w:pPr>
        <w:spacing w:after="0" w:line="276" w:lineRule="auto"/>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8. Прочитай текст. Какое явление природы в нем описано?</w:t>
      </w:r>
    </w:p>
    <w:p w:rsidR="00BC1253" w:rsidRPr="00BC1253" w:rsidRDefault="00161CFB" w:rsidP="00BC1253">
      <w:pPr>
        <w:spacing w:after="0" w:line="276" w:lineRule="auto"/>
        <w:rPr>
          <w:rFonts w:ascii="Times New Roman" w:eastAsia="Calibri" w:hAnsi="Times New Roman" w:cs="Times New Roman"/>
          <w:sz w:val="24"/>
          <w:szCs w:val="24"/>
          <w:lang w:val="ru-RU"/>
        </w:rPr>
      </w:pPr>
      <w:r>
        <w:rPr>
          <w:rFonts w:ascii="Times New Roman" w:eastAsia="Calibri" w:hAnsi="Times New Roman" w:cs="Times New Roman"/>
          <w:noProof/>
          <w:sz w:val="24"/>
          <w:szCs w:val="24"/>
          <w:lang w:val="ru-RU" w:eastAsia="ru-RU"/>
        </w:rPr>
        <w:pict>
          <v:line id="Прямая соединительная линия 23" o:spid="_x0000_s1122" style="position:absolute;z-index:251666432;visibility:visible;mso-wrap-distance-top:-8e-5mm;mso-wrap-distance-bottom:-8e-5mm" from="249pt,32.7pt" to="276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">
            <v:stroke endarrow="block"/>
          </v:line>
        </w:pict>
      </w:r>
      <w:r>
        <w:rPr>
          <w:rFonts w:ascii="Times New Roman" w:eastAsia="Calibri" w:hAnsi="Times New Roman" w:cs="Times New Roman"/>
          <w:noProof/>
          <w:sz w:val="24"/>
          <w:szCs w:val="24"/>
          <w:lang w:val="ru-RU" w:eastAsia="ru-RU"/>
        </w:rPr>
        <w:pict>
          <v:line id="Прямая соединительная линия 24" o:spid="_x0000_s1121" style="position:absolute;z-index:251667456;visibility:visible;mso-wrap-distance-top:-8e-5mm;mso-wrap-distance-bottom:-8e-5mm" from="134.25pt,34.2pt" to="161.2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">
            <v:stroke endarrow="block"/>
          </v:line>
        </w:pict>
      </w:r>
      <w:r>
        <w:rPr>
          <w:rFonts w:ascii="Times New Roman" w:eastAsia="Calibri" w:hAnsi="Times New Roman" w:cs="Times New Roman"/>
          <w:noProof/>
          <w:sz w:val="24"/>
          <w:szCs w:val="24"/>
          <w:lang w:val="ru-RU" w:eastAsia="ru-RU"/>
        </w:rPr>
        <w:pict>
          <v:line id="Прямая соединительная линия 25" o:spid="_x0000_s1120" style="position:absolute;z-index:251668480;visibility:visible;mso-wrap-distance-top:-8e-5mm;mso-wrap-distance-bottom:-8e-5mm" from="90pt,13.95pt" to="117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">
            <v:stroke endarrow="block"/>
          </v:line>
        </w:pict>
      </w:r>
      <w:r>
        <w:rPr>
          <w:rFonts w:ascii="Times New Roman" w:eastAsia="Calibri" w:hAnsi="Times New Roman" w:cs="Times New Roman"/>
          <w:noProof/>
          <w:sz w:val="24"/>
          <w:szCs w:val="24"/>
          <w:lang w:val="ru-RU" w:eastAsia="ru-RU"/>
        </w:rPr>
        <w:pict>
          <v:line id="Прямая соединительная линия 26" o:spid="_x0000_s1119" style="position:absolute;z-index:251669504;visibility:visible;mso-wrap-distance-top:-8e-5mm;mso-wrap-distance-bottom:-8e-5mm" from="3in,13.95pt" to="243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">
            <v:stroke endarrow="block"/>
          </v:line>
        </w:pict>
      </w:r>
      <w:r w:rsidR="00BC1253" w:rsidRPr="00BC1253">
        <w:rPr>
          <w:rFonts w:ascii="Times New Roman" w:eastAsia="Calibri" w:hAnsi="Times New Roman" w:cs="Times New Roman"/>
          <w:sz w:val="24"/>
          <w:szCs w:val="24"/>
          <w:lang w:val="ru-RU"/>
        </w:rPr>
        <w:t>Облако            капелька воды            поверхность океанов, морей, рек и  суши              испарение воды          водяной пар           облако.</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Это ____________________________________________</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9. Люди заметили, что там, где хищников не осталось, растительноядных животных – зайцев, кабанов, оленей, тетеревов – сначала становится больше, а потом всё меньше и меньше. Почему?</w:t>
      </w:r>
    </w:p>
    <w:p w:rsidR="00BC1253" w:rsidRPr="00BC1253" w:rsidRDefault="00BC1253" w:rsidP="00BC1253">
      <w:pPr>
        <w:spacing w:after="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___________________________________________________________________________</w:t>
      </w:r>
    </w:p>
    <w:p w:rsidR="00BC1253" w:rsidRPr="00BC1253" w:rsidRDefault="00BC1253" w:rsidP="00BC1253">
      <w:pPr>
        <w:spacing w:after="0" w:line="276" w:lineRule="auto"/>
        <w:rPr>
          <w:rFonts w:ascii="Times New Roman" w:eastAsia="Calibri" w:hAnsi="Times New Roman" w:cs="Times New Roman"/>
          <w:b/>
          <w:sz w:val="24"/>
          <w:szCs w:val="24"/>
          <w:lang w:val="ru-RU"/>
        </w:rPr>
      </w:pPr>
    </w:p>
    <w:p w:rsidR="00BC1253" w:rsidRPr="00BC1253" w:rsidRDefault="00BC1253" w:rsidP="00BC1253">
      <w:pPr>
        <w:spacing w:after="200" w:line="276" w:lineRule="auto"/>
        <w:jc w:val="center"/>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 xml:space="preserve">Ответы и критерии оценивания контрольной работы </w:t>
      </w:r>
    </w:p>
    <w:p w:rsidR="00BC1253" w:rsidRPr="00BC1253" w:rsidRDefault="00BC1253" w:rsidP="00BC1253">
      <w:pPr>
        <w:spacing w:after="200" w:line="276" w:lineRule="auto"/>
        <w:jc w:val="center"/>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«Человек и природа. Человек и общество» по окружающему миру 3 класса</w:t>
      </w:r>
    </w:p>
    <w:p w:rsidR="00BC1253" w:rsidRPr="00BC1253" w:rsidRDefault="00BC1253" w:rsidP="00BC1253">
      <w:pPr>
        <w:autoSpaceDE w:val="0"/>
        <w:autoSpaceDN w:val="0"/>
        <w:adjustRightInd w:val="0"/>
        <w:spacing w:after="0" w:line="240" w:lineRule="auto"/>
        <w:ind w:left="360"/>
        <w:jc w:val="both"/>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Задание 1 – 7 с выбором ответа считается выполненным, если выбранный обучающимися номер ответа совпадает с верным ответом. Все задания с выбором ответа оцениваются в 1 балл. Если выбрано более одного ответа, то задание считается выполненным неверно.</w:t>
      </w:r>
    </w:p>
    <w:p w:rsidR="00BC1253" w:rsidRPr="00BC1253" w:rsidRDefault="00BC1253" w:rsidP="00BC1253">
      <w:pPr>
        <w:autoSpaceDE w:val="0"/>
        <w:autoSpaceDN w:val="0"/>
        <w:adjustRightInd w:val="0"/>
        <w:spacing w:after="0" w:line="240" w:lineRule="auto"/>
        <w:ind w:left="360"/>
        <w:jc w:val="both"/>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Задание 8 с выбором ответа считается выполненным, если выбранный обучающимися номер ответа совпадает с верным ответом. Все задания с выбором ответа оцениваются в 2 балла. Если выбрано более одного ответа, то задание считается выполненным неверно.</w:t>
      </w:r>
    </w:p>
    <w:p w:rsidR="00BC1253" w:rsidRPr="00BC1253" w:rsidRDefault="00BC1253" w:rsidP="00BC1253">
      <w:pPr>
        <w:autoSpaceDE w:val="0"/>
        <w:autoSpaceDN w:val="0"/>
        <w:adjustRightInd w:val="0"/>
        <w:spacing w:after="0" w:line="240" w:lineRule="auto"/>
        <w:ind w:left="360"/>
        <w:jc w:val="both"/>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Задание 9 с развернутым ответом считается выполненным, если выбранный обучающимися номер ответа совпадает с верным ответом.Всезадания с выборомответаоцениваются в 3 балла.</w:t>
      </w:r>
    </w:p>
    <w:p w:rsidR="00BC1253" w:rsidRPr="00BC1253" w:rsidRDefault="00BC1253" w:rsidP="00BC1253">
      <w:pPr>
        <w:autoSpaceDE w:val="0"/>
        <w:autoSpaceDN w:val="0"/>
        <w:adjustRightInd w:val="0"/>
        <w:spacing w:after="0" w:line="240" w:lineRule="auto"/>
        <w:ind w:left="360"/>
        <w:jc w:val="both"/>
        <w:rPr>
          <w:rFonts w:ascii="Times New Roman" w:eastAsia="Calibri" w:hAnsi="Times New Roman" w:cs="Times New Roman"/>
          <w:sz w:val="24"/>
          <w:szCs w:val="24"/>
          <w:lang w:val="ru-RU"/>
        </w:rPr>
      </w:pPr>
    </w:p>
    <w:p w:rsidR="00BC1253" w:rsidRPr="00BC1253" w:rsidRDefault="00BC1253" w:rsidP="00BC1253">
      <w:pPr>
        <w:autoSpaceDE w:val="0"/>
        <w:autoSpaceDN w:val="0"/>
        <w:adjustRightInd w:val="0"/>
        <w:spacing w:after="0" w:line="240" w:lineRule="auto"/>
        <w:ind w:left="360"/>
        <w:jc w:val="both"/>
        <w:rPr>
          <w:rFonts w:ascii="Times New Roman" w:eastAsia="Calibri" w:hAnsi="Times New Roman" w:cs="Times New Roman"/>
          <w:sz w:val="24"/>
          <w:szCs w:val="24"/>
          <w:lang w:val="ru-RU"/>
        </w:rPr>
      </w:pPr>
    </w:p>
    <w:tbl>
      <w:tblPr>
        <w:tblStyle w:val="91"/>
        <w:tblW w:w="0" w:type="auto"/>
        <w:tblInd w:w="360" w:type="dxa"/>
        <w:tblLook w:val="04A0"/>
      </w:tblPr>
      <w:tblGrid>
        <w:gridCol w:w="1439"/>
        <w:gridCol w:w="2010"/>
        <w:gridCol w:w="1876"/>
        <w:gridCol w:w="2010"/>
        <w:gridCol w:w="1876"/>
      </w:tblGrid>
      <w:tr w:rsidR="00BC1253" w:rsidRPr="00BC1253" w:rsidTr="00BC1253">
        <w:tc>
          <w:tcPr>
            <w:tcW w:w="1563" w:type="dxa"/>
            <w:vMerge w:val="restart"/>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 задания</w:t>
            </w:r>
          </w:p>
        </w:tc>
        <w:tc>
          <w:tcPr>
            <w:tcW w:w="3757" w:type="dxa"/>
            <w:gridSpan w:val="2"/>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 вариант</w:t>
            </w:r>
          </w:p>
        </w:tc>
        <w:tc>
          <w:tcPr>
            <w:tcW w:w="3891" w:type="dxa"/>
            <w:gridSpan w:val="2"/>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2 вариант</w:t>
            </w:r>
          </w:p>
        </w:tc>
      </w:tr>
      <w:tr w:rsidR="00BC1253" w:rsidRPr="00BC1253" w:rsidTr="00BC1253">
        <w:tc>
          <w:tcPr>
            <w:tcW w:w="1563" w:type="dxa"/>
            <w:vMerge/>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p>
        </w:tc>
        <w:tc>
          <w:tcPr>
            <w:tcW w:w="182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правильныйответ</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баллзазадание</w:t>
            </w:r>
          </w:p>
        </w:tc>
        <w:tc>
          <w:tcPr>
            <w:tcW w:w="1957"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правильныйответ</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баллзазадание</w:t>
            </w:r>
          </w:p>
        </w:tc>
      </w:tr>
      <w:tr w:rsidR="00BC1253" w:rsidRPr="00BC1253" w:rsidTr="00BC1253">
        <w:tc>
          <w:tcPr>
            <w:tcW w:w="156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182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В</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1957"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А</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56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2</w:t>
            </w:r>
          </w:p>
        </w:tc>
        <w:tc>
          <w:tcPr>
            <w:tcW w:w="182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А</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1957"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В</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56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3</w:t>
            </w:r>
          </w:p>
        </w:tc>
        <w:tc>
          <w:tcPr>
            <w:tcW w:w="182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А</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1957"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Б</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56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4</w:t>
            </w:r>
          </w:p>
        </w:tc>
        <w:tc>
          <w:tcPr>
            <w:tcW w:w="182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В</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1957"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Б</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56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5</w:t>
            </w:r>
          </w:p>
        </w:tc>
        <w:tc>
          <w:tcPr>
            <w:tcW w:w="182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В</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1957"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В</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56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6</w:t>
            </w:r>
          </w:p>
        </w:tc>
        <w:tc>
          <w:tcPr>
            <w:tcW w:w="182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ПТИЦЫ</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1957"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ПТИЦЫ</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56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7</w:t>
            </w:r>
          </w:p>
        </w:tc>
        <w:tc>
          <w:tcPr>
            <w:tcW w:w="182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СЪЕДОБНЫЕ</w:t>
            </w:r>
          </w:p>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ЯДОВИТЫЕ</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1957"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ЗРЕНИЯ</w:t>
            </w:r>
          </w:p>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ОСЯЗАНИЯ</w:t>
            </w:r>
          </w:p>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ОБОНЯНИЯ</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56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8</w:t>
            </w:r>
          </w:p>
        </w:tc>
        <w:tc>
          <w:tcPr>
            <w:tcW w:w="182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53142</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2</w:t>
            </w:r>
          </w:p>
        </w:tc>
        <w:tc>
          <w:tcPr>
            <w:tcW w:w="1957"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КРУГОВОРОТ ВОДЫ</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2</w:t>
            </w:r>
          </w:p>
        </w:tc>
      </w:tr>
      <w:tr w:rsidR="00BC1253" w:rsidRPr="00BC1253" w:rsidTr="00BC1253">
        <w:tc>
          <w:tcPr>
            <w:tcW w:w="156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9</w:t>
            </w:r>
          </w:p>
        </w:tc>
        <w:tc>
          <w:tcPr>
            <w:tcW w:w="1823"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РАЗВЕРНУТЫЙ ОТВЕТ</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3</w:t>
            </w:r>
          </w:p>
        </w:tc>
        <w:tc>
          <w:tcPr>
            <w:tcW w:w="1957"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РАЗВЕРНУТЫЙ ОТВЕТ</w:t>
            </w:r>
          </w:p>
        </w:tc>
        <w:tc>
          <w:tcPr>
            <w:tcW w:w="1934"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3</w:t>
            </w:r>
          </w:p>
        </w:tc>
      </w:tr>
    </w:tbl>
    <w:p w:rsidR="00BC1253" w:rsidRPr="00BC1253" w:rsidRDefault="00BC1253" w:rsidP="00BC1253">
      <w:pPr>
        <w:autoSpaceDE w:val="0"/>
        <w:autoSpaceDN w:val="0"/>
        <w:adjustRightInd w:val="0"/>
        <w:spacing w:after="0" w:line="240" w:lineRule="auto"/>
        <w:ind w:left="360"/>
        <w:jc w:val="center"/>
        <w:rPr>
          <w:rFonts w:ascii="Times New Roman" w:eastAsia="Calibri" w:hAnsi="Times New Roman" w:cs="Times New Roman"/>
          <w:sz w:val="24"/>
          <w:szCs w:val="24"/>
        </w:rPr>
      </w:pPr>
    </w:p>
    <w:p w:rsidR="00BC1253" w:rsidRPr="00BC1253" w:rsidRDefault="00BC1253" w:rsidP="00BC1253">
      <w:pPr>
        <w:spacing w:after="200" w:line="276" w:lineRule="auto"/>
        <w:rPr>
          <w:rFonts w:ascii="Times New Roman" w:eastAsia="Calibri" w:hAnsi="Times New Roman" w:cs="Times New Roman"/>
          <w:sz w:val="24"/>
          <w:szCs w:val="24"/>
        </w:rPr>
      </w:pPr>
      <w:r w:rsidRPr="00BC1253">
        <w:rPr>
          <w:rFonts w:ascii="Times New Roman" w:eastAsia="Calibri" w:hAnsi="Times New Roman" w:cs="Times New Roman"/>
          <w:sz w:val="24"/>
          <w:szCs w:val="24"/>
        </w:rPr>
        <w:t xml:space="preserve">      «5» - 12 – 11 баллов</w:t>
      </w:r>
    </w:p>
    <w:p w:rsidR="00BC1253" w:rsidRPr="00BC1253" w:rsidRDefault="00BC1253" w:rsidP="00BC1253">
      <w:pPr>
        <w:spacing w:after="200" w:line="276" w:lineRule="auto"/>
        <w:rPr>
          <w:rFonts w:ascii="Times New Roman" w:eastAsia="Calibri" w:hAnsi="Times New Roman" w:cs="Times New Roman"/>
          <w:sz w:val="24"/>
          <w:szCs w:val="24"/>
        </w:rPr>
      </w:pPr>
      <w:r w:rsidRPr="00BC1253">
        <w:rPr>
          <w:rFonts w:ascii="Times New Roman" w:eastAsia="Calibri" w:hAnsi="Times New Roman" w:cs="Times New Roman"/>
          <w:sz w:val="24"/>
          <w:szCs w:val="24"/>
        </w:rPr>
        <w:t xml:space="preserve">      «4» - 10 – 8 баллов</w:t>
      </w:r>
    </w:p>
    <w:p w:rsidR="00BC1253" w:rsidRPr="00BC1253" w:rsidRDefault="00BC1253" w:rsidP="00BC1253">
      <w:pPr>
        <w:spacing w:after="20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«3» - 7 – 5 баллов</w:t>
      </w:r>
    </w:p>
    <w:p w:rsidR="00BC1253" w:rsidRPr="00BC1253" w:rsidRDefault="00BC1253" w:rsidP="00BC1253">
      <w:pPr>
        <w:spacing w:after="200" w:line="276"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 xml:space="preserve">      «2» - 0 – 4 балла</w:t>
      </w:r>
    </w:p>
    <w:p w:rsidR="00BC1253" w:rsidRPr="00BC1253" w:rsidRDefault="00BC1253" w:rsidP="00BC1253">
      <w:pPr>
        <w:spacing w:after="200" w:line="276" w:lineRule="auto"/>
        <w:rPr>
          <w:rFonts w:ascii="Times New Roman" w:eastAsia="Calibri" w:hAnsi="Times New Roman" w:cs="Times New Roman"/>
          <w:sz w:val="24"/>
          <w:szCs w:val="24"/>
          <w:lang w:val="ru-RU"/>
        </w:rPr>
      </w:pPr>
    </w:p>
    <w:p w:rsidR="00BC1253" w:rsidRPr="00BC1253" w:rsidRDefault="00BC1253" w:rsidP="00BC1253">
      <w:pPr>
        <w:spacing w:after="200" w:line="276" w:lineRule="auto"/>
        <w:rPr>
          <w:rFonts w:ascii="Times New Roman" w:eastAsia="Calibri" w:hAnsi="Times New Roman" w:cs="Times New Roman"/>
          <w:sz w:val="24"/>
          <w:szCs w:val="24"/>
          <w:lang w:val="ru-RU"/>
        </w:rPr>
      </w:pPr>
    </w:p>
    <w:p w:rsidR="00BC1253" w:rsidRPr="00BC1253" w:rsidRDefault="00BC1253" w:rsidP="00BC1253">
      <w:pPr>
        <w:spacing w:after="0" w:line="276" w:lineRule="auto"/>
        <w:jc w:val="center"/>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Промежуточная аттестация. Контрольная работа</w:t>
      </w:r>
    </w:p>
    <w:p w:rsidR="00BC1253" w:rsidRPr="00BC1253" w:rsidRDefault="00BC1253" w:rsidP="00BC1253">
      <w:pPr>
        <w:spacing w:after="0" w:line="276" w:lineRule="auto"/>
        <w:rPr>
          <w:rFonts w:ascii="Times New Roman" w:eastAsia="Calibri" w:hAnsi="Times New Roman" w:cs="Times New Roman"/>
          <w:color w:val="000000"/>
          <w:sz w:val="24"/>
          <w:szCs w:val="24"/>
          <w:lang w:val="ru-RU"/>
        </w:rPr>
      </w:pPr>
      <w:r w:rsidRPr="00BC1253">
        <w:rPr>
          <w:rFonts w:ascii="Times New Roman" w:eastAsia="Calibri" w:hAnsi="Times New Roman" w:cs="Times New Roman"/>
          <w:b/>
          <w:sz w:val="24"/>
          <w:szCs w:val="24"/>
          <w:lang w:val="ru-RU"/>
        </w:rPr>
        <w:t>Цель:</w:t>
      </w:r>
      <w:r w:rsidRPr="00BC1253">
        <w:rPr>
          <w:rFonts w:ascii="Times New Roman" w:eastAsia="Calibri" w:hAnsi="Times New Roman" w:cs="Times New Roman"/>
          <w:sz w:val="24"/>
          <w:szCs w:val="24"/>
          <w:lang w:val="ru-RU"/>
        </w:rPr>
        <w:t xml:space="preserve"> оценка качества образования по учебному предмету «Окружающий мир»,</w:t>
      </w:r>
      <w:r w:rsidRPr="00BC1253">
        <w:rPr>
          <w:rFonts w:ascii="Times New Roman" w:eastAsia="Calibri" w:hAnsi="Times New Roman" w:cs="Times New Roman"/>
          <w:color w:val="000000"/>
          <w:sz w:val="24"/>
          <w:szCs w:val="24"/>
          <w:lang w:val="ru-RU"/>
        </w:rPr>
        <w:t xml:space="preserve"> выявление уровня  достижения </w:t>
      </w:r>
      <w:r w:rsidRPr="00BC1253">
        <w:rPr>
          <w:rFonts w:ascii="Times New Roman" w:eastAsia="Calibri" w:hAnsi="Times New Roman" w:cs="Times New Roman"/>
          <w:bCs/>
          <w:sz w:val="24"/>
          <w:szCs w:val="24"/>
          <w:lang w:val="ru-RU"/>
        </w:rPr>
        <w:t>обучающимися</w:t>
      </w:r>
      <w:r w:rsidRPr="00BC1253">
        <w:rPr>
          <w:rFonts w:ascii="Times New Roman" w:eastAsia="Calibri" w:hAnsi="Times New Roman" w:cs="Times New Roman"/>
          <w:color w:val="000000"/>
          <w:sz w:val="24"/>
          <w:szCs w:val="24"/>
          <w:lang w:val="ru-RU"/>
        </w:rPr>
        <w:t xml:space="preserve"> планируемых результатов, разработанных на основе Федерального государственного образовательного стандарта основного общего образования по предмету «Ок</w:t>
      </w:r>
      <w:r w:rsidRPr="00BC1253">
        <w:rPr>
          <w:rFonts w:ascii="Times New Roman" w:eastAsia="Calibri" w:hAnsi="Times New Roman" w:cs="Times New Roman"/>
          <w:sz w:val="24"/>
          <w:szCs w:val="24"/>
          <w:lang w:val="ru-RU"/>
        </w:rPr>
        <w:t>ружающий мир</w:t>
      </w:r>
      <w:r w:rsidRPr="00BC1253">
        <w:rPr>
          <w:rFonts w:ascii="Times New Roman" w:eastAsia="Calibri" w:hAnsi="Times New Roman" w:cs="Times New Roman"/>
          <w:color w:val="000000"/>
          <w:sz w:val="24"/>
          <w:szCs w:val="24"/>
          <w:lang w:val="ru-RU"/>
        </w:rPr>
        <w:t>».</w:t>
      </w:r>
    </w:p>
    <w:p w:rsidR="00BC1253" w:rsidRPr="00BC1253" w:rsidRDefault="00BC1253" w:rsidP="00BC1253">
      <w:pPr>
        <w:spacing w:after="0" w:line="276" w:lineRule="auto"/>
        <w:rPr>
          <w:rFonts w:ascii="Times New Roman" w:eastAsia="Calibri" w:hAnsi="Times New Roman" w:cs="Times New Roman"/>
          <w:color w:val="000000"/>
          <w:sz w:val="24"/>
          <w:szCs w:val="24"/>
          <w:lang w:val="ru-RU"/>
        </w:rPr>
      </w:pPr>
    </w:p>
    <w:p w:rsidR="00BC1253" w:rsidRPr="00BC1253" w:rsidRDefault="00BC1253" w:rsidP="00BC1253">
      <w:pPr>
        <w:spacing w:after="0" w:line="276" w:lineRule="auto"/>
        <w:rPr>
          <w:rFonts w:ascii="Times New Roman" w:eastAsia="Calibri" w:hAnsi="Times New Roman" w:cs="Times New Roman"/>
          <w:sz w:val="24"/>
          <w:szCs w:val="24"/>
          <w:lang w:val="ru-RU"/>
        </w:rPr>
      </w:pPr>
    </w:p>
    <w:p w:rsidR="00BC1253" w:rsidRPr="00BC1253" w:rsidRDefault="00BC1253" w:rsidP="00BC1253">
      <w:pPr>
        <w:spacing w:after="0" w:line="276" w:lineRule="auto"/>
        <w:jc w:val="center"/>
        <w:rPr>
          <w:rFonts w:ascii="Times New Roman" w:eastAsia="Calibri" w:hAnsi="Times New Roman" w:cs="Times New Roman"/>
          <w:b/>
          <w:sz w:val="24"/>
          <w:szCs w:val="24"/>
        </w:rPr>
      </w:pPr>
      <w:r w:rsidRPr="00BC1253">
        <w:rPr>
          <w:rFonts w:ascii="Times New Roman" w:eastAsia="Calibri" w:hAnsi="Times New Roman" w:cs="Times New Roman"/>
          <w:b/>
          <w:sz w:val="24"/>
          <w:szCs w:val="24"/>
        </w:rPr>
        <w:t>1 вариант</w:t>
      </w:r>
    </w:p>
    <w:p w:rsidR="00BC1253" w:rsidRPr="00BC1253" w:rsidRDefault="00BC1253" w:rsidP="00BC1253">
      <w:pPr>
        <w:numPr>
          <w:ilvl w:val="0"/>
          <w:numId w:val="101"/>
        </w:numPr>
        <w:spacing w:after="200" w:line="276" w:lineRule="auto"/>
        <w:ind w:left="142" w:firstLine="0"/>
        <w:contextualSpacing/>
        <w:rPr>
          <w:rFonts w:ascii="Times New Roman" w:eastAsia="Times New Roman" w:hAnsi="Times New Roman" w:cs="Times New Roman"/>
          <w:b/>
          <w:sz w:val="24"/>
          <w:szCs w:val="24"/>
          <w:lang w:val="ru-RU"/>
        </w:rPr>
      </w:pPr>
      <w:r w:rsidRPr="00BC1253">
        <w:rPr>
          <w:rFonts w:ascii="Times New Roman" w:eastAsia="Times New Roman" w:hAnsi="Times New Roman" w:cs="Times New Roman"/>
          <w:b/>
          <w:sz w:val="24"/>
          <w:szCs w:val="24"/>
          <w:lang w:val="ru-RU"/>
        </w:rPr>
        <w:t>К неживой природе относятся:</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А. Растения, животные, человек, грибы и  микробы</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Б. Земля, Солнце,  вода, воздух, человек и все, что сделано его руками</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В. Небо, облака, дождь, снег, вода, камень,  Солнце, Земля.</w:t>
      </w:r>
    </w:p>
    <w:p w:rsidR="00BC1253" w:rsidRPr="00BC1253" w:rsidRDefault="00BC1253" w:rsidP="00BC1253">
      <w:pPr>
        <w:numPr>
          <w:ilvl w:val="0"/>
          <w:numId w:val="101"/>
        </w:numPr>
        <w:spacing w:after="200" w:line="276" w:lineRule="auto"/>
        <w:ind w:left="142" w:firstLine="0"/>
        <w:contextualSpacing/>
        <w:rPr>
          <w:rFonts w:ascii="Times New Roman" w:eastAsia="Times New Roman" w:hAnsi="Times New Roman" w:cs="Times New Roman"/>
          <w:b/>
          <w:sz w:val="24"/>
          <w:szCs w:val="24"/>
          <w:lang w:val="ru-RU"/>
        </w:rPr>
      </w:pPr>
      <w:r w:rsidRPr="00BC1253">
        <w:rPr>
          <w:rFonts w:ascii="Times New Roman" w:eastAsia="Times New Roman" w:hAnsi="Times New Roman" w:cs="Times New Roman"/>
          <w:b/>
          <w:sz w:val="24"/>
          <w:szCs w:val="24"/>
          <w:lang w:val="ru-RU"/>
        </w:rPr>
        <w:t>Что такое заповедники?</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А. Это участки земли, где всякая природа неприкосновенна</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Б. Это участки земли, где обитает большое разнообразие зверей, птиц, насекомых</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В. Это участки земли, где выращивают редкие растения всего мира</w:t>
      </w:r>
    </w:p>
    <w:p w:rsidR="00BC1253" w:rsidRPr="00BC1253" w:rsidRDefault="00BC1253" w:rsidP="00BC1253">
      <w:pPr>
        <w:numPr>
          <w:ilvl w:val="0"/>
          <w:numId w:val="101"/>
        </w:numPr>
        <w:spacing w:after="200" w:line="276" w:lineRule="auto"/>
        <w:ind w:left="142" w:firstLine="0"/>
        <w:contextualSpacing/>
        <w:rPr>
          <w:rFonts w:ascii="Times New Roman" w:eastAsia="Times New Roman" w:hAnsi="Times New Roman" w:cs="Times New Roman"/>
          <w:b/>
          <w:sz w:val="24"/>
          <w:szCs w:val="24"/>
          <w:lang w:val="ru-RU"/>
        </w:rPr>
      </w:pPr>
      <w:r w:rsidRPr="00BC1253">
        <w:rPr>
          <w:rFonts w:ascii="Times New Roman" w:eastAsia="Times New Roman" w:hAnsi="Times New Roman" w:cs="Times New Roman"/>
          <w:b/>
          <w:sz w:val="24"/>
          <w:szCs w:val="24"/>
          <w:lang w:val="ru-RU"/>
        </w:rPr>
        <w:t>Лед и снег – это вода…</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А. В жидком состоянии</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Б. В твёрдом состоянии</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В. В газообразном состоянии</w:t>
      </w:r>
    </w:p>
    <w:p w:rsidR="00BC1253" w:rsidRPr="00BC1253" w:rsidRDefault="00BC1253" w:rsidP="00BC1253">
      <w:pPr>
        <w:numPr>
          <w:ilvl w:val="0"/>
          <w:numId w:val="101"/>
        </w:numPr>
        <w:spacing w:after="200" w:line="276" w:lineRule="auto"/>
        <w:ind w:left="142" w:firstLine="0"/>
        <w:contextualSpacing/>
        <w:rPr>
          <w:rFonts w:ascii="Times New Roman" w:eastAsia="Times New Roman" w:hAnsi="Times New Roman" w:cs="Times New Roman"/>
          <w:b/>
          <w:sz w:val="24"/>
          <w:szCs w:val="24"/>
          <w:lang w:val="ru-RU"/>
        </w:rPr>
      </w:pPr>
      <w:r w:rsidRPr="00BC1253">
        <w:rPr>
          <w:rFonts w:ascii="Times New Roman" w:eastAsia="Times New Roman" w:hAnsi="Times New Roman" w:cs="Times New Roman"/>
          <w:b/>
          <w:sz w:val="24"/>
          <w:szCs w:val="24"/>
          <w:lang w:val="ru-RU"/>
        </w:rPr>
        <w:t>Из чего состоит почва?</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А. Воздуха, воды, перегноя, песка, глины, солей</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Б. Воздуха, воды, перегноя, песка, глины, солей, корней растений, животных, обитающих в почве</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В. Из микробов, корней растений, различных животных, обитающих в почве</w:t>
      </w:r>
    </w:p>
    <w:p w:rsidR="00BC1253" w:rsidRPr="00BC1253" w:rsidRDefault="00BC1253" w:rsidP="00BC1253">
      <w:pPr>
        <w:spacing w:after="0" w:line="240"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b/>
          <w:bCs/>
          <w:sz w:val="24"/>
          <w:szCs w:val="24"/>
          <w:lang w:val="ru-RU"/>
        </w:rPr>
        <w:t xml:space="preserve">5.     </w:t>
      </w:r>
      <w:r w:rsidRPr="00BC1253">
        <w:rPr>
          <w:rFonts w:ascii="Times New Roman" w:eastAsia="Times New Roman" w:hAnsi="Times New Roman" w:cs="Times New Roman"/>
          <w:b/>
          <w:sz w:val="24"/>
          <w:szCs w:val="24"/>
          <w:lang w:val="ru-RU"/>
        </w:rPr>
        <w:t xml:space="preserve">Укажи </w:t>
      </w:r>
      <w:r w:rsidRPr="00BC1253">
        <w:rPr>
          <w:rFonts w:ascii="Times New Roman" w:eastAsia="Times New Roman" w:hAnsi="Times New Roman" w:cs="Times New Roman"/>
          <w:b/>
          <w:sz w:val="24"/>
          <w:szCs w:val="24"/>
          <w:u w:val="single"/>
          <w:lang w:val="ru-RU"/>
        </w:rPr>
        <w:t>ошибочное</w:t>
      </w:r>
      <w:r w:rsidRPr="00BC1253">
        <w:rPr>
          <w:rFonts w:ascii="Times New Roman" w:eastAsia="Times New Roman" w:hAnsi="Times New Roman" w:cs="Times New Roman"/>
          <w:b/>
          <w:sz w:val="24"/>
          <w:szCs w:val="24"/>
          <w:lang w:val="ru-RU"/>
        </w:rPr>
        <w:t xml:space="preserve"> высказывание.                                                                                                         </w:t>
      </w:r>
      <w:r w:rsidRPr="00BC1253">
        <w:rPr>
          <w:rFonts w:ascii="Times New Roman" w:eastAsia="Times New Roman" w:hAnsi="Times New Roman" w:cs="Times New Roman"/>
          <w:bCs/>
          <w:sz w:val="24"/>
          <w:szCs w:val="24"/>
          <w:lang w:val="ru-RU"/>
        </w:rPr>
        <w:t>А</w:t>
      </w:r>
      <w:r w:rsidRPr="00BC1253">
        <w:rPr>
          <w:rFonts w:ascii="Times New Roman" w:eastAsia="Times New Roman" w:hAnsi="Times New Roman" w:cs="Times New Roman"/>
          <w:b/>
          <w:bCs/>
          <w:sz w:val="24"/>
          <w:szCs w:val="24"/>
          <w:lang w:val="ru-RU"/>
        </w:rPr>
        <w:t>.</w:t>
      </w:r>
      <w:r w:rsidRPr="00BC1253">
        <w:rPr>
          <w:rFonts w:ascii="Times New Roman" w:eastAsia="Times New Roman" w:hAnsi="Times New Roman" w:cs="Times New Roman"/>
          <w:sz w:val="24"/>
          <w:szCs w:val="24"/>
          <w:lang w:val="ru-RU"/>
        </w:rPr>
        <w:t xml:space="preserve"> Почва – это питательные вещества, необходимые для  роста и развития растений.</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 xml:space="preserve">  Б. Почва – это верхний слой плодородной земли.</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 xml:space="preserve">  В. Основное свойство почвы – плодородие.</w:t>
      </w:r>
    </w:p>
    <w:p w:rsidR="00BC1253" w:rsidRPr="00BC1253" w:rsidRDefault="00BC1253" w:rsidP="00BC1253">
      <w:pPr>
        <w:spacing w:after="200" w:line="276" w:lineRule="auto"/>
        <w:ind w:left="180"/>
        <w:contextualSpacing/>
        <w:rPr>
          <w:rFonts w:ascii="Times New Roman" w:eastAsia="Times New Roman" w:hAnsi="Times New Roman" w:cs="Times New Roman"/>
          <w:b/>
          <w:sz w:val="24"/>
          <w:szCs w:val="24"/>
          <w:lang w:val="ru-RU"/>
        </w:rPr>
      </w:pPr>
      <w:r w:rsidRPr="00BC1253">
        <w:rPr>
          <w:rFonts w:ascii="Times New Roman" w:eastAsia="Times New Roman" w:hAnsi="Times New Roman" w:cs="Times New Roman"/>
          <w:b/>
          <w:sz w:val="24"/>
          <w:szCs w:val="24"/>
          <w:lang w:val="ru-RU"/>
        </w:rPr>
        <w:t>6.Какая из цепей питания указана правильно?</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А. Слизни – капуста - жаба</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Б. Сосна – дятел – жук-короед</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В. Рожь – мышь – змея – орел</w:t>
      </w:r>
    </w:p>
    <w:p w:rsidR="00BC1253" w:rsidRPr="00BC1253" w:rsidRDefault="00BC1253" w:rsidP="00BC1253">
      <w:pPr>
        <w:spacing w:after="200" w:line="276" w:lineRule="auto"/>
        <w:ind w:left="180"/>
        <w:contextualSpacing/>
        <w:rPr>
          <w:rFonts w:ascii="Times New Roman" w:eastAsia="Times New Roman" w:hAnsi="Times New Roman" w:cs="Times New Roman"/>
          <w:b/>
          <w:sz w:val="24"/>
          <w:szCs w:val="24"/>
          <w:lang w:val="ru-RU"/>
        </w:rPr>
      </w:pPr>
      <w:r w:rsidRPr="00BC1253">
        <w:rPr>
          <w:rFonts w:ascii="Times New Roman" w:eastAsia="Times New Roman" w:hAnsi="Times New Roman" w:cs="Times New Roman"/>
          <w:b/>
          <w:sz w:val="24"/>
          <w:szCs w:val="24"/>
          <w:lang w:val="ru-RU"/>
        </w:rPr>
        <w:t>7.В какой строчке указаны только органы человека?</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А. Глаза, легкие, желудок, кожа</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Б. Сердце, головной мозг, почки, кровь</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В. Печень, селезенка, уши, желчь</w:t>
      </w:r>
    </w:p>
    <w:p w:rsidR="00BC1253" w:rsidRPr="00BC1253" w:rsidRDefault="00BC1253" w:rsidP="00BC1253">
      <w:pPr>
        <w:spacing w:after="0" w:line="240"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b/>
          <w:iCs/>
          <w:sz w:val="24"/>
          <w:szCs w:val="24"/>
          <w:lang w:val="ru-RU" w:eastAsia="ru-RU"/>
        </w:rPr>
        <w:t xml:space="preserve">8.Найди </w:t>
      </w:r>
      <w:r w:rsidRPr="00BC1253">
        <w:rPr>
          <w:rFonts w:ascii="Times New Roman" w:eastAsia="Times New Roman" w:hAnsi="Times New Roman" w:cs="Times New Roman"/>
          <w:b/>
          <w:iCs/>
          <w:sz w:val="24"/>
          <w:szCs w:val="24"/>
          <w:u w:val="single"/>
          <w:lang w:val="ru-RU" w:eastAsia="ru-RU"/>
        </w:rPr>
        <w:t xml:space="preserve">неверное </w:t>
      </w:r>
      <w:r w:rsidRPr="00BC1253">
        <w:rPr>
          <w:rFonts w:ascii="Times New Roman" w:eastAsia="Times New Roman" w:hAnsi="Times New Roman" w:cs="Times New Roman"/>
          <w:b/>
          <w:iCs/>
          <w:sz w:val="24"/>
          <w:szCs w:val="24"/>
          <w:lang w:val="ru-RU" w:eastAsia="ru-RU"/>
        </w:rPr>
        <w:t>утверждение.</w:t>
      </w:r>
    </w:p>
    <w:p w:rsidR="00BC1253" w:rsidRPr="00BC1253" w:rsidRDefault="00BC1253" w:rsidP="00BC1253">
      <w:pPr>
        <w:spacing w:after="0" w:line="240" w:lineRule="auto"/>
        <w:ind w:left="142"/>
        <w:rPr>
          <w:rFonts w:ascii="Times New Roman" w:eastAsia="Calibri" w:hAnsi="Times New Roman" w:cs="Times New Roman"/>
          <w:sz w:val="24"/>
          <w:szCs w:val="24"/>
          <w:lang w:val="ru-RU"/>
        </w:rPr>
      </w:pPr>
      <w:r w:rsidRPr="00BC1253">
        <w:rPr>
          <w:rFonts w:ascii="Times New Roman" w:eastAsia="Calibri" w:hAnsi="Times New Roman" w:cs="Times New Roman"/>
          <w:iCs/>
          <w:sz w:val="24"/>
          <w:szCs w:val="24"/>
          <w:lang w:val="ru-RU"/>
        </w:rPr>
        <w:t>А. скелет служит опорой тела.</w:t>
      </w:r>
    </w:p>
    <w:p w:rsidR="00BC1253" w:rsidRPr="00BC1253" w:rsidRDefault="00BC1253" w:rsidP="00BC1253">
      <w:pPr>
        <w:spacing w:after="0" w:line="240" w:lineRule="auto"/>
        <w:ind w:left="142"/>
        <w:rPr>
          <w:rFonts w:ascii="Times New Roman" w:eastAsia="Calibri" w:hAnsi="Times New Roman" w:cs="Times New Roman"/>
          <w:sz w:val="24"/>
          <w:szCs w:val="24"/>
          <w:lang w:val="ru-RU"/>
        </w:rPr>
      </w:pPr>
      <w:r w:rsidRPr="00BC1253">
        <w:rPr>
          <w:rFonts w:ascii="Times New Roman" w:eastAsia="Calibri" w:hAnsi="Times New Roman" w:cs="Times New Roman"/>
          <w:iCs/>
          <w:sz w:val="24"/>
          <w:szCs w:val="24"/>
          <w:lang w:val="ru-RU"/>
        </w:rPr>
        <w:t>Б. скелет проводит команды мозга к мышцам.</w:t>
      </w:r>
    </w:p>
    <w:p w:rsidR="00BC1253" w:rsidRPr="00BC1253" w:rsidRDefault="00BC1253" w:rsidP="00BC1253">
      <w:pPr>
        <w:spacing w:after="0" w:line="240" w:lineRule="auto"/>
        <w:ind w:left="142"/>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В. скелет защищает многие внутренние органы от повреждений.</w:t>
      </w:r>
    </w:p>
    <w:p w:rsidR="00BC1253" w:rsidRPr="00BC1253" w:rsidRDefault="00BC1253" w:rsidP="00BC1253">
      <w:pPr>
        <w:spacing w:after="0" w:line="240" w:lineRule="auto"/>
        <w:ind w:left="142"/>
        <w:contextualSpacing/>
        <w:rPr>
          <w:rFonts w:ascii="Times New Roman" w:eastAsia="Times New Roman" w:hAnsi="Times New Roman" w:cs="Times New Roman"/>
          <w:b/>
          <w:sz w:val="24"/>
          <w:szCs w:val="24"/>
          <w:lang w:val="ru-RU"/>
        </w:rPr>
      </w:pPr>
      <w:r w:rsidRPr="00BC1253">
        <w:rPr>
          <w:rFonts w:ascii="Times New Roman" w:eastAsia="Times New Roman" w:hAnsi="Times New Roman" w:cs="Times New Roman"/>
          <w:b/>
          <w:sz w:val="24"/>
          <w:szCs w:val="24"/>
          <w:lang w:val="ru-RU"/>
        </w:rPr>
        <w:t>9.Что необходимо делать, если начался пожар, а ты в квартире один?</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А. Убежать</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Б. Закричать, позвать на помощь</w:t>
      </w:r>
    </w:p>
    <w:p w:rsidR="00BC1253" w:rsidRPr="00BC1253" w:rsidRDefault="00BC1253" w:rsidP="00BC1253">
      <w:pPr>
        <w:spacing w:after="0" w:line="240"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В. Вызвать пожарных по телефону – 01</w:t>
      </w:r>
    </w:p>
    <w:p w:rsidR="00BC1253" w:rsidRPr="00BC1253" w:rsidRDefault="00BC1253" w:rsidP="00BC1253">
      <w:pPr>
        <w:spacing w:after="0" w:line="240" w:lineRule="auto"/>
        <w:rPr>
          <w:rFonts w:ascii="Times New Roman" w:eastAsia="Calibri" w:hAnsi="Times New Roman" w:cs="Times New Roman"/>
          <w:b/>
          <w:sz w:val="24"/>
          <w:szCs w:val="24"/>
          <w:lang w:val="ru-RU"/>
        </w:rPr>
      </w:pPr>
      <w:r w:rsidRPr="00BC1253">
        <w:rPr>
          <w:rFonts w:ascii="Times New Roman" w:eastAsia="Calibri" w:hAnsi="Times New Roman" w:cs="Times New Roman"/>
          <w:b/>
          <w:iCs/>
          <w:sz w:val="24"/>
          <w:szCs w:val="24"/>
          <w:lang w:val="ru-RU"/>
        </w:rPr>
        <w:t>10. Пешеход должен:</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iCs/>
          <w:sz w:val="24"/>
          <w:szCs w:val="24"/>
          <w:lang w:val="ru-RU"/>
        </w:rPr>
        <w:t>А. ходить по тротуару</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iCs/>
          <w:sz w:val="24"/>
          <w:szCs w:val="24"/>
          <w:lang w:val="ru-RU"/>
        </w:rPr>
        <w:t>Б. переходить улицу там, где удобно</w:t>
      </w:r>
    </w:p>
    <w:p w:rsidR="00BC1253" w:rsidRPr="00BC1253" w:rsidRDefault="00BC1253" w:rsidP="00BC1253">
      <w:pPr>
        <w:spacing w:after="0" w:line="240" w:lineRule="auto"/>
        <w:rPr>
          <w:rFonts w:ascii="Times New Roman" w:eastAsia="Calibri" w:hAnsi="Times New Roman" w:cs="Times New Roman"/>
          <w:iCs/>
          <w:sz w:val="24"/>
          <w:szCs w:val="24"/>
          <w:lang w:val="ru-RU"/>
        </w:rPr>
      </w:pPr>
      <w:r w:rsidRPr="00BC1253">
        <w:rPr>
          <w:rFonts w:ascii="Times New Roman" w:eastAsia="Calibri" w:hAnsi="Times New Roman" w:cs="Times New Roman"/>
          <w:iCs/>
          <w:sz w:val="24"/>
          <w:szCs w:val="24"/>
          <w:lang w:val="ru-RU"/>
        </w:rPr>
        <w:t>В. переходить улицу на зелёный сигнал светофора.</w:t>
      </w:r>
    </w:p>
    <w:p w:rsidR="00BC1253" w:rsidRPr="00BC1253" w:rsidRDefault="00BC1253" w:rsidP="00BC1253">
      <w:pPr>
        <w:spacing w:after="0" w:line="240" w:lineRule="auto"/>
        <w:jc w:val="both"/>
        <w:rPr>
          <w:rFonts w:ascii="Times New Roman" w:eastAsia="Calibri" w:hAnsi="Times New Roman" w:cs="Times New Roman"/>
          <w:b/>
          <w:sz w:val="24"/>
          <w:szCs w:val="24"/>
          <w:lang w:val="ru-RU"/>
        </w:rPr>
      </w:pPr>
      <w:r w:rsidRPr="00BC1253">
        <w:rPr>
          <w:rFonts w:ascii="Times New Roman" w:eastAsia="Calibri" w:hAnsi="Times New Roman" w:cs="Times New Roman"/>
          <w:b/>
          <w:bCs/>
          <w:sz w:val="24"/>
          <w:szCs w:val="24"/>
          <w:lang w:val="ru-RU"/>
        </w:rPr>
        <w:t xml:space="preserve">11. </w:t>
      </w:r>
      <w:r w:rsidRPr="00BC1253">
        <w:rPr>
          <w:rFonts w:ascii="Times New Roman" w:eastAsia="Calibri" w:hAnsi="Times New Roman" w:cs="Times New Roman"/>
          <w:b/>
          <w:sz w:val="24"/>
          <w:szCs w:val="24"/>
          <w:lang w:val="ru-RU"/>
        </w:rPr>
        <w:t>Где и в каком направлении должны двигаться пешеходыпри отсутствии тротуара или пешеходной дорожки?</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А. По обочине, в направлении движущегося транспорта.</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Б. По обочине, навстречу движения движущегося транспорта.</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В. По любому месту дороги, в любом направлении.</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12.</w:t>
      </w:r>
      <w:r w:rsidRPr="00BC1253">
        <w:rPr>
          <w:rFonts w:ascii="Times New Roman" w:eastAsia="Calibri" w:hAnsi="Times New Roman" w:cs="Times New Roman"/>
          <w:b/>
          <w:sz w:val="24"/>
          <w:szCs w:val="24"/>
          <w:lang w:val="ru-RU"/>
        </w:rPr>
        <w:t>Что составляет основу экономики?</w:t>
      </w:r>
    </w:p>
    <w:p w:rsidR="00BC1253" w:rsidRPr="00BC1253" w:rsidRDefault="00BC1253" w:rsidP="00BC1253">
      <w:pPr>
        <w:spacing w:after="0" w:line="240" w:lineRule="auto"/>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А. Окружающая нас среда</w:t>
      </w:r>
    </w:p>
    <w:p w:rsidR="00BC1253" w:rsidRPr="00BC1253" w:rsidRDefault="00BC1253" w:rsidP="00BC1253">
      <w:pPr>
        <w:spacing w:after="0" w:line="240" w:lineRule="auto"/>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Б. Природное богатство, капитал, труд</w:t>
      </w:r>
    </w:p>
    <w:p w:rsidR="00BC1253" w:rsidRPr="00BC1253" w:rsidRDefault="00BC1253" w:rsidP="00BC1253">
      <w:pPr>
        <w:spacing w:after="200" w:line="276" w:lineRule="auto"/>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В. Товары</w:t>
      </w:r>
    </w:p>
    <w:p w:rsidR="00BC1253" w:rsidRPr="00BC1253" w:rsidRDefault="00BC1253" w:rsidP="00BC1253">
      <w:pPr>
        <w:spacing w:after="200" w:line="276" w:lineRule="auto"/>
        <w:contextualSpacing/>
        <w:rPr>
          <w:rFonts w:ascii="Times New Roman" w:eastAsia="Times New Roman" w:hAnsi="Times New Roman" w:cs="Times New Roman"/>
          <w:b/>
          <w:sz w:val="24"/>
          <w:szCs w:val="24"/>
          <w:lang w:val="ru-RU"/>
        </w:rPr>
      </w:pPr>
      <w:r w:rsidRPr="00BC1253">
        <w:rPr>
          <w:rFonts w:ascii="Times New Roman" w:eastAsia="Times New Roman" w:hAnsi="Times New Roman" w:cs="Times New Roman"/>
          <w:b/>
          <w:sz w:val="24"/>
          <w:szCs w:val="24"/>
          <w:lang w:val="ru-RU"/>
        </w:rPr>
        <w:t>13.В какой строчке  сельскохозяйственные профессии?</w:t>
      </w:r>
    </w:p>
    <w:p w:rsidR="00BC1253" w:rsidRPr="00BC1253" w:rsidRDefault="00BC1253" w:rsidP="00BC1253">
      <w:pPr>
        <w:spacing w:after="200" w:line="276" w:lineRule="auto"/>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А. Ткач, газосварщик, геолог</w:t>
      </w:r>
    </w:p>
    <w:p w:rsidR="00BC1253" w:rsidRPr="00BC1253" w:rsidRDefault="00BC1253" w:rsidP="00BC1253">
      <w:pPr>
        <w:spacing w:after="200" w:line="276" w:lineRule="auto"/>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Б. Комбайнер, бахчевод, овощевод</w:t>
      </w:r>
    </w:p>
    <w:p w:rsidR="00BC1253" w:rsidRPr="00BC1253" w:rsidRDefault="00BC1253" w:rsidP="00BC1253">
      <w:pPr>
        <w:spacing w:after="200" w:line="276" w:lineRule="auto"/>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В. Инженер, механик, тракторист</w:t>
      </w:r>
    </w:p>
    <w:p w:rsidR="00BC1253" w:rsidRPr="00BC1253" w:rsidRDefault="00BC1253" w:rsidP="00BC1253">
      <w:pPr>
        <w:spacing w:after="200" w:line="276" w:lineRule="auto"/>
        <w:contextualSpacing/>
        <w:rPr>
          <w:rFonts w:ascii="Times New Roman" w:eastAsia="Times New Roman" w:hAnsi="Times New Roman" w:cs="Times New Roman"/>
          <w:b/>
          <w:sz w:val="24"/>
          <w:szCs w:val="24"/>
          <w:lang w:val="ru-RU"/>
        </w:rPr>
      </w:pPr>
      <w:r w:rsidRPr="00BC1253">
        <w:rPr>
          <w:rFonts w:ascii="Times New Roman" w:eastAsia="Times New Roman" w:hAnsi="Times New Roman" w:cs="Times New Roman"/>
          <w:b/>
          <w:sz w:val="24"/>
          <w:szCs w:val="24"/>
          <w:lang w:val="ru-RU"/>
        </w:rPr>
        <w:t>14.Какой бюджет можно считать лучшим?</w:t>
      </w:r>
    </w:p>
    <w:p w:rsidR="00BC1253" w:rsidRPr="00BC1253" w:rsidRDefault="00BC1253" w:rsidP="00BC1253">
      <w:pPr>
        <w:spacing w:after="200" w:line="276" w:lineRule="auto"/>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А. В котором доходы больше расходов</w:t>
      </w:r>
    </w:p>
    <w:p w:rsidR="00BC1253" w:rsidRPr="00BC1253" w:rsidRDefault="00BC1253" w:rsidP="00BC1253">
      <w:pPr>
        <w:spacing w:after="200" w:line="276" w:lineRule="auto"/>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Б. В котором доходы равны расходам</w:t>
      </w:r>
    </w:p>
    <w:p w:rsidR="00BC1253" w:rsidRPr="00BC1253" w:rsidRDefault="00BC1253" w:rsidP="00BC1253">
      <w:pPr>
        <w:spacing w:after="0" w:line="240" w:lineRule="auto"/>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В.В котором доходы меньше расходов</w:t>
      </w:r>
    </w:p>
    <w:p w:rsidR="00BC1253" w:rsidRPr="00BC1253" w:rsidRDefault="00BC1253" w:rsidP="00BC1253">
      <w:pPr>
        <w:autoSpaceDE w:val="0"/>
        <w:autoSpaceDN w:val="0"/>
        <w:adjustRightInd w:val="0"/>
        <w:spacing w:after="0" w:line="240" w:lineRule="auto"/>
        <w:jc w:val="both"/>
        <w:rPr>
          <w:rFonts w:ascii="Times New Roman" w:eastAsia="Calibri" w:hAnsi="Times New Roman" w:cs="Times New Roman"/>
          <w:b/>
          <w:iCs/>
          <w:sz w:val="24"/>
          <w:szCs w:val="24"/>
          <w:lang w:val="ru-RU"/>
        </w:rPr>
      </w:pPr>
      <w:r w:rsidRPr="00BC1253">
        <w:rPr>
          <w:rFonts w:ascii="Times New Roman" w:eastAsia="Calibri" w:hAnsi="Times New Roman" w:cs="Times New Roman"/>
          <w:b/>
          <w:iCs/>
          <w:sz w:val="24"/>
          <w:szCs w:val="24"/>
          <w:lang w:val="ru-RU"/>
        </w:rPr>
        <w:t>15. Что такое услуги?</w:t>
      </w:r>
    </w:p>
    <w:p w:rsidR="00BC1253" w:rsidRPr="00BC1253" w:rsidRDefault="00BC1253" w:rsidP="00BC1253">
      <w:pPr>
        <w:autoSpaceDE w:val="0"/>
        <w:autoSpaceDN w:val="0"/>
        <w:adjustRightInd w:val="0"/>
        <w:spacing w:after="0" w:line="240" w:lineRule="auto"/>
        <w:jc w:val="both"/>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А. добыча угля, нефти;</w:t>
      </w:r>
    </w:p>
    <w:p w:rsidR="00BC1253" w:rsidRPr="00BC1253" w:rsidRDefault="00BC1253" w:rsidP="00BC1253">
      <w:pPr>
        <w:autoSpaceDE w:val="0"/>
        <w:autoSpaceDN w:val="0"/>
        <w:adjustRightInd w:val="0"/>
        <w:spacing w:after="0" w:line="240" w:lineRule="auto"/>
        <w:jc w:val="both"/>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Б. лечение больных, обучение детей.</w:t>
      </w:r>
    </w:p>
    <w:p w:rsidR="00BC1253" w:rsidRPr="00BC1253" w:rsidRDefault="00BC1253" w:rsidP="00BC1253">
      <w:pPr>
        <w:spacing w:after="0" w:line="240" w:lineRule="auto"/>
        <w:rPr>
          <w:rFonts w:ascii="Times New Roman" w:eastAsia="Calibri" w:hAnsi="Times New Roman" w:cs="Times New Roman"/>
          <w:b/>
          <w:sz w:val="24"/>
          <w:szCs w:val="24"/>
          <w:lang w:val="ru-RU"/>
        </w:rPr>
      </w:pPr>
      <w:r w:rsidRPr="00BC1253">
        <w:rPr>
          <w:rFonts w:ascii="Times New Roman" w:eastAsia="Calibri" w:hAnsi="Times New Roman" w:cs="Times New Roman"/>
          <w:b/>
          <w:iCs/>
          <w:sz w:val="24"/>
          <w:szCs w:val="24"/>
          <w:lang w:val="ru-RU"/>
        </w:rPr>
        <w:t>16.Экологическая безопасность- это:</w:t>
      </w:r>
    </w:p>
    <w:p w:rsidR="00BC1253" w:rsidRPr="00BC1253" w:rsidRDefault="00BC1253" w:rsidP="00BC1253">
      <w:pPr>
        <w:spacing w:after="0" w:line="240" w:lineRule="auto"/>
        <w:rPr>
          <w:rFonts w:ascii="Times New Roman" w:eastAsia="Calibri" w:hAnsi="Times New Roman" w:cs="Times New Roman"/>
          <w:b/>
          <w:sz w:val="24"/>
          <w:szCs w:val="24"/>
          <w:lang w:val="ru-RU"/>
        </w:rPr>
      </w:pPr>
      <w:r w:rsidRPr="00BC1253">
        <w:rPr>
          <w:rFonts w:ascii="Times New Roman" w:eastAsia="Calibri" w:hAnsi="Times New Roman" w:cs="Times New Roman"/>
          <w:iCs/>
          <w:sz w:val="24"/>
          <w:szCs w:val="24"/>
          <w:lang w:val="ru-RU"/>
        </w:rPr>
        <w:t>А. защита от молний, грозы, бури</w:t>
      </w:r>
    </w:p>
    <w:p w:rsidR="00BC1253" w:rsidRPr="00BC1253" w:rsidRDefault="00BC1253" w:rsidP="00BC1253">
      <w:pPr>
        <w:spacing w:after="0" w:line="240" w:lineRule="auto"/>
        <w:rPr>
          <w:rFonts w:ascii="Times New Roman" w:eastAsia="Calibri" w:hAnsi="Times New Roman" w:cs="Times New Roman"/>
          <w:sz w:val="24"/>
          <w:szCs w:val="24"/>
          <w:lang w:val="ru-RU"/>
        </w:rPr>
      </w:pPr>
      <w:r w:rsidRPr="00BC1253">
        <w:rPr>
          <w:rFonts w:ascii="Times New Roman" w:eastAsia="Calibri" w:hAnsi="Times New Roman" w:cs="Times New Roman"/>
          <w:iCs/>
          <w:sz w:val="24"/>
          <w:szCs w:val="24"/>
          <w:lang w:val="ru-RU"/>
        </w:rPr>
        <w:t>Б. защита от ядовитых растений и опасных животных</w:t>
      </w:r>
    </w:p>
    <w:p w:rsidR="00BC1253" w:rsidRPr="00BC1253" w:rsidRDefault="00BC1253" w:rsidP="00BC1253">
      <w:pPr>
        <w:spacing w:after="0" w:line="240" w:lineRule="auto"/>
        <w:rPr>
          <w:rFonts w:ascii="Times New Roman" w:eastAsia="Calibri" w:hAnsi="Times New Roman" w:cs="Times New Roman"/>
          <w:iCs/>
          <w:sz w:val="24"/>
          <w:szCs w:val="24"/>
          <w:lang w:val="ru-RU"/>
        </w:rPr>
      </w:pPr>
      <w:r w:rsidRPr="00BC1253">
        <w:rPr>
          <w:rFonts w:ascii="Times New Roman" w:eastAsia="Calibri" w:hAnsi="Times New Roman" w:cs="Times New Roman"/>
          <w:iCs/>
          <w:sz w:val="24"/>
          <w:szCs w:val="24"/>
          <w:lang w:val="ru-RU"/>
        </w:rPr>
        <w:t>В. защита от вредного воздействия загрязнённой окружающей среды.</w:t>
      </w:r>
    </w:p>
    <w:p w:rsidR="00BC1253" w:rsidRPr="00BC1253" w:rsidRDefault="00BC1253" w:rsidP="00BC1253">
      <w:pPr>
        <w:autoSpaceDE w:val="0"/>
        <w:autoSpaceDN w:val="0"/>
        <w:adjustRightInd w:val="0"/>
        <w:spacing w:after="0" w:line="240" w:lineRule="auto"/>
        <w:jc w:val="both"/>
        <w:rPr>
          <w:rFonts w:ascii="Times New Roman" w:eastAsia="Calibri" w:hAnsi="Times New Roman" w:cs="Times New Roman"/>
          <w:b/>
          <w:iCs/>
          <w:sz w:val="24"/>
          <w:szCs w:val="24"/>
          <w:lang w:val="ru-RU"/>
        </w:rPr>
      </w:pPr>
      <w:r w:rsidRPr="00BC1253">
        <w:rPr>
          <w:rFonts w:ascii="Times New Roman" w:eastAsia="Calibri" w:hAnsi="Times New Roman" w:cs="Times New Roman"/>
          <w:b/>
          <w:iCs/>
          <w:sz w:val="24"/>
          <w:szCs w:val="24"/>
          <w:lang w:val="ru-RU"/>
        </w:rPr>
        <w:t xml:space="preserve">17. Какими свойствами обладает воздух? </w:t>
      </w:r>
    </w:p>
    <w:p w:rsidR="00BC1253" w:rsidRPr="00BC1253" w:rsidRDefault="00BC1253" w:rsidP="00BC1253">
      <w:pPr>
        <w:autoSpaceDE w:val="0"/>
        <w:autoSpaceDN w:val="0"/>
        <w:adjustRightInd w:val="0"/>
        <w:spacing w:after="0" w:line="240" w:lineRule="auto"/>
        <w:jc w:val="both"/>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 xml:space="preserve">А. прозрачен, бесцветен, без запаха; при нагревании расширяется, а при охлаждении сжимается, плохо проводит  тепло; </w:t>
      </w:r>
    </w:p>
    <w:p w:rsidR="00BC1253" w:rsidRPr="00BC1253" w:rsidRDefault="00BC1253" w:rsidP="00BC1253">
      <w:pPr>
        <w:autoSpaceDE w:val="0"/>
        <w:autoSpaceDN w:val="0"/>
        <w:adjustRightInd w:val="0"/>
        <w:spacing w:after="0" w:line="240" w:lineRule="auto"/>
        <w:jc w:val="both"/>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 xml:space="preserve">Б. голубой цвет, как небо; проводит звуки, не имеет запаха;  пропускает солнечные лучи; </w:t>
      </w:r>
    </w:p>
    <w:p w:rsidR="00BC1253" w:rsidRPr="00BC1253" w:rsidRDefault="00BC1253" w:rsidP="00BC1253">
      <w:pPr>
        <w:autoSpaceDE w:val="0"/>
        <w:autoSpaceDN w:val="0"/>
        <w:adjustRightInd w:val="0"/>
        <w:spacing w:after="0" w:line="240" w:lineRule="auto"/>
        <w:jc w:val="both"/>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 xml:space="preserve">В. воздух зависит от окружающих предметов; хорошо проводит тепло; образует ветер. </w:t>
      </w:r>
    </w:p>
    <w:p w:rsidR="00BC1253" w:rsidRPr="00BC1253" w:rsidRDefault="00BC1253" w:rsidP="00BC1253">
      <w:pPr>
        <w:spacing w:after="0" w:line="240" w:lineRule="auto"/>
        <w:rPr>
          <w:rFonts w:ascii="Times New Roman" w:eastAsia="Calibri" w:hAnsi="Times New Roman" w:cs="Times New Roman"/>
          <w:b/>
          <w:sz w:val="24"/>
          <w:szCs w:val="24"/>
          <w:lang w:val="ru-RU"/>
        </w:rPr>
      </w:pPr>
      <w:r w:rsidRPr="00BC1253">
        <w:rPr>
          <w:rFonts w:ascii="Times New Roman" w:eastAsia="Calibri" w:hAnsi="Times New Roman" w:cs="Times New Roman"/>
          <w:b/>
          <w:bCs/>
          <w:sz w:val="24"/>
          <w:szCs w:val="24"/>
          <w:lang w:val="ru-RU"/>
        </w:rPr>
        <w:t>18.</w:t>
      </w:r>
      <w:r w:rsidRPr="00BC1253">
        <w:rPr>
          <w:rFonts w:ascii="Times New Roman" w:eastAsia="Calibri" w:hAnsi="Times New Roman" w:cs="Times New Roman"/>
          <w:b/>
          <w:sz w:val="24"/>
          <w:szCs w:val="24"/>
          <w:lang w:val="ru-RU"/>
        </w:rPr>
        <w:t xml:space="preserve"> На каком материке находится территория России?</w:t>
      </w:r>
    </w:p>
    <w:p w:rsidR="00BC1253" w:rsidRPr="00BC1253" w:rsidRDefault="00BC1253" w:rsidP="00BC1253">
      <w:pPr>
        <w:spacing w:after="0" w:line="240" w:lineRule="auto"/>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А. Австралия</w:t>
      </w:r>
    </w:p>
    <w:p w:rsidR="00BC1253" w:rsidRPr="00BC1253" w:rsidRDefault="00BC1253" w:rsidP="00BC1253">
      <w:pPr>
        <w:spacing w:after="0" w:line="240" w:lineRule="auto"/>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Б. Южная Америка</w:t>
      </w:r>
    </w:p>
    <w:p w:rsidR="00BC1253" w:rsidRPr="00BC1253" w:rsidRDefault="00BC1253" w:rsidP="00BC1253">
      <w:pPr>
        <w:spacing w:after="0" w:line="240" w:lineRule="auto"/>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В. Евразия</w:t>
      </w:r>
    </w:p>
    <w:p w:rsidR="00BC1253" w:rsidRPr="00BC1253" w:rsidRDefault="00BC1253" w:rsidP="00BC1253">
      <w:pPr>
        <w:spacing w:after="0" w:line="240" w:lineRule="auto"/>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Г. Африка</w:t>
      </w:r>
    </w:p>
    <w:p w:rsidR="00BC1253" w:rsidRPr="00BC1253" w:rsidRDefault="00BC1253" w:rsidP="00BC1253">
      <w:pPr>
        <w:spacing w:after="0" w:line="240" w:lineRule="auto"/>
        <w:rPr>
          <w:rFonts w:ascii="Times New Roman" w:eastAsia="Times New Roman" w:hAnsi="Times New Roman" w:cs="Times New Roman"/>
          <w:b/>
          <w:sz w:val="24"/>
          <w:szCs w:val="24"/>
          <w:lang w:val="ru-RU"/>
        </w:rPr>
      </w:pPr>
      <w:r w:rsidRPr="00BC1253">
        <w:rPr>
          <w:rFonts w:ascii="Times New Roman" w:eastAsia="Times New Roman" w:hAnsi="Times New Roman" w:cs="Times New Roman"/>
          <w:b/>
          <w:sz w:val="24"/>
          <w:szCs w:val="24"/>
          <w:lang w:val="ru-RU"/>
        </w:rPr>
        <w:t>19.Распредели по группам примеры твердых тел, жидкостей и газов:</w:t>
      </w:r>
    </w:p>
    <w:p w:rsidR="00BC1253" w:rsidRPr="00BC1253" w:rsidRDefault="00BC1253" w:rsidP="00BC1253">
      <w:pPr>
        <w:spacing w:after="0" w:line="240" w:lineRule="auto"/>
        <w:jc w:val="center"/>
        <w:rPr>
          <w:rFonts w:ascii="Times New Roman" w:eastAsia="Times New Roman" w:hAnsi="Times New Roman" w:cs="Times New Roman"/>
          <w:b/>
          <w:sz w:val="24"/>
          <w:szCs w:val="24"/>
          <w:lang w:val="ru-RU"/>
        </w:rPr>
      </w:pPr>
      <w:r w:rsidRPr="00BC1253">
        <w:rPr>
          <w:rFonts w:ascii="Times New Roman" w:eastAsia="Times New Roman" w:hAnsi="Times New Roman" w:cs="Times New Roman"/>
          <w:sz w:val="24"/>
          <w:szCs w:val="24"/>
          <w:lang w:val="ru-RU"/>
        </w:rPr>
        <w:t>азот, вода, соль, молоко, кислород, воск.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BC1253" w:rsidRPr="00BC1253" w:rsidTr="00BC1253">
        <w:tc>
          <w:tcPr>
            <w:tcW w:w="3190" w:type="dxa"/>
          </w:tcPr>
          <w:p w:rsidR="00BC1253" w:rsidRPr="00BC1253" w:rsidRDefault="00BC1253" w:rsidP="00BC1253">
            <w:pPr>
              <w:spacing w:after="0" w:line="240" w:lineRule="auto"/>
              <w:rPr>
                <w:rFonts w:ascii="Times New Roman" w:eastAsia="Times New Roman" w:hAnsi="Times New Roman" w:cs="Times New Roman"/>
                <w:sz w:val="24"/>
                <w:szCs w:val="24"/>
              </w:rPr>
            </w:pPr>
            <w:r w:rsidRPr="00BC1253">
              <w:rPr>
                <w:rFonts w:ascii="Times New Roman" w:eastAsia="Times New Roman" w:hAnsi="Times New Roman" w:cs="Times New Roman"/>
                <w:sz w:val="24"/>
                <w:szCs w:val="24"/>
              </w:rPr>
              <w:t>Твердоетело</w:t>
            </w:r>
          </w:p>
        </w:tc>
        <w:tc>
          <w:tcPr>
            <w:tcW w:w="3190" w:type="dxa"/>
          </w:tcPr>
          <w:p w:rsidR="00BC1253" w:rsidRPr="00BC1253" w:rsidRDefault="00BC1253" w:rsidP="00BC1253">
            <w:pPr>
              <w:spacing w:after="0" w:line="240" w:lineRule="auto"/>
              <w:rPr>
                <w:rFonts w:ascii="Times New Roman" w:eastAsia="Times New Roman" w:hAnsi="Times New Roman" w:cs="Times New Roman"/>
                <w:sz w:val="24"/>
                <w:szCs w:val="24"/>
              </w:rPr>
            </w:pPr>
            <w:r w:rsidRPr="00BC1253">
              <w:rPr>
                <w:rFonts w:ascii="Times New Roman" w:eastAsia="Times New Roman" w:hAnsi="Times New Roman" w:cs="Times New Roman"/>
                <w:sz w:val="24"/>
                <w:szCs w:val="24"/>
              </w:rPr>
              <w:t>Жидкость</w:t>
            </w:r>
          </w:p>
        </w:tc>
        <w:tc>
          <w:tcPr>
            <w:tcW w:w="3191" w:type="dxa"/>
          </w:tcPr>
          <w:p w:rsidR="00BC1253" w:rsidRPr="00BC1253" w:rsidRDefault="00BC1253" w:rsidP="00BC1253">
            <w:pPr>
              <w:spacing w:after="0" w:line="240" w:lineRule="auto"/>
              <w:rPr>
                <w:rFonts w:ascii="Times New Roman" w:eastAsia="Times New Roman" w:hAnsi="Times New Roman" w:cs="Times New Roman"/>
                <w:sz w:val="24"/>
                <w:szCs w:val="24"/>
              </w:rPr>
            </w:pPr>
            <w:r w:rsidRPr="00BC1253">
              <w:rPr>
                <w:rFonts w:ascii="Times New Roman" w:eastAsia="Times New Roman" w:hAnsi="Times New Roman" w:cs="Times New Roman"/>
                <w:sz w:val="24"/>
                <w:szCs w:val="24"/>
              </w:rPr>
              <w:t>Газ</w:t>
            </w:r>
          </w:p>
        </w:tc>
      </w:tr>
      <w:tr w:rsidR="00BC1253" w:rsidRPr="00BC1253" w:rsidTr="00BC1253">
        <w:tc>
          <w:tcPr>
            <w:tcW w:w="3190" w:type="dxa"/>
          </w:tcPr>
          <w:p w:rsidR="00BC1253" w:rsidRPr="00BC1253" w:rsidRDefault="00BC1253" w:rsidP="00BC1253">
            <w:pPr>
              <w:spacing w:after="0" w:line="240" w:lineRule="auto"/>
              <w:rPr>
                <w:rFonts w:ascii="Times New Roman" w:eastAsia="Times New Roman" w:hAnsi="Times New Roman" w:cs="Times New Roman"/>
                <w:sz w:val="24"/>
                <w:szCs w:val="24"/>
              </w:rPr>
            </w:pPr>
          </w:p>
          <w:p w:rsidR="00BC1253" w:rsidRPr="00BC1253" w:rsidRDefault="00BC1253" w:rsidP="00BC1253">
            <w:pPr>
              <w:spacing w:after="0" w:line="240" w:lineRule="auto"/>
              <w:rPr>
                <w:rFonts w:ascii="Times New Roman" w:eastAsia="Times New Roman" w:hAnsi="Times New Roman" w:cs="Times New Roman"/>
                <w:sz w:val="24"/>
                <w:szCs w:val="24"/>
              </w:rPr>
            </w:pPr>
          </w:p>
        </w:tc>
        <w:tc>
          <w:tcPr>
            <w:tcW w:w="3190" w:type="dxa"/>
          </w:tcPr>
          <w:p w:rsidR="00BC1253" w:rsidRPr="00BC1253" w:rsidRDefault="00BC1253" w:rsidP="00BC1253">
            <w:pPr>
              <w:spacing w:after="0" w:line="240" w:lineRule="auto"/>
              <w:rPr>
                <w:rFonts w:ascii="Times New Roman" w:eastAsia="Times New Roman" w:hAnsi="Times New Roman" w:cs="Times New Roman"/>
                <w:sz w:val="24"/>
                <w:szCs w:val="24"/>
              </w:rPr>
            </w:pPr>
          </w:p>
        </w:tc>
        <w:tc>
          <w:tcPr>
            <w:tcW w:w="3191" w:type="dxa"/>
          </w:tcPr>
          <w:p w:rsidR="00BC1253" w:rsidRPr="00BC1253" w:rsidRDefault="00BC1253" w:rsidP="00BC1253">
            <w:pPr>
              <w:spacing w:after="0" w:line="240" w:lineRule="auto"/>
              <w:rPr>
                <w:rFonts w:ascii="Times New Roman" w:eastAsia="Times New Roman" w:hAnsi="Times New Roman" w:cs="Times New Roman"/>
                <w:sz w:val="24"/>
                <w:szCs w:val="24"/>
              </w:rPr>
            </w:pPr>
          </w:p>
        </w:tc>
      </w:tr>
      <w:tr w:rsidR="00BC1253" w:rsidRPr="00BC1253" w:rsidTr="00BC1253">
        <w:tc>
          <w:tcPr>
            <w:tcW w:w="3190" w:type="dxa"/>
          </w:tcPr>
          <w:p w:rsidR="00BC1253" w:rsidRPr="00BC1253" w:rsidRDefault="00BC1253" w:rsidP="00BC1253">
            <w:pPr>
              <w:spacing w:after="0" w:line="240" w:lineRule="auto"/>
              <w:rPr>
                <w:rFonts w:ascii="Times New Roman" w:eastAsia="Times New Roman" w:hAnsi="Times New Roman" w:cs="Times New Roman"/>
                <w:sz w:val="24"/>
                <w:szCs w:val="24"/>
              </w:rPr>
            </w:pPr>
          </w:p>
          <w:p w:rsidR="00BC1253" w:rsidRPr="00BC1253" w:rsidRDefault="00BC1253" w:rsidP="00BC1253">
            <w:pPr>
              <w:spacing w:after="0" w:line="240" w:lineRule="auto"/>
              <w:rPr>
                <w:rFonts w:ascii="Times New Roman" w:eastAsia="Times New Roman" w:hAnsi="Times New Roman" w:cs="Times New Roman"/>
                <w:sz w:val="24"/>
                <w:szCs w:val="24"/>
              </w:rPr>
            </w:pPr>
          </w:p>
        </w:tc>
        <w:tc>
          <w:tcPr>
            <w:tcW w:w="3190" w:type="dxa"/>
          </w:tcPr>
          <w:p w:rsidR="00BC1253" w:rsidRPr="00BC1253" w:rsidRDefault="00BC1253" w:rsidP="00BC1253">
            <w:pPr>
              <w:spacing w:after="0" w:line="240" w:lineRule="auto"/>
              <w:rPr>
                <w:rFonts w:ascii="Times New Roman" w:eastAsia="Times New Roman" w:hAnsi="Times New Roman" w:cs="Times New Roman"/>
                <w:sz w:val="24"/>
                <w:szCs w:val="24"/>
              </w:rPr>
            </w:pPr>
          </w:p>
        </w:tc>
        <w:tc>
          <w:tcPr>
            <w:tcW w:w="3191" w:type="dxa"/>
          </w:tcPr>
          <w:p w:rsidR="00BC1253" w:rsidRPr="00BC1253" w:rsidRDefault="00BC1253" w:rsidP="00BC1253">
            <w:pPr>
              <w:spacing w:after="0" w:line="240" w:lineRule="auto"/>
              <w:rPr>
                <w:rFonts w:ascii="Times New Roman" w:eastAsia="Times New Roman" w:hAnsi="Times New Roman" w:cs="Times New Roman"/>
                <w:sz w:val="24"/>
                <w:szCs w:val="24"/>
              </w:rPr>
            </w:pPr>
          </w:p>
        </w:tc>
      </w:tr>
    </w:tbl>
    <w:p w:rsidR="00BC1253" w:rsidRPr="00BC1253" w:rsidRDefault="00BC1253" w:rsidP="00BC1253">
      <w:pPr>
        <w:spacing w:after="0" w:line="240" w:lineRule="auto"/>
        <w:rPr>
          <w:rFonts w:ascii="Times New Roman" w:eastAsia="Times New Roman" w:hAnsi="Times New Roman" w:cs="Times New Roman"/>
          <w:b/>
          <w:sz w:val="24"/>
          <w:szCs w:val="24"/>
          <w:lang w:val="ru-RU"/>
        </w:rPr>
      </w:pPr>
      <w:r w:rsidRPr="00BC1253">
        <w:rPr>
          <w:rFonts w:ascii="Times New Roman" w:eastAsia="Times New Roman" w:hAnsi="Times New Roman" w:cs="Times New Roman"/>
          <w:b/>
          <w:sz w:val="24"/>
          <w:szCs w:val="24"/>
          <w:lang w:val="ru-RU"/>
        </w:rPr>
        <w:t>20. Установи соответствие между действиями человека и последствиями этих действий: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BC1253" w:rsidRPr="00BC1253" w:rsidTr="00BC1253">
        <w:tc>
          <w:tcPr>
            <w:tcW w:w="4785" w:type="dxa"/>
          </w:tcPr>
          <w:p w:rsidR="00BC1253" w:rsidRPr="00BC1253" w:rsidRDefault="00BC1253" w:rsidP="00BC1253">
            <w:pPr>
              <w:spacing w:after="0" w:line="240" w:lineRule="auto"/>
              <w:rPr>
                <w:rFonts w:ascii="Times New Roman" w:eastAsia="Times New Roman" w:hAnsi="Times New Roman" w:cs="Times New Roman"/>
                <w:sz w:val="24"/>
                <w:szCs w:val="24"/>
              </w:rPr>
            </w:pPr>
            <w:r w:rsidRPr="00BC1253">
              <w:rPr>
                <w:rFonts w:ascii="Times New Roman" w:eastAsia="Times New Roman" w:hAnsi="Times New Roman" w:cs="Times New Roman"/>
                <w:sz w:val="24"/>
                <w:szCs w:val="24"/>
              </w:rPr>
              <w:t>Истреблениебожьихкоровок.</w:t>
            </w:r>
          </w:p>
        </w:tc>
        <w:tc>
          <w:tcPr>
            <w:tcW w:w="4786" w:type="dxa"/>
          </w:tcPr>
          <w:p w:rsidR="00BC1253" w:rsidRPr="00BC1253" w:rsidRDefault="00BC1253" w:rsidP="00BC1253">
            <w:pPr>
              <w:spacing w:after="0" w:line="240" w:lineRule="auto"/>
              <w:rPr>
                <w:rFonts w:ascii="Times New Roman" w:eastAsia="Times New Roman" w:hAnsi="Times New Roman" w:cs="Times New Roman"/>
                <w:sz w:val="24"/>
                <w:szCs w:val="24"/>
              </w:rPr>
            </w:pPr>
            <w:r w:rsidRPr="00BC1253">
              <w:rPr>
                <w:rFonts w:ascii="Times New Roman" w:eastAsia="Times New Roman" w:hAnsi="Times New Roman" w:cs="Times New Roman"/>
                <w:sz w:val="24"/>
                <w:szCs w:val="24"/>
              </w:rPr>
              <w:t>Увеличениечислабольныхживотных.</w:t>
            </w:r>
          </w:p>
        </w:tc>
      </w:tr>
      <w:tr w:rsidR="00BC1253" w:rsidRPr="00BC1253" w:rsidTr="00BC1253">
        <w:tc>
          <w:tcPr>
            <w:tcW w:w="4785" w:type="dxa"/>
          </w:tcPr>
          <w:p w:rsidR="00BC1253" w:rsidRPr="00BC1253" w:rsidRDefault="00BC1253" w:rsidP="00BC1253">
            <w:pPr>
              <w:spacing w:after="0" w:line="240" w:lineRule="auto"/>
              <w:rPr>
                <w:rFonts w:ascii="Times New Roman" w:eastAsia="Times New Roman" w:hAnsi="Times New Roman" w:cs="Times New Roman"/>
                <w:sz w:val="24"/>
                <w:szCs w:val="24"/>
              </w:rPr>
            </w:pPr>
            <w:r w:rsidRPr="00BC1253">
              <w:rPr>
                <w:rFonts w:ascii="Times New Roman" w:eastAsia="Times New Roman" w:hAnsi="Times New Roman" w:cs="Times New Roman"/>
                <w:sz w:val="24"/>
                <w:szCs w:val="24"/>
              </w:rPr>
              <w:t>Истреблениестрекоз.</w:t>
            </w:r>
          </w:p>
        </w:tc>
        <w:tc>
          <w:tcPr>
            <w:tcW w:w="4786" w:type="dxa"/>
          </w:tcPr>
          <w:p w:rsidR="00BC1253" w:rsidRPr="00BC1253" w:rsidRDefault="00BC1253" w:rsidP="00BC1253">
            <w:pPr>
              <w:spacing w:after="0" w:line="240" w:lineRule="auto"/>
              <w:rPr>
                <w:rFonts w:ascii="Times New Roman" w:eastAsia="Times New Roman" w:hAnsi="Times New Roman" w:cs="Times New Roman"/>
                <w:sz w:val="24"/>
                <w:szCs w:val="24"/>
              </w:rPr>
            </w:pPr>
            <w:r w:rsidRPr="00BC1253">
              <w:rPr>
                <w:rFonts w:ascii="Times New Roman" w:eastAsia="Times New Roman" w:hAnsi="Times New Roman" w:cs="Times New Roman"/>
                <w:sz w:val="24"/>
                <w:szCs w:val="24"/>
              </w:rPr>
              <w:t>Увеличениечислагрызунов.</w:t>
            </w:r>
          </w:p>
        </w:tc>
      </w:tr>
      <w:tr w:rsidR="00BC1253" w:rsidRPr="00BC1253" w:rsidTr="00BC1253">
        <w:tc>
          <w:tcPr>
            <w:tcW w:w="4785" w:type="dxa"/>
          </w:tcPr>
          <w:p w:rsidR="00BC1253" w:rsidRPr="00BC1253" w:rsidRDefault="00BC1253" w:rsidP="00BC1253">
            <w:pPr>
              <w:spacing w:after="0" w:line="240" w:lineRule="auto"/>
              <w:rPr>
                <w:rFonts w:ascii="Times New Roman" w:eastAsia="Times New Roman" w:hAnsi="Times New Roman" w:cs="Times New Roman"/>
                <w:sz w:val="24"/>
                <w:szCs w:val="24"/>
              </w:rPr>
            </w:pPr>
            <w:r w:rsidRPr="00BC1253">
              <w:rPr>
                <w:rFonts w:ascii="Times New Roman" w:eastAsia="Times New Roman" w:hAnsi="Times New Roman" w:cs="Times New Roman"/>
                <w:sz w:val="24"/>
                <w:szCs w:val="24"/>
              </w:rPr>
              <w:t>Истреблениелис и сов.</w:t>
            </w:r>
          </w:p>
        </w:tc>
        <w:tc>
          <w:tcPr>
            <w:tcW w:w="4786" w:type="dxa"/>
          </w:tcPr>
          <w:p w:rsidR="00BC1253" w:rsidRPr="00BC1253" w:rsidRDefault="00BC1253" w:rsidP="00BC1253">
            <w:pPr>
              <w:spacing w:after="0" w:line="240" w:lineRule="auto"/>
              <w:rPr>
                <w:rFonts w:ascii="Times New Roman" w:eastAsia="Times New Roman" w:hAnsi="Times New Roman" w:cs="Times New Roman"/>
                <w:sz w:val="24"/>
                <w:szCs w:val="24"/>
              </w:rPr>
            </w:pPr>
            <w:r w:rsidRPr="00BC1253">
              <w:rPr>
                <w:rFonts w:ascii="Times New Roman" w:eastAsia="Times New Roman" w:hAnsi="Times New Roman" w:cs="Times New Roman"/>
                <w:sz w:val="24"/>
                <w:szCs w:val="24"/>
              </w:rPr>
              <w:t>Увеличениечислакомаровмух.</w:t>
            </w:r>
          </w:p>
        </w:tc>
      </w:tr>
      <w:tr w:rsidR="00BC1253" w:rsidRPr="00BC1253" w:rsidTr="00BC1253">
        <w:tc>
          <w:tcPr>
            <w:tcW w:w="4785" w:type="dxa"/>
          </w:tcPr>
          <w:p w:rsidR="00BC1253" w:rsidRPr="00BC1253" w:rsidRDefault="00BC1253" w:rsidP="00BC1253">
            <w:pPr>
              <w:spacing w:after="0" w:line="240" w:lineRule="auto"/>
              <w:rPr>
                <w:rFonts w:ascii="Times New Roman" w:eastAsia="Times New Roman" w:hAnsi="Times New Roman" w:cs="Times New Roman"/>
                <w:sz w:val="24"/>
                <w:szCs w:val="24"/>
              </w:rPr>
            </w:pPr>
            <w:r w:rsidRPr="00BC1253">
              <w:rPr>
                <w:rFonts w:ascii="Times New Roman" w:eastAsia="Times New Roman" w:hAnsi="Times New Roman" w:cs="Times New Roman"/>
                <w:sz w:val="24"/>
                <w:szCs w:val="24"/>
              </w:rPr>
              <w:t>Истреблениеволков.</w:t>
            </w:r>
          </w:p>
        </w:tc>
        <w:tc>
          <w:tcPr>
            <w:tcW w:w="4786" w:type="dxa"/>
          </w:tcPr>
          <w:p w:rsidR="00BC1253" w:rsidRPr="00BC1253" w:rsidRDefault="00BC1253" w:rsidP="00BC1253">
            <w:pPr>
              <w:spacing w:after="0" w:line="240" w:lineRule="auto"/>
              <w:rPr>
                <w:rFonts w:ascii="Times New Roman" w:eastAsia="Times New Roman" w:hAnsi="Times New Roman" w:cs="Times New Roman"/>
                <w:sz w:val="24"/>
                <w:szCs w:val="24"/>
              </w:rPr>
            </w:pPr>
            <w:r w:rsidRPr="00BC1253">
              <w:rPr>
                <w:rFonts w:ascii="Times New Roman" w:eastAsia="Times New Roman" w:hAnsi="Times New Roman" w:cs="Times New Roman"/>
                <w:sz w:val="24"/>
                <w:szCs w:val="24"/>
              </w:rPr>
              <w:t>Увеличениечислатли</w:t>
            </w:r>
          </w:p>
        </w:tc>
      </w:tr>
    </w:tbl>
    <w:p w:rsidR="00BC1253" w:rsidRPr="00BC1253" w:rsidRDefault="00BC1253" w:rsidP="00BC1253">
      <w:pPr>
        <w:spacing w:after="0" w:line="240" w:lineRule="auto"/>
        <w:rPr>
          <w:rFonts w:ascii="Times New Roman" w:eastAsia="Times New Roman" w:hAnsi="Times New Roman" w:cs="Times New Roman"/>
          <w:sz w:val="24"/>
          <w:szCs w:val="24"/>
          <w:lang w:val="ru-RU"/>
        </w:rPr>
      </w:pPr>
      <w:r w:rsidRPr="00BC1253">
        <w:rPr>
          <w:rFonts w:ascii="Times New Roman" w:eastAsia="Times New Roman" w:hAnsi="Times New Roman" w:cs="Times New Roman"/>
          <w:b/>
          <w:sz w:val="24"/>
          <w:szCs w:val="24"/>
          <w:lang w:val="ru-RU"/>
        </w:rPr>
        <w:t xml:space="preserve">21. </w:t>
      </w:r>
      <w:r w:rsidRPr="00BC1253">
        <w:rPr>
          <w:rFonts w:ascii="Times New Roman" w:eastAsia="Times New Roman" w:hAnsi="Times New Roman" w:cs="Times New Roman"/>
          <w:sz w:val="24"/>
          <w:szCs w:val="24"/>
          <w:lang w:val="ru-RU"/>
        </w:rPr>
        <w:t>Один из природных заповедников пересекает широкое шоссе. Оно делит территорию заповедника на две части. С обеих сторон дороги высажен густой, быстрорастущий кустарник. Объясни, для чего посажен кустарник.</w:t>
      </w:r>
    </w:p>
    <w:p w:rsidR="00BC1253" w:rsidRPr="00BC1253" w:rsidRDefault="00BC1253" w:rsidP="00BC1253">
      <w:pPr>
        <w:spacing w:after="0" w:line="240" w:lineRule="auto"/>
        <w:rPr>
          <w:rFonts w:ascii="Times New Roman" w:eastAsia="Times New Roman" w:hAnsi="Times New Roman" w:cs="Times New Roman"/>
          <w:sz w:val="24"/>
          <w:szCs w:val="24"/>
          <w:lang w:val="ru-RU"/>
        </w:rPr>
      </w:pPr>
    </w:p>
    <w:p w:rsidR="00BC1253" w:rsidRPr="00BC1253" w:rsidRDefault="00BC1253" w:rsidP="00BC1253">
      <w:pPr>
        <w:spacing w:after="0" w:line="240" w:lineRule="auto"/>
        <w:rPr>
          <w:rFonts w:ascii="Times New Roman" w:eastAsia="Times New Roman" w:hAnsi="Times New Roman" w:cs="Times New Roman"/>
          <w:sz w:val="24"/>
          <w:szCs w:val="24"/>
          <w:lang w:val="ru-RU"/>
        </w:rPr>
      </w:pPr>
    </w:p>
    <w:p w:rsidR="00BC1253" w:rsidRPr="00BC1253" w:rsidRDefault="00BC1253" w:rsidP="00BC1253">
      <w:pPr>
        <w:spacing w:after="0" w:line="240" w:lineRule="auto"/>
        <w:jc w:val="center"/>
        <w:rPr>
          <w:rFonts w:ascii="Times New Roman" w:eastAsia="Times New Roman" w:hAnsi="Times New Roman" w:cs="Times New Roman"/>
          <w:b/>
          <w:sz w:val="24"/>
          <w:szCs w:val="24"/>
        </w:rPr>
      </w:pPr>
      <w:r w:rsidRPr="00BC1253">
        <w:rPr>
          <w:rFonts w:ascii="Times New Roman" w:eastAsia="Times New Roman" w:hAnsi="Times New Roman" w:cs="Times New Roman"/>
          <w:b/>
          <w:sz w:val="24"/>
          <w:szCs w:val="24"/>
        </w:rPr>
        <w:t>2 вариант</w:t>
      </w:r>
    </w:p>
    <w:p w:rsidR="00BC1253" w:rsidRPr="00BC1253" w:rsidRDefault="00BC1253" w:rsidP="00BC1253">
      <w:pPr>
        <w:numPr>
          <w:ilvl w:val="0"/>
          <w:numId w:val="102"/>
        </w:numPr>
        <w:spacing w:after="200" w:line="276" w:lineRule="auto"/>
        <w:contextualSpacing/>
        <w:rPr>
          <w:rFonts w:ascii="Times New Roman" w:eastAsia="Times New Roman" w:hAnsi="Times New Roman" w:cs="Times New Roman"/>
          <w:b/>
          <w:sz w:val="24"/>
          <w:szCs w:val="24"/>
          <w:lang w:val="ru-RU"/>
        </w:rPr>
      </w:pPr>
      <w:r w:rsidRPr="00BC1253">
        <w:rPr>
          <w:rFonts w:ascii="Times New Roman" w:eastAsia="Times New Roman" w:hAnsi="Times New Roman" w:cs="Times New Roman"/>
          <w:b/>
          <w:sz w:val="24"/>
          <w:szCs w:val="24"/>
          <w:lang w:val="ru-RU"/>
        </w:rPr>
        <w:t>Живые существа отличаются от предметов неживой природы тем, что:</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А. Они передвигаются, растут, умирают</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Б. Они говорят, бегают, прыгают, растут, умирают</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В. Они дышат, питаются, растут, умирают</w:t>
      </w:r>
    </w:p>
    <w:p w:rsidR="00BC1253" w:rsidRPr="00BC1253" w:rsidRDefault="00BC1253" w:rsidP="00BC1253">
      <w:pPr>
        <w:spacing w:after="200" w:line="276" w:lineRule="auto"/>
        <w:contextualSpacing/>
        <w:rPr>
          <w:rFonts w:ascii="Times New Roman" w:eastAsia="Times New Roman" w:hAnsi="Times New Roman" w:cs="Times New Roman"/>
          <w:b/>
          <w:sz w:val="24"/>
          <w:szCs w:val="24"/>
          <w:lang w:val="ru-RU"/>
        </w:rPr>
      </w:pPr>
      <w:r w:rsidRPr="00BC1253">
        <w:rPr>
          <w:rFonts w:ascii="Times New Roman" w:eastAsia="Times New Roman" w:hAnsi="Times New Roman" w:cs="Times New Roman"/>
          <w:b/>
          <w:sz w:val="24"/>
          <w:szCs w:val="24"/>
          <w:lang w:val="ru-RU"/>
        </w:rPr>
        <w:t xml:space="preserve">  2.Что такое экология?</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А. Наука об окружающей среде</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Б. Наука, которая изучает неживую природу</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В. Наука, которая изучает связи между живыми существами и окружающей средой, о Земле и о законах, по которым мы должны жить</w:t>
      </w:r>
    </w:p>
    <w:p w:rsidR="00BC1253" w:rsidRPr="00BC1253" w:rsidRDefault="00BC1253" w:rsidP="00BC1253">
      <w:pPr>
        <w:spacing w:after="200" w:line="276" w:lineRule="auto"/>
        <w:contextualSpacing/>
        <w:rPr>
          <w:rFonts w:ascii="Times New Roman" w:eastAsia="Times New Roman" w:hAnsi="Times New Roman" w:cs="Times New Roman"/>
          <w:b/>
          <w:sz w:val="24"/>
          <w:szCs w:val="24"/>
          <w:lang w:val="ru-RU"/>
        </w:rPr>
      </w:pPr>
      <w:r w:rsidRPr="00BC1253">
        <w:rPr>
          <w:rFonts w:ascii="Times New Roman" w:eastAsia="Times New Roman" w:hAnsi="Times New Roman" w:cs="Times New Roman"/>
          <w:b/>
          <w:sz w:val="24"/>
          <w:szCs w:val="24"/>
          <w:lang w:val="ru-RU"/>
        </w:rPr>
        <w:t xml:space="preserve">  3.Лед и снег – это вода…</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А. В жидком состоянии</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Б. В твёрдом состоянии</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В. В газообразном состоянии</w:t>
      </w:r>
    </w:p>
    <w:p w:rsidR="00BC1253" w:rsidRPr="00BC1253" w:rsidRDefault="00BC1253" w:rsidP="00BC1253">
      <w:pPr>
        <w:spacing w:after="200" w:line="276" w:lineRule="auto"/>
        <w:contextualSpacing/>
        <w:rPr>
          <w:rFonts w:ascii="Times New Roman" w:eastAsia="Times New Roman" w:hAnsi="Times New Roman" w:cs="Times New Roman"/>
          <w:b/>
          <w:sz w:val="24"/>
          <w:szCs w:val="24"/>
          <w:lang w:val="ru-RU"/>
        </w:rPr>
      </w:pPr>
      <w:r w:rsidRPr="00BC1253">
        <w:rPr>
          <w:rFonts w:ascii="Times New Roman" w:eastAsia="Times New Roman" w:hAnsi="Times New Roman" w:cs="Times New Roman"/>
          <w:b/>
          <w:sz w:val="24"/>
          <w:szCs w:val="24"/>
          <w:lang w:val="ru-RU"/>
        </w:rPr>
        <w:t xml:space="preserve">  4.Что растения получают из почвы?</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А. Перегной, песок, глину</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Б. Остатки животных и растений</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В. Воздух, воду, соли</w:t>
      </w:r>
    </w:p>
    <w:p w:rsidR="00BC1253" w:rsidRPr="00BC1253" w:rsidRDefault="00BC1253" w:rsidP="00BC1253">
      <w:pPr>
        <w:spacing w:after="200" w:line="276" w:lineRule="auto"/>
        <w:contextualSpacing/>
        <w:rPr>
          <w:rFonts w:ascii="Times New Roman" w:eastAsia="Times New Roman" w:hAnsi="Times New Roman" w:cs="Times New Roman"/>
          <w:b/>
          <w:sz w:val="24"/>
          <w:szCs w:val="24"/>
          <w:lang w:val="ru-RU"/>
        </w:rPr>
      </w:pPr>
      <w:r w:rsidRPr="00BC1253">
        <w:rPr>
          <w:rFonts w:ascii="Times New Roman" w:eastAsia="Times New Roman" w:hAnsi="Times New Roman" w:cs="Times New Roman"/>
          <w:b/>
          <w:sz w:val="24"/>
          <w:szCs w:val="24"/>
          <w:lang w:val="ru-RU"/>
        </w:rPr>
        <w:t xml:space="preserve">  5.В каком ряду перечислены  хищные животные?</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А. Лев, волк, рысь</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Б. Паук, дятел, щука</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В. Рысь, лось, медведь</w:t>
      </w:r>
    </w:p>
    <w:p w:rsidR="00BC1253" w:rsidRPr="00BC1253" w:rsidRDefault="00BC1253" w:rsidP="00BC1253">
      <w:pPr>
        <w:spacing w:after="200" w:line="276" w:lineRule="auto"/>
        <w:contextualSpacing/>
        <w:rPr>
          <w:rFonts w:ascii="Times New Roman" w:eastAsia="Times New Roman" w:hAnsi="Times New Roman" w:cs="Times New Roman"/>
          <w:b/>
          <w:sz w:val="24"/>
          <w:szCs w:val="24"/>
          <w:lang w:val="ru-RU"/>
        </w:rPr>
      </w:pPr>
      <w:r w:rsidRPr="00BC1253">
        <w:rPr>
          <w:rFonts w:ascii="Times New Roman" w:eastAsia="Times New Roman" w:hAnsi="Times New Roman" w:cs="Times New Roman"/>
          <w:b/>
          <w:sz w:val="24"/>
          <w:szCs w:val="24"/>
          <w:lang w:val="ru-RU"/>
        </w:rPr>
        <w:t xml:space="preserve">  6.Благодаря чему питательные вещества разносятся по организму?</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А. Благодаря мышцам</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Б. Благодаря крови</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В. Благодаря нервным волокнам</w:t>
      </w:r>
    </w:p>
    <w:p w:rsidR="00BC1253" w:rsidRPr="00BC1253" w:rsidRDefault="00BC1253" w:rsidP="00BC1253">
      <w:pPr>
        <w:spacing w:after="200" w:line="276" w:lineRule="auto"/>
        <w:contextualSpacing/>
        <w:rPr>
          <w:rFonts w:ascii="Times New Roman" w:eastAsia="Times New Roman" w:hAnsi="Times New Roman" w:cs="Times New Roman"/>
          <w:b/>
          <w:sz w:val="24"/>
          <w:szCs w:val="24"/>
          <w:lang w:val="ru-RU"/>
        </w:rPr>
      </w:pPr>
      <w:r w:rsidRPr="00BC1253">
        <w:rPr>
          <w:rFonts w:ascii="Times New Roman" w:eastAsia="Times New Roman" w:hAnsi="Times New Roman" w:cs="Times New Roman"/>
          <w:b/>
          <w:sz w:val="24"/>
          <w:szCs w:val="24"/>
          <w:lang w:val="ru-RU"/>
        </w:rPr>
        <w:t xml:space="preserve">   7.В какой строчке указаны слова, описывающие здорового человека?</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А. Горбатый, бледный, хилый, низкий</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Б. Стройный, сильный, ловкий, статный</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В. Сутулый, крепкий, неуклюжий, высокий</w:t>
      </w:r>
    </w:p>
    <w:p w:rsidR="00BC1253" w:rsidRPr="00BC1253" w:rsidRDefault="00BC1253" w:rsidP="00BC1253">
      <w:pPr>
        <w:spacing w:after="0" w:line="240" w:lineRule="auto"/>
        <w:ind w:left="142"/>
        <w:contextualSpacing/>
        <w:rPr>
          <w:rFonts w:ascii="Times New Roman" w:eastAsia="Times New Roman" w:hAnsi="Times New Roman" w:cs="Times New Roman"/>
          <w:b/>
          <w:sz w:val="24"/>
          <w:szCs w:val="24"/>
          <w:lang w:val="ru-RU"/>
        </w:rPr>
      </w:pPr>
      <w:r w:rsidRPr="00BC1253">
        <w:rPr>
          <w:rFonts w:ascii="Times New Roman" w:eastAsia="Times New Roman" w:hAnsi="Times New Roman" w:cs="Times New Roman"/>
          <w:b/>
          <w:sz w:val="24"/>
          <w:szCs w:val="24"/>
          <w:lang w:val="ru-RU"/>
        </w:rPr>
        <w:t>8.Что необходимо делать, если начался пожар, а ты в квартире один?</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А. Убежать</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Б. Закричать, позвать на помощь</w:t>
      </w:r>
    </w:p>
    <w:p w:rsidR="00BC1253" w:rsidRPr="00BC1253" w:rsidRDefault="00BC1253" w:rsidP="00BC1253">
      <w:pPr>
        <w:spacing w:after="0" w:line="240"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В. Вызвать пожарных по телефону – 01</w:t>
      </w:r>
    </w:p>
    <w:p w:rsidR="00BC1253" w:rsidRPr="00BC1253" w:rsidRDefault="00BC1253" w:rsidP="00BC1253">
      <w:pPr>
        <w:spacing w:after="0" w:line="240" w:lineRule="auto"/>
        <w:rPr>
          <w:rFonts w:ascii="Times New Roman" w:eastAsia="Calibri" w:hAnsi="Times New Roman" w:cs="Times New Roman"/>
          <w:b/>
          <w:iCs/>
          <w:sz w:val="24"/>
          <w:szCs w:val="24"/>
          <w:lang w:val="ru-RU"/>
        </w:rPr>
      </w:pPr>
      <w:r w:rsidRPr="00BC1253">
        <w:rPr>
          <w:rFonts w:ascii="Times New Roman" w:eastAsia="Calibri" w:hAnsi="Times New Roman" w:cs="Times New Roman"/>
          <w:b/>
          <w:iCs/>
          <w:sz w:val="24"/>
          <w:szCs w:val="24"/>
          <w:lang w:val="ru-RU"/>
        </w:rPr>
        <w:t xml:space="preserve">  9.С какого возраста разрешено выезжать на велосипеде на дорогу?</w:t>
      </w:r>
    </w:p>
    <w:p w:rsidR="00BC1253" w:rsidRPr="00BC1253" w:rsidRDefault="00BC1253" w:rsidP="00BC1253">
      <w:pPr>
        <w:spacing w:after="0" w:line="240" w:lineRule="auto"/>
        <w:rPr>
          <w:rFonts w:ascii="Times New Roman" w:eastAsia="Calibri" w:hAnsi="Times New Roman" w:cs="Times New Roman"/>
          <w:iCs/>
          <w:sz w:val="24"/>
          <w:szCs w:val="24"/>
          <w:lang w:val="ru-RU"/>
        </w:rPr>
      </w:pPr>
      <w:r w:rsidRPr="00BC1253">
        <w:rPr>
          <w:rFonts w:ascii="Times New Roman" w:eastAsia="Calibri" w:hAnsi="Times New Roman" w:cs="Times New Roman"/>
          <w:iCs/>
          <w:sz w:val="24"/>
          <w:szCs w:val="24"/>
          <w:lang w:val="ru-RU"/>
        </w:rPr>
        <w:t xml:space="preserve">  А. с 12лет </w:t>
      </w:r>
      <w:r w:rsidRPr="00BC1253">
        <w:rPr>
          <w:rFonts w:ascii="Times New Roman" w:eastAsia="Calibri" w:hAnsi="Times New Roman" w:cs="Times New Roman"/>
          <w:iCs/>
          <w:sz w:val="24"/>
          <w:szCs w:val="24"/>
        </w:rPr>
        <w:t>      </w:t>
      </w:r>
      <w:r w:rsidRPr="00BC1253">
        <w:rPr>
          <w:rFonts w:ascii="Times New Roman" w:eastAsia="Calibri" w:hAnsi="Times New Roman" w:cs="Times New Roman"/>
          <w:iCs/>
          <w:sz w:val="24"/>
          <w:szCs w:val="24"/>
          <w:lang w:val="ru-RU"/>
        </w:rPr>
        <w:t xml:space="preserve">Б. с 14лет </w:t>
      </w:r>
      <w:r w:rsidRPr="00BC1253">
        <w:rPr>
          <w:rFonts w:ascii="Times New Roman" w:eastAsia="Calibri" w:hAnsi="Times New Roman" w:cs="Times New Roman"/>
          <w:iCs/>
          <w:sz w:val="24"/>
          <w:szCs w:val="24"/>
        </w:rPr>
        <w:t>     </w:t>
      </w:r>
      <w:r w:rsidRPr="00BC1253">
        <w:rPr>
          <w:rFonts w:ascii="Times New Roman" w:eastAsia="Calibri" w:hAnsi="Times New Roman" w:cs="Times New Roman"/>
          <w:iCs/>
          <w:sz w:val="24"/>
          <w:szCs w:val="24"/>
          <w:lang w:val="ru-RU"/>
        </w:rPr>
        <w:t>В.с 18лет.</w:t>
      </w:r>
    </w:p>
    <w:p w:rsidR="00BC1253" w:rsidRPr="00BC1253" w:rsidRDefault="00BC1253" w:rsidP="00BC1253">
      <w:pPr>
        <w:autoSpaceDE w:val="0"/>
        <w:autoSpaceDN w:val="0"/>
        <w:adjustRightInd w:val="0"/>
        <w:spacing w:after="0" w:line="240" w:lineRule="auto"/>
        <w:jc w:val="both"/>
        <w:rPr>
          <w:rFonts w:ascii="Times New Roman" w:eastAsia="Calibri" w:hAnsi="Times New Roman" w:cs="Times New Roman"/>
          <w:b/>
          <w:iCs/>
          <w:sz w:val="24"/>
          <w:szCs w:val="24"/>
          <w:lang w:val="ru-RU"/>
        </w:rPr>
      </w:pPr>
      <w:r w:rsidRPr="00BC1253">
        <w:rPr>
          <w:rFonts w:ascii="Times New Roman" w:eastAsia="Calibri" w:hAnsi="Times New Roman" w:cs="Times New Roman"/>
          <w:b/>
          <w:iCs/>
          <w:sz w:val="24"/>
          <w:szCs w:val="24"/>
          <w:lang w:val="ru-RU"/>
        </w:rPr>
        <w:t xml:space="preserve"> 10.Как выглядят запрещающие дорожные знаки?</w:t>
      </w:r>
    </w:p>
    <w:p w:rsidR="00BC1253" w:rsidRPr="00BC1253" w:rsidRDefault="00BC1253" w:rsidP="00BC1253">
      <w:pPr>
        <w:autoSpaceDE w:val="0"/>
        <w:autoSpaceDN w:val="0"/>
        <w:adjustRightInd w:val="0"/>
        <w:spacing w:after="0" w:line="240" w:lineRule="auto"/>
        <w:jc w:val="both"/>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 xml:space="preserve">  А. знак в виде красного треугольника; </w:t>
      </w:r>
    </w:p>
    <w:p w:rsidR="00BC1253" w:rsidRPr="00BC1253" w:rsidRDefault="00BC1253" w:rsidP="00BC1253">
      <w:pPr>
        <w:autoSpaceDE w:val="0"/>
        <w:autoSpaceDN w:val="0"/>
        <w:adjustRightInd w:val="0"/>
        <w:spacing w:after="0" w:line="240" w:lineRule="auto"/>
        <w:jc w:val="both"/>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 xml:space="preserve">  Б. знак в виде красного круга; </w:t>
      </w:r>
    </w:p>
    <w:p w:rsidR="00BC1253" w:rsidRPr="00BC1253" w:rsidRDefault="00BC1253" w:rsidP="00BC1253">
      <w:pPr>
        <w:autoSpaceDE w:val="0"/>
        <w:autoSpaceDN w:val="0"/>
        <w:adjustRightInd w:val="0"/>
        <w:spacing w:after="0" w:line="240" w:lineRule="auto"/>
        <w:jc w:val="both"/>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 xml:space="preserve">  В. знак в виде синего круга.</w:t>
      </w:r>
    </w:p>
    <w:p w:rsidR="00BC1253" w:rsidRPr="00BC1253" w:rsidRDefault="00BC1253" w:rsidP="00BC1253">
      <w:pPr>
        <w:spacing w:after="0" w:line="240" w:lineRule="auto"/>
        <w:contextualSpacing/>
        <w:rPr>
          <w:rFonts w:ascii="Times New Roman" w:eastAsia="Times New Roman" w:hAnsi="Times New Roman" w:cs="Times New Roman"/>
          <w:b/>
          <w:sz w:val="24"/>
          <w:szCs w:val="24"/>
          <w:lang w:val="ru-RU"/>
        </w:rPr>
      </w:pPr>
      <w:r w:rsidRPr="00BC1253">
        <w:rPr>
          <w:rFonts w:ascii="Times New Roman" w:eastAsia="Times New Roman" w:hAnsi="Times New Roman" w:cs="Times New Roman"/>
          <w:b/>
          <w:sz w:val="24"/>
          <w:szCs w:val="24"/>
          <w:lang w:val="ru-RU"/>
        </w:rPr>
        <w:t xml:space="preserve"> 11.Что составляет основу экономики?</w:t>
      </w:r>
    </w:p>
    <w:p w:rsidR="00BC1253" w:rsidRPr="00BC1253" w:rsidRDefault="00BC1253" w:rsidP="00BC1253">
      <w:pPr>
        <w:spacing w:after="0" w:line="240"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А. Окружающая нас среда</w:t>
      </w:r>
    </w:p>
    <w:p w:rsidR="00BC1253" w:rsidRPr="00BC1253" w:rsidRDefault="00BC1253" w:rsidP="00BC1253">
      <w:pPr>
        <w:spacing w:after="0" w:line="240"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Б. Природное богатство, капитал, труд</w:t>
      </w:r>
    </w:p>
    <w:p w:rsidR="00BC1253" w:rsidRPr="00BC1253" w:rsidRDefault="00BC1253" w:rsidP="00BC1253">
      <w:pPr>
        <w:spacing w:after="200" w:line="276" w:lineRule="auto"/>
        <w:ind w:left="142"/>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В. Товары</w:t>
      </w:r>
    </w:p>
    <w:p w:rsidR="00BC1253" w:rsidRPr="00BC1253" w:rsidRDefault="00BC1253" w:rsidP="00BC1253">
      <w:pPr>
        <w:spacing w:after="200" w:line="276" w:lineRule="auto"/>
        <w:contextualSpacing/>
        <w:rPr>
          <w:rFonts w:ascii="Times New Roman" w:eastAsia="Times New Roman" w:hAnsi="Times New Roman" w:cs="Times New Roman"/>
          <w:b/>
          <w:sz w:val="24"/>
          <w:szCs w:val="24"/>
          <w:lang w:val="ru-RU"/>
        </w:rPr>
      </w:pPr>
      <w:r w:rsidRPr="00BC1253">
        <w:rPr>
          <w:rFonts w:ascii="Times New Roman" w:eastAsia="Times New Roman" w:hAnsi="Times New Roman" w:cs="Times New Roman"/>
          <w:b/>
          <w:sz w:val="24"/>
          <w:szCs w:val="24"/>
          <w:lang w:val="ru-RU"/>
        </w:rPr>
        <w:t xml:space="preserve"> 12.Что дает овощеводство людям?</w:t>
      </w:r>
    </w:p>
    <w:p w:rsidR="00BC1253" w:rsidRPr="00BC1253" w:rsidRDefault="00BC1253" w:rsidP="00BC1253">
      <w:pPr>
        <w:spacing w:after="200" w:line="276" w:lineRule="auto"/>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А. Мясо, шерсть, пух, кожу</w:t>
      </w:r>
    </w:p>
    <w:p w:rsidR="00BC1253" w:rsidRPr="00BC1253" w:rsidRDefault="00BC1253" w:rsidP="00BC1253">
      <w:pPr>
        <w:spacing w:after="200" w:line="276" w:lineRule="auto"/>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Б. Морковь, капусту, свеклу</w:t>
      </w:r>
    </w:p>
    <w:p w:rsidR="00BC1253" w:rsidRPr="00BC1253" w:rsidRDefault="00BC1253" w:rsidP="00BC1253">
      <w:pPr>
        <w:spacing w:after="200" w:line="276" w:lineRule="auto"/>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В. Рис, лён, хлопок</w:t>
      </w:r>
    </w:p>
    <w:p w:rsidR="00BC1253" w:rsidRPr="00BC1253" w:rsidRDefault="00BC1253" w:rsidP="00BC1253">
      <w:pPr>
        <w:tabs>
          <w:tab w:val="left" w:pos="3830"/>
        </w:tabs>
        <w:spacing w:after="0" w:line="240" w:lineRule="auto"/>
        <w:rPr>
          <w:rFonts w:ascii="Times New Roman" w:eastAsia="Arial Unicode MS" w:hAnsi="Times New Roman" w:cs="Times New Roman"/>
          <w:sz w:val="24"/>
          <w:szCs w:val="24"/>
          <w:lang w:val="ru-RU"/>
        </w:rPr>
      </w:pPr>
      <w:r w:rsidRPr="00BC1253">
        <w:rPr>
          <w:rFonts w:ascii="Times New Roman" w:eastAsia="Arial Unicode MS" w:hAnsi="Times New Roman" w:cs="Times New Roman"/>
          <w:b/>
          <w:bCs/>
          <w:sz w:val="24"/>
          <w:szCs w:val="24"/>
          <w:lang w:val="ru-RU"/>
        </w:rPr>
        <w:t xml:space="preserve">13. </w:t>
      </w:r>
      <w:r w:rsidRPr="00BC1253">
        <w:rPr>
          <w:rFonts w:ascii="Times New Roman" w:eastAsia="Arial Unicode MS" w:hAnsi="Times New Roman" w:cs="Times New Roman"/>
          <w:b/>
          <w:sz w:val="24"/>
          <w:szCs w:val="24"/>
          <w:lang w:val="ru-RU"/>
        </w:rPr>
        <w:t>Как называются платежи, которые граждане  и организации обязаны вносить</w:t>
      </w:r>
      <w:r w:rsidRPr="00BC1253">
        <w:rPr>
          <w:rFonts w:ascii="Times New Roman" w:eastAsia="Arial Unicode MS" w:hAnsi="Times New Roman" w:cs="Times New Roman"/>
          <w:sz w:val="24"/>
          <w:szCs w:val="24"/>
          <w:lang w:val="ru-RU"/>
        </w:rPr>
        <w:t xml:space="preserve"> государству?</w:t>
      </w:r>
    </w:p>
    <w:p w:rsidR="00BC1253" w:rsidRPr="00BC1253" w:rsidRDefault="00BC1253" w:rsidP="00BC1253">
      <w:pPr>
        <w:tabs>
          <w:tab w:val="left" w:pos="3830"/>
        </w:tabs>
        <w:spacing w:after="0" w:line="240" w:lineRule="auto"/>
        <w:rPr>
          <w:rFonts w:ascii="Times New Roman" w:eastAsia="Arial Unicode MS" w:hAnsi="Times New Roman" w:cs="Times New Roman"/>
          <w:sz w:val="24"/>
          <w:szCs w:val="24"/>
          <w:lang w:val="ru-RU"/>
        </w:rPr>
      </w:pPr>
      <w:r w:rsidRPr="00BC1253">
        <w:rPr>
          <w:rFonts w:ascii="Times New Roman" w:eastAsia="Arial Unicode MS" w:hAnsi="Times New Roman" w:cs="Times New Roman"/>
          <w:sz w:val="24"/>
          <w:szCs w:val="24"/>
          <w:lang w:val="ru-RU"/>
        </w:rPr>
        <w:t>А. налоги</w:t>
      </w:r>
      <w:r w:rsidRPr="00BC1253">
        <w:rPr>
          <w:rFonts w:ascii="Times New Roman" w:eastAsia="Calibri" w:hAnsi="Times New Roman" w:cs="Times New Roman"/>
          <w:sz w:val="24"/>
          <w:szCs w:val="24"/>
          <w:lang w:val="ru-RU"/>
        </w:rPr>
        <w:tab/>
      </w:r>
      <w:r w:rsidRPr="00BC1253">
        <w:rPr>
          <w:rFonts w:ascii="Times New Roman" w:eastAsia="Arial Unicode MS" w:hAnsi="Times New Roman" w:cs="Times New Roman"/>
          <w:sz w:val="24"/>
          <w:szCs w:val="24"/>
          <w:lang w:val="ru-RU"/>
        </w:rPr>
        <w:t xml:space="preserve"> В. стипендия</w:t>
      </w:r>
    </w:p>
    <w:p w:rsidR="00BC1253" w:rsidRPr="00BC1253" w:rsidRDefault="00BC1253" w:rsidP="00BC1253">
      <w:pPr>
        <w:tabs>
          <w:tab w:val="left" w:pos="3830"/>
        </w:tabs>
        <w:spacing w:after="0" w:line="240" w:lineRule="auto"/>
        <w:rPr>
          <w:rFonts w:ascii="Times New Roman" w:eastAsia="Arial Unicode MS" w:hAnsi="Times New Roman" w:cs="Times New Roman"/>
          <w:sz w:val="24"/>
          <w:szCs w:val="24"/>
          <w:lang w:val="ru-RU"/>
        </w:rPr>
      </w:pPr>
      <w:r w:rsidRPr="00BC1253">
        <w:rPr>
          <w:rFonts w:ascii="Times New Roman" w:eastAsia="Arial Unicode MS" w:hAnsi="Times New Roman" w:cs="Times New Roman"/>
          <w:sz w:val="24"/>
          <w:szCs w:val="24"/>
          <w:lang w:val="ru-RU"/>
        </w:rPr>
        <w:t>Б. штрафы</w:t>
      </w:r>
      <w:r w:rsidRPr="00BC1253">
        <w:rPr>
          <w:rFonts w:ascii="Times New Roman" w:eastAsia="Calibri" w:hAnsi="Times New Roman" w:cs="Times New Roman"/>
          <w:sz w:val="24"/>
          <w:szCs w:val="24"/>
          <w:lang w:val="ru-RU"/>
        </w:rPr>
        <w:tab/>
      </w:r>
      <w:r w:rsidRPr="00BC1253">
        <w:rPr>
          <w:rFonts w:ascii="Times New Roman" w:eastAsia="Arial Unicode MS" w:hAnsi="Times New Roman" w:cs="Times New Roman"/>
          <w:sz w:val="24"/>
          <w:szCs w:val="24"/>
          <w:lang w:val="ru-RU"/>
        </w:rPr>
        <w:t xml:space="preserve"> Г. премии</w:t>
      </w:r>
    </w:p>
    <w:p w:rsidR="00BC1253" w:rsidRPr="00BC1253" w:rsidRDefault="00BC1253" w:rsidP="00BC1253">
      <w:pPr>
        <w:autoSpaceDE w:val="0"/>
        <w:autoSpaceDN w:val="0"/>
        <w:adjustRightInd w:val="0"/>
        <w:spacing w:after="0" w:line="240" w:lineRule="auto"/>
        <w:jc w:val="both"/>
        <w:rPr>
          <w:rFonts w:ascii="Times New Roman" w:eastAsia="Calibri" w:hAnsi="Times New Roman" w:cs="Times New Roman"/>
          <w:b/>
          <w:iCs/>
          <w:sz w:val="24"/>
          <w:szCs w:val="24"/>
          <w:lang w:val="ru-RU"/>
        </w:rPr>
      </w:pPr>
      <w:r w:rsidRPr="00BC1253">
        <w:rPr>
          <w:rFonts w:ascii="Times New Roman" w:eastAsia="Calibri" w:hAnsi="Times New Roman" w:cs="Times New Roman"/>
          <w:b/>
          <w:iCs/>
          <w:sz w:val="24"/>
          <w:szCs w:val="24"/>
          <w:lang w:val="ru-RU"/>
        </w:rPr>
        <w:t>14. Из чего складывается бюджет?</w:t>
      </w:r>
    </w:p>
    <w:p w:rsidR="00BC1253" w:rsidRPr="00BC1253" w:rsidRDefault="00BC1253" w:rsidP="00BC1253">
      <w:pPr>
        <w:autoSpaceDE w:val="0"/>
        <w:autoSpaceDN w:val="0"/>
        <w:adjustRightInd w:val="0"/>
        <w:spacing w:after="0" w:line="240" w:lineRule="auto"/>
        <w:jc w:val="both"/>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 xml:space="preserve">А. из зарплаты и стипендии; </w:t>
      </w:r>
    </w:p>
    <w:p w:rsidR="00BC1253" w:rsidRPr="00BC1253" w:rsidRDefault="00BC1253" w:rsidP="00BC1253">
      <w:pPr>
        <w:autoSpaceDE w:val="0"/>
        <w:autoSpaceDN w:val="0"/>
        <w:adjustRightInd w:val="0"/>
        <w:spacing w:after="0" w:line="240" w:lineRule="auto"/>
        <w:jc w:val="both"/>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 xml:space="preserve">Б. из денег; </w:t>
      </w:r>
    </w:p>
    <w:p w:rsidR="00BC1253" w:rsidRPr="00BC1253" w:rsidRDefault="00BC1253" w:rsidP="00BC1253">
      <w:pPr>
        <w:autoSpaceDE w:val="0"/>
        <w:autoSpaceDN w:val="0"/>
        <w:adjustRightInd w:val="0"/>
        <w:spacing w:after="0" w:line="240" w:lineRule="auto"/>
        <w:jc w:val="both"/>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 xml:space="preserve">В. из доходов и расходов. </w:t>
      </w:r>
    </w:p>
    <w:p w:rsidR="00BC1253" w:rsidRPr="00BC1253" w:rsidRDefault="00BC1253" w:rsidP="00BC1253">
      <w:pPr>
        <w:autoSpaceDE w:val="0"/>
        <w:autoSpaceDN w:val="0"/>
        <w:adjustRightInd w:val="0"/>
        <w:spacing w:after="0" w:line="240" w:lineRule="auto"/>
        <w:jc w:val="both"/>
        <w:rPr>
          <w:rFonts w:ascii="Times New Roman" w:eastAsia="Calibri" w:hAnsi="Times New Roman" w:cs="Times New Roman"/>
          <w:b/>
          <w:iCs/>
          <w:sz w:val="24"/>
          <w:szCs w:val="24"/>
          <w:lang w:val="ru-RU"/>
        </w:rPr>
      </w:pPr>
      <w:r w:rsidRPr="00BC1253">
        <w:rPr>
          <w:rFonts w:ascii="Times New Roman" w:eastAsia="Calibri" w:hAnsi="Times New Roman" w:cs="Times New Roman"/>
          <w:b/>
          <w:sz w:val="24"/>
          <w:szCs w:val="24"/>
          <w:lang w:val="ru-RU"/>
        </w:rPr>
        <w:t>15</w:t>
      </w:r>
      <w:r w:rsidRPr="00BC1253">
        <w:rPr>
          <w:rFonts w:ascii="Times New Roman" w:eastAsia="Calibri" w:hAnsi="Times New Roman" w:cs="Times New Roman"/>
          <w:sz w:val="24"/>
          <w:szCs w:val="24"/>
          <w:lang w:val="ru-RU"/>
        </w:rPr>
        <w:t>.</w:t>
      </w:r>
      <w:r w:rsidRPr="00BC1253">
        <w:rPr>
          <w:rFonts w:ascii="Times New Roman" w:eastAsia="Calibri" w:hAnsi="Times New Roman" w:cs="Times New Roman"/>
          <w:b/>
          <w:iCs/>
          <w:sz w:val="24"/>
          <w:szCs w:val="24"/>
          <w:lang w:val="ru-RU"/>
        </w:rPr>
        <w:t xml:space="preserve"> Что такое услуги?</w:t>
      </w:r>
    </w:p>
    <w:p w:rsidR="00BC1253" w:rsidRPr="00BC1253" w:rsidRDefault="00BC1253" w:rsidP="00BC1253">
      <w:pPr>
        <w:autoSpaceDE w:val="0"/>
        <w:autoSpaceDN w:val="0"/>
        <w:adjustRightInd w:val="0"/>
        <w:spacing w:after="0" w:line="240" w:lineRule="auto"/>
        <w:jc w:val="both"/>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А. добыча угля, нефти;</w:t>
      </w:r>
    </w:p>
    <w:p w:rsidR="00BC1253" w:rsidRPr="00BC1253" w:rsidRDefault="00BC1253" w:rsidP="00BC1253">
      <w:pPr>
        <w:autoSpaceDE w:val="0"/>
        <w:autoSpaceDN w:val="0"/>
        <w:adjustRightInd w:val="0"/>
        <w:spacing w:after="0" w:line="240" w:lineRule="auto"/>
        <w:jc w:val="both"/>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Б. лечение больных, обучение детей.</w:t>
      </w:r>
    </w:p>
    <w:p w:rsidR="00BC1253" w:rsidRPr="00BC1253" w:rsidRDefault="00BC1253" w:rsidP="00BC1253">
      <w:pPr>
        <w:autoSpaceDE w:val="0"/>
        <w:autoSpaceDN w:val="0"/>
        <w:adjustRightInd w:val="0"/>
        <w:spacing w:after="0" w:line="240" w:lineRule="auto"/>
        <w:jc w:val="both"/>
        <w:rPr>
          <w:rFonts w:ascii="Times New Roman" w:eastAsia="Calibri" w:hAnsi="Times New Roman" w:cs="Times New Roman"/>
          <w:b/>
          <w:iCs/>
          <w:sz w:val="24"/>
          <w:szCs w:val="24"/>
          <w:lang w:val="ru-RU"/>
        </w:rPr>
      </w:pPr>
      <w:r w:rsidRPr="00BC1253">
        <w:rPr>
          <w:rFonts w:ascii="Times New Roman" w:eastAsia="Calibri" w:hAnsi="Times New Roman" w:cs="Times New Roman"/>
          <w:b/>
          <w:iCs/>
          <w:sz w:val="24"/>
          <w:szCs w:val="24"/>
          <w:lang w:val="ru-RU"/>
        </w:rPr>
        <w:t xml:space="preserve">16. Какими свойствами обладает воздух? </w:t>
      </w:r>
    </w:p>
    <w:p w:rsidR="00BC1253" w:rsidRPr="00BC1253" w:rsidRDefault="00BC1253" w:rsidP="00BC1253">
      <w:pPr>
        <w:autoSpaceDE w:val="0"/>
        <w:autoSpaceDN w:val="0"/>
        <w:adjustRightInd w:val="0"/>
        <w:spacing w:after="0" w:line="240" w:lineRule="auto"/>
        <w:jc w:val="both"/>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 xml:space="preserve">А. прозрачен, бесцветен, без запаха; при нагревании расширяется, а при охлаждении сжимается, плохо проводит  тепло; </w:t>
      </w:r>
    </w:p>
    <w:p w:rsidR="00BC1253" w:rsidRPr="00BC1253" w:rsidRDefault="00BC1253" w:rsidP="00BC1253">
      <w:pPr>
        <w:autoSpaceDE w:val="0"/>
        <w:autoSpaceDN w:val="0"/>
        <w:adjustRightInd w:val="0"/>
        <w:spacing w:after="0" w:line="240" w:lineRule="auto"/>
        <w:jc w:val="both"/>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 xml:space="preserve">Б. голубой цвет, как небо; проводит звуки, не имеет запаха;  пропускает солнечные лучи; </w:t>
      </w:r>
    </w:p>
    <w:p w:rsidR="00BC1253" w:rsidRPr="00BC1253" w:rsidRDefault="00BC1253" w:rsidP="00BC1253">
      <w:pPr>
        <w:autoSpaceDE w:val="0"/>
        <w:autoSpaceDN w:val="0"/>
        <w:adjustRightInd w:val="0"/>
        <w:spacing w:after="0" w:line="240" w:lineRule="auto"/>
        <w:jc w:val="both"/>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 xml:space="preserve">В. воздух зависит от окружающих предметов; хорошо проводит тепло; образует ветер. </w:t>
      </w:r>
    </w:p>
    <w:p w:rsidR="00BC1253" w:rsidRPr="00BC1253" w:rsidRDefault="00BC1253" w:rsidP="00BC1253">
      <w:pPr>
        <w:spacing w:after="0" w:line="240" w:lineRule="auto"/>
        <w:rPr>
          <w:rFonts w:ascii="Times New Roman" w:eastAsia="Calibri" w:hAnsi="Times New Roman" w:cs="Times New Roman"/>
          <w:b/>
          <w:sz w:val="24"/>
          <w:szCs w:val="24"/>
          <w:lang w:val="ru-RU"/>
        </w:rPr>
      </w:pPr>
      <w:r w:rsidRPr="00BC1253">
        <w:rPr>
          <w:rFonts w:ascii="Times New Roman" w:eastAsia="Calibri" w:hAnsi="Times New Roman" w:cs="Times New Roman"/>
          <w:b/>
          <w:bCs/>
          <w:sz w:val="24"/>
          <w:szCs w:val="24"/>
          <w:lang w:val="ru-RU"/>
        </w:rPr>
        <w:t xml:space="preserve">17.    </w:t>
      </w:r>
      <w:r w:rsidRPr="00BC1253">
        <w:rPr>
          <w:rFonts w:ascii="Times New Roman" w:eastAsia="Calibri" w:hAnsi="Times New Roman" w:cs="Times New Roman"/>
          <w:b/>
          <w:sz w:val="24"/>
          <w:szCs w:val="24"/>
          <w:lang w:val="ru-RU"/>
        </w:rPr>
        <w:t>Напиши названия 3 города Золотого кольца России.</w:t>
      </w:r>
    </w:p>
    <w:p w:rsidR="00BC1253" w:rsidRPr="00BC1253" w:rsidRDefault="00BC1253" w:rsidP="00BC1253">
      <w:pPr>
        <w:spacing w:after="0" w:line="240" w:lineRule="auto"/>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_________________________________________________________________________</w:t>
      </w:r>
    </w:p>
    <w:p w:rsidR="00BC1253" w:rsidRPr="00BC1253" w:rsidRDefault="00BC1253" w:rsidP="00BC1253">
      <w:pPr>
        <w:spacing w:after="0" w:line="240" w:lineRule="auto"/>
        <w:rPr>
          <w:rFonts w:ascii="Times New Roman" w:eastAsia="Times New Roman" w:hAnsi="Times New Roman" w:cs="Times New Roman"/>
          <w:b/>
          <w:sz w:val="24"/>
          <w:szCs w:val="24"/>
          <w:lang w:val="ru-RU"/>
        </w:rPr>
      </w:pPr>
      <w:r w:rsidRPr="00BC1253">
        <w:rPr>
          <w:rFonts w:ascii="Times New Roman" w:eastAsia="Times New Roman" w:hAnsi="Times New Roman" w:cs="Times New Roman"/>
          <w:b/>
          <w:sz w:val="24"/>
          <w:szCs w:val="24"/>
          <w:lang w:val="ru-RU"/>
        </w:rPr>
        <w:t>18. На каком материке находится территория России?</w:t>
      </w:r>
    </w:p>
    <w:p w:rsidR="00BC1253" w:rsidRPr="00BC1253" w:rsidRDefault="00BC1253" w:rsidP="00BC1253">
      <w:pPr>
        <w:spacing w:after="0" w:line="240" w:lineRule="auto"/>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А. Австралия</w:t>
      </w:r>
    </w:p>
    <w:p w:rsidR="00BC1253" w:rsidRPr="00BC1253" w:rsidRDefault="00BC1253" w:rsidP="00BC1253">
      <w:pPr>
        <w:spacing w:after="0" w:line="240" w:lineRule="auto"/>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Б. Южная Америка</w:t>
      </w:r>
    </w:p>
    <w:p w:rsidR="00BC1253" w:rsidRPr="00BC1253" w:rsidRDefault="00BC1253" w:rsidP="00BC1253">
      <w:pPr>
        <w:spacing w:after="0" w:line="240" w:lineRule="auto"/>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В. Евразия</w:t>
      </w:r>
    </w:p>
    <w:p w:rsidR="00BC1253" w:rsidRPr="00BC1253" w:rsidRDefault="00BC1253" w:rsidP="00BC1253">
      <w:pPr>
        <w:spacing w:after="0" w:line="240" w:lineRule="auto"/>
        <w:contextualSpacing/>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Г. Африка</w:t>
      </w:r>
    </w:p>
    <w:p w:rsidR="00BC1253" w:rsidRPr="00BC1253" w:rsidRDefault="00BC1253" w:rsidP="00BC1253">
      <w:pPr>
        <w:spacing w:after="0" w:line="240" w:lineRule="auto"/>
        <w:rPr>
          <w:rFonts w:ascii="Times New Roman" w:eastAsia="Times New Roman" w:hAnsi="Times New Roman" w:cs="Times New Roman"/>
          <w:sz w:val="24"/>
          <w:szCs w:val="24"/>
          <w:lang w:val="ru-RU"/>
        </w:rPr>
      </w:pPr>
      <w:r w:rsidRPr="00BC1253">
        <w:rPr>
          <w:rFonts w:ascii="Times New Roman" w:eastAsia="Times New Roman" w:hAnsi="Times New Roman" w:cs="Times New Roman"/>
          <w:b/>
          <w:sz w:val="24"/>
          <w:szCs w:val="24"/>
          <w:lang w:val="ru-RU"/>
        </w:rPr>
        <w:t>19. Распредели по группам примеры тел и веществ</w:t>
      </w:r>
      <w:r w:rsidRPr="00BC1253">
        <w:rPr>
          <w:rFonts w:ascii="Times New Roman" w:eastAsia="Times New Roman" w:hAnsi="Times New Roman" w:cs="Times New Roman"/>
          <w:sz w:val="24"/>
          <w:szCs w:val="24"/>
          <w:lang w:val="ru-RU"/>
        </w:rPr>
        <w:t>:</w:t>
      </w:r>
    </w:p>
    <w:p w:rsidR="00BC1253" w:rsidRPr="00BC1253" w:rsidRDefault="00BC1253" w:rsidP="00BC1253">
      <w:pPr>
        <w:spacing w:after="0" w:line="240" w:lineRule="auto"/>
        <w:jc w:val="center"/>
        <w:rPr>
          <w:rFonts w:ascii="Times New Roman" w:eastAsia="Times New Roman" w:hAnsi="Times New Roman" w:cs="Times New Roman"/>
          <w:sz w:val="24"/>
          <w:szCs w:val="24"/>
          <w:lang w:val="ru-RU"/>
        </w:rPr>
      </w:pPr>
      <w:r w:rsidRPr="00BC1253">
        <w:rPr>
          <w:rFonts w:ascii="Times New Roman" w:eastAsia="Times New Roman" w:hAnsi="Times New Roman" w:cs="Times New Roman"/>
          <w:sz w:val="24"/>
          <w:szCs w:val="24"/>
          <w:lang w:val="ru-RU"/>
        </w:rPr>
        <w:t>стекло, стакан, подкова, железо, конфета, сахар.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BC1253" w:rsidRPr="00BC1253" w:rsidTr="00BC1253">
        <w:tc>
          <w:tcPr>
            <w:tcW w:w="4785" w:type="dxa"/>
          </w:tcPr>
          <w:p w:rsidR="00BC1253" w:rsidRPr="00BC1253" w:rsidRDefault="00BC1253" w:rsidP="00BC1253">
            <w:pPr>
              <w:spacing w:after="0" w:line="240" w:lineRule="auto"/>
              <w:rPr>
                <w:rFonts w:ascii="Times New Roman" w:eastAsia="Times New Roman" w:hAnsi="Times New Roman" w:cs="Times New Roman"/>
                <w:sz w:val="24"/>
                <w:szCs w:val="24"/>
              </w:rPr>
            </w:pPr>
            <w:r w:rsidRPr="00BC1253">
              <w:rPr>
                <w:rFonts w:ascii="Times New Roman" w:eastAsia="Times New Roman" w:hAnsi="Times New Roman" w:cs="Times New Roman"/>
                <w:sz w:val="24"/>
                <w:szCs w:val="24"/>
              </w:rPr>
              <w:t>Тело</w:t>
            </w:r>
          </w:p>
        </w:tc>
        <w:tc>
          <w:tcPr>
            <w:tcW w:w="4786" w:type="dxa"/>
          </w:tcPr>
          <w:p w:rsidR="00BC1253" w:rsidRPr="00BC1253" w:rsidRDefault="00BC1253" w:rsidP="00BC1253">
            <w:pPr>
              <w:spacing w:after="0" w:line="240" w:lineRule="auto"/>
              <w:rPr>
                <w:rFonts w:ascii="Times New Roman" w:eastAsia="Times New Roman" w:hAnsi="Times New Roman" w:cs="Times New Roman"/>
                <w:sz w:val="24"/>
                <w:szCs w:val="24"/>
              </w:rPr>
            </w:pPr>
            <w:r w:rsidRPr="00BC1253">
              <w:rPr>
                <w:rFonts w:ascii="Times New Roman" w:eastAsia="Times New Roman" w:hAnsi="Times New Roman" w:cs="Times New Roman"/>
                <w:sz w:val="24"/>
                <w:szCs w:val="24"/>
              </w:rPr>
              <w:t>Вещество</w:t>
            </w:r>
          </w:p>
        </w:tc>
      </w:tr>
      <w:tr w:rsidR="00BC1253" w:rsidRPr="00BC1253" w:rsidTr="00BC1253">
        <w:tc>
          <w:tcPr>
            <w:tcW w:w="4785" w:type="dxa"/>
          </w:tcPr>
          <w:p w:rsidR="00BC1253" w:rsidRPr="00BC1253" w:rsidRDefault="00BC1253" w:rsidP="00BC1253">
            <w:pPr>
              <w:spacing w:after="0" w:line="240" w:lineRule="auto"/>
              <w:rPr>
                <w:rFonts w:ascii="Times New Roman" w:eastAsia="Times New Roman" w:hAnsi="Times New Roman" w:cs="Times New Roman"/>
                <w:sz w:val="24"/>
                <w:szCs w:val="24"/>
              </w:rPr>
            </w:pPr>
          </w:p>
        </w:tc>
        <w:tc>
          <w:tcPr>
            <w:tcW w:w="4786" w:type="dxa"/>
          </w:tcPr>
          <w:p w:rsidR="00BC1253" w:rsidRPr="00BC1253" w:rsidRDefault="00BC1253" w:rsidP="00BC1253">
            <w:pPr>
              <w:spacing w:after="0" w:line="240" w:lineRule="auto"/>
              <w:rPr>
                <w:rFonts w:ascii="Times New Roman" w:eastAsia="Times New Roman" w:hAnsi="Times New Roman" w:cs="Times New Roman"/>
                <w:sz w:val="24"/>
                <w:szCs w:val="24"/>
              </w:rPr>
            </w:pPr>
          </w:p>
        </w:tc>
      </w:tr>
      <w:tr w:rsidR="00BC1253" w:rsidRPr="00BC1253" w:rsidTr="00BC1253">
        <w:tc>
          <w:tcPr>
            <w:tcW w:w="4785" w:type="dxa"/>
          </w:tcPr>
          <w:p w:rsidR="00BC1253" w:rsidRPr="00BC1253" w:rsidRDefault="00BC1253" w:rsidP="00BC1253">
            <w:pPr>
              <w:spacing w:after="0" w:line="240" w:lineRule="auto"/>
              <w:rPr>
                <w:rFonts w:ascii="Times New Roman" w:eastAsia="Times New Roman" w:hAnsi="Times New Roman" w:cs="Times New Roman"/>
                <w:sz w:val="24"/>
                <w:szCs w:val="24"/>
              </w:rPr>
            </w:pPr>
          </w:p>
        </w:tc>
        <w:tc>
          <w:tcPr>
            <w:tcW w:w="4786" w:type="dxa"/>
          </w:tcPr>
          <w:p w:rsidR="00BC1253" w:rsidRPr="00BC1253" w:rsidRDefault="00BC1253" w:rsidP="00BC1253">
            <w:pPr>
              <w:spacing w:after="0" w:line="240" w:lineRule="auto"/>
              <w:rPr>
                <w:rFonts w:ascii="Times New Roman" w:eastAsia="Times New Roman" w:hAnsi="Times New Roman" w:cs="Times New Roman"/>
                <w:sz w:val="24"/>
                <w:szCs w:val="24"/>
              </w:rPr>
            </w:pPr>
          </w:p>
        </w:tc>
      </w:tr>
      <w:tr w:rsidR="00BC1253" w:rsidRPr="00BC1253" w:rsidTr="00BC1253">
        <w:tc>
          <w:tcPr>
            <w:tcW w:w="4785" w:type="dxa"/>
          </w:tcPr>
          <w:p w:rsidR="00BC1253" w:rsidRPr="00BC1253" w:rsidRDefault="00BC1253" w:rsidP="00BC1253">
            <w:pPr>
              <w:spacing w:after="0" w:line="240" w:lineRule="auto"/>
              <w:rPr>
                <w:rFonts w:ascii="Times New Roman" w:eastAsia="Times New Roman" w:hAnsi="Times New Roman" w:cs="Times New Roman"/>
                <w:sz w:val="24"/>
                <w:szCs w:val="24"/>
              </w:rPr>
            </w:pPr>
          </w:p>
        </w:tc>
        <w:tc>
          <w:tcPr>
            <w:tcW w:w="4786" w:type="dxa"/>
          </w:tcPr>
          <w:p w:rsidR="00BC1253" w:rsidRPr="00BC1253" w:rsidRDefault="00BC1253" w:rsidP="00BC1253">
            <w:pPr>
              <w:spacing w:after="0" w:line="240" w:lineRule="auto"/>
              <w:rPr>
                <w:rFonts w:ascii="Times New Roman" w:eastAsia="Times New Roman" w:hAnsi="Times New Roman" w:cs="Times New Roman"/>
                <w:sz w:val="24"/>
                <w:szCs w:val="24"/>
              </w:rPr>
            </w:pPr>
          </w:p>
        </w:tc>
      </w:tr>
    </w:tbl>
    <w:p w:rsidR="00BC1253" w:rsidRPr="00BC1253" w:rsidRDefault="00BC1253" w:rsidP="00BC1253">
      <w:pPr>
        <w:spacing w:after="0" w:line="240" w:lineRule="auto"/>
        <w:rPr>
          <w:rFonts w:ascii="Times New Roman" w:eastAsia="Times New Roman" w:hAnsi="Times New Roman" w:cs="Times New Roman"/>
          <w:b/>
          <w:sz w:val="24"/>
          <w:szCs w:val="24"/>
          <w:lang w:val="ru-RU"/>
        </w:rPr>
      </w:pPr>
      <w:r w:rsidRPr="00BC1253">
        <w:rPr>
          <w:rFonts w:ascii="Times New Roman" w:eastAsia="Times New Roman" w:hAnsi="Times New Roman" w:cs="Times New Roman"/>
          <w:b/>
          <w:sz w:val="24"/>
          <w:szCs w:val="24"/>
          <w:lang w:val="ru-RU"/>
        </w:rPr>
        <w:t>20. Установи соответствие между действиями человека и последствиями этих действий: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BC1253" w:rsidRPr="00BC1253" w:rsidTr="00BC1253">
        <w:tc>
          <w:tcPr>
            <w:tcW w:w="4785" w:type="dxa"/>
          </w:tcPr>
          <w:p w:rsidR="00BC1253" w:rsidRPr="00BC1253" w:rsidRDefault="00BC1253" w:rsidP="00BC1253">
            <w:pPr>
              <w:spacing w:after="0" w:line="240" w:lineRule="auto"/>
              <w:rPr>
                <w:rFonts w:ascii="Times New Roman" w:eastAsia="Times New Roman" w:hAnsi="Times New Roman" w:cs="Times New Roman"/>
                <w:sz w:val="24"/>
                <w:szCs w:val="24"/>
              </w:rPr>
            </w:pPr>
            <w:r w:rsidRPr="00BC1253">
              <w:rPr>
                <w:rFonts w:ascii="Times New Roman" w:eastAsia="Times New Roman" w:hAnsi="Times New Roman" w:cs="Times New Roman"/>
                <w:sz w:val="24"/>
                <w:szCs w:val="24"/>
              </w:rPr>
              <w:t>Истреблениебожьихкоровок.</w:t>
            </w:r>
          </w:p>
        </w:tc>
        <w:tc>
          <w:tcPr>
            <w:tcW w:w="4786" w:type="dxa"/>
          </w:tcPr>
          <w:p w:rsidR="00BC1253" w:rsidRPr="00BC1253" w:rsidRDefault="00BC1253" w:rsidP="00BC1253">
            <w:pPr>
              <w:spacing w:after="0" w:line="240" w:lineRule="auto"/>
              <w:rPr>
                <w:rFonts w:ascii="Times New Roman" w:eastAsia="Times New Roman" w:hAnsi="Times New Roman" w:cs="Times New Roman"/>
                <w:sz w:val="24"/>
                <w:szCs w:val="24"/>
              </w:rPr>
            </w:pPr>
            <w:r w:rsidRPr="00BC1253">
              <w:rPr>
                <w:rFonts w:ascii="Times New Roman" w:eastAsia="Times New Roman" w:hAnsi="Times New Roman" w:cs="Times New Roman"/>
                <w:sz w:val="24"/>
                <w:szCs w:val="24"/>
              </w:rPr>
              <w:t>Увеличениечислабольныхживотных.</w:t>
            </w:r>
          </w:p>
        </w:tc>
      </w:tr>
      <w:tr w:rsidR="00BC1253" w:rsidRPr="00BC1253" w:rsidTr="00BC1253">
        <w:tc>
          <w:tcPr>
            <w:tcW w:w="4785" w:type="dxa"/>
          </w:tcPr>
          <w:p w:rsidR="00BC1253" w:rsidRPr="00BC1253" w:rsidRDefault="00BC1253" w:rsidP="00BC1253">
            <w:pPr>
              <w:spacing w:after="0" w:line="240" w:lineRule="auto"/>
              <w:rPr>
                <w:rFonts w:ascii="Times New Roman" w:eastAsia="Times New Roman" w:hAnsi="Times New Roman" w:cs="Times New Roman"/>
                <w:sz w:val="24"/>
                <w:szCs w:val="24"/>
              </w:rPr>
            </w:pPr>
            <w:r w:rsidRPr="00BC1253">
              <w:rPr>
                <w:rFonts w:ascii="Times New Roman" w:eastAsia="Times New Roman" w:hAnsi="Times New Roman" w:cs="Times New Roman"/>
                <w:sz w:val="24"/>
                <w:szCs w:val="24"/>
              </w:rPr>
              <w:t>Истреблениестрекоз.</w:t>
            </w:r>
          </w:p>
        </w:tc>
        <w:tc>
          <w:tcPr>
            <w:tcW w:w="4786" w:type="dxa"/>
          </w:tcPr>
          <w:p w:rsidR="00BC1253" w:rsidRPr="00BC1253" w:rsidRDefault="00BC1253" w:rsidP="00BC1253">
            <w:pPr>
              <w:spacing w:after="0" w:line="240" w:lineRule="auto"/>
              <w:rPr>
                <w:rFonts w:ascii="Times New Roman" w:eastAsia="Times New Roman" w:hAnsi="Times New Roman" w:cs="Times New Roman"/>
                <w:sz w:val="24"/>
                <w:szCs w:val="24"/>
              </w:rPr>
            </w:pPr>
            <w:r w:rsidRPr="00BC1253">
              <w:rPr>
                <w:rFonts w:ascii="Times New Roman" w:eastAsia="Times New Roman" w:hAnsi="Times New Roman" w:cs="Times New Roman"/>
                <w:sz w:val="24"/>
                <w:szCs w:val="24"/>
              </w:rPr>
              <w:t>Увеличениечислагрызунов.</w:t>
            </w:r>
          </w:p>
        </w:tc>
      </w:tr>
      <w:tr w:rsidR="00BC1253" w:rsidRPr="00BC1253" w:rsidTr="00BC1253">
        <w:tc>
          <w:tcPr>
            <w:tcW w:w="4785" w:type="dxa"/>
          </w:tcPr>
          <w:p w:rsidR="00BC1253" w:rsidRPr="00BC1253" w:rsidRDefault="00BC1253" w:rsidP="00BC1253">
            <w:pPr>
              <w:spacing w:after="0" w:line="240" w:lineRule="auto"/>
              <w:rPr>
                <w:rFonts w:ascii="Times New Roman" w:eastAsia="Times New Roman" w:hAnsi="Times New Roman" w:cs="Times New Roman"/>
                <w:sz w:val="24"/>
                <w:szCs w:val="24"/>
              </w:rPr>
            </w:pPr>
            <w:r w:rsidRPr="00BC1253">
              <w:rPr>
                <w:rFonts w:ascii="Times New Roman" w:eastAsia="Times New Roman" w:hAnsi="Times New Roman" w:cs="Times New Roman"/>
                <w:sz w:val="24"/>
                <w:szCs w:val="24"/>
              </w:rPr>
              <w:t>Истреблениелис и сов.</w:t>
            </w:r>
          </w:p>
        </w:tc>
        <w:tc>
          <w:tcPr>
            <w:tcW w:w="4786" w:type="dxa"/>
          </w:tcPr>
          <w:p w:rsidR="00BC1253" w:rsidRPr="00BC1253" w:rsidRDefault="00BC1253" w:rsidP="00BC1253">
            <w:pPr>
              <w:spacing w:after="0" w:line="240" w:lineRule="auto"/>
              <w:rPr>
                <w:rFonts w:ascii="Times New Roman" w:eastAsia="Times New Roman" w:hAnsi="Times New Roman" w:cs="Times New Roman"/>
                <w:sz w:val="24"/>
                <w:szCs w:val="24"/>
              </w:rPr>
            </w:pPr>
            <w:r w:rsidRPr="00BC1253">
              <w:rPr>
                <w:rFonts w:ascii="Times New Roman" w:eastAsia="Times New Roman" w:hAnsi="Times New Roman" w:cs="Times New Roman"/>
                <w:sz w:val="24"/>
                <w:szCs w:val="24"/>
              </w:rPr>
              <w:t>Увеличениечислакомаровмух.</w:t>
            </w:r>
          </w:p>
        </w:tc>
      </w:tr>
      <w:tr w:rsidR="00BC1253" w:rsidRPr="00BC1253" w:rsidTr="00BC1253">
        <w:tc>
          <w:tcPr>
            <w:tcW w:w="4785" w:type="dxa"/>
          </w:tcPr>
          <w:p w:rsidR="00BC1253" w:rsidRPr="00BC1253" w:rsidRDefault="00BC1253" w:rsidP="00BC1253">
            <w:pPr>
              <w:spacing w:after="0" w:line="240" w:lineRule="auto"/>
              <w:rPr>
                <w:rFonts w:ascii="Times New Roman" w:eastAsia="Times New Roman" w:hAnsi="Times New Roman" w:cs="Times New Roman"/>
                <w:sz w:val="24"/>
                <w:szCs w:val="24"/>
              </w:rPr>
            </w:pPr>
            <w:r w:rsidRPr="00BC1253">
              <w:rPr>
                <w:rFonts w:ascii="Times New Roman" w:eastAsia="Times New Roman" w:hAnsi="Times New Roman" w:cs="Times New Roman"/>
                <w:sz w:val="24"/>
                <w:szCs w:val="24"/>
              </w:rPr>
              <w:t>Истреблениеволков.</w:t>
            </w:r>
          </w:p>
        </w:tc>
        <w:tc>
          <w:tcPr>
            <w:tcW w:w="4786" w:type="dxa"/>
          </w:tcPr>
          <w:p w:rsidR="00BC1253" w:rsidRPr="00BC1253" w:rsidRDefault="00BC1253" w:rsidP="00BC1253">
            <w:pPr>
              <w:spacing w:after="0" w:line="240" w:lineRule="auto"/>
              <w:rPr>
                <w:rFonts w:ascii="Times New Roman" w:eastAsia="Times New Roman" w:hAnsi="Times New Roman" w:cs="Times New Roman"/>
                <w:sz w:val="24"/>
                <w:szCs w:val="24"/>
              </w:rPr>
            </w:pPr>
            <w:r w:rsidRPr="00BC1253">
              <w:rPr>
                <w:rFonts w:ascii="Times New Roman" w:eastAsia="Times New Roman" w:hAnsi="Times New Roman" w:cs="Times New Roman"/>
                <w:sz w:val="24"/>
                <w:szCs w:val="24"/>
              </w:rPr>
              <w:t>Увеличениечислатли</w:t>
            </w:r>
          </w:p>
        </w:tc>
      </w:tr>
    </w:tbl>
    <w:p w:rsidR="00BC1253" w:rsidRPr="00BC1253" w:rsidRDefault="00BC1253" w:rsidP="00BC1253">
      <w:pPr>
        <w:spacing w:after="0" w:line="240" w:lineRule="auto"/>
        <w:rPr>
          <w:rFonts w:ascii="Times New Roman" w:eastAsia="Times New Roman" w:hAnsi="Times New Roman" w:cs="Times New Roman"/>
          <w:sz w:val="24"/>
          <w:szCs w:val="24"/>
          <w:lang w:val="ru-RU"/>
        </w:rPr>
      </w:pPr>
      <w:r w:rsidRPr="00BC1253">
        <w:rPr>
          <w:rFonts w:ascii="Times New Roman" w:eastAsia="Times New Roman" w:hAnsi="Times New Roman" w:cs="Times New Roman"/>
          <w:b/>
          <w:sz w:val="24"/>
          <w:szCs w:val="24"/>
          <w:lang w:val="ru-RU"/>
        </w:rPr>
        <w:t xml:space="preserve">21. </w:t>
      </w:r>
      <w:r w:rsidRPr="00BC1253">
        <w:rPr>
          <w:rFonts w:ascii="Times New Roman" w:eastAsia="Times New Roman" w:hAnsi="Times New Roman" w:cs="Times New Roman"/>
          <w:sz w:val="24"/>
          <w:szCs w:val="24"/>
          <w:lang w:val="ru-RU"/>
        </w:rPr>
        <w:t>Один из природных заповедников пересекает широкое шоссе. Оно делит территорию заповедника на две части. С обеих сторон дороги высажен густой, быстрорастущий кустарник. Объясни, для чего посажен кустарник.</w:t>
      </w:r>
    </w:p>
    <w:p w:rsidR="00BC1253" w:rsidRPr="00BC1253" w:rsidRDefault="00BC1253" w:rsidP="00BC1253">
      <w:pPr>
        <w:spacing w:after="200" w:line="276" w:lineRule="auto"/>
        <w:jc w:val="center"/>
        <w:rPr>
          <w:rFonts w:ascii="Times New Roman" w:eastAsia="Calibri" w:hAnsi="Times New Roman" w:cs="Times New Roman"/>
          <w:b/>
          <w:sz w:val="24"/>
          <w:szCs w:val="24"/>
          <w:lang w:val="ru-RU"/>
        </w:rPr>
      </w:pPr>
    </w:p>
    <w:p w:rsidR="00BC1253" w:rsidRPr="00BC1253" w:rsidRDefault="00BC1253" w:rsidP="00BC1253">
      <w:pPr>
        <w:spacing w:after="200" w:line="276" w:lineRule="auto"/>
        <w:jc w:val="center"/>
        <w:rPr>
          <w:rFonts w:ascii="Times New Roman" w:eastAsia="Calibri" w:hAnsi="Times New Roman" w:cs="Times New Roman"/>
          <w:b/>
          <w:sz w:val="24"/>
          <w:szCs w:val="24"/>
          <w:lang w:val="ru-RU"/>
        </w:rPr>
      </w:pPr>
    </w:p>
    <w:p w:rsidR="00BC1253" w:rsidRPr="00BC1253" w:rsidRDefault="00BC1253" w:rsidP="00BC1253">
      <w:pPr>
        <w:spacing w:after="200" w:line="276" w:lineRule="auto"/>
        <w:jc w:val="center"/>
        <w:rPr>
          <w:rFonts w:ascii="Times New Roman" w:eastAsia="Calibri" w:hAnsi="Times New Roman" w:cs="Times New Roman"/>
          <w:b/>
          <w:sz w:val="24"/>
          <w:szCs w:val="24"/>
          <w:lang w:val="ru-RU"/>
        </w:rPr>
      </w:pPr>
      <w:r w:rsidRPr="00BC1253">
        <w:rPr>
          <w:rFonts w:ascii="Times New Roman" w:eastAsia="Calibri" w:hAnsi="Times New Roman" w:cs="Times New Roman"/>
          <w:b/>
          <w:sz w:val="24"/>
          <w:szCs w:val="24"/>
          <w:lang w:val="ru-RU"/>
        </w:rPr>
        <w:t>Ответы и критерии оценивания итоговой контрольной работы                                                                       по окружающему миру  3 класса</w:t>
      </w:r>
    </w:p>
    <w:p w:rsidR="00BC1253" w:rsidRPr="00BC1253" w:rsidRDefault="00BC1253" w:rsidP="00BC1253">
      <w:pPr>
        <w:autoSpaceDE w:val="0"/>
        <w:autoSpaceDN w:val="0"/>
        <w:adjustRightInd w:val="0"/>
        <w:spacing w:after="0" w:line="240" w:lineRule="auto"/>
        <w:ind w:left="360"/>
        <w:jc w:val="both"/>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Задание 1 – 18 с выбором ответа считается выполненным, если выбранный обучающимися номер ответа совпадает с верным ответом. Все задания с выбором ответа оцениваются в 1 балл. Если выбрано более одного ответа, то задание считается выполненным неверно.</w:t>
      </w:r>
    </w:p>
    <w:p w:rsidR="00BC1253" w:rsidRPr="00BC1253" w:rsidRDefault="00BC1253" w:rsidP="00BC1253">
      <w:pPr>
        <w:autoSpaceDE w:val="0"/>
        <w:autoSpaceDN w:val="0"/>
        <w:adjustRightInd w:val="0"/>
        <w:spacing w:after="0" w:line="240" w:lineRule="auto"/>
        <w:ind w:left="360"/>
        <w:jc w:val="both"/>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Задание 19 - 20 с выбором ответа считается выполненным, если выбранный обучающимися номер ответа совпадает с верным ответом. Все задания с выбором ответа оцениваются в 2 балла. Если выбрано более одного ответа, то задание считается выполненным неверно.</w:t>
      </w:r>
    </w:p>
    <w:p w:rsidR="00BC1253" w:rsidRPr="00BC1253" w:rsidRDefault="00BC1253" w:rsidP="00BC1253">
      <w:pPr>
        <w:autoSpaceDE w:val="0"/>
        <w:autoSpaceDN w:val="0"/>
        <w:adjustRightInd w:val="0"/>
        <w:spacing w:after="0" w:line="240" w:lineRule="auto"/>
        <w:ind w:left="360"/>
        <w:jc w:val="both"/>
        <w:rPr>
          <w:rFonts w:ascii="Times New Roman" w:eastAsia="Calibri" w:hAnsi="Times New Roman" w:cs="Times New Roman"/>
          <w:sz w:val="24"/>
          <w:szCs w:val="24"/>
          <w:lang w:val="ru-RU"/>
        </w:rPr>
      </w:pPr>
      <w:r w:rsidRPr="00BC1253">
        <w:rPr>
          <w:rFonts w:ascii="Times New Roman" w:eastAsia="Calibri" w:hAnsi="Times New Roman" w:cs="Times New Roman"/>
          <w:sz w:val="24"/>
          <w:szCs w:val="24"/>
          <w:lang w:val="ru-RU"/>
        </w:rPr>
        <w:t>Задание 21 с развернутым ответом считается выполненным, если выбранный обучающимися номер ответа совпадает с верным ответом.Всезадания с выборомответаоцениваются в 3 балла.</w:t>
      </w:r>
    </w:p>
    <w:p w:rsidR="00BC1253" w:rsidRPr="00BC1253" w:rsidRDefault="00BC1253" w:rsidP="00BC1253">
      <w:pPr>
        <w:autoSpaceDE w:val="0"/>
        <w:autoSpaceDN w:val="0"/>
        <w:adjustRightInd w:val="0"/>
        <w:spacing w:after="0" w:line="240" w:lineRule="auto"/>
        <w:ind w:left="360"/>
        <w:jc w:val="both"/>
        <w:rPr>
          <w:rFonts w:ascii="Times New Roman" w:eastAsia="Calibri" w:hAnsi="Times New Roman" w:cs="Times New Roman"/>
          <w:sz w:val="24"/>
          <w:szCs w:val="24"/>
          <w:lang w:val="ru-RU"/>
        </w:rPr>
      </w:pPr>
    </w:p>
    <w:p w:rsidR="00BC1253" w:rsidRPr="00BC1253" w:rsidRDefault="00BC1253" w:rsidP="00BC1253">
      <w:pPr>
        <w:autoSpaceDE w:val="0"/>
        <w:autoSpaceDN w:val="0"/>
        <w:adjustRightInd w:val="0"/>
        <w:spacing w:after="0" w:line="240" w:lineRule="auto"/>
        <w:ind w:left="360"/>
        <w:jc w:val="both"/>
        <w:rPr>
          <w:rFonts w:ascii="Times New Roman" w:eastAsia="Calibri" w:hAnsi="Times New Roman" w:cs="Times New Roman"/>
          <w:sz w:val="24"/>
          <w:szCs w:val="24"/>
          <w:lang w:val="ru-RU"/>
        </w:rPr>
      </w:pPr>
    </w:p>
    <w:tbl>
      <w:tblPr>
        <w:tblStyle w:val="91"/>
        <w:tblW w:w="0" w:type="auto"/>
        <w:tblInd w:w="360" w:type="dxa"/>
        <w:tblLook w:val="04A0"/>
      </w:tblPr>
      <w:tblGrid>
        <w:gridCol w:w="1028"/>
        <w:gridCol w:w="2409"/>
        <w:gridCol w:w="1679"/>
        <w:gridCol w:w="2416"/>
        <w:gridCol w:w="1679"/>
      </w:tblGrid>
      <w:tr w:rsidR="00BC1253" w:rsidRPr="00BC1253" w:rsidTr="00BC1253">
        <w:tc>
          <w:tcPr>
            <w:tcW w:w="1055" w:type="dxa"/>
            <w:vMerge w:val="restart"/>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 задания</w:t>
            </w:r>
          </w:p>
        </w:tc>
        <w:tc>
          <w:tcPr>
            <w:tcW w:w="4048" w:type="dxa"/>
            <w:gridSpan w:val="2"/>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 вариант</w:t>
            </w:r>
          </w:p>
        </w:tc>
        <w:tc>
          <w:tcPr>
            <w:tcW w:w="4108" w:type="dxa"/>
            <w:gridSpan w:val="2"/>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2 вариант</w:t>
            </w:r>
          </w:p>
        </w:tc>
      </w:tr>
      <w:tr w:rsidR="00BC1253" w:rsidRPr="00BC1253" w:rsidTr="00BC1253">
        <w:tc>
          <w:tcPr>
            <w:tcW w:w="1055" w:type="dxa"/>
            <w:vMerge/>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p>
        </w:tc>
        <w:tc>
          <w:tcPr>
            <w:tcW w:w="298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правильныйответ</w:t>
            </w:r>
          </w:p>
        </w:tc>
        <w:tc>
          <w:tcPr>
            <w:tcW w:w="105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баллзазадание</w:t>
            </w:r>
          </w:p>
        </w:tc>
        <w:tc>
          <w:tcPr>
            <w:tcW w:w="300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правильныйответ</w:t>
            </w:r>
          </w:p>
        </w:tc>
        <w:tc>
          <w:tcPr>
            <w:tcW w:w="109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баллзазадание</w:t>
            </w:r>
          </w:p>
        </w:tc>
      </w:tr>
      <w:tr w:rsidR="00BC1253" w:rsidRPr="00BC1253" w:rsidTr="00BC1253">
        <w:tc>
          <w:tcPr>
            <w:tcW w:w="1055"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298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В</w:t>
            </w:r>
          </w:p>
        </w:tc>
        <w:tc>
          <w:tcPr>
            <w:tcW w:w="105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300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В</w:t>
            </w:r>
          </w:p>
        </w:tc>
        <w:tc>
          <w:tcPr>
            <w:tcW w:w="109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055"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2</w:t>
            </w:r>
          </w:p>
        </w:tc>
        <w:tc>
          <w:tcPr>
            <w:tcW w:w="298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А</w:t>
            </w:r>
          </w:p>
        </w:tc>
        <w:tc>
          <w:tcPr>
            <w:tcW w:w="105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300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А</w:t>
            </w:r>
          </w:p>
        </w:tc>
        <w:tc>
          <w:tcPr>
            <w:tcW w:w="109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055"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3</w:t>
            </w:r>
          </w:p>
        </w:tc>
        <w:tc>
          <w:tcPr>
            <w:tcW w:w="298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Б</w:t>
            </w:r>
          </w:p>
        </w:tc>
        <w:tc>
          <w:tcPr>
            <w:tcW w:w="105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300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Б</w:t>
            </w:r>
          </w:p>
        </w:tc>
        <w:tc>
          <w:tcPr>
            <w:tcW w:w="109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055"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4</w:t>
            </w:r>
          </w:p>
        </w:tc>
        <w:tc>
          <w:tcPr>
            <w:tcW w:w="298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Б</w:t>
            </w:r>
          </w:p>
        </w:tc>
        <w:tc>
          <w:tcPr>
            <w:tcW w:w="105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300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В</w:t>
            </w:r>
          </w:p>
        </w:tc>
        <w:tc>
          <w:tcPr>
            <w:tcW w:w="109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055"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5</w:t>
            </w:r>
          </w:p>
        </w:tc>
        <w:tc>
          <w:tcPr>
            <w:tcW w:w="298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А</w:t>
            </w:r>
          </w:p>
        </w:tc>
        <w:tc>
          <w:tcPr>
            <w:tcW w:w="105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300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А</w:t>
            </w:r>
          </w:p>
        </w:tc>
        <w:tc>
          <w:tcPr>
            <w:tcW w:w="109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055"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6</w:t>
            </w:r>
          </w:p>
        </w:tc>
        <w:tc>
          <w:tcPr>
            <w:tcW w:w="298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В</w:t>
            </w:r>
          </w:p>
        </w:tc>
        <w:tc>
          <w:tcPr>
            <w:tcW w:w="105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300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Б</w:t>
            </w:r>
          </w:p>
        </w:tc>
        <w:tc>
          <w:tcPr>
            <w:tcW w:w="109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055"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7</w:t>
            </w:r>
          </w:p>
        </w:tc>
        <w:tc>
          <w:tcPr>
            <w:tcW w:w="298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А</w:t>
            </w:r>
          </w:p>
        </w:tc>
        <w:tc>
          <w:tcPr>
            <w:tcW w:w="105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300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Б</w:t>
            </w:r>
          </w:p>
        </w:tc>
        <w:tc>
          <w:tcPr>
            <w:tcW w:w="109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055"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8</w:t>
            </w:r>
          </w:p>
        </w:tc>
        <w:tc>
          <w:tcPr>
            <w:tcW w:w="298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Б</w:t>
            </w:r>
          </w:p>
        </w:tc>
        <w:tc>
          <w:tcPr>
            <w:tcW w:w="105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300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В</w:t>
            </w:r>
          </w:p>
        </w:tc>
        <w:tc>
          <w:tcPr>
            <w:tcW w:w="109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055"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9</w:t>
            </w:r>
          </w:p>
        </w:tc>
        <w:tc>
          <w:tcPr>
            <w:tcW w:w="298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В</w:t>
            </w:r>
          </w:p>
        </w:tc>
        <w:tc>
          <w:tcPr>
            <w:tcW w:w="105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300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Б</w:t>
            </w:r>
          </w:p>
        </w:tc>
        <w:tc>
          <w:tcPr>
            <w:tcW w:w="109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055"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10</w:t>
            </w:r>
          </w:p>
        </w:tc>
        <w:tc>
          <w:tcPr>
            <w:tcW w:w="298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В</w:t>
            </w:r>
          </w:p>
        </w:tc>
        <w:tc>
          <w:tcPr>
            <w:tcW w:w="105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300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А</w:t>
            </w:r>
          </w:p>
        </w:tc>
        <w:tc>
          <w:tcPr>
            <w:tcW w:w="109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055"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11</w:t>
            </w:r>
          </w:p>
        </w:tc>
        <w:tc>
          <w:tcPr>
            <w:tcW w:w="298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Б</w:t>
            </w:r>
          </w:p>
        </w:tc>
        <w:tc>
          <w:tcPr>
            <w:tcW w:w="105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300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Б</w:t>
            </w:r>
          </w:p>
        </w:tc>
        <w:tc>
          <w:tcPr>
            <w:tcW w:w="109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055"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12</w:t>
            </w:r>
          </w:p>
        </w:tc>
        <w:tc>
          <w:tcPr>
            <w:tcW w:w="298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Б</w:t>
            </w:r>
          </w:p>
        </w:tc>
        <w:tc>
          <w:tcPr>
            <w:tcW w:w="105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300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А</w:t>
            </w:r>
          </w:p>
        </w:tc>
        <w:tc>
          <w:tcPr>
            <w:tcW w:w="109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055"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13</w:t>
            </w:r>
          </w:p>
        </w:tc>
        <w:tc>
          <w:tcPr>
            <w:tcW w:w="298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Б</w:t>
            </w:r>
          </w:p>
        </w:tc>
        <w:tc>
          <w:tcPr>
            <w:tcW w:w="105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300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А</w:t>
            </w:r>
          </w:p>
        </w:tc>
        <w:tc>
          <w:tcPr>
            <w:tcW w:w="109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055"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14</w:t>
            </w:r>
          </w:p>
        </w:tc>
        <w:tc>
          <w:tcPr>
            <w:tcW w:w="298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А</w:t>
            </w:r>
          </w:p>
        </w:tc>
        <w:tc>
          <w:tcPr>
            <w:tcW w:w="105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300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В</w:t>
            </w:r>
          </w:p>
        </w:tc>
        <w:tc>
          <w:tcPr>
            <w:tcW w:w="109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055"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15</w:t>
            </w:r>
          </w:p>
        </w:tc>
        <w:tc>
          <w:tcPr>
            <w:tcW w:w="298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Б</w:t>
            </w:r>
          </w:p>
        </w:tc>
        <w:tc>
          <w:tcPr>
            <w:tcW w:w="105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300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Б</w:t>
            </w:r>
          </w:p>
        </w:tc>
        <w:tc>
          <w:tcPr>
            <w:tcW w:w="109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055"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16</w:t>
            </w:r>
          </w:p>
        </w:tc>
        <w:tc>
          <w:tcPr>
            <w:tcW w:w="298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В</w:t>
            </w:r>
          </w:p>
        </w:tc>
        <w:tc>
          <w:tcPr>
            <w:tcW w:w="105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300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А</w:t>
            </w:r>
          </w:p>
        </w:tc>
        <w:tc>
          <w:tcPr>
            <w:tcW w:w="109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055"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17</w:t>
            </w:r>
          </w:p>
        </w:tc>
        <w:tc>
          <w:tcPr>
            <w:tcW w:w="298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А</w:t>
            </w:r>
          </w:p>
        </w:tc>
        <w:tc>
          <w:tcPr>
            <w:tcW w:w="105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3009" w:type="dxa"/>
          </w:tcPr>
          <w:p w:rsidR="00BC1253" w:rsidRPr="00BC1253" w:rsidRDefault="00BC1253" w:rsidP="00BC1253">
            <w:pPr>
              <w:autoSpaceDE w:val="0"/>
              <w:autoSpaceDN w:val="0"/>
              <w:adjustRightInd w:val="0"/>
              <w:spacing w:after="200" w:line="276" w:lineRule="auto"/>
              <w:rPr>
                <w:rFonts w:ascii="Times New Roman" w:hAnsi="Times New Roman" w:cs="Times New Roman"/>
                <w:sz w:val="24"/>
                <w:szCs w:val="24"/>
              </w:rPr>
            </w:pPr>
            <w:r w:rsidRPr="00BC1253">
              <w:rPr>
                <w:rFonts w:ascii="Times New Roman" w:hAnsi="Times New Roman" w:cs="Times New Roman"/>
                <w:sz w:val="24"/>
                <w:szCs w:val="24"/>
              </w:rPr>
              <w:t>Москва, Кострома, Владимир</w:t>
            </w:r>
          </w:p>
        </w:tc>
        <w:tc>
          <w:tcPr>
            <w:tcW w:w="109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055"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18</w:t>
            </w:r>
          </w:p>
        </w:tc>
        <w:tc>
          <w:tcPr>
            <w:tcW w:w="298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В</w:t>
            </w:r>
          </w:p>
        </w:tc>
        <w:tc>
          <w:tcPr>
            <w:tcW w:w="105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c>
          <w:tcPr>
            <w:tcW w:w="300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В</w:t>
            </w:r>
          </w:p>
        </w:tc>
        <w:tc>
          <w:tcPr>
            <w:tcW w:w="109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w:t>
            </w:r>
          </w:p>
        </w:tc>
      </w:tr>
      <w:tr w:rsidR="00BC1253" w:rsidRPr="00BC1253" w:rsidTr="00BC1253">
        <w:tc>
          <w:tcPr>
            <w:tcW w:w="1055"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19</w:t>
            </w:r>
          </w:p>
        </w:tc>
        <w:tc>
          <w:tcPr>
            <w:tcW w:w="2989" w:type="dxa"/>
          </w:tcPr>
          <w:p w:rsidR="00BC1253" w:rsidRPr="00BC1253" w:rsidRDefault="00BC1253" w:rsidP="00BC1253">
            <w:pPr>
              <w:autoSpaceDE w:val="0"/>
              <w:autoSpaceDN w:val="0"/>
              <w:adjustRightInd w:val="0"/>
              <w:spacing w:after="200" w:line="276" w:lineRule="auto"/>
              <w:rPr>
                <w:rFonts w:ascii="Times New Roman" w:hAnsi="Times New Roman" w:cs="Times New Roman"/>
                <w:sz w:val="24"/>
                <w:szCs w:val="24"/>
                <w:lang w:val="ru-RU"/>
              </w:rPr>
            </w:pPr>
            <w:r w:rsidRPr="00BC1253">
              <w:rPr>
                <w:rFonts w:ascii="Times New Roman" w:hAnsi="Times New Roman" w:cs="Times New Roman"/>
                <w:sz w:val="24"/>
                <w:szCs w:val="24"/>
                <w:lang w:val="ru-RU"/>
              </w:rPr>
              <w:t>Воск, соль. Вода, молоко. Азот, кислород.</w:t>
            </w:r>
          </w:p>
        </w:tc>
        <w:tc>
          <w:tcPr>
            <w:tcW w:w="105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2</w:t>
            </w:r>
          </w:p>
        </w:tc>
        <w:tc>
          <w:tcPr>
            <w:tcW w:w="3009" w:type="dxa"/>
          </w:tcPr>
          <w:p w:rsidR="00BC1253" w:rsidRPr="00BC1253" w:rsidRDefault="00BC1253" w:rsidP="00BC1253">
            <w:pPr>
              <w:autoSpaceDE w:val="0"/>
              <w:autoSpaceDN w:val="0"/>
              <w:adjustRightInd w:val="0"/>
              <w:spacing w:after="200" w:line="276" w:lineRule="auto"/>
              <w:rPr>
                <w:rFonts w:ascii="Times New Roman" w:hAnsi="Times New Roman" w:cs="Times New Roman"/>
                <w:sz w:val="24"/>
                <w:szCs w:val="24"/>
                <w:lang w:val="ru-RU"/>
              </w:rPr>
            </w:pPr>
            <w:r w:rsidRPr="00BC1253">
              <w:rPr>
                <w:rFonts w:ascii="Times New Roman" w:hAnsi="Times New Roman" w:cs="Times New Roman"/>
                <w:sz w:val="24"/>
                <w:szCs w:val="24"/>
                <w:lang w:val="ru-RU"/>
              </w:rPr>
              <w:t>Стакан, подкова, конфета. Стекло, железо, сахар.</w:t>
            </w:r>
          </w:p>
        </w:tc>
        <w:tc>
          <w:tcPr>
            <w:tcW w:w="109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2</w:t>
            </w:r>
          </w:p>
        </w:tc>
      </w:tr>
      <w:tr w:rsidR="00BC1253" w:rsidRPr="00BC1253" w:rsidTr="00BC1253">
        <w:tc>
          <w:tcPr>
            <w:tcW w:w="1055"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20</w:t>
            </w:r>
          </w:p>
        </w:tc>
        <w:tc>
          <w:tcPr>
            <w:tcW w:w="2989" w:type="dxa"/>
          </w:tcPr>
          <w:p w:rsidR="00BC1253" w:rsidRPr="00BC1253" w:rsidRDefault="00BC1253" w:rsidP="00BC1253">
            <w:pPr>
              <w:autoSpaceDE w:val="0"/>
              <w:autoSpaceDN w:val="0"/>
              <w:adjustRightInd w:val="0"/>
              <w:spacing w:after="200" w:line="276" w:lineRule="auto"/>
              <w:rPr>
                <w:rFonts w:ascii="Times New Roman" w:hAnsi="Times New Roman" w:cs="Times New Roman"/>
                <w:sz w:val="24"/>
                <w:szCs w:val="24"/>
                <w:lang w:val="ru-RU"/>
              </w:rPr>
            </w:pPr>
            <w:r w:rsidRPr="00BC1253">
              <w:rPr>
                <w:rFonts w:ascii="Times New Roman" w:hAnsi="Times New Roman" w:cs="Times New Roman"/>
                <w:sz w:val="24"/>
                <w:szCs w:val="24"/>
                <w:lang w:val="ru-RU"/>
              </w:rPr>
              <w:t>Истребление божьих коровок - увеличение числа тли.</w:t>
            </w:r>
          </w:p>
          <w:p w:rsidR="00BC1253" w:rsidRPr="00BC1253" w:rsidRDefault="00BC1253" w:rsidP="00BC1253">
            <w:pPr>
              <w:autoSpaceDE w:val="0"/>
              <w:autoSpaceDN w:val="0"/>
              <w:adjustRightInd w:val="0"/>
              <w:spacing w:after="200" w:line="276" w:lineRule="auto"/>
              <w:rPr>
                <w:rFonts w:ascii="Times New Roman" w:hAnsi="Times New Roman" w:cs="Times New Roman"/>
                <w:sz w:val="24"/>
                <w:szCs w:val="24"/>
                <w:lang w:val="ru-RU"/>
              </w:rPr>
            </w:pPr>
            <w:r w:rsidRPr="00BC1253">
              <w:rPr>
                <w:rFonts w:ascii="Times New Roman" w:hAnsi="Times New Roman" w:cs="Times New Roman"/>
                <w:sz w:val="24"/>
                <w:szCs w:val="24"/>
                <w:lang w:val="ru-RU"/>
              </w:rPr>
              <w:t>Истребление стрекоз -  Увеличение числа комаров мух.</w:t>
            </w:r>
          </w:p>
          <w:p w:rsidR="00BC1253" w:rsidRPr="00BC1253" w:rsidRDefault="00BC1253" w:rsidP="00BC1253">
            <w:pPr>
              <w:autoSpaceDE w:val="0"/>
              <w:autoSpaceDN w:val="0"/>
              <w:adjustRightInd w:val="0"/>
              <w:spacing w:after="200" w:line="276" w:lineRule="auto"/>
              <w:rPr>
                <w:rFonts w:ascii="Times New Roman" w:hAnsi="Times New Roman" w:cs="Times New Roman"/>
                <w:sz w:val="24"/>
                <w:szCs w:val="24"/>
                <w:lang w:val="ru-RU"/>
              </w:rPr>
            </w:pPr>
            <w:r w:rsidRPr="00BC1253">
              <w:rPr>
                <w:rFonts w:ascii="Times New Roman" w:hAnsi="Times New Roman" w:cs="Times New Roman"/>
                <w:sz w:val="24"/>
                <w:szCs w:val="24"/>
                <w:lang w:val="ru-RU"/>
              </w:rPr>
              <w:t>Истребление лис и сов - увеличение числа грызунов.</w:t>
            </w:r>
          </w:p>
          <w:p w:rsidR="00BC1253" w:rsidRPr="00BC1253" w:rsidRDefault="00BC1253" w:rsidP="00BC1253">
            <w:pPr>
              <w:autoSpaceDE w:val="0"/>
              <w:autoSpaceDN w:val="0"/>
              <w:adjustRightInd w:val="0"/>
              <w:spacing w:after="200" w:line="276" w:lineRule="auto"/>
              <w:rPr>
                <w:rFonts w:ascii="Times New Roman" w:hAnsi="Times New Roman" w:cs="Times New Roman"/>
                <w:sz w:val="24"/>
                <w:szCs w:val="24"/>
                <w:lang w:val="ru-RU"/>
              </w:rPr>
            </w:pPr>
            <w:r w:rsidRPr="00BC1253">
              <w:rPr>
                <w:rFonts w:ascii="Times New Roman" w:hAnsi="Times New Roman" w:cs="Times New Roman"/>
                <w:sz w:val="24"/>
                <w:szCs w:val="24"/>
                <w:lang w:val="ru-RU"/>
              </w:rPr>
              <w:t>Истребление волков -увеличение числа больных животных.</w:t>
            </w:r>
          </w:p>
        </w:tc>
        <w:tc>
          <w:tcPr>
            <w:tcW w:w="105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2</w:t>
            </w:r>
          </w:p>
        </w:tc>
        <w:tc>
          <w:tcPr>
            <w:tcW w:w="3009" w:type="dxa"/>
          </w:tcPr>
          <w:p w:rsidR="00BC1253" w:rsidRPr="00BC1253" w:rsidRDefault="00BC1253" w:rsidP="00BC1253">
            <w:pPr>
              <w:autoSpaceDE w:val="0"/>
              <w:autoSpaceDN w:val="0"/>
              <w:adjustRightInd w:val="0"/>
              <w:spacing w:after="200" w:line="276" w:lineRule="auto"/>
              <w:rPr>
                <w:rFonts w:ascii="Times New Roman" w:hAnsi="Times New Roman" w:cs="Times New Roman"/>
                <w:sz w:val="24"/>
                <w:szCs w:val="24"/>
                <w:lang w:val="ru-RU"/>
              </w:rPr>
            </w:pPr>
            <w:r w:rsidRPr="00BC1253">
              <w:rPr>
                <w:rFonts w:ascii="Times New Roman" w:hAnsi="Times New Roman" w:cs="Times New Roman"/>
                <w:sz w:val="24"/>
                <w:szCs w:val="24"/>
                <w:lang w:val="ru-RU"/>
              </w:rPr>
              <w:t>Истребление божьих коровок - увеличение числа тли.</w:t>
            </w:r>
          </w:p>
          <w:p w:rsidR="00BC1253" w:rsidRPr="00BC1253" w:rsidRDefault="00BC1253" w:rsidP="00BC1253">
            <w:pPr>
              <w:autoSpaceDE w:val="0"/>
              <w:autoSpaceDN w:val="0"/>
              <w:adjustRightInd w:val="0"/>
              <w:spacing w:after="200" w:line="276" w:lineRule="auto"/>
              <w:rPr>
                <w:rFonts w:ascii="Times New Roman" w:hAnsi="Times New Roman" w:cs="Times New Roman"/>
                <w:sz w:val="24"/>
                <w:szCs w:val="24"/>
                <w:lang w:val="ru-RU"/>
              </w:rPr>
            </w:pPr>
            <w:r w:rsidRPr="00BC1253">
              <w:rPr>
                <w:rFonts w:ascii="Times New Roman" w:hAnsi="Times New Roman" w:cs="Times New Roman"/>
                <w:sz w:val="24"/>
                <w:szCs w:val="24"/>
                <w:lang w:val="ru-RU"/>
              </w:rPr>
              <w:t>Истребление стрекоз -  Увеличение числа комаров мух.</w:t>
            </w:r>
          </w:p>
          <w:p w:rsidR="00BC1253" w:rsidRPr="00BC1253" w:rsidRDefault="00BC1253" w:rsidP="00BC1253">
            <w:pPr>
              <w:autoSpaceDE w:val="0"/>
              <w:autoSpaceDN w:val="0"/>
              <w:adjustRightInd w:val="0"/>
              <w:spacing w:after="200" w:line="276" w:lineRule="auto"/>
              <w:rPr>
                <w:rFonts w:ascii="Times New Roman" w:hAnsi="Times New Roman" w:cs="Times New Roman"/>
                <w:sz w:val="24"/>
                <w:szCs w:val="24"/>
                <w:lang w:val="ru-RU"/>
              </w:rPr>
            </w:pPr>
            <w:r w:rsidRPr="00BC1253">
              <w:rPr>
                <w:rFonts w:ascii="Times New Roman" w:hAnsi="Times New Roman" w:cs="Times New Roman"/>
                <w:sz w:val="24"/>
                <w:szCs w:val="24"/>
                <w:lang w:val="ru-RU"/>
              </w:rPr>
              <w:t>Истребление лис и сов - увеличение числа грызунов.</w:t>
            </w:r>
          </w:p>
          <w:p w:rsidR="00BC1253" w:rsidRPr="00BC1253" w:rsidRDefault="00BC1253" w:rsidP="00BC1253">
            <w:pPr>
              <w:autoSpaceDE w:val="0"/>
              <w:autoSpaceDN w:val="0"/>
              <w:adjustRightInd w:val="0"/>
              <w:spacing w:after="200" w:line="276" w:lineRule="auto"/>
              <w:rPr>
                <w:rFonts w:ascii="Times New Roman" w:hAnsi="Times New Roman" w:cs="Times New Roman"/>
                <w:sz w:val="24"/>
                <w:szCs w:val="24"/>
                <w:lang w:val="ru-RU"/>
              </w:rPr>
            </w:pPr>
            <w:r w:rsidRPr="00BC1253">
              <w:rPr>
                <w:rFonts w:ascii="Times New Roman" w:hAnsi="Times New Roman" w:cs="Times New Roman"/>
                <w:sz w:val="24"/>
                <w:szCs w:val="24"/>
                <w:lang w:val="ru-RU"/>
              </w:rPr>
              <w:t>Истребление волков -увеличение числа больных животных.</w:t>
            </w:r>
          </w:p>
        </w:tc>
        <w:tc>
          <w:tcPr>
            <w:tcW w:w="109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2</w:t>
            </w:r>
          </w:p>
        </w:tc>
      </w:tr>
      <w:tr w:rsidR="00BC1253" w:rsidRPr="00BC1253" w:rsidTr="00BC1253">
        <w:tc>
          <w:tcPr>
            <w:tcW w:w="1055"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21</w:t>
            </w:r>
          </w:p>
        </w:tc>
        <w:tc>
          <w:tcPr>
            <w:tcW w:w="2989" w:type="dxa"/>
          </w:tcPr>
          <w:p w:rsidR="00BC1253" w:rsidRPr="00BC1253" w:rsidRDefault="00BC1253" w:rsidP="00BC1253">
            <w:pPr>
              <w:autoSpaceDE w:val="0"/>
              <w:autoSpaceDN w:val="0"/>
              <w:adjustRightInd w:val="0"/>
              <w:spacing w:after="200" w:line="276" w:lineRule="auto"/>
              <w:rPr>
                <w:rFonts w:ascii="Times New Roman" w:hAnsi="Times New Roman" w:cs="Times New Roman"/>
                <w:sz w:val="24"/>
                <w:szCs w:val="24"/>
              </w:rPr>
            </w:pPr>
            <w:r w:rsidRPr="00BC1253">
              <w:rPr>
                <w:rFonts w:ascii="Times New Roman" w:hAnsi="Times New Roman" w:cs="Times New Roman"/>
                <w:sz w:val="24"/>
                <w:szCs w:val="24"/>
              </w:rPr>
              <w:t>Развернутыйответ</w:t>
            </w:r>
          </w:p>
        </w:tc>
        <w:tc>
          <w:tcPr>
            <w:tcW w:w="105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3</w:t>
            </w:r>
          </w:p>
        </w:tc>
        <w:tc>
          <w:tcPr>
            <w:tcW w:w="300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Развернутыйответ</w:t>
            </w:r>
          </w:p>
        </w:tc>
        <w:tc>
          <w:tcPr>
            <w:tcW w:w="1099" w:type="dxa"/>
          </w:tcPr>
          <w:p w:rsidR="00BC1253" w:rsidRPr="00BC1253" w:rsidRDefault="00BC1253" w:rsidP="00BC1253">
            <w:pPr>
              <w:autoSpaceDE w:val="0"/>
              <w:autoSpaceDN w:val="0"/>
              <w:adjustRightInd w:val="0"/>
              <w:spacing w:after="200" w:line="276" w:lineRule="auto"/>
              <w:jc w:val="center"/>
              <w:rPr>
                <w:rFonts w:ascii="Times New Roman" w:hAnsi="Times New Roman" w:cs="Times New Roman"/>
                <w:sz w:val="24"/>
                <w:szCs w:val="24"/>
              </w:rPr>
            </w:pPr>
            <w:r w:rsidRPr="00BC1253">
              <w:rPr>
                <w:rFonts w:ascii="Times New Roman" w:hAnsi="Times New Roman" w:cs="Times New Roman"/>
                <w:sz w:val="24"/>
                <w:szCs w:val="24"/>
              </w:rPr>
              <w:t>3</w:t>
            </w:r>
          </w:p>
        </w:tc>
      </w:tr>
    </w:tbl>
    <w:p w:rsidR="00BC1253" w:rsidRPr="00BC1253" w:rsidRDefault="00BC1253" w:rsidP="00BC1253">
      <w:pPr>
        <w:autoSpaceDE w:val="0"/>
        <w:autoSpaceDN w:val="0"/>
        <w:adjustRightInd w:val="0"/>
        <w:spacing w:after="0" w:line="240" w:lineRule="auto"/>
        <w:ind w:left="360"/>
        <w:jc w:val="center"/>
        <w:rPr>
          <w:rFonts w:ascii="Times New Roman" w:eastAsia="Calibri" w:hAnsi="Times New Roman" w:cs="Times New Roman"/>
          <w:sz w:val="24"/>
          <w:szCs w:val="24"/>
        </w:rPr>
      </w:pPr>
    </w:p>
    <w:p w:rsidR="00BC1253" w:rsidRPr="00BC1253" w:rsidRDefault="00BC1253" w:rsidP="00BC1253">
      <w:pPr>
        <w:spacing w:after="200" w:line="276" w:lineRule="auto"/>
        <w:rPr>
          <w:rFonts w:ascii="Times New Roman" w:eastAsia="Calibri" w:hAnsi="Times New Roman" w:cs="Times New Roman"/>
          <w:sz w:val="24"/>
          <w:szCs w:val="24"/>
        </w:rPr>
      </w:pPr>
      <w:r w:rsidRPr="00BC1253">
        <w:rPr>
          <w:rFonts w:ascii="Times New Roman" w:eastAsia="Calibri" w:hAnsi="Times New Roman" w:cs="Times New Roman"/>
          <w:sz w:val="24"/>
          <w:szCs w:val="24"/>
        </w:rPr>
        <w:t xml:space="preserve">      «5» - 18 – 21 балла</w:t>
      </w:r>
    </w:p>
    <w:p w:rsidR="00BC1253" w:rsidRPr="00BC1253" w:rsidRDefault="00BC1253" w:rsidP="00BC1253">
      <w:pPr>
        <w:spacing w:after="200" w:line="276" w:lineRule="auto"/>
        <w:rPr>
          <w:rFonts w:ascii="Times New Roman" w:eastAsia="Calibri" w:hAnsi="Times New Roman" w:cs="Times New Roman"/>
          <w:sz w:val="24"/>
          <w:szCs w:val="24"/>
        </w:rPr>
      </w:pPr>
      <w:r w:rsidRPr="00BC1253">
        <w:rPr>
          <w:rFonts w:ascii="Times New Roman" w:eastAsia="Calibri" w:hAnsi="Times New Roman" w:cs="Times New Roman"/>
          <w:sz w:val="24"/>
          <w:szCs w:val="24"/>
        </w:rPr>
        <w:t xml:space="preserve">      «4» - 14 – 17 баллов</w:t>
      </w:r>
    </w:p>
    <w:p w:rsidR="00BC1253" w:rsidRPr="00BC1253" w:rsidRDefault="00BC1253" w:rsidP="00BC1253">
      <w:pPr>
        <w:spacing w:after="200" w:line="276" w:lineRule="auto"/>
        <w:rPr>
          <w:rFonts w:ascii="Times New Roman" w:eastAsia="Calibri" w:hAnsi="Times New Roman" w:cs="Times New Roman"/>
          <w:sz w:val="24"/>
          <w:szCs w:val="24"/>
        </w:rPr>
      </w:pPr>
      <w:r w:rsidRPr="00BC1253">
        <w:rPr>
          <w:rFonts w:ascii="Times New Roman" w:eastAsia="Calibri" w:hAnsi="Times New Roman" w:cs="Times New Roman"/>
          <w:sz w:val="24"/>
          <w:szCs w:val="24"/>
        </w:rPr>
        <w:t xml:space="preserve">      «3» - 8 – 13 баллов</w:t>
      </w:r>
    </w:p>
    <w:p w:rsidR="00BC1253" w:rsidRPr="00BC1253" w:rsidRDefault="00BC1253" w:rsidP="00BC1253">
      <w:pPr>
        <w:spacing w:after="200" w:line="276" w:lineRule="auto"/>
        <w:rPr>
          <w:rFonts w:ascii="Times New Roman" w:eastAsia="Calibri" w:hAnsi="Times New Roman" w:cs="Times New Roman"/>
          <w:sz w:val="24"/>
          <w:szCs w:val="24"/>
        </w:rPr>
      </w:pPr>
      <w:r w:rsidRPr="00BC1253">
        <w:rPr>
          <w:rFonts w:ascii="Times New Roman" w:eastAsia="Calibri" w:hAnsi="Times New Roman" w:cs="Times New Roman"/>
          <w:sz w:val="24"/>
          <w:szCs w:val="24"/>
        </w:rPr>
        <w:t xml:space="preserve">      «2» - 0 – 7 баллов</w:t>
      </w:r>
    </w:p>
    <w:p w:rsidR="00BC1253" w:rsidRPr="00BC1253" w:rsidRDefault="00BC1253" w:rsidP="00BC1253">
      <w:pPr>
        <w:spacing w:after="200" w:line="276" w:lineRule="auto"/>
        <w:rPr>
          <w:rFonts w:ascii="Calibri" w:eastAsia="Calibri" w:hAnsi="Calibri" w:cs="Times New Roman"/>
          <w:sz w:val="22"/>
          <w:szCs w:val="22"/>
          <w:lang w:val="ru-RU"/>
        </w:rPr>
      </w:pPr>
    </w:p>
    <w:p w:rsidR="00BC1253" w:rsidRPr="00BC1253" w:rsidRDefault="00BC1253" w:rsidP="00BC1253">
      <w:pPr>
        <w:spacing w:after="200" w:line="276" w:lineRule="auto"/>
        <w:rPr>
          <w:rFonts w:ascii="Calibri" w:eastAsia="Calibri" w:hAnsi="Calibri" w:cs="Times New Roman"/>
          <w:sz w:val="22"/>
          <w:szCs w:val="22"/>
        </w:rPr>
      </w:pPr>
    </w:p>
    <w:p w:rsidR="00FD50CC" w:rsidRPr="00FD50CC" w:rsidRDefault="00FD50CC" w:rsidP="00FD50CC">
      <w:pPr>
        <w:spacing w:after="200" w:line="276" w:lineRule="auto"/>
        <w:rPr>
          <w:rFonts w:ascii="Times New Roman" w:eastAsia="Times New Roman" w:hAnsi="Times New Roman" w:cs="Times New Roman"/>
          <w:sz w:val="24"/>
          <w:szCs w:val="24"/>
          <w:lang w:val="ru-RU"/>
        </w:rPr>
      </w:pPr>
    </w:p>
    <w:p w:rsidR="006D1F8F" w:rsidRPr="006D1F8F" w:rsidRDefault="006D1F8F" w:rsidP="006D1F8F">
      <w:pPr>
        <w:spacing w:after="0" w:line="240" w:lineRule="auto"/>
        <w:jc w:val="center"/>
        <w:rPr>
          <w:rFonts w:ascii="Times New Roman" w:eastAsia="Times New Roman" w:hAnsi="Times New Roman" w:cs="Times New Roman"/>
          <w:b/>
          <w:sz w:val="24"/>
          <w:szCs w:val="24"/>
          <w:lang w:val="ru-RU"/>
        </w:rPr>
      </w:pPr>
      <w:r w:rsidRPr="006D1F8F">
        <w:rPr>
          <w:rFonts w:ascii="Times New Roman" w:eastAsia="Times New Roman" w:hAnsi="Times New Roman" w:cs="Times New Roman"/>
          <w:b/>
          <w:sz w:val="24"/>
          <w:szCs w:val="24"/>
          <w:lang w:val="ru-RU"/>
        </w:rPr>
        <w:t>4 класс</w:t>
      </w:r>
    </w:p>
    <w:p w:rsidR="006D1F8F" w:rsidRPr="006D1F8F" w:rsidRDefault="006D1F8F" w:rsidP="006D1F8F">
      <w:pPr>
        <w:spacing w:after="0" w:line="240" w:lineRule="auto"/>
        <w:rPr>
          <w:rFonts w:ascii="Times New Roman" w:eastAsia="Times New Roman" w:hAnsi="Times New Roman" w:cs="Times New Roman"/>
          <w:b/>
          <w:sz w:val="24"/>
          <w:szCs w:val="24"/>
          <w:lang w:val="ru-RU"/>
        </w:rPr>
      </w:pPr>
    </w:p>
    <w:p w:rsidR="006D1F8F" w:rsidRPr="006D1F8F" w:rsidRDefault="006D1F8F" w:rsidP="006D1F8F">
      <w:pPr>
        <w:spacing w:after="0" w:line="240" w:lineRule="auto"/>
        <w:rPr>
          <w:rFonts w:ascii="Times New Roman" w:eastAsia="Times New Roman" w:hAnsi="Times New Roman" w:cs="Times New Roman"/>
          <w:sz w:val="24"/>
          <w:szCs w:val="24"/>
          <w:lang w:val="ru-RU"/>
        </w:rPr>
      </w:pPr>
      <w:r w:rsidRPr="006D1F8F">
        <w:rPr>
          <w:rFonts w:ascii="Times New Roman" w:eastAsia="Times New Roman" w:hAnsi="Times New Roman" w:cs="Times New Roman"/>
          <w:b/>
          <w:sz w:val="24"/>
          <w:szCs w:val="24"/>
          <w:lang w:val="ru-RU"/>
        </w:rPr>
        <w:t xml:space="preserve">Цель: определение </w:t>
      </w:r>
      <w:r w:rsidRPr="006D1F8F">
        <w:rPr>
          <w:rFonts w:ascii="Times New Roman" w:eastAsia="Times New Roman" w:hAnsi="Times New Roman" w:cs="Times New Roman"/>
          <w:sz w:val="24"/>
          <w:szCs w:val="24"/>
          <w:lang w:val="ru-RU"/>
        </w:rPr>
        <w:t xml:space="preserve">уровня усвоения  базовых знаний и умений, навыков, сформированных по окружающему миру на начало обучения в 4 классе. </w:t>
      </w:r>
    </w:p>
    <w:p w:rsidR="006D1F8F" w:rsidRPr="006D1F8F" w:rsidRDefault="006D1F8F" w:rsidP="006D1F8F">
      <w:pPr>
        <w:spacing w:after="0" w:line="276" w:lineRule="auto"/>
        <w:jc w:val="center"/>
        <w:rPr>
          <w:rFonts w:ascii="Times New Roman" w:eastAsia="Calibri" w:hAnsi="Times New Roman" w:cs="Times New Roman"/>
          <w:b/>
          <w:sz w:val="24"/>
          <w:szCs w:val="24"/>
          <w:lang w:val="ru-RU"/>
        </w:rPr>
      </w:pPr>
    </w:p>
    <w:p w:rsidR="006D1F8F" w:rsidRPr="006D1F8F" w:rsidRDefault="006D1F8F" w:rsidP="006D1F8F">
      <w:pPr>
        <w:spacing w:after="0" w:line="276" w:lineRule="auto"/>
        <w:jc w:val="center"/>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Входная контрольная работа № 1 по окружающему миру</w:t>
      </w:r>
    </w:p>
    <w:p w:rsidR="006D1F8F" w:rsidRPr="006D1F8F" w:rsidRDefault="006D1F8F" w:rsidP="006D1F8F">
      <w:pPr>
        <w:spacing w:after="0" w:line="276" w:lineRule="auto"/>
        <w:rPr>
          <w:rFonts w:ascii="Times New Roman" w:eastAsia="Calibri" w:hAnsi="Times New Roman" w:cs="Times New Roman"/>
          <w:sz w:val="24"/>
          <w:szCs w:val="24"/>
          <w:lang w:val="ru-RU"/>
        </w:rPr>
      </w:pPr>
    </w:p>
    <w:p w:rsidR="006D1F8F" w:rsidRPr="006D1F8F" w:rsidRDefault="006D1F8F" w:rsidP="006D1F8F">
      <w:pPr>
        <w:spacing w:after="200" w:line="276" w:lineRule="auto"/>
        <w:jc w:val="center"/>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 xml:space="preserve"> 1 вариант</w:t>
      </w:r>
    </w:p>
    <w:p w:rsidR="006D1F8F" w:rsidRPr="006D1F8F" w:rsidRDefault="006D1F8F" w:rsidP="006D1F8F">
      <w:pPr>
        <w:spacing w:after="0" w:line="240" w:lineRule="auto"/>
        <w:rPr>
          <w:rFonts w:ascii="Times New Roman" w:eastAsia="Calibri" w:hAnsi="Times New Roman" w:cs="Times New Roman"/>
          <w:sz w:val="24"/>
          <w:szCs w:val="24"/>
          <w:lang w:val="ru-RU"/>
        </w:rPr>
      </w:pPr>
      <w:r w:rsidRPr="006D1F8F">
        <w:rPr>
          <w:rFonts w:ascii="Times New Roman" w:eastAsia="Calibri" w:hAnsi="Times New Roman" w:cs="Times New Roman"/>
          <w:b/>
          <w:sz w:val="24"/>
          <w:szCs w:val="24"/>
          <w:lang w:val="ru-RU"/>
        </w:rPr>
        <w:t>1.Что не относится к признакам живых организмов?</w:t>
      </w:r>
    </w:p>
    <w:p w:rsidR="006D1F8F" w:rsidRPr="006D1F8F" w:rsidRDefault="006D1F8F" w:rsidP="006D1F8F">
      <w:pPr>
        <w:spacing w:after="0" w:line="240" w:lineRule="auto"/>
        <w:ind w:left="360"/>
        <w:contextualSpacing/>
        <w:rPr>
          <w:rFonts w:ascii="Times New Roman" w:eastAsia="Times New Roman" w:hAnsi="Times New Roman" w:cs="Times New Roman"/>
          <w:sz w:val="24"/>
          <w:szCs w:val="24"/>
          <w:lang w:val="ru-RU"/>
        </w:rPr>
      </w:pPr>
      <w:r w:rsidRPr="006D1F8F">
        <w:rPr>
          <w:rFonts w:ascii="Times New Roman" w:eastAsia="Times New Roman" w:hAnsi="Times New Roman" w:cs="Times New Roman"/>
          <w:sz w:val="24"/>
          <w:szCs w:val="24"/>
          <w:lang w:val="ru-RU"/>
        </w:rPr>
        <w:t>а) дыхание           б) рост                в) течение    г) питание</w:t>
      </w:r>
    </w:p>
    <w:p w:rsidR="006D1F8F" w:rsidRPr="006D1F8F" w:rsidRDefault="006D1F8F" w:rsidP="006D1F8F">
      <w:pPr>
        <w:spacing w:after="0" w:line="240"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2.Кто является возбудителем инфекционных болезней?</w:t>
      </w:r>
    </w:p>
    <w:p w:rsidR="006D1F8F" w:rsidRPr="006D1F8F" w:rsidRDefault="006D1F8F" w:rsidP="006D1F8F">
      <w:pPr>
        <w:spacing w:after="0" w:line="240" w:lineRule="auto"/>
        <w:contextualSpacing/>
        <w:rPr>
          <w:rFonts w:ascii="Times New Roman" w:eastAsia="Times New Roman" w:hAnsi="Times New Roman" w:cs="Times New Roman"/>
          <w:sz w:val="24"/>
          <w:szCs w:val="24"/>
          <w:lang w:val="ru-RU"/>
        </w:rPr>
      </w:pPr>
      <w:r w:rsidRPr="006D1F8F">
        <w:rPr>
          <w:rFonts w:ascii="Times New Roman" w:eastAsia="Times New Roman" w:hAnsi="Times New Roman" w:cs="Times New Roman"/>
          <w:sz w:val="24"/>
          <w:szCs w:val="24"/>
          <w:lang w:val="ru-RU"/>
        </w:rPr>
        <w:t>а) животные   б) заболевшие люди    в) бактерии и вирусы     г) ядовитые растения</w:t>
      </w:r>
    </w:p>
    <w:p w:rsidR="006D1F8F" w:rsidRPr="006D1F8F" w:rsidRDefault="006D1F8F" w:rsidP="006D1F8F">
      <w:pPr>
        <w:shd w:val="clear" w:color="auto" w:fill="FFFFFF"/>
        <w:suppressAutoHyphens/>
        <w:spacing w:after="0" w:line="240" w:lineRule="auto"/>
        <w:rPr>
          <w:rFonts w:ascii="Times New Roman" w:eastAsia="SimSun" w:hAnsi="Times New Roman" w:cs="Times New Roman"/>
          <w:color w:val="00000A"/>
          <w:sz w:val="24"/>
          <w:szCs w:val="24"/>
          <w:lang w:val="ru-RU"/>
        </w:rPr>
      </w:pPr>
      <w:r w:rsidRPr="006D1F8F">
        <w:rPr>
          <w:rFonts w:ascii="Times New Roman" w:eastAsia="SimSun" w:hAnsi="Times New Roman" w:cs="Times New Roman"/>
          <w:b/>
          <w:color w:val="00000A"/>
          <w:sz w:val="24"/>
          <w:szCs w:val="24"/>
          <w:lang w:val="ru-RU"/>
        </w:rPr>
        <w:t>3</w:t>
      </w:r>
      <w:r w:rsidRPr="006D1F8F">
        <w:rPr>
          <w:rFonts w:ascii="Times New Roman" w:eastAsia="SimSun" w:hAnsi="Times New Roman" w:cs="Times New Roman"/>
          <w:color w:val="00000A"/>
          <w:sz w:val="24"/>
          <w:szCs w:val="24"/>
          <w:lang w:val="ru-RU"/>
        </w:rPr>
        <w:t xml:space="preserve">. </w:t>
      </w:r>
      <w:r w:rsidRPr="006D1F8F">
        <w:rPr>
          <w:rFonts w:ascii="Times New Roman" w:eastAsia="SimSun" w:hAnsi="Times New Roman" w:cs="Times New Roman"/>
          <w:b/>
          <w:color w:val="000000"/>
          <w:w w:val="106"/>
          <w:kern w:val="3276"/>
          <w:sz w:val="24"/>
          <w:szCs w:val="24"/>
          <w:lang w:val="ru-RU"/>
        </w:rPr>
        <w:t>Прибор для определения сторон горизонта называется</w:t>
      </w:r>
    </w:p>
    <w:p w:rsidR="006D1F8F" w:rsidRPr="006D1F8F" w:rsidRDefault="006D1F8F" w:rsidP="006D1F8F">
      <w:pPr>
        <w:spacing w:after="0" w:line="240" w:lineRule="auto"/>
        <w:contextualSpacing/>
        <w:rPr>
          <w:rFonts w:ascii="Times New Roman" w:eastAsia="Times New Roman" w:hAnsi="Times New Roman" w:cs="Times New Roman"/>
          <w:sz w:val="24"/>
          <w:szCs w:val="24"/>
          <w:lang w:val="ru-RU"/>
        </w:rPr>
      </w:pPr>
      <w:r w:rsidRPr="006D1F8F">
        <w:rPr>
          <w:rFonts w:ascii="Times New Roman" w:eastAsia="Times New Roman" w:hAnsi="Times New Roman" w:cs="Times New Roman"/>
          <w:color w:val="000000"/>
          <w:w w:val="106"/>
          <w:kern w:val="3276"/>
          <w:sz w:val="24"/>
          <w:szCs w:val="24"/>
          <w:lang w:val="ru-RU"/>
        </w:rPr>
        <w:t xml:space="preserve"> а) компас   б) термометр      в) барометр</w:t>
      </w:r>
      <w:r w:rsidRPr="006D1F8F">
        <w:rPr>
          <w:rFonts w:ascii="Times New Roman" w:eastAsia="Times New Roman" w:hAnsi="Times New Roman" w:cs="Times New Roman"/>
          <w:sz w:val="24"/>
          <w:szCs w:val="24"/>
          <w:lang w:val="ru-RU"/>
        </w:rPr>
        <w:t xml:space="preserve">         г) другой ответ       </w:t>
      </w:r>
    </w:p>
    <w:p w:rsidR="006D1F8F" w:rsidRPr="006D1F8F" w:rsidRDefault="006D1F8F" w:rsidP="006D1F8F">
      <w:pPr>
        <w:shd w:val="clear" w:color="auto" w:fill="FFFFFF"/>
        <w:suppressAutoHyphens/>
        <w:spacing w:after="0" w:line="240" w:lineRule="auto"/>
        <w:rPr>
          <w:rFonts w:ascii="Times New Roman" w:eastAsia="SimSun" w:hAnsi="Times New Roman" w:cs="Times New Roman"/>
          <w:color w:val="00000A"/>
          <w:sz w:val="24"/>
          <w:szCs w:val="24"/>
          <w:lang w:val="ru-RU"/>
        </w:rPr>
      </w:pPr>
      <w:r w:rsidRPr="006D1F8F">
        <w:rPr>
          <w:rFonts w:ascii="Times New Roman" w:eastAsia="SimSun" w:hAnsi="Times New Roman" w:cs="Times New Roman"/>
          <w:b/>
          <w:color w:val="00000A"/>
          <w:sz w:val="24"/>
          <w:szCs w:val="24"/>
          <w:lang w:val="ru-RU"/>
        </w:rPr>
        <w:t>4</w:t>
      </w:r>
      <w:r w:rsidRPr="006D1F8F">
        <w:rPr>
          <w:rFonts w:ascii="Times New Roman" w:eastAsia="SimSun" w:hAnsi="Times New Roman" w:cs="Times New Roman"/>
          <w:color w:val="00000A"/>
          <w:sz w:val="24"/>
          <w:szCs w:val="24"/>
          <w:lang w:val="ru-RU"/>
        </w:rPr>
        <w:t xml:space="preserve">. </w:t>
      </w:r>
      <w:r w:rsidRPr="006D1F8F">
        <w:rPr>
          <w:rFonts w:ascii="Times New Roman" w:eastAsia="SimSun" w:hAnsi="Times New Roman" w:cs="Times New Roman"/>
          <w:b/>
          <w:color w:val="00000A"/>
          <w:sz w:val="24"/>
          <w:szCs w:val="24"/>
          <w:lang w:val="ru-RU"/>
        </w:rPr>
        <w:t>Государственный  бюджет -  это…</w:t>
      </w:r>
    </w:p>
    <w:p w:rsidR="006D1F8F" w:rsidRPr="006D1F8F" w:rsidRDefault="006D1F8F" w:rsidP="006D1F8F">
      <w:pPr>
        <w:spacing w:after="0" w:line="240" w:lineRule="auto"/>
        <w:contextualSpacing/>
        <w:rPr>
          <w:rFonts w:ascii="Times New Roman" w:eastAsia="Times New Roman" w:hAnsi="Times New Roman" w:cs="Times New Roman"/>
          <w:sz w:val="24"/>
          <w:szCs w:val="24"/>
          <w:lang w:val="ru-RU"/>
        </w:rPr>
      </w:pPr>
      <w:r w:rsidRPr="006D1F8F">
        <w:rPr>
          <w:rFonts w:ascii="Times New Roman" w:eastAsia="Times New Roman" w:hAnsi="Times New Roman" w:cs="Times New Roman"/>
          <w:sz w:val="24"/>
          <w:szCs w:val="24"/>
          <w:lang w:val="ru-RU"/>
        </w:rPr>
        <w:t>а) план доходов    б) план расходов    в) налоги       г) план доходов и расходов государства</w:t>
      </w:r>
    </w:p>
    <w:p w:rsidR="006D1F8F" w:rsidRPr="006D1F8F" w:rsidRDefault="006D1F8F" w:rsidP="006D1F8F">
      <w:pPr>
        <w:spacing w:after="0" w:line="240" w:lineRule="auto"/>
        <w:rPr>
          <w:rFonts w:ascii="Times New Roman" w:eastAsia="Calibri" w:hAnsi="Times New Roman" w:cs="Times New Roman"/>
          <w:sz w:val="24"/>
          <w:szCs w:val="24"/>
          <w:lang w:val="ru-RU"/>
        </w:rPr>
      </w:pPr>
      <w:r w:rsidRPr="006D1F8F">
        <w:rPr>
          <w:rFonts w:ascii="Times New Roman" w:eastAsia="Calibri" w:hAnsi="Times New Roman" w:cs="Times New Roman"/>
          <w:b/>
          <w:sz w:val="24"/>
          <w:szCs w:val="24"/>
          <w:lang w:val="ru-RU"/>
        </w:rPr>
        <w:t>5</w:t>
      </w:r>
      <w:r w:rsidRPr="006D1F8F">
        <w:rPr>
          <w:rFonts w:ascii="Times New Roman" w:eastAsia="Calibri" w:hAnsi="Times New Roman" w:cs="Times New Roman"/>
          <w:sz w:val="24"/>
          <w:szCs w:val="24"/>
          <w:lang w:val="ru-RU"/>
        </w:rPr>
        <w:t>.</w:t>
      </w:r>
      <w:r w:rsidRPr="006D1F8F">
        <w:rPr>
          <w:rFonts w:ascii="Times New Roman" w:eastAsia="Calibri" w:hAnsi="Times New Roman" w:cs="Times New Roman"/>
          <w:b/>
          <w:sz w:val="24"/>
          <w:szCs w:val="24"/>
          <w:lang w:val="ru-RU"/>
        </w:rPr>
        <w:t>Что относится к веществам?</w:t>
      </w:r>
    </w:p>
    <w:p w:rsidR="006D1F8F" w:rsidRPr="006D1F8F" w:rsidRDefault="006D1F8F" w:rsidP="006D1F8F">
      <w:pPr>
        <w:spacing w:after="0" w:line="240"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а) солнце       б) шар      в) крахмал          4) карандаш</w:t>
      </w:r>
    </w:p>
    <w:p w:rsidR="006D1F8F" w:rsidRPr="006D1F8F" w:rsidRDefault="006D1F8F" w:rsidP="006D1F8F">
      <w:pPr>
        <w:spacing w:after="0" w:line="240" w:lineRule="auto"/>
        <w:rPr>
          <w:rFonts w:ascii="Times New Roman" w:eastAsia="Calibri" w:hAnsi="Times New Roman" w:cs="Times New Roman"/>
          <w:sz w:val="24"/>
          <w:szCs w:val="24"/>
          <w:lang w:val="ru-RU"/>
        </w:rPr>
      </w:pPr>
      <w:r w:rsidRPr="006D1F8F">
        <w:rPr>
          <w:rFonts w:ascii="Times New Roman" w:eastAsia="Calibri" w:hAnsi="Times New Roman" w:cs="Times New Roman"/>
          <w:b/>
          <w:sz w:val="24"/>
          <w:szCs w:val="24"/>
          <w:lang w:val="ru-RU"/>
        </w:rPr>
        <w:t>6.Какое свойство воздуха указано неверно?</w:t>
      </w:r>
    </w:p>
    <w:p w:rsidR="006D1F8F" w:rsidRPr="006D1F8F" w:rsidRDefault="006D1F8F" w:rsidP="006D1F8F">
      <w:pPr>
        <w:spacing w:after="0" w:line="240"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а) прозрачен     б) серого цвета     в) не имеет запаха       г) бесцветен</w:t>
      </w:r>
    </w:p>
    <w:p w:rsidR="006D1F8F" w:rsidRPr="006D1F8F" w:rsidRDefault="006D1F8F" w:rsidP="006D1F8F">
      <w:pPr>
        <w:suppressAutoHyphens/>
        <w:spacing w:after="0" w:line="240" w:lineRule="auto"/>
        <w:rPr>
          <w:rFonts w:ascii="Times New Roman" w:eastAsia="SimSun" w:hAnsi="Times New Roman" w:cs="Times New Roman"/>
          <w:b/>
          <w:color w:val="00000A"/>
          <w:sz w:val="24"/>
          <w:szCs w:val="24"/>
          <w:lang w:val="ru-RU"/>
        </w:rPr>
      </w:pPr>
      <w:r w:rsidRPr="006D1F8F">
        <w:rPr>
          <w:rFonts w:ascii="Times New Roman" w:eastAsia="SimSun" w:hAnsi="Times New Roman" w:cs="Times New Roman"/>
          <w:b/>
          <w:color w:val="00000A"/>
          <w:sz w:val="24"/>
          <w:szCs w:val="24"/>
          <w:lang w:val="ru-RU"/>
        </w:rPr>
        <w:t>7. Почва - это . . .</w:t>
      </w:r>
    </w:p>
    <w:p w:rsidR="006D1F8F" w:rsidRPr="006D1F8F" w:rsidRDefault="006D1F8F" w:rsidP="006D1F8F">
      <w:pPr>
        <w:spacing w:after="0" w:line="240" w:lineRule="auto"/>
        <w:contextualSpacing/>
        <w:rPr>
          <w:rFonts w:ascii="Times New Roman" w:eastAsia="Times New Roman" w:hAnsi="Times New Roman" w:cs="Times New Roman"/>
          <w:sz w:val="24"/>
          <w:szCs w:val="24"/>
          <w:lang w:val="ru-RU"/>
        </w:rPr>
      </w:pPr>
      <w:r w:rsidRPr="006D1F8F">
        <w:rPr>
          <w:rFonts w:ascii="Times New Roman" w:eastAsia="Times New Roman" w:hAnsi="Times New Roman" w:cs="Times New Roman"/>
          <w:sz w:val="24"/>
          <w:szCs w:val="24"/>
          <w:lang w:val="ru-RU"/>
        </w:rPr>
        <w:t xml:space="preserve">а)перегной, песок и глина      б)недра земли      в)верхний плодородный слой земли  </w:t>
      </w:r>
    </w:p>
    <w:p w:rsidR="006D1F8F" w:rsidRPr="006D1F8F" w:rsidRDefault="006D1F8F" w:rsidP="006D1F8F">
      <w:pPr>
        <w:spacing w:after="0" w:line="240" w:lineRule="auto"/>
        <w:contextualSpacing/>
        <w:rPr>
          <w:rFonts w:ascii="Times New Roman" w:eastAsia="Times New Roman" w:hAnsi="Times New Roman" w:cs="Times New Roman"/>
          <w:sz w:val="24"/>
          <w:szCs w:val="24"/>
          <w:lang w:val="ru-RU"/>
        </w:rPr>
      </w:pPr>
      <w:r w:rsidRPr="006D1F8F">
        <w:rPr>
          <w:rFonts w:ascii="Times New Roman" w:eastAsia="Times New Roman" w:hAnsi="Times New Roman" w:cs="Times New Roman"/>
          <w:sz w:val="24"/>
          <w:szCs w:val="24"/>
          <w:lang w:val="ru-RU"/>
        </w:rPr>
        <w:t>г) другой ответ</w:t>
      </w:r>
    </w:p>
    <w:p w:rsidR="006D1F8F" w:rsidRPr="006D1F8F" w:rsidRDefault="006D1F8F" w:rsidP="006D1F8F">
      <w:pPr>
        <w:spacing w:after="0" w:line="240"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8</w:t>
      </w:r>
      <w:r w:rsidRPr="006D1F8F">
        <w:rPr>
          <w:rFonts w:ascii="Times New Roman" w:eastAsia="Calibri" w:hAnsi="Times New Roman" w:cs="Times New Roman"/>
          <w:sz w:val="24"/>
          <w:szCs w:val="24"/>
          <w:lang w:val="ru-RU"/>
        </w:rPr>
        <w:t>.</w:t>
      </w:r>
      <w:r w:rsidRPr="006D1F8F">
        <w:rPr>
          <w:rFonts w:ascii="Times New Roman" w:eastAsia="Calibri" w:hAnsi="Times New Roman" w:cs="Times New Roman"/>
          <w:b/>
          <w:sz w:val="24"/>
          <w:szCs w:val="24"/>
          <w:lang w:val="ru-RU"/>
        </w:rPr>
        <w:t>Какое полезное ископаемое используется как топливо?</w:t>
      </w:r>
    </w:p>
    <w:p w:rsidR="006D1F8F" w:rsidRPr="006D1F8F" w:rsidRDefault="006D1F8F" w:rsidP="006D1F8F">
      <w:pPr>
        <w:spacing w:after="0" w:line="240" w:lineRule="auto"/>
        <w:contextualSpacing/>
        <w:rPr>
          <w:rFonts w:ascii="Times New Roman" w:eastAsia="Times New Roman" w:hAnsi="Times New Roman" w:cs="Times New Roman"/>
          <w:sz w:val="24"/>
          <w:szCs w:val="24"/>
          <w:lang w:val="ru-RU"/>
        </w:rPr>
      </w:pPr>
      <w:r w:rsidRPr="006D1F8F">
        <w:rPr>
          <w:rFonts w:ascii="Times New Roman" w:eastAsia="Times New Roman" w:hAnsi="Times New Roman" w:cs="Times New Roman"/>
          <w:sz w:val="24"/>
          <w:szCs w:val="24"/>
          <w:lang w:val="ru-RU"/>
        </w:rPr>
        <w:t>а) глина        б) известняк         в) торф            г) гранит</w:t>
      </w:r>
    </w:p>
    <w:p w:rsidR="006D1F8F" w:rsidRPr="006D1F8F" w:rsidRDefault="006D1F8F" w:rsidP="006D1F8F">
      <w:pPr>
        <w:spacing w:after="0" w:line="240"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9</w:t>
      </w:r>
      <w:r w:rsidRPr="006D1F8F">
        <w:rPr>
          <w:rFonts w:ascii="Times New Roman" w:eastAsia="Calibri" w:hAnsi="Times New Roman" w:cs="Times New Roman"/>
          <w:b/>
          <w:sz w:val="24"/>
          <w:szCs w:val="24"/>
          <w:lang w:val="ru-RU"/>
        </w:rPr>
        <w:t>. Что помогает человеку сохранить полученную информацию</w:t>
      </w:r>
      <w:r w:rsidRPr="006D1F8F">
        <w:rPr>
          <w:rFonts w:ascii="Times New Roman" w:eastAsia="Calibri" w:hAnsi="Times New Roman" w:cs="Times New Roman"/>
          <w:sz w:val="24"/>
          <w:szCs w:val="24"/>
          <w:lang w:val="ru-RU"/>
        </w:rPr>
        <w:t>?</w:t>
      </w:r>
    </w:p>
    <w:p w:rsidR="006D1F8F" w:rsidRPr="006D1F8F" w:rsidRDefault="006D1F8F" w:rsidP="006D1F8F">
      <w:pPr>
        <w:spacing w:after="0" w:line="240"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а) восприятие        б) память               в) воображение    г) внутренний мир</w:t>
      </w:r>
    </w:p>
    <w:p w:rsidR="006D1F8F" w:rsidRPr="006D1F8F" w:rsidRDefault="006D1F8F" w:rsidP="006D1F8F">
      <w:pPr>
        <w:spacing w:after="0" w:line="240" w:lineRule="auto"/>
        <w:rPr>
          <w:rFonts w:ascii="Times New Roman" w:eastAsia="Calibri" w:hAnsi="Times New Roman" w:cs="Times New Roman"/>
          <w:sz w:val="24"/>
          <w:szCs w:val="24"/>
          <w:lang w:val="ru-RU"/>
        </w:rPr>
      </w:pPr>
      <w:r w:rsidRPr="006D1F8F">
        <w:rPr>
          <w:rFonts w:ascii="Times New Roman" w:eastAsia="Calibri" w:hAnsi="Times New Roman" w:cs="Times New Roman"/>
          <w:b/>
          <w:sz w:val="24"/>
          <w:szCs w:val="24"/>
          <w:lang w:val="ru-RU"/>
        </w:rPr>
        <w:t>10. Какое правило питания надо выполнять?</w:t>
      </w:r>
    </w:p>
    <w:p w:rsidR="006D1F8F" w:rsidRPr="006D1F8F" w:rsidRDefault="006D1F8F" w:rsidP="006D1F8F">
      <w:pPr>
        <w:spacing w:after="0" w:line="240" w:lineRule="auto"/>
        <w:ind w:left="180"/>
        <w:contextualSpacing/>
        <w:rPr>
          <w:rFonts w:ascii="Times New Roman" w:eastAsia="Times New Roman" w:hAnsi="Times New Roman" w:cs="Times New Roman"/>
          <w:sz w:val="24"/>
          <w:szCs w:val="24"/>
          <w:lang w:val="ru-RU"/>
        </w:rPr>
      </w:pPr>
      <w:r w:rsidRPr="006D1F8F">
        <w:rPr>
          <w:rFonts w:ascii="Times New Roman" w:eastAsia="Times New Roman" w:hAnsi="Times New Roman" w:cs="Times New Roman"/>
          <w:sz w:val="24"/>
          <w:szCs w:val="24"/>
          <w:lang w:val="ru-RU"/>
        </w:rPr>
        <w:t>а) есть разнообразную пищу        в) утром не завтракать</w:t>
      </w:r>
    </w:p>
    <w:p w:rsidR="006D1F8F" w:rsidRPr="006D1F8F" w:rsidRDefault="006D1F8F" w:rsidP="006D1F8F">
      <w:pPr>
        <w:spacing w:after="0" w:line="240" w:lineRule="auto"/>
        <w:ind w:left="180"/>
        <w:contextualSpacing/>
        <w:rPr>
          <w:rFonts w:ascii="Times New Roman" w:eastAsia="Times New Roman" w:hAnsi="Times New Roman" w:cs="Times New Roman"/>
          <w:sz w:val="24"/>
          <w:szCs w:val="24"/>
          <w:lang w:val="ru-RU"/>
        </w:rPr>
      </w:pPr>
      <w:r w:rsidRPr="006D1F8F">
        <w:rPr>
          <w:rFonts w:ascii="Times New Roman" w:eastAsia="Times New Roman" w:hAnsi="Times New Roman" w:cs="Times New Roman"/>
          <w:sz w:val="24"/>
          <w:szCs w:val="24"/>
          <w:lang w:val="ru-RU"/>
        </w:rPr>
        <w:t>б) есть очень горячую пищу         г) есть много жареного и соленого</w:t>
      </w:r>
    </w:p>
    <w:p w:rsidR="006D1F8F" w:rsidRPr="006D1F8F" w:rsidRDefault="006D1F8F" w:rsidP="006D1F8F">
      <w:pPr>
        <w:spacing w:after="0" w:line="240"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 xml:space="preserve">11.Распредели перечисленные слова в три колонки.  </w:t>
      </w:r>
      <w:r w:rsidRPr="006D1F8F">
        <w:rPr>
          <w:rFonts w:ascii="Times New Roman" w:eastAsia="Calibri" w:hAnsi="Times New Roman" w:cs="Times New Roman"/>
          <w:b/>
          <w:i/>
          <w:iCs/>
          <w:sz w:val="24"/>
          <w:szCs w:val="24"/>
          <w:lang w:val="ru-RU"/>
        </w:rPr>
        <w:t>Крахмал, соль, камень, снегопад, стакан, ураган</w:t>
      </w:r>
    </w:p>
    <w:p w:rsidR="006D1F8F" w:rsidRPr="006D1F8F" w:rsidRDefault="006D1F8F" w:rsidP="006D1F8F">
      <w:pPr>
        <w:spacing w:after="0" w:line="240" w:lineRule="auto"/>
        <w:rPr>
          <w:rFonts w:ascii="Times New Roman" w:eastAsia="Calibri" w:hAnsi="Times New Roman" w:cs="Times New Roman"/>
          <w:b/>
          <w:sz w:val="24"/>
          <w:szCs w:val="24"/>
          <w:lang w:val="ru-RU"/>
        </w:rPr>
      </w:pPr>
    </w:p>
    <w:tbl>
      <w:tblPr>
        <w:tblW w:w="7095" w:type="dxa"/>
        <w:tblCellMar>
          <w:top w:w="105" w:type="dxa"/>
          <w:left w:w="105" w:type="dxa"/>
          <w:bottom w:w="105" w:type="dxa"/>
          <w:right w:w="105" w:type="dxa"/>
        </w:tblCellMar>
        <w:tblLook w:val="00A0"/>
      </w:tblPr>
      <w:tblGrid>
        <w:gridCol w:w="2248"/>
        <w:gridCol w:w="2533"/>
        <w:gridCol w:w="2314"/>
      </w:tblGrid>
      <w:tr w:rsidR="006D1F8F" w:rsidRPr="006D1F8F" w:rsidTr="006D1F8F">
        <w:tc>
          <w:tcPr>
            <w:tcW w:w="2248" w:type="dxa"/>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6D1F8F" w:rsidRPr="006D1F8F" w:rsidRDefault="006D1F8F" w:rsidP="006D1F8F">
            <w:pPr>
              <w:spacing w:after="200" w:line="276" w:lineRule="auto"/>
              <w:rPr>
                <w:rFonts w:ascii="Times New Roman" w:eastAsia="Calibri" w:hAnsi="Times New Roman" w:cs="Times New Roman"/>
                <w:b/>
                <w:sz w:val="24"/>
                <w:szCs w:val="24"/>
              </w:rPr>
            </w:pPr>
            <w:r w:rsidRPr="006D1F8F">
              <w:rPr>
                <w:rFonts w:ascii="Times New Roman" w:eastAsia="Calibri" w:hAnsi="Times New Roman" w:cs="Times New Roman"/>
                <w:b/>
                <w:sz w:val="24"/>
                <w:szCs w:val="24"/>
              </w:rPr>
              <w:t>Тела</w:t>
            </w:r>
          </w:p>
        </w:tc>
        <w:tc>
          <w:tcPr>
            <w:tcW w:w="2533" w:type="dxa"/>
            <w:tcBorders>
              <w:top w:val="single" w:sz="6" w:space="0" w:color="000001"/>
              <w:left w:val="single" w:sz="4" w:space="0" w:color="auto"/>
              <w:bottom w:val="single" w:sz="6" w:space="0" w:color="000001"/>
              <w:right w:val="single" w:sz="4" w:space="0" w:color="auto"/>
            </w:tcBorders>
            <w:shd w:val="clear" w:color="auto" w:fill="FFFFFF"/>
            <w:tcMar>
              <w:top w:w="0" w:type="dxa"/>
              <w:left w:w="115" w:type="dxa"/>
              <w:bottom w:w="0" w:type="dxa"/>
              <w:right w:w="115" w:type="dxa"/>
            </w:tcMar>
            <w:hideMark/>
          </w:tcPr>
          <w:p w:rsidR="006D1F8F" w:rsidRPr="006D1F8F" w:rsidRDefault="006D1F8F" w:rsidP="006D1F8F">
            <w:pPr>
              <w:spacing w:after="200" w:line="276" w:lineRule="auto"/>
              <w:rPr>
                <w:rFonts w:ascii="Times New Roman" w:eastAsia="Calibri" w:hAnsi="Times New Roman" w:cs="Times New Roman"/>
                <w:b/>
                <w:sz w:val="24"/>
                <w:szCs w:val="24"/>
              </w:rPr>
            </w:pPr>
            <w:r w:rsidRPr="006D1F8F">
              <w:rPr>
                <w:rFonts w:ascii="Times New Roman" w:eastAsia="Calibri" w:hAnsi="Times New Roman" w:cs="Times New Roman"/>
                <w:b/>
                <w:sz w:val="24"/>
                <w:szCs w:val="24"/>
              </w:rPr>
              <w:t>Вещества</w:t>
            </w:r>
          </w:p>
        </w:tc>
        <w:tc>
          <w:tcPr>
            <w:tcW w:w="2314" w:type="dxa"/>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hideMark/>
          </w:tcPr>
          <w:p w:rsidR="006D1F8F" w:rsidRPr="006D1F8F" w:rsidRDefault="006D1F8F" w:rsidP="006D1F8F">
            <w:pPr>
              <w:spacing w:after="200" w:line="276" w:lineRule="auto"/>
              <w:rPr>
                <w:rFonts w:ascii="Times New Roman" w:eastAsia="Calibri" w:hAnsi="Times New Roman" w:cs="Times New Roman"/>
                <w:b/>
                <w:sz w:val="24"/>
                <w:szCs w:val="24"/>
              </w:rPr>
            </w:pPr>
            <w:r w:rsidRPr="006D1F8F">
              <w:rPr>
                <w:rFonts w:ascii="Times New Roman" w:eastAsia="Calibri" w:hAnsi="Times New Roman" w:cs="Times New Roman"/>
                <w:b/>
                <w:sz w:val="24"/>
                <w:szCs w:val="24"/>
              </w:rPr>
              <w:t>Явления природы</w:t>
            </w:r>
          </w:p>
        </w:tc>
      </w:tr>
    </w:tbl>
    <w:p w:rsidR="006D1F8F" w:rsidRPr="006D1F8F" w:rsidRDefault="006D1F8F" w:rsidP="006D1F8F">
      <w:pPr>
        <w:widowControl w:val="0"/>
        <w:tabs>
          <w:tab w:val="num" w:pos="723"/>
        </w:tabs>
        <w:autoSpaceDE w:val="0"/>
        <w:autoSpaceDN w:val="0"/>
        <w:adjustRightInd w:val="0"/>
        <w:spacing w:after="0" w:line="240" w:lineRule="auto"/>
        <w:rPr>
          <w:rFonts w:ascii="Times New Roman" w:eastAsia="Calibri" w:hAnsi="Times New Roman" w:cs="Times New Roman"/>
          <w:sz w:val="24"/>
          <w:szCs w:val="24"/>
          <w:lang w:val="ru-RU"/>
        </w:rPr>
      </w:pPr>
      <w:r w:rsidRPr="006D1F8F">
        <w:rPr>
          <w:rFonts w:ascii="Times New Roman" w:eastAsia="Calibri" w:hAnsi="Times New Roman" w:cs="Times New Roman"/>
          <w:b/>
          <w:sz w:val="24"/>
          <w:szCs w:val="24"/>
          <w:lang w:val="ru-RU"/>
        </w:rPr>
        <w:t>12</w:t>
      </w:r>
      <w:r w:rsidRPr="006D1F8F">
        <w:rPr>
          <w:rFonts w:ascii="Times New Roman" w:eastAsia="Calibri" w:hAnsi="Times New Roman" w:cs="Times New Roman"/>
          <w:sz w:val="24"/>
          <w:szCs w:val="24"/>
          <w:lang w:val="ru-RU"/>
        </w:rPr>
        <w:t xml:space="preserve">. </w:t>
      </w:r>
      <w:r w:rsidRPr="006D1F8F">
        <w:rPr>
          <w:rFonts w:ascii="Times New Roman" w:eastAsia="Calibri" w:hAnsi="Times New Roman" w:cs="Times New Roman"/>
          <w:b/>
          <w:sz w:val="24"/>
          <w:szCs w:val="24"/>
          <w:lang w:val="ru-RU"/>
        </w:rPr>
        <w:t>Какого человека можно назвать другом?</w:t>
      </w:r>
      <w:r w:rsidRPr="006D1F8F">
        <w:rPr>
          <w:rFonts w:ascii="Times New Roman" w:eastAsia="Calibri" w:hAnsi="Times New Roman" w:cs="Times New Roman"/>
          <w:sz w:val="24"/>
          <w:szCs w:val="24"/>
          <w:lang w:val="ru-RU"/>
        </w:rPr>
        <w:t xml:space="preserve">  Объясни,  почему важно,  чтобы</w:t>
      </w:r>
    </w:p>
    <w:p w:rsidR="006D1F8F" w:rsidRPr="006D1F8F" w:rsidRDefault="006D1F8F" w:rsidP="006D1F8F">
      <w:pPr>
        <w:widowControl w:val="0"/>
        <w:overflowPunct w:val="0"/>
        <w:autoSpaceDE w:val="0"/>
        <w:autoSpaceDN w:val="0"/>
        <w:adjustRightInd w:val="0"/>
        <w:spacing w:after="0" w:line="240" w:lineRule="auto"/>
        <w:ind w:left="743"/>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у человека были надёжные друзья. ( 3-4 предложения)</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Ответ  _______________________________.</w:t>
      </w:r>
    </w:p>
    <w:p w:rsidR="006D1F8F" w:rsidRPr="006D1F8F" w:rsidRDefault="006D1F8F" w:rsidP="006D1F8F">
      <w:pPr>
        <w:shd w:val="clear" w:color="auto" w:fill="FFFFFF"/>
        <w:spacing w:after="24" w:line="250" w:lineRule="atLeast"/>
        <w:contextualSpacing/>
        <w:jc w:val="both"/>
        <w:rPr>
          <w:rFonts w:ascii="Times New Roman" w:eastAsia="Times New Roman" w:hAnsi="Times New Roman" w:cs="Times New Roman"/>
          <w:color w:val="333333"/>
          <w:sz w:val="24"/>
          <w:szCs w:val="24"/>
          <w:lang w:val="ru-RU"/>
        </w:rPr>
      </w:pPr>
      <w:r w:rsidRPr="006D1F8F">
        <w:rPr>
          <w:rFonts w:ascii="Times New Roman" w:eastAsia="Times New Roman" w:hAnsi="Times New Roman" w:cs="Times New Roman"/>
          <w:b/>
          <w:color w:val="333333"/>
          <w:sz w:val="24"/>
          <w:szCs w:val="24"/>
          <w:lang w:val="ru-RU"/>
        </w:rPr>
        <w:t>13.Прочитай объявление на двери зоомагазина</w:t>
      </w:r>
      <w:r w:rsidRPr="006D1F8F">
        <w:rPr>
          <w:rFonts w:ascii="Times New Roman" w:eastAsia="Times New Roman" w:hAnsi="Times New Roman" w:cs="Times New Roman"/>
          <w:color w:val="333333"/>
          <w:sz w:val="24"/>
          <w:szCs w:val="24"/>
          <w:lang w:val="ru-RU"/>
        </w:rPr>
        <w:t>. Сможет ли Маша купить в этом магазине корм для своей кошки, если придёт в магазин в восемь часов вечера в четверг? (да или нет, выбери нужное) Объясни свой ответ.</w:t>
      </w:r>
    </w:p>
    <w:p w:rsidR="006D1F8F" w:rsidRPr="006D1F8F" w:rsidRDefault="006D1F8F" w:rsidP="006D1F8F">
      <w:pPr>
        <w:spacing w:after="200" w:line="276" w:lineRule="auto"/>
        <w:rPr>
          <w:rFonts w:ascii="Times New Roman" w:eastAsia="Calibri" w:hAnsi="Times New Roman" w:cs="Times New Roman"/>
          <w:sz w:val="24"/>
          <w:szCs w:val="24"/>
        </w:rPr>
      </w:pPr>
      <w:r w:rsidRPr="006D1F8F">
        <w:rPr>
          <w:rFonts w:ascii="Times New Roman" w:eastAsia="Calibri" w:hAnsi="Times New Roman" w:cs="Times New Roman"/>
          <w:noProof/>
          <w:sz w:val="24"/>
          <w:szCs w:val="24"/>
          <w:lang w:val="ru-RU" w:eastAsia="ru-RU"/>
        </w:rPr>
        <w:drawing>
          <wp:inline distT="0" distB="0" distL="0" distR="0">
            <wp:extent cx="1262380" cy="1687195"/>
            <wp:effectExtent l="0" t="0" r="0" b="8255"/>
            <wp:docPr id="95" name="Рисунок 95" descr="http://185.12.29.196:8083/media/A05AC6DB183395C642599100EC96F483/xs3qstsrc491691D1B140A0C44EF413E621B2260F_2_1435754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185.12.29.196:8083/media/A05AC6DB183395C642599100EC96F483/xs3qstsrc491691D1B140A0C44EF413E621B2260F_2_1435754570.jpg"/>
                    <pic:cNvPicPr>
                      <a:picLocks noChangeAspect="1" noChangeArrowheads="1"/>
                    </pic:cNvPicPr>
                  </pic:nvPicPr>
                  <pic:blipFill>
                    <a:blip r:embed="rId2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2380" cy="1687195"/>
                    </a:xfrm>
                    <a:prstGeom prst="rect">
                      <a:avLst/>
                    </a:prstGeom>
                    <a:noFill/>
                    <a:ln>
                      <a:noFill/>
                    </a:ln>
                  </pic:spPr>
                </pic:pic>
              </a:graphicData>
            </a:graphic>
          </wp:inline>
        </w:drawing>
      </w:r>
    </w:p>
    <w:p w:rsidR="006D1F8F" w:rsidRPr="006D1F8F" w:rsidRDefault="006D1F8F" w:rsidP="006D1F8F">
      <w:pPr>
        <w:spacing w:after="200" w:line="276" w:lineRule="auto"/>
        <w:contextualSpacing/>
        <w:rPr>
          <w:rFonts w:ascii="Times New Roman" w:eastAsia="Times New Roman" w:hAnsi="Times New Roman" w:cs="Times New Roman"/>
          <w:b/>
          <w:sz w:val="24"/>
          <w:szCs w:val="24"/>
          <w:lang w:val="ru-RU"/>
        </w:rPr>
      </w:pPr>
      <w:r w:rsidRPr="006D1F8F">
        <w:rPr>
          <w:rFonts w:ascii="Times New Roman" w:eastAsia="Times New Roman" w:hAnsi="Times New Roman" w:cs="Times New Roman"/>
          <w:b/>
          <w:sz w:val="24"/>
          <w:szCs w:val="24"/>
          <w:lang w:val="ru-RU"/>
        </w:rPr>
        <w:t>14. Соедини стрелками состояние воды.</w:t>
      </w:r>
    </w:p>
    <w:p w:rsidR="006D1F8F" w:rsidRPr="006D1F8F" w:rsidRDefault="006D1F8F" w:rsidP="006D1F8F">
      <w:pPr>
        <w:spacing w:after="0" w:line="240"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 xml:space="preserve">1.Твёрдое               </w:t>
      </w:r>
      <w:r w:rsidRPr="006D1F8F">
        <w:rPr>
          <w:rFonts w:ascii="Times New Roman" w:eastAsia="Calibri" w:hAnsi="Times New Roman" w:cs="Times New Roman"/>
          <w:sz w:val="24"/>
          <w:szCs w:val="24"/>
          <w:lang w:val="ru-RU"/>
        </w:rPr>
        <w:tab/>
      </w:r>
      <w:r w:rsidRPr="006D1F8F">
        <w:rPr>
          <w:rFonts w:ascii="Times New Roman" w:eastAsia="Calibri" w:hAnsi="Times New Roman" w:cs="Times New Roman"/>
          <w:sz w:val="24"/>
          <w:szCs w:val="24"/>
          <w:lang w:val="ru-RU"/>
        </w:rPr>
        <w:tab/>
      </w:r>
      <w:r w:rsidRPr="006D1F8F">
        <w:rPr>
          <w:rFonts w:ascii="Times New Roman" w:eastAsia="Calibri" w:hAnsi="Times New Roman" w:cs="Times New Roman"/>
          <w:sz w:val="24"/>
          <w:szCs w:val="24"/>
          <w:lang w:val="ru-RU"/>
        </w:rPr>
        <w:tab/>
        <w:t xml:space="preserve">А.При температуре 100 градусов </w:t>
      </w:r>
    </w:p>
    <w:p w:rsidR="006D1F8F" w:rsidRPr="006D1F8F" w:rsidRDefault="006D1F8F" w:rsidP="006D1F8F">
      <w:pPr>
        <w:spacing w:after="0" w:line="240"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2.Газообразное</w:t>
      </w:r>
      <w:r w:rsidRPr="006D1F8F">
        <w:rPr>
          <w:rFonts w:ascii="Times New Roman" w:eastAsia="Calibri" w:hAnsi="Times New Roman" w:cs="Times New Roman"/>
          <w:sz w:val="24"/>
          <w:szCs w:val="24"/>
          <w:lang w:val="ru-RU"/>
        </w:rPr>
        <w:tab/>
      </w:r>
      <w:r w:rsidRPr="006D1F8F">
        <w:rPr>
          <w:rFonts w:ascii="Times New Roman" w:eastAsia="Calibri" w:hAnsi="Times New Roman" w:cs="Times New Roman"/>
          <w:sz w:val="24"/>
          <w:szCs w:val="24"/>
          <w:lang w:val="ru-RU"/>
        </w:rPr>
        <w:tab/>
      </w:r>
      <w:r w:rsidRPr="006D1F8F">
        <w:rPr>
          <w:rFonts w:ascii="Times New Roman" w:eastAsia="Calibri" w:hAnsi="Times New Roman" w:cs="Times New Roman"/>
          <w:sz w:val="24"/>
          <w:szCs w:val="24"/>
          <w:lang w:val="ru-RU"/>
        </w:rPr>
        <w:tab/>
        <w:t>В.При температуре 0 градусов и ниже</w:t>
      </w:r>
    </w:p>
    <w:p w:rsidR="006D1F8F" w:rsidRPr="006D1F8F" w:rsidRDefault="006D1F8F" w:rsidP="006D1F8F">
      <w:pPr>
        <w:spacing w:after="0" w:line="240"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 xml:space="preserve">3.Жидкое </w:t>
      </w:r>
      <w:r w:rsidRPr="006D1F8F">
        <w:rPr>
          <w:rFonts w:ascii="Times New Roman" w:eastAsia="Calibri" w:hAnsi="Times New Roman" w:cs="Times New Roman"/>
          <w:sz w:val="24"/>
          <w:szCs w:val="24"/>
          <w:lang w:val="ru-RU"/>
        </w:rPr>
        <w:tab/>
      </w:r>
      <w:r w:rsidRPr="006D1F8F">
        <w:rPr>
          <w:rFonts w:ascii="Times New Roman" w:eastAsia="Calibri" w:hAnsi="Times New Roman" w:cs="Times New Roman"/>
          <w:sz w:val="24"/>
          <w:szCs w:val="24"/>
          <w:lang w:val="ru-RU"/>
        </w:rPr>
        <w:tab/>
      </w:r>
      <w:r w:rsidRPr="006D1F8F">
        <w:rPr>
          <w:rFonts w:ascii="Times New Roman" w:eastAsia="Calibri" w:hAnsi="Times New Roman" w:cs="Times New Roman"/>
          <w:sz w:val="24"/>
          <w:szCs w:val="24"/>
          <w:lang w:val="ru-RU"/>
        </w:rPr>
        <w:tab/>
      </w:r>
      <w:r w:rsidRPr="006D1F8F">
        <w:rPr>
          <w:rFonts w:ascii="Times New Roman" w:eastAsia="Calibri" w:hAnsi="Times New Roman" w:cs="Times New Roman"/>
          <w:sz w:val="24"/>
          <w:szCs w:val="24"/>
          <w:lang w:val="ru-RU"/>
        </w:rPr>
        <w:tab/>
        <w:t xml:space="preserve">С.При температуре  выше 0 градусов     </w:t>
      </w:r>
    </w:p>
    <w:p w:rsidR="006D1F8F" w:rsidRPr="006D1F8F" w:rsidRDefault="006D1F8F" w:rsidP="006D1F8F">
      <w:pPr>
        <w:spacing w:after="200" w:line="276" w:lineRule="auto"/>
        <w:rPr>
          <w:rFonts w:ascii="Times New Roman" w:eastAsia="Calibri" w:hAnsi="Times New Roman" w:cs="Times New Roman"/>
          <w:b/>
          <w:noProof/>
          <w:sz w:val="24"/>
          <w:szCs w:val="24"/>
          <w:lang w:val="ru-RU"/>
        </w:rPr>
      </w:pPr>
      <w:r w:rsidRPr="006D1F8F">
        <w:rPr>
          <w:rFonts w:ascii="Times New Roman" w:eastAsia="Calibri" w:hAnsi="Times New Roman" w:cs="Times New Roman"/>
          <w:b/>
          <w:noProof/>
          <w:sz w:val="24"/>
          <w:szCs w:val="24"/>
          <w:lang w:val="ru-RU"/>
        </w:rPr>
        <w:t>15. Определи какие страны – соседи России обозначены на карте номерами, напиши  название стран</w:t>
      </w:r>
    </w:p>
    <w:p w:rsidR="006D1F8F" w:rsidRPr="006D1F8F" w:rsidRDefault="006D1F8F" w:rsidP="006D1F8F">
      <w:pPr>
        <w:spacing w:after="20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noProof/>
          <w:sz w:val="24"/>
          <w:szCs w:val="24"/>
          <w:lang w:val="ru-RU" w:eastAsia="ru-RU"/>
        </w:rPr>
        <w:drawing>
          <wp:inline distT="0" distB="0" distL="0" distR="0">
            <wp:extent cx="3425825" cy="2047875"/>
            <wp:effectExtent l="0" t="0" r="3175" b="9525"/>
            <wp:docPr id="39559" name="Рисунок 39559" descr="св-во о собст-ти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в-во о собст-ти2071"/>
                    <pic:cNvPicPr>
                      <a:picLocks noChangeAspect="1" noChangeArrowheads="1"/>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5825" cy="2047875"/>
                    </a:xfrm>
                    <a:prstGeom prst="rect">
                      <a:avLst/>
                    </a:prstGeom>
                    <a:noFill/>
                    <a:ln>
                      <a:noFill/>
                    </a:ln>
                  </pic:spPr>
                </pic:pic>
              </a:graphicData>
            </a:graphic>
          </wp:inline>
        </w:drawing>
      </w:r>
    </w:p>
    <w:p w:rsidR="006D1F8F" w:rsidRPr="006D1F8F" w:rsidRDefault="006D1F8F" w:rsidP="006D1F8F">
      <w:pPr>
        <w:spacing w:after="200" w:line="276" w:lineRule="auto"/>
        <w:rPr>
          <w:rFonts w:ascii="Times New Roman" w:eastAsia="Calibri" w:hAnsi="Times New Roman" w:cs="Times New Roman"/>
          <w:sz w:val="24"/>
          <w:szCs w:val="24"/>
          <w:lang w:val="ru-RU"/>
        </w:rPr>
      </w:pPr>
    </w:p>
    <w:p w:rsidR="006D1F8F" w:rsidRPr="006D1F8F" w:rsidRDefault="006D1F8F" w:rsidP="006D1F8F">
      <w:pPr>
        <w:spacing w:after="200" w:line="276" w:lineRule="auto"/>
        <w:jc w:val="center"/>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2 вариант</w:t>
      </w:r>
    </w:p>
    <w:p w:rsidR="006D1F8F" w:rsidRPr="006D1F8F" w:rsidRDefault="006D1F8F" w:rsidP="006D1F8F">
      <w:pPr>
        <w:spacing w:after="0" w:line="240"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1. Что не относится к признакам живых организмов?</w:t>
      </w:r>
    </w:p>
    <w:p w:rsidR="006D1F8F" w:rsidRPr="006D1F8F" w:rsidRDefault="006D1F8F" w:rsidP="006D1F8F">
      <w:pPr>
        <w:spacing w:after="0" w:line="240" w:lineRule="auto"/>
        <w:ind w:left="360"/>
        <w:contextualSpacing/>
        <w:rPr>
          <w:rFonts w:ascii="Times New Roman" w:eastAsia="Times New Roman" w:hAnsi="Times New Roman" w:cs="Times New Roman"/>
          <w:sz w:val="24"/>
          <w:szCs w:val="24"/>
          <w:lang w:val="ru-RU"/>
        </w:rPr>
      </w:pPr>
      <w:r w:rsidRPr="006D1F8F">
        <w:rPr>
          <w:rFonts w:ascii="Times New Roman" w:eastAsia="Times New Roman" w:hAnsi="Times New Roman" w:cs="Times New Roman"/>
          <w:sz w:val="24"/>
          <w:szCs w:val="24"/>
          <w:lang w:val="ru-RU"/>
        </w:rPr>
        <w:t>а)  размножение       б) течение       в) дыхание          г) питание</w:t>
      </w:r>
    </w:p>
    <w:p w:rsidR="006D1F8F" w:rsidRPr="006D1F8F" w:rsidRDefault="006D1F8F" w:rsidP="006D1F8F">
      <w:pPr>
        <w:spacing w:after="0" w:line="240"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2. Кто является возбудителем инфекционных болезней?</w:t>
      </w:r>
    </w:p>
    <w:p w:rsidR="006D1F8F" w:rsidRPr="006D1F8F" w:rsidRDefault="006D1F8F" w:rsidP="006D1F8F">
      <w:pPr>
        <w:spacing w:after="0" w:line="240" w:lineRule="auto"/>
        <w:ind w:left="360"/>
        <w:contextualSpacing/>
        <w:rPr>
          <w:rFonts w:ascii="Times New Roman" w:eastAsia="Times New Roman" w:hAnsi="Times New Roman" w:cs="Times New Roman"/>
          <w:sz w:val="24"/>
          <w:szCs w:val="24"/>
          <w:lang w:val="ru-RU"/>
        </w:rPr>
      </w:pPr>
      <w:r w:rsidRPr="006D1F8F">
        <w:rPr>
          <w:rFonts w:ascii="Times New Roman" w:eastAsia="Times New Roman" w:hAnsi="Times New Roman" w:cs="Times New Roman"/>
          <w:sz w:val="24"/>
          <w:szCs w:val="24"/>
          <w:lang w:val="ru-RU"/>
        </w:rPr>
        <w:t>а) бактерии и вирусы    б) заболевшие люди    в) животные     г) ядовитые растения</w:t>
      </w:r>
    </w:p>
    <w:p w:rsidR="006D1F8F" w:rsidRPr="006D1F8F" w:rsidRDefault="006D1F8F" w:rsidP="006D1F8F">
      <w:pPr>
        <w:shd w:val="clear" w:color="auto" w:fill="FFFFFF"/>
        <w:suppressAutoHyphens/>
        <w:spacing w:after="0" w:line="240" w:lineRule="auto"/>
        <w:rPr>
          <w:rFonts w:ascii="Times New Roman" w:eastAsia="SimSun" w:hAnsi="Times New Roman" w:cs="Times New Roman"/>
          <w:b/>
          <w:color w:val="00000A"/>
          <w:sz w:val="24"/>
          <w:szCs w:val="24"/>
          <w:lang w:val="ru-RU"/>
        </w:rPr>
      </w:pPr>
      <w:r w:rsidRPr="006D1F8F">
        <w:rPr>
          <w:rFonts w:ascii="Times New Roman" w:eastAsia="SimSun" w:hAnsi="Times New Roman" w:cs="Times New Roman"/>
          <w:b/>
          <w:color w:val="00000A"/>
          <w:sz w:val="24"/>
          <w:szCs w:val="24"/>
          <w:lang w:val="ru-RU"/>
        </w:rPr>
        <w:t xml:space="preserve">3. </w:t>
      </w:r>
      <w:r w:rsidRPr="006D1F8F">
        <w:rPr>
          <w:rFonts w:ascii="Times New Roman" w:eastAsia="SimSun" w:hAnsi="Times New Roman" w:cs="Times New Roman"/>
          <w:b/>
          <w:color w:val="000000"/>
          <w:w w:val="106"/>
          <w:kern w:val="3276"/>
          <w:sz w:val="24"/>
          <w:szCs w:val="24"/>
          <w:lang w:val="ru-RU"/>
        </w:rPr>
        <w:t>Прибор для определения сторон горизонта называется</w:t>
      </w:r>
    </w:p>
    <w:p w:rsidR="006D1F8F" w:rsidRPr="006D1F8F" w:rsidRDefault="006D1F8F" w:rsidP="006D1F8F">
      <w:pPr>
        <w:spacing w:after="0" w:line="240" w:lineRule="auto"/>
        <w:contextualSpacing/>
        <w:rPr>
          <w:rFonts w:ascii="Times New Roman" w:eastAsia="Times New Roman" w:hAnsi="Times New Roman" w:cs="Times New Roman"/>
          <w:sz w:val="24"/>
          <w:szCs w:val="24"/>
          <w:lang w:val="ru-RU"/>
        </w:rPr>
      </w:pPr>
      <w:r w:rsidRPr="006D1F8F">
        <w:rPr>
          <w:rFonts w:ascii="Times New Roman" w:eastAsia="Times New Roman" w:hAnsi="Times New Roman" w:cs="Times New Roman"/>
          <w:color w:val="000000"/>
          <w:w w:val="106"/>
          <w:kern w:val="3276"/>
          <w:sz w:val="24"/>
          <w:szCs w:val="24"/>
          <w:lang w:val="ru-RU"/>
        </w:rPr>
        <w:t xml:space="preserve"> а) термометр   б) компасв) барометр    </w:t>
      </w:r>
      <w:r w:rsidRPr="006D1F8F">
        <w:rPr>
          <w:rFonts w:ascii="Times New Roman" w:eastAsia="Times New Roman" w:hAnsi="Times New Roman" w:cs="Times New Roman"/>
          <w:sz w:val="24"/>
          <w:szCs w:val="24"/>
          <w:lang w:val="ru-RU"/>
        </w:rPr>
        <w:t xml:space="preserve"> г) другой ответ       </w:t>
      </w:r>
    </w:p>
    <w:p w:rsidR="006D1F8F" w:rsidRPr="006D1F8F" w:rsidRDefault="006D1F8F" w:rsidP="006D1F8F">
      <w:pPr>
        <w:spacing w:after="0" w:line="240"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4</w:t>
      </w:r>
      <w:r w:rsidRPr="006D1F8F">
        <w:rPr>
          <w:rFonts w:ascii="Times New Roman" w:eastAsia="Calibri" w:hAnsi="Times New Roman" w:cs="Times New Roman"/>
          <w:sz w:val="24"/>
          <w:szCs w:val="24"/>
          <w:lang w:val="ru-RU"/>
        </w:rPr>
        <w:t xml:space="preserve">. </w:t>
      </w:r>
      <w:r w:rsidRPr="006D1F8F">
        <w:rPr>
          <w:rFonts w:ascii="Times New Roman" w:eastAsia="Calibri" w:hAnsi="Times New Roman" w:cs="Times New Roman"/>
          <w:b/>
          <w:sz w:val="24"/>
          <w:szCs w:val="24"/>
          <w:lang w:val="ru-RU"/>
        </w:rPr>
        <w:t>Как называются деньги, которые тратятся из бюджета?</w:t>
      </w:r>
    </w:p>
    <w:p w:rsidR="006D1F8F" w:rsidRPr="006D1F8F" w:rsidRDefault="006D1F8F" w:rsidP="006D1F8F">
      <w:pPr>
        <w:spacing w:after="0" w:line="240" w:lineRule="auto"/>
        <w:ind w:left="360"/>
        <w:contextualSpacing/>
        <w:rPr>
          <w:rFonts w:ascii="Times New Roman" w:eastAsia="Times New Roman" w:hAnsi="Times New Roman" w:cs="Times New Roman"/>
          <w:sz w:val="24"/>
          <w:szCs w:val="24"/>
          <w:lang w:val="ru-RU"/>
        </w:rPr>
      </w:pPr>
      <w:r w:rsidRPr="006D1F8F">
        <w:rPr>
          <w:rFonts w:ascii="Times New Roman" w:eastAsia="Times New Roman" w:hAnsi="Times New Roman" w:cs="Times New Roman"/>
          <w:sz w:val="24"/>
          <w:szCs w:val="24"/>
          <w:lang w:val="ru-RU"/>
        </w:rPr>
        <w:t>а) план бюджета    б) доходы    в) налоги     г) расходы</w:t>
      </w:r>
    </w:p>
    <w:p w:rsidR="006D1F8F" w:rsidRPr="006D1F8F" w:rsidRDefault="006D1F8F" w:rsidP="006D1F8F">
      <w:pPr>
        <w:spacing w:after="0" w:line="240"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5.   Что относится к веществам?</w:t>
      </w:r>
    </w:p>
    <w:p w:rsidR="006D1F8F" w:rsidRPr="006D1F8F" w:rsidRDefault="006D1F8F" w:rsidP="006D1F8F">
      <w:pPr>
        <w:spacing w:after="0" w:line="240"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а) кирпич    б) сахар    в) шар      4) стакан</w:t>
      </w:r>
    </w:p>
    <w:p w:rsidR="006D1F8F" w:rsidRPr="006D1F8F" w:rsidRDefault="006D1F8F" w:rsidP="006D1F8F">
      <w:pPr>
        <w:spacing w:after="0" w:line="240"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6. Какое свойство воды  указано неверно?</w:t>
      </w:r>
    </w:p>
    <w:p w:rsidR="006D1F8F" w:rsidRPr="006D1F8F" w:rsidRDefault="006D1F8F" w:rsidP="006D1F8F">
      <w:pPr>
        <w:spacing w:after="0" w:line="240"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а) при нагревании сжимается    б) прозрачная     в) бесцветная      г) не имеет запаха</w:t>
      </w:r>
    </w:p>
    <w:p w:rsidR="006D1F8F" w:rsidRPr="006D1F8F" w:rsidRDefault="006D1F8F" w:rsidP="006D1F8F">
      <w:pPr>
        <w:suppressAutoHyphens/>
        <w:spacing w:after="0" w:line="240" w:lineRule="auto"/>
        <w:rPr>
          <w:rFonts w:ascii="Times New Roman" w:eastAsia="SimSun" w:hAnsi="Times New Roman" w:cs="Times New Roman"/>
          <w:b/>
          <w:color w:val="00000A"/>
          <w:sz w:val="24"/>
          <w:szCs w:val="24"/>
          <w:lang w:val="ru-RU"/>
        </w:rPr>
      </w:pPr>
      <w:r w:rsidRPr="006D1F8F">
        <w:rPr>
          <w:rFonts w:ascii="Times New Roman" w:eastAsia="SimSun" w:hAnsi="Times New Roman" w:cs="Times New Roman"/>
          <w:b/>
          <w:color w:val="00000A"/>
          <w:sz w:val="24"/>
          <w:szCs w:val="24"/>
          <w:lang w:val="ru-RU"/>
        </w:rPr>
        <w:t>7. Почва - это . . .</w:t>
      </w:r>
    </w:p>
    <w:p w:rsidR="006D1F8F" w:rsidRPr="006D1F8F" w:rsidRDefault="006D1F8F" w:rsidP="006D1F8F">
      <w:pPr>
        <w:spacing w:after="0" w:line="240" w:lineRule="auto"/>
        <w:contextualSpacing/>
        <w:rPr>
          <w:rFonts w:ascii="Times New Roman" w:eastAsia="Times New Roman" w:hAnsi="Times New Roman" w:cs="Times New Roman"/>
          <w:sz w:val="24"/>
          <w:szCs w:val="24"/>
          <w:lang w:val="ru-RU"/>
        </w:rPr>
      </w:pPr>
      <w:r w:rsidRPr="006D1F8F">
        <w:rPr>
          <w:rFonts w:ascii="Times New Roman" w:eastAsia="Times New Roman" w:hAnsi="Times New Roman" w:cs="Times New Roman"/>
          <w:sz w:val="24"/>
          <w:szCs w:val="24"/>
          <w:lang w:val="ru-RU"/>
        </w:rPr>
        <w:t xml:space="preserve">а)верхний плодородный слой земли    б)недра земли    в)перегной, песок и глина </w:t>
      </w:r>
    </w:p>
    <w:p w:rsidR="006D1F8F" w:rsidRPr="006D1F8F" w:rsidRDefault="006D1F8F" w:rsidP="006D1F8F">
      <w:pPr>
        <w:spacing w:after="0" w:line="240" w:lineRule="auto"/>
        <w:contextualSpacing/>
        <w:rPr>
          <w:rFonts w:ascii="Times New Roman" w:eastAsia="Times New Roman" w:hAnsi="Times New Roman" w:cs="Times New Roman"/>
          <w:sz w:val="24"/>
          <w:szCs w:val="24"/>
          <w:lang w:val="ru-RU"/>
        </w:rPr>
      </w:pPr>
      <w:r w:rsidRPr="006D1F8F">
        <w:rPr>
          <w:rFonts w:ascii="Times New Roman" w:eastAsia="Times New Roman" w:hAnsi="Times New Roman" w:cs="Times New Roman"/>
          <w:sz w:val="24"/>
          <w:szCs w:val="24"/>
          <w:lang w:val="ru-RU"/>
        </w:rPr>
        <w:t>г) другой ответ</w:t>
      </w:r>
    </w:p>
    <w:p w:rsidR="006D1F8F" w:rsidRPr="006D1F8F" w:rsidRDefault="006D1F8F" w:rsidP="006D1F8F">
      <w:pPr>
        <w:spacing w:after="0" w:line="240"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8. Какое полезное ископаемое используется как топливо?</w:t>
      </w:r>
    </w:p>
    <w:p w:rsidR="006D1F8F" w:rsidRPr="006D1F8F" w:rsidRDefault="006D1F8F" w:rsidP="006D1F8F">
      <w:pPr>
        <w:spacing w:after="0" w:line="240" w:lineRule="auto"/>
        <w:ind w:left="360"/>
        <w:contextualSpacing/>
        <w:rPr>
          <w:rFonts w:ascii="Times New Roman" w:eastAsia="Times New Roman" w:hAnsi="Times New Roman" w:cs="Times New Roman"/>
          <w:sz w:val="24"/>
          <w:szCs w:val="24"/>
          <w:lang w:val="ru-RU"/>
        </w:rPr>
      </w:pPr>
      <w:r w:rsidRPr="006D1F8F">
        <w:rPr>
          <w:rFonts w:ascii="Times New Roman" w:eastAsia="Times New Roman" w:hAnsi="Times New Roman" w:cs="Times New Roman"/>
          <w:sz w:val="24"/>
          <w:szCs w:val="24"/>
          <w:lang w:val="ru-RU"/>
        </w:rPr>
        <w:t>а) известняк     б) природный  газ      в) глина          г) гранит</w:t>
      </w:r>
    </w:p>
    <w:p w:rsidR="006D1F8F" w:rsidRPr="006D1F8F" w:rsidRDefault="006D1F8F" w:rsidP="006D1F8F">
      <w:pPr>
        <w:spacing w:after="0" w:line="240"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9. Что относится к характеристике семьи?</w:t>
      </w:r>
    </w:p>
    <w:p w:rsidR="006D1F8F" w:rsidRPr="006D1F8F" w:rsidRDefault="006D1F8F" w:rsidP="006D1F8F">
      <w:pPr>
        <w:spacing w:after="0" w:line="240" w:lineRule="auto"/>
        <w:contextualSpacing/>
        <w:rPr>
          <w:rFonts w:ascii="Times New Roman" w:eastAsia="Times New Roman" w:hAnsi="Times New Roman" w:cs="Times New Roman"/>
          <w:sz w:val="24"/>
          <w:szCs w:val="24"/>
          <w:lang w:val="ru-RU"/>
        </w:rPr>
      </w:pPr>
      <w:r w:rsidRPr="006D1F8F">
        <w:rPr>
          <w:rFonts w:ascii="Times New Roman" w:eastAsia="Times New Roman" w:hAnsi="Times New Roman" w:cs="Times New Roman"/>
          <w:sz w:val="24"/>
          <w:szCs w:val="24"/>
          <w:lang w:val="ru-RU"/>
        </w:rPr>
        <w:t>а) совместное хозяйство    б) родной  язык     в) государственные символы       г) праздники</w:t>
      </w:r>
    </w:p>
    <w:p w:rsidR="006D1F8F" w:rsidRPr="006D1F8F" w:rsidRDefault="006D1F8F" w:rsidP="006D1F8F">
      <w:pPr>
        <w:spacing w:after="0" w:line="240"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10. До какого возраста запрещено ездить на велосипеде по дорогам ?</w:t>
      </w:r>
    </w:p>
    <w:p w:rsidR="006D1F8F" w:rsidRPr="006D1F8F" w:rsidRDefault="006D1F8F" w:rsidP="006D1F8F">
      <w:pPr>
        <w:spacing w:after="0" w:line="240" w:lineRule="auto"/>
        <w:ind w:left="180"/>
        <w:contextualSpacing/>
        <w:rPr>
          <w:rFonts w:ascii="Times New Roman" w:eastAsia="Times New Roman" w:hAnsi="Times New Roman" w:cs="Times New Roman"/>
          <w:b/>
          <w:sz w:val="24"/>
          <w:szCs w:val="24"/>
          <w:lang w:val="ru-RU"/>
        </w:rPr>
      </w:pPr>
      <w:r w:rsidRPr="006D1F8F">
        <w:rPr>
          <w:rFonts w:ascii="Times New Roman" w:eastAsia="Times New Roman" w:hAnsi="Times New Roman" w:cs="Times New Roman"/>
          <w:sz w:val="24"/>
          <w:szCs w:val="24"/>
          <w:lang w:val="ru-RU"/>
        </w:rPr>
        <w:t>а) до 10 лет     б) до 12 лет        в) до 14 лет         г) до 18 лет</w:t>
      </w:r>
    </w:p>
    <w:p w:rsidR="006D1F8F" w:rsidRPr="006D1F8F" w:rsidRDefault="006D1F8F" w:rsidP="006D1F8F">
      <w:pPr>
        <w:spacing w:after="0" w:line="240" w:lineRule="auto"/>
        <w:rPr>
          <w:rFonts w:ascii="Times New Roman" w:eastAsia="Calibri" w:hAnsi="Times New Roman" w:cs="Times New Roman"/>
          <w:sz w:val="24"/>
          <w:szCs w:val="24"/>
          <w:lang w:val="ru-RU"/>
        </w:rPr>
      </w:pPr>
      <w:r w:rsidRPr="006D1F8F">
        <w:rPr>
          <w:rFonts w:ascii="Times New Roman" w:eastAsia="Calibri" w:hAnsi="Times New Roman" w:cs="Times New Roman"/>
          <w:b/>
          <w:sz w:val="24"/>
          <w:szCs w:val="24"/>
          <w:lang w:val="ru-RU"/>
        </w:rPr>
        <w:t>11. Распредели перечисленные слова в три колонки.</w:t>
      </w:r>
      <w:r w:rsidRPr="006D1F8F">
        <w:rPr>
          <w:rFonts w:ascii="Times New Roman" w:eastAsia="Calibri" w:hAnsi="Times New Roman" w:cs="Times New Roman"/>
          <w:b/>
          <w:i/>
          <w:iCs/>
          <w:sz w:val="24"/>
          <w:szCs w:val="24"/>
          <w:lang w:val="ru-RU"/>
        </w:rPr>
        <w:t>Сахар, ураган, солонка, резина, дождь, мяч.</w:t>
      </w:r>
    </w:p>
    <w:p w:rsidR="006D1F8F" w:rsidRPr="006D1F8F" w:rsidRDefault="006D1F8F" w:rsidP="006D1F8F">
      <w:pPr>
        <w:spacing w:after="0" w:line="240" w:lineRule="auto"/>
        <w:rPr>
          <w:rFonts w:ascii="Times New Roman" w:eastAsia="Calibri" w:hAnsi="Times New Roman" w:cs="Times New Roman"/>
          <w:sz w:val="24"/>
          <w:szCs w:val="24"/>
          <w:lang w:val="ru-RU"/>
        </w:rPr>
      </w:pPr>
    </w:p>
    <w:tbl>
      <w:tblPr>
        <w:tblW w:w="7095" w:type="dxa"/>
        <w:tblCellMar>
          <w:top w:w="105" w:type="dxa"/>
          <w:left w:w="105" w:type="dxa"/>
          <w:bottom w:w="105" w:type="dxa"/>
          <w:right w:w="105" w:type="dxa"/>
        </w:tblCellMar>
        <w:tblLook w:val="00A0"/>
      </w:tblPr>
      <w:tblGrid>
        <w:gridCol w:w="2248"/>
        <w:gridCol w:w="2533"/>
        <w:gridCol w:w="2314"/>
      </w:tblGrid>
      <w:tr w:rsidR="006D1F8F" w:rsidRPr="006D1F8F" w:rsidTr="006D1F8F">
        <w:tc>
          <w:tcPr>
            <w:tcW w:w="2248" w:type="dxa"/>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6D1F8F" w:rsidRPr="006D1F8F" w:rsidRDefault="006D1F8F" w:rsidP="006D1F8F">
            <w:pPr>
              <w:spacing w:after="200" w:line="276" w:lineRule="auto"/>
              <w:rPr>
                <w:rFonts w:ascii="Times New Roman" w:eastAsia="Calibri" w:hAnsi="Times New Roman" w:cs="Times New Roman"/>
                <w:b/>
                <w:sz w:val="24"/>
                <w:szCs w:val="24"/>
              </w:rPr>
            </w:pPr>
            <w:r w:rsidRPr="006D1F8F">
              <w:rPr>
                <w:rFonts w:ascii="Times New Roman" w:eastAsia="Calibri" w:hAnsi="Times New Roman" w:cs="Times New Roman"/>
                <w:b/>
                <w:sz w:val="24"/>
                <w:szCs w:val="24"/>
              </w:rPr>
              <w:t>Тела</w:t>
            </w:r>
          </w:p>
        </w:tc>
        <w:tc>
          <w:tcPr>
            <w:tcW w:w="2533" w:type="dxa"/>
            <w:tcBorders>
              <w:top w:val="single" w:sz="6" w:space="0" w:color="000001"/>
              <w:left w:val="single" w:sz="4" w:space="0" w:color="auto"/>
              <w:bottom w:val="single" w:sz="6" w:space="0" w:color="000001"/>
              <w:right w:val="single" w:sz="4" w:space="0" w:color="auto"/>
            </w:tcBorders>
            <w:shd w:val="clear" w:color="auto" w:fill="FFFFFF"/>
            <w:tcMar>
              <w:top w:w="0" w:type="dxa"/>
              <w:left w:w="115" w:type="dxa"/>
              <w:bottom w:w="0" w:type="dxa"/>
              <w:right w:w="115" w:type="dxa"/>
            </w:tcMar>
            <w:hideMark/>
          </w:tcPr>
          <w:p w:rsidR="006D1F8F" w:rsidRPr="006D1F8F" w:rsidRDefault="006D1F8F" w:rsidP="006D1F8F">
            <w:pPr>
              <w:spacing w:after="200" w:line="276" w:lineRule="auto"/>
              <w:rPr>
                <w:rFonts w:ascii="Times New Roman" w:eastAsia="Calibri" w:hAnsi="Times New Roman" w:cs="Times New Roman"/>
                <w:b/>
                <w:sz w:val="24"/>
                <w:szCs w:val="24"/>
              </w:rPr>
            </w:pPr>
            <w:r w:rsidRPr="006D1F8F">
              <w:rPr>
                <w:rFonts w:ascii="Times New Roman" w:eastAsia="Calibri" w:hAnsi="Times New Roman" w:cs="Times New Roman"/>
                <w:b/>
                <w:sz w:val="24"/>
                <w:szCs w:val="24"/>
              </w:rPr>
              <w:t>Вещества</w:t>
            </w:r>
          </w:p>
        </w:tc>
        <w:tc>
          <w:tcPr>
            <w:tcW w:w="2314" w:type="dxa"/>
            <w:tcBorders>
              <w:top w:val="single" w:sz="6" w:space="0" w:color="000001"/>
              <w:left w:val="single" w:sz="4" w:space="0" w:color="auto"/>
              <w:bottom w:val="single" w:sz="6" w:space="0" w:color="000001"/>
              <w:right w:val="single" w:sz="6" w:space="0" w:color="000001"/>
            </w:tcBorders>
            <w:shd w:val="clear" w:color="auto" w:fill="FFFFFF"/>
            <w:tcMar>
              <w:top w:w="0" w:type="dxa"/>
              <w:left w:w="115" w:type="dxa"/>
              <w:bottom w:w="0" w:type="dxa"/>
              <w:right w:w="115" w:type="dxa"/>
            </w:tcMar>
            <w:hideMark/>
          </w:tcPr>
          <w:p w:rsidR="006D1F8F" w:rsidRPr="006D1F8F" w:rsidRDefault="006D1F8F" w:rsidP="006D1F8F">
            <w:pPr>
              <w:spacing w:after="200" w:line="276" w:lineRule="auto"/>
              <w:rPr>
                <w:rFonts w:ascii="Times New Roman" w:eastAsia="Calibri" w:hAnsi="Times New Roman" w:cs="Times New Roman"/>
                <w:b/>
                <w:sz w:val="24"/>
                <w:szCs w:val="24"/>
              </w:rPr>
            </w:pPr>
            <w:r w:rsidRPr="006D1F8F">
              <w:rPr>
                <w:rFonts w:ascii="Times New Roman" w:eastAsia="Calibri" w:hAnsi="Times New Roman" w:cs="Times New Roman"/>
                <w:b/>
                <w:sz w:val="24"/>
                <w:szCs w:val="24"/>
              </w:rPr>
              <w:t>Явления природы</w:t>
            </w:r>
          </w:p>
        </w:tc>
      </w:tr>
    </w:tbl>
    <w:p w:rsidR="006D1F8F" w:rsidRPr="006D1F8F" w:rsidRDefault="006D1F8F" w:rsidP="006D1F8F">
      <w:pPr>
        <w:widowControl w:val="0"/>
        <w:tabs>
          <w:tab w:val="num" w:pos="723"/>
        </w:tabs>
        <w:autoSpaceDE w:val="0"/>
        <w:autoSpaceDN w:val="0"/>
        <w:adjustRightInd w:val="0"/>
        <w:spacing w:after="0" w:line="240" w:lineRule="auto"/>
        <w:rPr>
          <w:rFonts w:ascii="Times New Roman" w:eastAsia="Calibri" w:hAnsi="Times New Roman" w:cs="Times New Roman"/>
          <w:b/>
          <w:sz w:val="24"/>
          <w:szCs w:val="24"/>
        </w:rPr>
      </w:pPr>
    </w:p>
    <w:p w:rsidR="006D1F8F" w:rsidRPr="006D1F8F" w:rsidRDefault="006D1F8F" w:rsidP="006D1F8F">
      <w:pPr>
        <w:widowControl w:val="0"/>
        <w:tabs>
          <w:tab w:val="num" w:pos="723"/>
        </w:tabs>
        <w:autoSpaceDE w:val="0"/>
        <w:autoSpaceDN w:val="0"/>
        <w:adjustRightInd w:val="0"/>
        <w:spacing w:after="0" w:line="240" w:lineRule="auto"/>
        <w:rPr>
          <w:rFonts w:ascii="Times New Roman" w:eastAsia="Calibri" w:hAnsi="Times New Roman" w:cs="Times New Roman"/>
          <w:sz w:val="24"/>
          <w:szCs w:val="24"/>
          <w:lang w:val="ru-RU"/>
        </w:rPr>
      </w:pPr>
      <w:r w:rsidRPr="006D1F8F">
        <w:rPr>
          <w:rFonts w:ascii="Times New Roman" w:eastAsia="Calibri" w:hAnsi="Times New Roman" w:cs="Times New Roman"/>
          <w:b/>
          <w:sz w:val="24"/>
          <w:szCs w:val="24"/>
          <w:lang w:val="ru-RU"/>
        </w:rPr>
        <w:t>12. Какого человека называют  честным?</w:t>
      </w:r>
      <w:r w:rsidRPr="006D1F8F">
        <w:rPr>
          <w:rFonts w:ascii="Times New Roman" w:eastAsia="Calibri" w:hAnsi="Times New Roman" w:cs="Times New Roman"/>
          <w:sz w:val="24"/>
          <w:szCs w:val="24"/>
          <w:lang w:val="ru-RU"/>
        </w:rPr>
        <w:t xml:space="preserve">  Объясни,  почему важно,  быть честным</w:t>
      </w:r>
    </w:p>
    <w:p w:rsidR="006D1F8F" w:rsidRPr="006D1F8F" w:rsidRDefault="006D1F8F" w:rsidP="006D1F8F">
      <w:pPr>
        <w:widowControl w:val="0"/>
        <w:overflowPunct w:val="0"/>
        <w:autoSpaceDE w:val="0"/>
        <w:autoSpaceDN w:val="0"/>
        <w:adjustRightInd w:val="0"/>
        <w:spacing w:after="0" w:line="240"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человеком?  (3-4 предложения)</w:t>
      </w:r>
    </w:p>
    <w:p w:rsidR="006D1F8F" w:rsidRPr="006D1F8F" w:rsidRDefault="006D1F8F" w:rsidP="006D1F8F">
      <w:pPr>
        <w:spacing w:after="20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Ответ  _______________________________</w:t>
      </w:r>
    </w:p>
    <w:p w:rsidR="006D1F8F" w:rsidRPr="006D1F8F" w:rsidRDefault="006D1F8F" w:rsidP="006D1F8F">
      <w:pPr>
        <w:spacing w:after="20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b/>
          <w:sz w:val="24"/>
          <w:szCs w:val="24"/>
          <w:lang w:val="ru-RU"/>
        </w:rPr>
        <w:t>13</w:t>
      </w:r>
      <w:r w:rsidRPr="006D1F8F">
        <w:rPr>
          <w:rFonts w:ascii="Times New Roman" w:eastAsia="Calibri" w:hAnsi="Times New Roman" w:cs="Times New Roman"/>
          <w:sz w:val="24"/>
          <w:szCs w:val="24"/>
          <w:lang w:val="ru-RU"/>
        </w:rPr>
        <w:t>.</w:t>
      </w:r>
      <w:r w:rsidRPr="006D1F8F">
        <w:rPr>
          <w:rFonts w:ascii="Times New Roman" w:eastAsia="Calibri" w:hAnsi="Times New Roman" w:cs="Times New Roman"/>
          <w:b/>
          <w:color w:val="333333"/>
          <w:sz w:val="24"/>
          <w:szCs w:val="24"/>
          <w:lang w:val="ru-RU"/>
        </w:rPr>
        <w:t>Прочитай объявление на двери зоомагазина</w:t>
      </w:r>
      <w:r w:rsidRPr="006D1F8F">
        <w:rPr>
          <w:rFonts w:ascii="Times New Roman" w:eastAsia="Calibri" w:hAnsi="Times New Roman" w:cs="Times New Roman"/>
          <w:color w:val="333333"/>
          <w:sz w:val="24"/>
          <w:szCs w:val="24"/>
          <w:lang w:val="ru-RU"/>
        </w:rPr>
        <w:t>. Сможет ли Саша  купить в этом магазине корм для своей собаки, если придёт в магазин в пять  часов вечера в</w:t>
      </w:r>
      <w:r w:rsidRPr="006D1F8F">
        <w:rPr>
          <w:rFonts w:ascii="Times New Roman" w:eastAsia="Calibri" w:hAnsi="Times New Roman" w:cs="Times New Roman"/>
          <w:color w:val="333333"/>
          <w:sz w:val="24"/>
          <w:szCs w:val="24"/>
        </w:rPr>
        <w:t> </w:t>
      </w:r>
      <w:r w:rsidRPr="006D1F8F">
        <w:rPr>
          <w:rFonts w:ascii="Times New Roman" w:eastAsia="Calibri" w:hAnsi="Times New Roman" w:cs="Times New Roman"/>
          <w:color w:val="333333"/>
          <w:sz w:val="24"/>
          <w:szCs w:val="24"/>
          <w:lang w:val="ru-RU"/>
        </w:rPr>
        <w:t xml:space="preserve">субботу? </w:t>
      </w:r>
      <w:r w:rsidRPr="006D1F8F">
        <w:rPr>
          <w:rFonts w:ascii="Times New Roman" w:eastAsia="Calibri" w:hAnsi="Times New Roman" w:cs="Times New Roman"/>
          <w:color w:val="333333"/>
          <w:sz w:val="24"/>
          <w:szCs w:val="24"/>
        </w:rPr>
        <w:t>(да или нет, выбери нужное) Объясни свой ответ.</w:t>
      </w:r>
    </w:p>
    <w:p w:rsidR="006D1F8F" w:rsidRPr="006D1F8F" w:rsidRDefault="006D1F8F" w:rsidP="006D1F8F">
      <w:pPr>
        <w:shd w:val="clear" w:color="auto" w:fill="FFFFFF"/>
        <w:spacing w:after="24" w:line="250" w:lineRule="atLeast"/>
        <w:contextualSpacing/>
        <w:jc w:val="both"/>
        <w:rPr>
          <w:rFonts w:ascii="Times New Roman" w:eastAsia="Times New Roman" w:hAnsi="Times New Roman" w:cs="Times New Roman"/>
          <w:color w:val="333333"/>
          <w:sz w:val="24"/>
          <w:szCs w:val="24"/>
          <w:lang w:val="ru-RU"/>
        </w:rPr>
      </w:pPr>
    </w:p>
    <w:p w:rsidR="006D1F8F" w:rsidRPr="006D1F8F" w:rsidRDefault="006D1F8F" w:rsidP="006D1F8F">
      <w:pPr>
        <w:shd w:val="clear" w:color="auto" w:fill="FFFFFF"/>
        <w:spacing w:after="24" w:line="250" w:lineRule="atLeast"/>
        <w:contextualSpacing/>
        <w:jc w:val="both"/>
        <w:rPr>
          <w:rFonts w:ascii="Times New Roman" w:eastAsia="Times New Roman" w:hAnsi="Times New Roman" w:cs="Times New Roman"/>
          <w:color w:val="333333"/>
          <w:sz w:val="24"/>
          <w:szCs w:val="24"/>
          <w:lang w:val="ru-RU"/>
        </w:rPr>
      </w:pPr>
    </w:p>
    <w:p w:rsidR="006D1F8F" w:rsidRPr="006D1F8F" w:rsidRDefault="006D1F8F" w:rsidP="006D1F8F">
      <w:pPr>
        <w:shd w:val="clear" w:color="auto" w:fill="FFFFFF"/>
        <w:spacing w:after="24" w:line="250" w:lineRule="atLeast"/>
        <w:contextualSpacing/>
        <w:jc w:val="both"/>
        <w:rPr>
          <w:rFonts w:ascii="Times New Roman" w:eastAsia="Times New Roman" w:hAnsi="Times New Roman" w:cs="Times New Roman"/>
          <w:noProof/>
          <w:sz w:val="24"/>
          <w:szCs w:val="24"/>
          <w:lang w:val="ru-RU"/>
        </w:rPr>
      </w:pPr>
      <w:r w:rsidRPr="006D1F8F">
        <w:rPr>
          <w:rFonts w:ascii="Times New Roman" w:eastAsia="Times New Roman" w:hAnsi="Times New Roman" w:cs="Times New Roman"/>
          <w:noProof/>
          <w:sz w:val="24"/>
          <w:szCs w:val="24"/>
          <w:lang w:val="ru-RU" w:eastAsia="ru-RU"/>
        </w:rPr>
        <w:drawing>
          <wp:inline distT="0" distB="0" distL="0" distR="0">
            <wp:extent cx="1262380" cy="1687195"/>
            <wp:effectExtent l="0" t="0" r="0" b="8255"/>
            <wp:docPr id="39560" name="Рисунок 39560" descr="http://185.12.29.196:8083/media/A05AC6DB183395C642599100EC96F483/xs3qstsrc491691D1B140A0C44EF413E621B2260F_2_1435754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185.12.29.196:8083/media/A05AC6DB183395C642599100EC96F483/xs3qstsrc491691D1B140A0C44EF413E621B2260F_2_1435754570.jpg"/>
                    <pic:cNvPicPr>
                      <a:picLocks noChangeAspect="1" noChangeArrowheads="1"/>
                    </pic:cNvPicPr>
                  </pic:nvPicPr>
                  <pic:blipFill>
                    <a:blip r:embed="rId2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2380" cy="1687195"/>
                    </a:xfrm>
                    <a:prstGeom prst="rect">
                      <a:avLst/>
                    </a:prstGeom>
                    <a:noFill/>
                    <a:ln>
                      <a:noFill/>
                    </a:ln>
                  </pic:spPr>
                </pic:pic>
              </a:graphicData>
            </a:graphic>
          </wp:inline>
        </w:drawing>
      </w:r>
    </w:p>
    <w:p w:rsidR="006D1F8F" w:rsidRPr="006D1F8F" w:rsidRDefault="006D1F8F" w:rsidP="006D1F8F">
      <w:pPr>
        <w:shd w:val="clear" w:color="auto" w:fill="FFFFFF"/>
        <w:spacing w:after="24" w:line="250" w:lineRule="atLeast"/>
        <w:contextualSpacing/>
        <w:jc w:val="both"/>
        <w:rPr>
          <w:rFonts w:ascii="Times New Roman" w:eastAsia="Times New Roman" w:hAnsi="Times New Roman" w:cs="Times New Roman"/>
          <w:noProof/>
          <w:sz w:val="24"/>
          <w:szCs w:val="24"/>
          <w:lang w:val="ru-RU"/>
        </w:rPr>
      </w:pPr>
    </w:p>
    <w:p w:rsidR="006D1F8F" w:rsidRPr="006D1F8F" w:rsidRDefault="006D1F8F" w:rsidP="006D1F8F">
      <w:pPr>
        <w:spacing w:after="0" w:line="240" w:lineRule="auto"/>
        <w:rPr>
          <w:rFonts w:ascii="Times New Roman" w:eastAsia="Calibri" w:hAnsi="Times New Roman" w:cs="Times New Roman"/>
          <w:b/>
          <w:sz w:val="24"/>
          <w:szCs w:val="24"/>
          <w:lang w:val="ru-RU"/>
        </w:rPr>
      </w:pPr>
      <w:r w:rsidRPr="006D1F8F">
        <w:rPr>
          <w:rFonts w:ascii="Times New Roman" w:eastAsia="Calibri" w:hAnsi="Times New Roman" w:cs="Times New Roman"/>
          <w:b/>
          <w:noProof/>
          <w:sz w:val="24"/>
          <w:szCs w:val="24"/>
          <w:lang w:val="ru-RU"/>
        </w:rPr>
        <w:t>14.</w:t>
      </w:r>
      <w:r w:rsidRPr="006D1F8F">
        <w:rPr>
          <w:rFonts w:ascii="Times New Roman" w:eastAsia="Calibri" w:hAnsi="Times New Roman" w:cs="Times New Roman"/>
          <w:b/>
          <w:sz w:val="24"/>
          <w:szCs w:val="24"/>
          <w:lang w:val="ru-RU"/>
        </w:rPr>
        <w:t xml:space="preserve"> Соедини стрелками состояние воды.</w:t>
      </w:r>
    </w:p>
    <w:p w:rsidR="006D1F8F" w:rsidRPr="006D1F8F" w:rsidRDefault="006D1F8F" w:rsidP="006D1F8F">
      <w:pPr>
        <w:spacing w:after="0" w:line="240"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 xml:space="preserve">1.Твёрдое               </w:t>
      </w:r>
      <w:r w:rsidRPr="006D1F8F">
        <w:rPr>
          <w:rFonts w:ascii="Times New Roman" w:eastAsia="Calibri" w:hAnsi="Times New Roman" w:cs="Times New Roman"/>
          <w:sz w:val="24"/>
          <w:szCs w:val="24"/>
          <w:lang w:val="ru-RU"/>
        </w:rPr>
        <w:tab/>
      </w:r>
      <w:r w:rsidRPr="006D1F8F">
        <w:rPr>
          <w:rFonts w:ascii="Times New Roman" w:eastAsia="Calibri" w:hAnsi="Times New Roman" w:cs="Times New Roman"/>
          <w:sz w:val="24"/>
          <w:szCs w:val="24"/>
          <w:lang w:val="ru-RU"/>
        </w:rPr>
        <w:tab/>
      </w:r>
      <w:r w:rsidRPr="006D1F8F">
        <w:rPr>
          <w:rFonts w:ascii="Times New Roman" w:eastAsia="Calibri" w:hAnsi="Times New Roman" w:cs="Times New Roman"/>
          <w:sz w:val="24"/>
          <w:szCs w:val="24"/>
          <w:lang w:val="ru-RU"/>
        </w:rPr>
        <w:tab/>
        <w:t>А. При температуре 0 градусов и ниже</w:t>
      </w:r>
    </w:p>
    <w:p w:rsidR="006D1F8F" w:rsidRPr="006D1F8F" w:rsidRDefault="006D1F8F" w:rsidP="006D1F8F">
      <w:pPr>
        <w:spacing w:after="0" w:line="240"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2.Газообразное</w:t>
      </w:r>
      <w:r w:rsidRPr="006D1F8F">
        <w:rPr>
          <w:rFonts w:ascii="Times New Roman" w:eastAsia="Calibri" w:hAnsi="Times New Roman" w:cs="Times New Roman"/>
          <w:sz w:val="24"/>
          <w:szCs w:val="24"/>
          <w:lang w:val="ru-RU"/>
        </w:rPr>
        <w:tab/>
      </w:r>
      <w:r w:rsidRPr="006D1F8F">
        <w:rPr>
          <w:rFonts w:ascii="Times New Roman" w:eastAsia="Calibri" w:hAnsi="Times New Roman" w:cs="Times New Roman"/>
          <w:sz w:val="24"/>
          <w:szCs w:val="24"/>
          <w:lang w:val="ru-RU"/>
        </w:rPr>
        <w:tab/>
      </w:r>
      <w:r w:rsidRPr="006D1F8F">
        <w:rPr>
          <w:rFonts w:ascii="Times New Roman" w:eastAsia="Calibri" w:hAnsi="Times New Roman" w:cs="Times New Roman"/>
          <w:sz w:val="24"/>
          <w:szCs w:val="24"/>
          <w:lang w:val="ru-RU"/>
        </w:rPr>
        <w:tab/>
        <w:t>В. При температуре 100 градусов</w:t>
      </w:r>
    </w:p>
    <w:p w:rsidR="006D1F8F" w:rsidRPr="006D1F8F" w:rsidRDefault="006D1F8F" w:rsidP="006D1F8F">
      <w:pPr>
        <w:spacing w:after="0" w:line="240"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 xml:space="preserve">3.Жидкое </w:t>
      </w:r>
      <w:r w:rsidRPr="006D1F8F">
        <w:rPr>
          <w:rFonts w:ascii="Times New Roman" w:eastAsia="Calibri" w:hAnsi="Times New Roman" w:cs="Times New Roman"/>
          <w:sz w:val="24"/>
          <w:szCs w:val="24"/>
          <w:lang w:val="ru-RU"/>
        </w:rPr>
        <w:tab/>
      </w:r>
      <w:r w:rsidRPr="006D1F8F">
        <w:rPr>
          <w:rFonts w:ascii="Times New Roman" w:eastAsia="Calibri" w:hAnsi="Times New Roman" w:cs="Times New Roman"/>
          <w:sz w:val="24"/>
          <w:szCs w:val="24"/>
          <w:lang w:val="ru-RU"/>
        </w:rPr>
        <w:tab/>
      </w:r>
      <w:r w:rsidRPr="006D1F8F">
        <w:rPr>
          <w:rFonts w:ascii="Times New Roman" w:eastAsia="Calibri" w:hAnsi="Times New Roman" w:cs="Times New Roman"/>
          <w:sz w:val="24"/>
          <w:szCs w:val="24"/>
          <w:lang w:val="ru-RU"/>
        </w:rPr>
        <w:tab/>
      </w:r>
      <w:r w:rsidRPr="006D1F8F">
        <w:rPr>
          <w:rFonts w:ascii="Times New Roman" w:eastAsia="Calibri" w:hAnsi="Times New Roman" w:cs="Times New Roman"/>
          <w:sz w:val="24"/>
          <w:szCs w:val="24"/>
          <w:lang w:val="ru-RU"/>
        </w:rPr>
        <w:tab/>
        <w:t xml:space="preserve">С. При температуре  выше 0 градусов     </w:t>
      </w:r>
    </w:p>
    <w:p w:rsidR="006D1F8F" w:rsidRPr="006D1F8F" w:rsidRDefault="006D1F8F" w:rsidP="006D1F8F">
      <w:pPr>
        <w:spacing w:after="0" w:line="240" w:lineRule="auto"/>
        <w:rPr>
          <w:rFonts w:ascii="Times New Roman" w:eastAsia="Calibri" w:hAnsi="Times New Roman" w:cs="Times New Roman"/>
          <w:sz w:val="24"/>
          <w:szCs w:val="24"/>
          <w:lang w:val="ru-RU"/>
        </w:rPr>
      </w:pPr>
    </w:p>
    <w:p w:rsidR="006D1F8F" w:rsidRPr="006D1F8F" w:rsidRDefault="006D1F8F" w:rsidP="006D1F8F">
      <w:pPr>
        <w:spacing w:after="200" w:line="276" w:lineRule="auto"/>
        <w:rPr>
          <w:rFonts w:ascii="Times New Roman" w:eastAsia="Calibri" w:hAnsi="Times New Roman" w:cs="Times New Roman"/>
          <w:b/>
          <w:noProof/>
          <w:sz w:val="24"/>
          <w:szCs w:val="24"/>
          <w:lang w:val="ru-RU"/>
        </w:rPr>
      </w:pPr>
      <w:r w:rsidRPr="006D1F8F">
        <w:rPr>
          <w:rFonts w:ascii="Times New Roman" w:eastAsia="Calibri" w:hAnsi="Times New Roman" w:cs="Times New Roman"/>
          <w:b/>
          <w:noProof/>
          <w:sz w:val="24"/>
          <w:szCs w:val="24"/>
          <w:lang w:val="ru-RU"/>
        </w:rPr>
        <w:t>15</w:t>
      </w:r>
      <w:r w:rsidRPr="006D1F8F">
        <w:rPr>
          <w:rFonts w:ascii="Times New Roman" w:eastAsia="Calibri" w:hAnsi="Times New Roman" w:cs="Times New Roman"/>
          <w:noProof/>
          <w:sz w:val="24"/>
          <w:szCs w:val="24"/>
          <w:lang w:val="ru-RU"/>
        </w:rPr>
        <w:t xml:space="preserve">. </w:t>
      </w:r>
      <w:r w:rsidRPr="006D1F8F">
        <w:rPr>
          <w:rFonts w:ascii="Times New Roman" w:eastAsia="Calibri" w:hAnsi="Times New Roman" w:cs="Times New Roman"/>
          <w:b/>
          <w:noProof/>
          <w:sz w:val="24"/>
          <w:szCs w:val="24"/>
          <w:lang w:val="ru-RU"/>
        </w:rPr>
        <w:t>Определи какие страны – соседи России обозначены на карте номерами, напиши  название стран</w:t>
      </w:r>
    </w:p>
    <w:p w:rsidR="006D1F8F" w:rsidRPr="006D1F8F" w:rsidRDefault="006D1F8F" w:rsidP="006D1F8F">
      <w:pPr>
        <w:spacing w:after="200" w:line="276" w:lineRule="auto"/>
        <w:rPr>
          <w:rFonts w:ascii="Times New Roman" w:eastAsia="Calibri" w:hAnsi="Times New Roman" w:cs="Times New Roman"/>
          <w:noProof/>
          <w:sz w:val="24"/>
          <w:szCs w:val="24"/>
          <w:lang w:val="ru-RU"/>
        </w:rPr>
      </w:pPr>
      <w:r w:rsidRPr="006D1F8F">
        <w:rPr>
          <w:rFonts w:ascii="Times New Roman" w:eastAsia="Calibri" w:hAnsi="Times New Roman" w:cs="Times New Roman"/>
          <w:noProof/>
          <w:sz w:val="24"/>
          <w:szCs w:val="24"/>
          <w:lang w:val="ru-RU" w:eastAsia="ru-RU"/>
        </w:rPr>
        <w:drawing>
          <wp:inline distT="0" distB="0" distL="0" distR="0">
            <wp:extent cx="3425825" cy="2047875"/>
            <wp:effectExtent l="0" t="0" r="3175" b="9525"/>
            <wp:docPr id="39561" name="Рисунок 39561" descr="св-во о собст-ти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в-во о собст-ти2071"/>
                    <pic:cNvPicPr>
                      <a:picLocks noChangeAspect="1" noChangeArrowheads="1"/>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5825" cy="2047875"/>
                    </a:xfrm>
                    <a:prstGeom prst="rect">
                      <a:avLst/>
                    </a:prstGeom>
                    <a:noFill/>
                    <a:ln>
                      <a:noFill/>
                    </a:ln>
                  </pic:spPr>
                </pic:pic>
              </a:graphicData>
            </a:graphic>
          </wp:inline>
        </w:drawing>
      </w: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Результаты  выполнения  задания:</w:t>
      </w:r>
    </w:p>
    <w:p w:rsidR="006D1F8F" w:rsidRPr="006D1F8F" w:rsidRDefault="006D1F8F" w:rsidP="006D1F8F">
      <w:pPr>
        <w:spacing w:after="0" w:line="276" w:lineRule="auto"/>
        <w:rPr>
          <w:rFonts w:ascii="Times New Roman" w:eastAsia="Calibri" w:hAnsi="Times New Roman" w:cs="Times New Roman"/>
          <w:sz w:val="24"/>
          <w:szCs w:val="24"/>
          <w:lang w:val="ru-RU"/>
        </w:rPr>
      </w:pP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Оценка «5» - если ученик набрал 14-15 баллов</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 xml:space="preserve">Оценка «4»  - если ученик набрал 13-11 баллов </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Оценка «3»  - если ученик набрал 10-6 баллов</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 xml:space="preserve">Оценка «2» - если ученик набрал 0-5 балла </w:t>
      </w:r>
    </w:p>
    <w:p w:rsidR="006D1F8F" w:rsidRPr="006D1F8F" w:rsidRDefault="006D1F8F" w:rsidP="006D1F8F">
      <w:pPr>
        <w:spacing w:after="0" w:line="276" w:lineRule="auto"/>
        <w:rPr>
          <w:rFonts w:ascii="Times New Roman" w:eastAsia="Calibri" w:hAnsi="Times New Roman" w:cs="Times New Roman"/>
          <w:sz w:val="24"/>
          <w:szCs w:val="24"/>
          <w:lang w:val="ru-RU"/>
        </w:rPr>
      </w:pPr>
    </w:p>
    <w:p w:rsidR="006D1F8F" w:rsidRPr="006D1F8F" w:rsidRDefault="006D1F8F" w:rsidP="006D1F8F">
      <w:pPr>
        <w:spacing w:after="0" w:line="276" w:lineRule="auto"/>
        <w:jc w:val="center"/>
        <w:rPr>
          <w:rFonts w:ascii="Times New Roman" w:eastAsia="Calibri" w:hAnsi="Times New Roman" w:cs="Times New Roman"/>
          <w:b/>
          <w:sz w:val="24"/>
          <w:szCs w:val="24"/>
          <w:lang w:val="ru-RU"/>
        </w:rPr>
      </w:pPr>
      <w:r w:rsidRPr="006D1F8F">
        <w:rPr>
          <w:rFonts w:ascii="Times New Roman" w:eastAsia="Calibri" w:hAnsi="Times New Roman" w:cs="Times New Roman"/>
          <w:b/>
          <w:color w:val="000000"/>
          <w:sz w:val="24"/>
          <w:szCs w:val="24"/>
          <w:lang w:val="ru-RU"/>
        </w:rPr>
        <w:t>Промежуточная аттестация.</w:t>
      </w:r>
      <w:r w:rsidRPr="006D1F8F">
        <w:rPr>
          <w:rFonts w:ascii="Times New Roman" w:eastAsia="Calibri" w:hAnsi="Times New Roman" w:cs="Times New Roman"/>
          <w:b/>
          <w:sz w:val="24"/>
          <w:szCs w:val="24"/>
          <w:lang w:val="ru-RU"/>
        </w:rPr>
        <w:t xml:space="preserve"> Контрольная работа.</w:t>
      </w:r>
    </w:p>
    <w:p w:rsidR="006D1F8F" w:rsidRPr="006D1F8F" w:rsidRDefault="006D1F8F" w:rsidP="006D1F8F">
      <w:pPr>
        <w:spacing w:after="0" w:line="276" w:lineRule="auto"/>
        <w:jc w:val="center"/>
        <w:rPr>
          <w:rFonts w:ascii="Times New Roman" w:eastAsia="Calibri" w:hAnsi="Times New Roman" w:cs="Times New Roman"/>
          <w:b/>
          <w:sz w:val="24"/>
          <w:szCs w:val="24"/>
          <w:lang w:val="ru-RU"/>
        </w:rPr>
      </w:pPr>
    </w:p>
    <w:p w:rsidR="006D1F8F" w:rsidRPr="006D1F8F" w:rsidRDefault="006D1F8F" w:rsidP="006D1F8F">
      <w:pPr>
        <w:spacing w:after="0" w:line="276"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b/>
          <w:sz w:val="24"/>
          <w:szCs w:val="24"/>
          <w:lang w:val="ru-RU"/>
        </w:rPr>
        <w:t xml:space="preserve">Цель: </w:t>
      </w:r>
      <w:r w:rsidRPr="006D1F8F">
        <w:rPr>
          <w:rFonts w:ascii="Times New Roman" w:eastAsia="Calibri" w:hAnsi="Times New Roman" w:cs="Times New Roman"/>
          <w:sz w:val="24"/>
          <w:szCs w:val="24"/>
          <w:lang w:val="ru-RU"/>
        </w:rPr>
        <w:t>выявить и оценить уровень сформированности учебных умений воспринимать учебную задачу на уроках окружающего мира; контролировать и корректировать собственные действия  по ходу выполнения задания; использовать знания в новой нестандартной ситуации  по разделу «Человек и природа. Человек и общество».</w:t>
      </w:r>
    </w:p>
    <w:p w:rsidR="006D1F8F" w:rsidRPr="006D1F8F" w:rsidRDefault="006D1F8F" w:rsidP="006D1F8F">
      <w:pPr>
        <w:spacing w:after="0" w:line="276" w:lineRule="auto"/>
        <w:jc w:val="both"/>
        <w:rPr>
          <w:rFonts w:ascii="Times New Roman" w:eastAsia="Calibri" w:hAnsi="Times New Roman" w:cs="Times New Roman"/>
          <w:sz w:val="24"/>
          <w:szCs w:val="24"/>
          <w:lang w:val="ru-RU"/>
        </w:rPr>
      </w:pPr>
    </w:p>
    <w:p w:rsidR="006D1F8F" w:rsidRPr="006D1F8F" w:rsidRDefault="006D1F8F" w:rsidP="006D1F8F">
      <w:pPr>
        <w:spacing w:after="0" w:line="276" w:lineRule="auto"/>
        <w:jc w:val="center"/>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1 вариант</w:t>
      </w:r>
    </w:p>
    <w:p w:rsidR="006D1F8F" w:rsidRPr="006D1F8F" w:rsidRDefault="006D1F8F" w:rsidP="006D1F8F">
      <w:pPr>
        <w:spacing w:after="0" w:line="276" w:lineRule="auto"/>
        <w:rPr>
          <w:rFonts w:ascii="Times New Roman" w:eastAsia="Calibri" w:hAnsi="Times New Roman" w:cs="Times New Roman"/>
          <w:sz w:val="24"/>
          <w:szCs w:val="24"/>
          <w:lang w:val="ru-RU"/>
        </w:rPr>
      </w:pP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Прочитай вопросы, обведи правильные ответы или допиши предложения.</w:t>
      </w:r>
    </w:p>
    <w:p w:rsidR="006D1F8F" w:rsidRPr="006D1F8F" w:rsidRDefault="006D1F8F" w:rsidP="006D1F8F">
      <w:pPr>
        <w:spacing w:after="0" w:line="276" w:lineRule="auto"/>
        <w:rPr>
          <w:rFonts w:ascii="Times New Roman" w:eastAsia="Calibri" w:hAnsi="Times New Roman" w:cs="Times New Roman"/>
          <w:b/>
          <w:sz w:val="24"/>
          <w:szCs w:val="24"/>
          <w:lang w:val="ru-RU"/>
        </w:rPr>
      </w:pP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1. Каменным поясом земли Русской называют:</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а) Кавказские горы   б) Уральские горы   в) Саяны   г) Алтай</w:t>
      </w: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2. Какая река протекает по Восточно – Европейской равнине?</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а) Амур    а) Волга    в) Лена    г) Енисей</w:t>
      </w: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3.  В чем причина смены времен года?</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 xml:space="preserve">а) Земля вращается  вокруг   Солнца                      б) Земля вращается  вокруг   своей оси </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в)  Солнце и Луна сменяют друг друга                   г) в охлаждении и нагреве Земли</w:t>
      </w: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4. Какая наука изучает земную поверхность?</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а) биология       б) астрономия       в)  химия      г) география</w:t>
      </w: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5. Небольшие возвышения на равнинах – это:</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а) горы       б) овраги          в) холмы          г)  балки</w:t>
      </w: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6. Какое полезное ископаемое обладает плавкостью?</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 xml:space="preserve">а) глина        б) песок      в)  нефть         г) железная руда </w:t>
      </w: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7.  В каком ярусе растет орешник?</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а) кустарников     б) трав      в)  мхов         г) деревьев</w:t>
      </w: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8.  Где бывают пыльные бури?</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 xml:space="preserve">а) в лесной зоне  б)  в арктической пустыне    в)  в степи     г)   в тундре </w:t>
      </w: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9. Какое слово лишнее?</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а) коневодство   б) свиноводство     в)  птицеводство        г)   плодоводство</w:t>
      </w: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10. Какой овощ содержит фитонциды?</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а) чеснок      б)   огурец       в)   морковь         г)капуста</w:t>
      </w: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11. К какому веку относятся года?</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 xml:space="preserve"> 2012 -           1847 -              1735-                  1935 –</w:t>
      </w: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sz w:val="24"/>
          <w:szCs w:val="24"/>
          <w:lang w:val="ru-RU"/>
        </w:rPr>
        <w:t xml:space="preserve">12. </w:t>
      </w:r>
      <w:r w:rsidRPr="006D1F8F">
        <w:rPr>
          <w:rFonts w:ascii="Times New Roman" w:eastAsia="Calibri" w:hAnsi="Times New Roman" w:cs="Times New Roman"/>
          <w:b/>
          <w:sz w:val="24"/>
          <w:szCs w:val="24"/>
          <w:lang w:val="ru-RU"/>
        </w:rPr>
        <w:t>Распредели водоемы в таблицу: пруд, озеро,  океан, река, канал, море</w:t>
      </w:r>
    </w:p>
    <w:p w:rsidR="006D1F8F" w:rsidRPr="006D1F8F" w:rsidRDefault="006D1F8F" w:rsidP="006D1F8F">
      <w:pPr>
        <w:spacing w:after="0" w:line="276" w:lineRule="auto"/>
        <w:rPr>
          <w:rFonts w:ascii="Times New Roman" w:eastAsia="Calibri" w:hAnsi="Times New Roman" w:cs="Times New Roman"/>
          <w:b/>
          <w:sz w:val="24"/>
          <w:szCs w:val="24"/>
          <w:lang w:val="ru-RU"/>
        </w:rPr>
      </w:pPr>
    </w:p>
    <w:tbl>
      <w:tblPr>
        <w:tblStyle w:val="100"/>
        <w:tblW w:w="0" w:type="auto"/>
        <w:tblInd w:w="648" w:type="dxa"/>
        <w:tblLook w:val="01E0"/>
      </w:tblPr>
      <w:tblGrid>
        <w:gridCol w:w="4137"/>
        <w:gridCol w:w="3783"/>
      </w:tblGrid>
      <w:tr w:rsidR="006D1F8F" w:rsidRPr="006D1F8F" w:rsidTr="006D1F8F">
        <w:tc>
          <w:tcPr>
            <w:tcW w:w="4137"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line="276" w:lineRule="auto"/>
              <w:jc w:val="center"/>
              <w:rPr>
                <w:rFonts w:ascii="Times New Roman" w:hAnsi="Times New Roman" w:cs="Times New Roman"/>
                <w:sz w:val="24"/>
                <w:szCs w:val="24"/>
              </w:rPr>
            </w:pPr>
            <w:r w:rsidRPr="006D1F8F">
              <w:rPr>
                <w:rFonts w:ascii="Times New Roman" w:hAnsi="Times New Roman" w:cs="Times New Roman"/>
                <w:sz w:val="24"/>
                <w:szCs w:val="24"/>
              </w:rPr>
              <w:t>Искусственные водоемы</w:t>
            </w:r>
          </w:p>
        </w:tc>
        <w:tc>
          <w:tcPr>
            <w:tcW w:w="3783"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line="276" w:lineRule="auto"/>
              <w:jc w:val="center"/>
              <w:rPr>
                <w:rFonts w:ascii="Times New Roman" w:hAnsi="Times New Roman" w:cs="Times New Roman"/>
                <w:sz w:val="24"/>
                <w:szCs w:val="24"/>
              </w:rPr>
            </w:pPr>
            <w:r w:rsidRPr="006D1F8F">
              <w:rPr>
                <w:rFonts w:ascii="Times New Roman" w:hAnsi="Times New Roman" w:cs="Times New Roman"/>
                <w:sz w:val="24"/>
                <w:szCs w:val="24"/>
              </w:rPr>
              <w:t>Естественные   водоемы</w:t>
            </w:r>
          </w:p>
        </w:tc>
      </w:tr>
      <w:tr w:rsidR="006D1F8F" w:rsidRPr="006D1F8F" w:rsidTr="006D1F8F">
        <w:trPr>
          <w:trHeight w:val="807"/>
        </w:trPr>
        <w:tc>
          <w:tcPr>
            <w:tcW w:w="413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line="276" w:lineRule="auto"/>
              <w:rPr>
                <w:rFonts w:ascii="Times New Roman" w:hAnsi="Times New Roman" w:cs="Times New Roman"/>
                <w:sz w:val="24"/>
                <w:szCs w:val="24"/>
              </w:rPr>
            </w:pPr>
          </w:p>
        </w:tc>
        <w:tc>
          <w:tcPr>
            <w:tcW w:w="3783"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line="276" w:lineRule="auto"/>
              <w:rPr>
                <w:rFonts w:ascii="Times New Roman" w:hAnsi="Times New Roman" w:cs="Times New Roman"/>
                <w:sz w:val="24"/>
                <w:szCs w:val="24"/>
              </w:rPr>
            </w:pPr>
          </w:p>
        </w:tc>
      </w:tr>
    </w:tbl>
    <w:p w:rsidR="006D1F8F" w:rsidRPr="006D1F8F" w:rsidRDefault="006D1F8F" w:rsidP="006D1F8F">
      <w:pPr>
        <w:tabs>
          <w:tab w:val="left" w:pos="5985"/>
        </w:tabs>
        <w:spacing w:after="0" w:line="276" w:lineRule="auto"/>
        <w:rPr>
          <w:rFonts w:ascii="Times New Roman" w:eastAsia="Calibri" w:hAnsi="Times New Roman" w:cs="Times New Roman"/>
          <w:sz w:val="24"/>
          <w:szCs w:val="24"/>
        </w:rPr>
      </w:pPr>
      <w:r w:rsidRPr="006D1F8F">
        <w:rPr>
          <w:rFonts w:ascii="Times New Roman" w:eastAsia="Calibri" w:hAnsi="Times New Roman" w:cs="Times New Roman"/>
          <w:sz w:val="24"/>
          <w:szCs w:val="24"/>
        </w:rPr>
        <w:tab/>
      </w:r>
    </w:p>
    <w:p w:rsidR="006D1F8F" w:rsidRPr="006D1F8F" w:rsidRDefault="006D1F8F" w:rsidP="006D1F8F">
      <w:pPr>
        <w:tabs>
          <w:tab w:val="left" w:pos="5985"/>
        </w:tabs>
        <w:spacing w:after="0" w:line="276" w:lineRule="auto"/>
        <w:rPr>
          <w:rFonts w:ascii="Times New Roman" w:eastAsia="Calibri" w:hAnsi="Times New Roman" w:cs="Times New Roman"/>
          <w:sz w:val="24"/>
          <w:szCs w:val="24"/>
        </w:rPr>
      </w:pP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13. Перечисли природные зоны России с севера на юг.</w:t>
      </w:r>
    </w:p>
    <w:p w:rsidR="006D1F8F" w:rsidRPr="006D1F8F" w:rsidRDefault="006D1F8F" w:rsidP="006D1F8F">
      <w:pPr>
        <w:tabs>
          <w:tab w:val="left" w:pos="1440"/>
        </w:tabs>
        <w:spacing w:after="0" w:line="276" w:lineRule="auto"/>
        <w:jc w:val="both"/>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14. Рассмотри рисунки, прочитай текст и сравни описания песка и глины. На основании описаний укажи сходство и различие этих объектов.</w:t>
      </w:r>
    </w:p>
    <w:tbl>
      <w:tblPr>
        <w:tblW w:w="6488" w:type="dxa"/>
        <w:tblInd w:w="758" w:type="dxa"/>
        <w:tblLook w:val="00A0"/>
      </w:tblPr>
      <w:tblGrid>
        <w:gridCol w:w="3650"/>
        <w:gridCol w:w="2838"/>
      </w:tblGrid>
      <w:tr w:rsidR="006D1F8F" w:rsidRPr="006D1F8F" w:rsidTr="006D1F8F">
        <w:trPr>
          <w:trHeight w:val="1625"/>
        </w:trPr>
        <w:tc>
          <w:tcPr>
            <w:tcW w:w="3650" w:type="dxa"/>
            <w:shd w:val="clear" w:color="auto" w:fill="FFFFFF"/>
            <w:tcMar>
              <w:top w:w="38" w:type="dxa"/>
              <w:left w:w="38" w:type="dxa"/>
              <w:bottom w:w="38" w:type="dxa"/>
              <w:right w:w="38" w:type="dxa"/>
            </w:tcMar>
            <w:hideMark/>
          </w:tcPr>
          <w:p w:rsidR="006D1F8F" w:rsidRPr="006D1F8F" w:rsidRDefault="006D1F8F" w:rsidP="006D1F8F">
            <w:pPr>
              <w:spacing w:after="0" w:line="276" w:lineRule="auto"/>
              <w:rPr>
                <w:rFonts w:ascii="Times New Roman" w:eastAsia="Calibri" w:hAnsi="Times New Roman" w:cs="Times New Roman"/>
                <w:sz w:val="24"/>
                <w:szCs w:val="24"/>
              </w:rPr>
            </w:pPr>
            <w:r w:rsidRPr="006D1F8F">
              <w:rPr>
                <w:rFonts w:ascii="Times New Roman" w:eastAsia="Calibri" w:hAnsi="Times New Roman" w:cs="Times New Roman"/>
                <w:noProof/>
                <w:sz w:val="24"/>
                <w:szCs w:val="24"/>
                <w:lang w:val="ru-RU" w:eastAsia="ru-RU"/>
              </w:rPr>
              <w:drawing>
                <wp:inline distT="0" distB="0" distL="0" distR="0">
                  <wp:extent cx="2035175" cy="850265"/>
                  <wp:effectExtent l="0" t="0" r="3175" b="6985"/>
                  <wp:docPr id="39562" name="Рисунок 39562" descr="http://185.12.29.196:8083/media/D939F50D91E59B2B49326F995C152EA9/xs3qstsrc6FAC18E588F7B79B426750EFFD7F4362_2_143575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185.12.29.196:8083/media/D939F50D91E59B2B49326F995C152EA9/xs3qstsrc6FAC18E588F7B79B426750EFFD7F4362_2_1435753949.jpg"/>
                          <pic:cNvPicPr>
                            <a:picLocks noChangeAspect="1" noChangeArrowheads="1"/>
                          </pic:cNvPicPr>
                        </pic:nvPicPr>
                        <pic:blipFill>
                          <a:blip r:embed="rId2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5175" cy="850265"/>
                          </a:xfrm>
                          <a:prstGeom prst="rect">
                            <a:avLst/>
                          </a:prstGeom>
                          <a:noFill/>
                          <a:ln>
                            <a:noFill/>
                          </a:ln>
                        </pic:spPr>
                      </pic:pic>
                    </a:graphicData>
                  </a:graphic>
                </wp:inline>
              </w:drawing>
            </w:r>
          </w:p>
        </w:tc>
        <w:tc>
          <w:tcPr>
            <w:tcW w:w="0" w:type="auto"/>
            <w:shd w:val="clear" w:color="auto" w:fill="FFFFFF"/>
            <w:tcMar>
              <w:top w:w="38" w:type="dxa"/>
              <w:left w:w="38" w:type="dxa"/>
              <w:bottom w:w="38" w:type="dxa"/>
              <w:right w:w="38" w:type="dxa"/>
            </w:tcMar>
            <w:hideMark/>
          </w:tcPr>
          <w:p w:rsidR="006D1F8F" w:rsidRPr="006D1F8F" w:rsidRDefault="006D1F8F" w:rsidP="006D1F8F">
            <w:pPr>
              <w:spacing w:after="0" w:line="276" w:lineRule="auto"/>
              <w:rPr>
                <w:rFonts w:ascii="Times New Roman" w:eastAsia="Calibri" w:hAnsi="Times New Roman" w:cs="Times New Roman"/>
                <w:sz w:val="24"/>
                <w:szCs w:val="24"/>
              </w:rPr>
            </w:pPr>
            <w:r w:rsidRPr="006D1F8F">
              <w:rPr>
                <w:rFonts w:ascii="Times New Roman" w:eastAsia="Calibri" w:hAnsi="Times New Roman" w:cs="Times New Roman"/>
                <w:noProof/>
                <w:sz w:val="24"/>
                <w:szCs w:val="24"/>
                <w:lang w:val="ru-RU" w:eastAsia="ru-RU"/>
              </w:rPr>
              <w:drawing>
                <wp:inline distT="0" distB="0" distL="0" distR="0">
                  <wp:extent cx="1558290" cy="901700"/>
                  <wp:effectExtent l="0" t="0" r="3810" b="0"/>
                  <wp:docPr id="39563" name="Рисунок 39563" descr="http://185.12.29.196:8083/media/D939F50D91E59B2B49326F995C152EA9/xs3qstsrc6FAC18E588F7B79B426750EFFD7F4362_4_143575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185.12.29.196:8083/media/D939F50D91E59B2B49326F995C152EA9/xs3qstsrc6FAC18E588F7B79B426750EFFD7F4362_4_1435753949.jpg"/>
                          <pic:cNvPicPr>
                            <a:picLocks noChangeAspect="1" noChangeArrowheads="1"/>
                          </pic:cNvPicPr>
                        </pic:nvPicPr>
                        <pic:blipFill>
                          <a:blip r:embed="rId2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8290" cy="901700"/>
                          </a:xfrm>
                          <a:prstGeom prst="rect">
                            <a:avLst/>
                          </a:prstGeom>
                          <a:noFill/>
                          <a:ln>
                            <a:noFill/>
                          </a:ln>
                        </pic:spPr>
                      </pic:pic>
                    </a:graphicData>
                  </a:graphic>
                </wp:inline>
              </w:drawing>
            </w:r>
          </w:p>
        </w:tc>
      </w:tr>
    </w:tbl>
    <w:p w:rsidR="006D1F8F" w:rsidRPr="006D1F8F" w:rsidRDefault="006D1F8F" w:rsidP="006D1F8F">
      <w:pPr>
        <w:spacing w:after="0" w:line="276" w:lineRule="auto"/>
        <w:rPr>
          <w:rFonts w:ascii="Times New Roman" w:eastAsia="Calibri" w:hAnsi="Times New Roman" w:cs="Times New Roman"/>
          <w:sz w:val="24"/>
          <w:szCs w:val="24"/>
        </w:rPr>
      </w:pP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Песок —</w:t>
      </w:r>
      <w:r w:rsidRPr="006D1F8F">
        <w:rPr>
          <w:rFonts w:ascii="Times New Roman" w:eastAsia="Calibri" w:hAnsi="Times New Roman" w:cs="Times New Roman"/>
          <w:sz w:val="24"/>
          <w:szCs w:val="24"/>
        </w:rPr>
        <w:t> </w:t>
      </w:r>
      <w:r w:rsidRPr="006D1F8F">
        <w:rPr>
          <w:rFonts w:ascii="Times New Roman" w:eastAsia="Calibri" w:hAnsi="Times New Roman" w:cs="Times New Roman"/>
          <w:sz w:val="24"/>
          <w:szCs w:val="24"/>
          <w:lang w:val="ru-RU"/>
        </w:rPr>
        <w:t>осадочная горная порода, состоящая из мелких частиц —</w:t>
      </w:r>
      <w:r w:rsidRPr="006D1F8F">
        <w:rPr>
          <w:rFonts w:ascii="Times New Roman" w:eastAsia="Calibri" w:hAnsi="Times New Roman" w:cs="Times New Roman"/>
          <w:sz w:val="24"/>
          <w:szCs w:val="24"/>
        </w:rPr>
        <w:t>  </w:t>
      </w:r>
      <w:r w:rsidRPr="006D1F8F">
        <w:rPr>
          <w:rFonts w:ascii="Times New Roman" w:eastAsia="Calibri" w:hAnsi="Times New Roman" w:cs="Times New Roman"/>
          <w:sz w:val="24"/>
          <w:szCs w:val="24"/>
          <w:lang w:val="ru-RU"/>
        </w:rPr>
        <w:t>песчинок размером до 0,5 см. Песок сыпучий, хорошо пропускает воду. Используется в строительстве зданий, дорог,</w:t>
      </w:r>
      <w:r w:rsidRPr="006D1F8F">
        <w:rPr>
          <w:rFonts w:ascii="Times New Roman" w:eastAsia="Calibri" w:hAnsi="Times New Roman" w:cs="Times New Roman"/>
          <w:sz w:val="24"/>
          <w:szCs w:val="24"/>
        </w:rPr>
        <w:t> </w:t>
      </w:r>
      <w:r w:rsidRPr="006D1F8F">
        <w:rPr>
          <w:rFonts w:ascii="Times New Roman" w:eastAsia="Calibri" w:hAnsi="Times New Roman" w:cs="Times New Roman"/>
          <w:sz w:val="24"/>
          <w:szCs w:val="24"/>
          <w:lang w:val="ru-RU"/>
        </w:rPr>
        <w:t xml:space="preserve"> при производстве стекла.</w:t>
      </w:r>
    </w:p>
    <w:p w:rsidR="006D1F8F" w:rsidRPr="006D1F8F" w:rsidRDefault="006D1F8F" w:rsidP="006D1F8F">
      <w:pPr>
        <w:spacing w:after="0" w:line="276" w:lineRule="auto"/>
        <w:rPr>
          <w:rFonts w:ascii="Times New Roman" w:eastAsia="Calibri" w:hAnsi="Times New Roman" w:cs="Times New Roman"/>
          <w:sz w:val="24"/>
          <w:szCs w:val="24"/>
          <w:lang w:val="ru-RU"/>
        </w:rPr>
      </w:pP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Глина —</w:t>
      </w:r>
      <w:r w:rsidRPr="006D1F8F">
        <w:rPr>
          <w:rFonts w:ascii="Times New Roman" w:eastAsia="Calibri" w:hAnsi="Times New Roman" w:cs="Times New Roman"/>
          <w:sz w:val="24"/>
          <w:szCs w:val="24"/>
        </w:rPr>
        <w:t> </w:t>
      </w:r>
      <w:r w:rsidRPr="006D1F8F">
        <w:rPr>
          <w:rFonts w:ascii="Times New Roman" w:eastAsia="Calibri" w:hAnsi="Times New Roman" w:cs="Times New Roman"/>
          <w:sz w:val="24"/>
          <w:szCs w:val="24"/>
          <w:lang w:val="ru-RU"/>
        </w:rPr>
        <w:t>осадочная горная порода, состоящая из очень мелких частичек.</w:t>
      </w:r>
      <w:r w:rsidRPr="006D1F8F">
        <w:rPr>
          <w:rFonts w:ascii="Times New Roman" w:eastAsia="Calibri" w:hAnsi="Times New Roman" w:cs="Times New Roman"/>
          <w:sz w:val="24"/>
          <w:szCs w:val="24"/>
        </w:rPr>
        <w:t> </w:t>
      </w:r>
      <w:r w:rsidRPr="006D1F8F">
        <w:rPr>
          <w:rFonts w:ascii="Times New Roman" w:eastAsia="Calibri" w:hAnsi="Times New Roman" w:cs="Times New Roman"/>
          <w:sz w:val="24"/>
          <w:szCs w:val="24"/>
          <w:lang w:val="ru-RU"/>
        </w:rPr>
        <w:t xml:space="preserve"> Она плохо пропускает воду. При намокании глина становится пластичной, поэтому из неё можно лепить разнообразные поделки, а также посуду, сосуды. При обжиге глиняные изделия приобретают твёрдость и прочность.</w:t>
      </w:r>
    </w:p>
    <w:p w:rsidR="006D1F8F" w:rsidRPr="006D1F8F" w:rsidRDefault="006D1F8F" w:rsidP="006D1F8F">
      <w:pPr>
        <w:spacing w:after="0" w:line="276" w:lineRule="auto"/>
        <w:rPr>
          <w:rFonts w:ascii="Times New Roman" w:eastAsia="Calibri" w:hAnsi="Times New Roman" w:cs="Times New Roman"/>
          <w:sz w:val="24"/>
          <w:szCs w:val="24"/>
          <w:lang w:val="ru-RU"/>
        </w:rPr>
      </w:pP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Сходство: ____________________________________________________________________</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Различие:___________________________________________________________________</w:t>
      </w:r>
    </w:p>
    <w:p w:rsidR="006D1F8F" w:rsidRPr="006D1F8F" w:rsidRDefault="006D1F8F" w:rsidP="006D1F8F">
      <w:pPr>
        <w:spacing w:after="0" w:line="276" w:lineRule="auto"/>
        <w:jc w:val="center"/>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2 вариант.</w:t>
      </w:r>
    </w:p>
    <w:p w:rsidR="006D1F8F" w:rsidRPr="006D1F8F" w:rsidRDefault="006D1F8F" w:rsidP="006D1F8F">
      <w:pPr>
        <w:spacing w:after="0" w:line="276" w:lineRule="auto"/>
        <w:jc w:val="center"/>
        <w:rPr>
          <w:rFonts w:ascii="Times New Roman" w:eastAsia="Calibri" w:hAnsi="Times New Roman" w:cs="Times New Roman"/>
          <w:b/>
          <w:sz w:val="24"/>
          <w:szCs w:val="24"/>
          <w:lang w:val="ru-RU"/>
        </w:rPr>
      </w:pP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b/>
          <w:sz w:val="24"/>
          <w:szCs w:val="24"/>
          <w:lang w:val="ru-RU"/>
        </w:rPr>
        <w:t>Прочитай вопросы, обведи правильные ответы или допиши предложения</w:t>
      </w:r>
      <w:r w:rsidRPr="006D1F8F">
        <w:rPr>
          <w:rFonts w:ascii="Times New Roman" w:eastAsia="Calibri" w:hAnsi="Times New Roman" w:cs="Times New Roman"/>
          <w:sz w:val="24"/>
          <w:szCs w:val="24"/>
          <w:lang w:val="ru-RU"/>
        </w:rPr>
        <w:t>.</w:t>
      </w:r>
    </w:p>
    <w:p w:rsidR="006D1F8F" w:rsidRPr="006D1F8F" w:rsidRDefault="006D1F8F" w:rsidP="006D1F8F">
      <w:pPr>
        <w:spacing w:after="0" w:line="276" w:lineRule="auto"/>
        <w:rPr>
          <w:rFonts w:ascii="Times New Roman" w:eastAsia="Calibri" w:hAnsi="Times New Roman" w:cs="Times New Roman"/>
          <w:b/>
          <w:sz w:val="24"/>
          <w:szCs w:val="24"/>
          <w:lang w:val="ru-RU"/>
        </w:rPr>
      </w:pP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1. Каменным поясом земли Русской называют:</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а)  Алтай     б) Саяны      в)  Уральские горы       г) Кавказские горы</w:t>
      </w: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2. Что такое исток?</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а)  начало реки     б) место впадения реки в море     в)  река, впадающая в другую реку</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 xml:space="preserve"> г) правый берег реки</w:t>
      </w: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3.  В чем причина смены дня и ночи?</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 xml:space="preserve">а) Земля вращается  вокруг   Солнца         б) Земля вращается  вокруг   своей оси </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в)  Солнце и Луна сменяют друг друга      г) вращение Солнца вокруг Земли</w:t>
      </w: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4. Какая наука изучает прошлое людей?</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а) биология    б) астрономия    в)  история   г) география</w:t>
      </w: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5. Как называются углубления с поросшими растениями склонами</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а) горы      б) овраги       в) холмы        г)  балки</w:t>
      </w: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6. Какое полезное ископаемое обладает пластичностью?</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 xml:space="preserve">а) глина       б) песок        в)  нефть         г) железная руда </w:t>
      </w: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7.  В каком ярусе растет лесная малина?</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а) деревьев      б) трав        в)  мхов          г) кустарников</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 xml:space="preserve">8.  </w:t>
      </w:r>
      <w:r w:rsidRPr="006D1F8F">
        <w:rPr>
          <w:rFonts w:ascii="Times New Roman" w:eastAsia="Calibri" w:hAnsi="Times New Roman" w:cs="Times New Roman"/>
          <w:b/>
          <w:sz w:val="24"/>
          <w:szCs w:val="24"/>
          <w:lang w:val="ru-RU"/>
        </w:rPr>
        <w:t>В какой природной зоне наблюдается явление подвижных песков?</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 xml:space="preserve">а) тайге        б)  пустыне        в)  в степи        г)   в тундре </w:t>
      </w: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9. Какая отрасль хозяйства не относится к растениеводству?</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а) полеводство      б) овощеводство        в)  птицеводство        г)   плодоводство</w:t>
      </w: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10. Какое растение относится к овощным культурам?</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а) гречиха      б)   тюльпан        в)   кабачок         г) лен</w:t>
      </w: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11. К какому веку относятся года?</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 xml:space="preserve"> 2016 -               1960 -               1432-              1648 –</w:t>
      </w:r>
    </w:p>
    <w:p w:rsidR="006D1F8F" w:rsidRPr="006D1F8F" w:rsidRDefault="006D1F8F" w:rsidP="006D1F8F">
      <w:pPr>
        <w:spacing w:after="0" w:line="276" w:lineRule="auto"/>
        <w:rPr>
          <w:rFonts w:ascii="Times New Roman" w:eastAsia="Calibri" w:hAnsi="Times New Roman" w:cs="Times New Roman"/>
          <w:sz w:val="24"/>
          <w:szCs w:val="24"/>
          <w:lang w:val="ru-RU"/>
        </w:rPr>
      </w:pP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sz w:val="24"/>
          <w:szCs w:val="24"/>
          <w:lang w:val="ru-RU"/>
        </w:rPr>
        <w:t xml:space="preserve">12. </w:t>
      </w:r>
      <w:r w:rsidRPr="006D1F8F">
        <w:rPr>
          <w:rFonts w:ascii="Times New Roman" w:eastAsia="Calibri" w:hAnsi="Times New Roman" w:cs="Times New Roman"/>
          <w:b/>
          <w:sz w:val="24"/>
          <w:szCs w:val="24"/>
          <w:lang w:val="ru-RU"/>
        </w:rPr>
        <w:t>Распредели водоемы в таблицу: пруд, водохранилище,  океан, река, канал, море</w:t>
      </w:r>
    </w:p>
    <w:p w:rsidR="006D1F8F" w:rsidRPr="006D1F8F" w:rsidRDefault="006D1F8F" w:rsidP="006D1F8F">
      <w:pPr>
        <w:spacing w:after="0" w:line="276" w:lineRule="auto"/>
        <w:rPr>
          <w:rFonts w:ascii="Times New Roman" w:eastAsia="Calibri" w:hAnsi="Times New Roman" w:cs="Times New Roman"/>
          <w:b/>
          <w:sz w:val="24"/>
          <w:szCs w:val="24"/>
          <w:lang w:val="ru-RU"/>
        </w:rPr>
      </w:pPr>
    </w:p>
    <w:tbl>
      <w:tblPr>
        <w:tblStyle w:val="52"/>
        <w:tblW w:w="0" w:type="auto"/>
        <w:tblInd w:w="648" w:type="dxa"/>
        <w:tblLook w:val="01E0"/>
      </w:tblPr>
      <w:tblGrid>
        <w:gridCol w:w="4137"/>
        <w:gridCol w:w="3783"/>
      </w:tblGrid>
      <w:tr w:rsidR="006D1F8F" w:rsidRPr="006D1F8F" w:rsidTr="006D1F8F">
        <w:tc>
          <w:tcPr>
            <w:tcW w:w="4137"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line="276" w:lineRule="auto"/>
              <w:jc w:val="center"/>
              <w:rPr>
                <w:sz w:val="24"/>
                <w:szCs w:val="24"/>
                <w:lang w:val="ru-RU" w:eastAsia="ru-RU"/>
              </w:rPr>
            </w:pPr>
            <w:r w:rsidRPr="006D1F8F">
              <w:rPr>
                <w:sz w:val="24"/>
                <w:szCs w:val="24"/>
                <w:lang w:val="ru-RU" w:eastAsia="ru-RU"/>
              </w:rPr>
              <w:t>Естественные   водоемы</w:t>
            </w:r>
          </w:p>
        </w:tc>
        <w:tc>
          <w:tcPr>
            <w:tcW w:w="3783"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line="276" w:lineRule="auto"/>
              <w:jc w:val="center"/>
              <w:rPr>
                <w:sz w:val="24"/>
                <w:szCs w:val="24"/>
                <w:lang w:val="ru-RU" w:eastAsia="ru-RU"/>
              </w:rPr>
            </w:pPr>
            <w:r w:rsidRPr="006D1F8F">
              <w:rPr>
                <w:sz w:val="24"/>
                <w:szCs w:val="24"/>
                <w:lang w:val="ru-RU" w:eastAsia="ru-RU"/>
              </w:rPr>
              <w:t>Искусственные водоемы</w:t>
            </w:r>
          </w:p>
        </w:tc>
      </w:tr>
      <w:tr w:rsidR="006D1F8F" w:rsidRPr="006D1F8F" w:rsidTr="006D1F8F">
        <w:trPr>
          <w:trHeight w:val="807"/>
        </w:trPr>
        <w:tc>
          <w:tcPr>
            <w:tcW w:w="413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line="276" w:lineRule="auto"/>
              <w:rPr>
                <w:sz w:val="24"/>
                <w:szCs w:val="24"/>
                <w:lang w:val="ru-RU" w:eastAsia="ru-RU"/>
              </w:rPr>
            </w:pPr>
          </w:p>
        </w:tc>
        <w:tc>
          <w:tcPr>
            <w:tcW w:w="3783"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line="276" w:lineRule="auto"/>
              <w:rPr>
                <w:sz w:val="24"/>
                <w:szCs w:val="24"/>
                <w:lang w:val="ru-RU" w:eastAsia="ru-RU"/>
              </w:rPr>
            </w:pPr>
          </w:p>
        </w:tc>
      </w:tr>
    </w:tbl>
    <w:p w:rsidR="006D1F8F" w:rsidRPr="006D1F8F" w:rsidRDefault="006D1F8F" w:rsidP="006D1F8F">
      <w:pPr>
        <w:spacing w:after="0" w:line="276" w:lineRule="auto"/>
        <w:rPr>
          <w:rFonts w:ascii="Times New Roman" w:eastAsia="Calibri" w:hAnsi="Times New Roman" w:cs="Times New Roman"/>
          <w:sz w:val="24"/>
          <w:szCs w:val="24"/>
        </w:rPr>
      </w:pP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 xml:space="preserve">13. </w:t>
      </w:r>
      <w:r w:rsidRPr="006D1F8F">
        <w:rPr>
          <w:rFonts w:ascii="Times New Roman" w:eastAsia="Calibri" w:hAnsi="Times New Roman" w:cs="Times New Roman"/>
          <w:b/>
          <w:sz w:val="24"/>
          <w:szCs w:val="24"/>
          <w:lang w:val="ru-RU"/>
        </w:rPr>
        <w:t>Перечисли природные зоны России с юга на север.</w:t>
      </w:r>
    </w:p>
    <w:p w:rsidR="006D1F8F" w:rsidRPr="006D1F8F" w:rsidRDefault="006D1F8F" w:rsidP="006D1F8F">
      <w:pPr>
        <w:spacing w:after="0" w:line="276"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 xml:space="preserve">14. </w:t>
      </w:r>
      <w:r w:rsidRPr="006D1F8F">
        <w:rPr>
          <w:rFonts w:ascii="Times New Roman" w:eastAsia="Calibri" w:hAnsi="Times New Roman" w:cs="Times New Roman"/>
          <w:b/>
          <w:sz w:val="24"/>
          <w:szCs w:val="24"/>
          <w:lang w:val="ru-RU"/>
        </w:rPr>
        <w:t>Рассмотри рисунки, прочитай текст и сравни описания природного камня и</w:t>
      </w:r>
      <w:r w:rsidRPr="006D1F8F">
        <w:rPr>
          <w:rFonts w:ascii="Times New Roman" w:eastAsia="Calibri" w:hAnsi="Times New Roman" w:cs="Times New Roman"/>
          <w:b/>
          <w:sz w:val="24"/>
          <w:szCs w:val="24"/>
        </w:rPr>
        <w:t> </w:t>
      </w:r>
      <w:r w:rsidRPr="006D1F8F">
        <w:rPr>
          <w:rFonts w:ascii="Times New Roman" w:eastAsia="Calibri" w:hAnsi="Times New Roman" w:cs="Times New Roman"/>
          <w:b/>
          <w:sz w:val="24"/>
          <w:szCs w:val="24"/>
          <w:lang w:val="ru-RU"/>
        </w:rPr>
        <w:t>кирпича. На основании описаний укажи сходство и различие этих объектов.</w:t>
      </w:r>
    </w:p>
    <w:tbl>
      <w:tblPr>
        <w:tblW w:w="6666" w:type="dxa"/>
        <w:tblInd w:w="218" w:type="dxa"/>
        <w:tblLook w:val="00A0"/>
      </w:tblPr>
      <w:tblGrid>
        <w:gridCol w:w="3327"/>
        <w:gridCol w:w="3339"/>
      </w:tblGrid>
      <w:tr w:rsidR="006D1F8F" w:rsidRPr="006D1F8F" w:rsidTr="006D1F8F">
        <w:trPr>
          <w:trHeight w:val="1962"/>
        </w:trPr>
        <w:tc>
          <w:tcPr>
            <w:tcW w:w="3327" w:type="dxa"/>
            <w:shd w:val="clear" w:color="auto" w:fill="FFFFFF"/>
            <w:tcMar>
              <w:top w:w="38" w:type="dxa"/>
              <w:left w:w="38" w:type="dxa"/>
              <w:bottom w:w="38" w:type="dxa"/>
              <w:right w:w="38" w:type="dxa"/>
            </w:tcMar>
            <w:hideMark/>
          </w:tcPr>
          <w:p w:rsidR="006D1F8F" w:rsidRPr="006D1F8F" w:rsidRDefault="006D1F8F" w:rsidP="006D1F8F">
            <w:pPr>
              <w:spacing w:after="0" w:line="276" w:lineRule="auto"/>
              <w:rPr>
                <w:rFonts w:ascii="Times New Roman" w:eastAsia="Calibri" w:hAnsi="Times New Roman" w:cs="Times New Roman"/>
                <w:sz w:val="24"/>
                <w:szCs w:val="24"/>
              </w:rPr>
            </w:pPr>
            <w:r w:rsidRPr="006D1F8F">
              <w:rPr>
                <w:rFonts w:ascii="Times New Roman" w:eastAsia="Calibri" w:hAnsi="Times New Roman" w:cs="Times New Roman"/>
                <w:noProof/>
                <w:sz w:val="24"/>
                <w:szCs w:val="24"/>
                <w:lang w:val="ru-RU" w:eastAsia="ru-RU"/>
              </w:rPr>
              <w:drawing>
                <wp:inline distT="0" distB="0" distL="0" distR="0">
                  <wp:extent cx="1339215" cy="1004570"/>
                  <wp:effectExtent l="0" t="0" r="0" b="5080"/>
                  <wp:docPr id="39564" name="Рисунок 39564" descr="http://185.12.29.196:8083/media/23229E378CBA8B904493AB6554C2388A/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185.12.29.196:8083/media/23229E378CBA8B904493AB6554C2388A/innerimg0.jpg"/>
                          <pic:cNvPicPr>
                            <a:picLocks noChangeAspect="1" noChangeArrowheads="1"/>
                          </pic:cNvPicPr>
                        </pic:nvPicPr>
                        <pic:blipFill>
                          <a:blip r:embed="rId2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9215" cy="1004570"/>
                          </a:xfrm>
                          <a:prstGeom prst="rect">
                            <a:avLst/>
                          </a:prstGeom>
                          <a:noFill/>
                          <a:ln>
                            <a:noFill/>
                          </a:ln>
                        </pic:spPr>
                      </pic:pic>
                    </a:graphicData>
                  </a:graphic>
                </wp:inline>
              </w:drawing>
            </w:r>
          </w:p>
        </w:tc>
        <w:tc>
          <w:tcPr>
            <w:tcW w:w="0" w:type="auto"/>
            <w:shd w:val="clear" w:color="auto" w:fill="FFFFFF"/>
            <w:tcMar>
              <w:top w:w="38" w:type="dxa"/>
              <w:left w:w="38" w:type="dxa"/>
              <w:bottom w:w="38" w:type="dxa"/>
              <w:right w:w="38" w:type="dxa"/>
            </w:tcMar>
            <w:hideMark/>
          </w:tcPr>
          <w:p w:rsidR="006D1F8F" w:rsidRPr="006D1F8F" w:rsidRDefault="006D1F8F" w:rsidP="006D1F8F">
            <w:pPr>
              <w:spacing w:after="0" w:line="276" w:lineRule="auto"/>
              <w:rPr>
                <w:rFonts w:ascii="Times New Roman" w:eastAsia="Calibri" w:hAnsi="Times New Roman" w:cs="Times New Roman"/>
                <w:sz w:val="24"/>
                <w:szCs w:val="24"/>
              </w:rPr>
            </w:pPr>
            <w:r w:rsidRPr="006D1F8F">
              <w:rPr>
                <w:rFonts w:ascii="Times New Roman" w:eastAsia="Calibri" w:hAnsi="Times New Roman" w:cs="Times New Roman"/>
                <w:noProof/>
                <w:sz w:val="24"/>
                <w:szCs w:val="24"/>
                <w:lang w:val="ru-RU" w:eastAsia="ru-RU"/>
              </w:rPr>
              <w:drawing>
                <wp:inline distT="0" distB="0" distL="0" distR="0">
                  <wp:extent cx="1699895" cy="1262380"/>
                  <wp:effectExtent l="0" t="0" r="0" b="0"/>
                  <wp:docPr id="39565" name="Рисунок 39565" descr="http://185.12.29.196:8083/media/23229E378CBA8B904493AB6554C2388A/inne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185.12.29.196:8083/media/23229E378CBA8B904493AB6554C2388A/innerimg1.jpg"/>
                          <pic:cNvPicPr>
                            <a:picLocks noChangeAspect="1" noChangeArrowheads="1"/>
                          </pic:cNvPicPr>
                        </pic:nvPicPr>
                        <pic:blipFill>
                          <a:blip r:embed="rId2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9895" cy="1262380"/>
                          </a:xfrm>
                          <a:prstGeom prst="rect">
                            <a:avLst/>
                          </a:prstGeom>
                          <a:noFill/>
                          <a:ln>
                            <a:noFill/>
                          </a:ln>
                        </pic:spPr>
                      </pic:pic>
                    </a:graphicData>
                  </a:graphic>
                </wp:inline>
              </w:drawing>
            </w:r>
          </w:p>
        </w:tc>
      </w:tr>
    </w:tbl>
    <w:p w:rsidR="006D1F8F" w:rsidRPr="006D1F8F" w:rsidRDefault="006D1F8F" w:rsidP="006D1F8F">
      <w:pPr>
        <w:spacing w:after="0" w:line="276" w:lineRule="auto"/>
        <w:rPr>
          <w:rFonts w:ascii="Times New Roman" w:eastAsia="Calibri" w:hAnsi="Times New Roman" w:cs="Times New Roman"/>
          <w:sz w:val="24"/>
          <w:szCs w:val="24"/>
        </w:rPr>
      </w:pPr>
    </w:p>
    <w:p w:rsidR="006D1F8F" w:rsidRPr="006D1F8F" w:rsidRDefault="006D1F8F" w:rsidP="006D1F8F">
      <w:pPr>
        <w:spacing w:after="0" w:line="276"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Природный камень — небольшой твёрдый кусок горной породы. Имеет разнообразные неправильные формы. В</w:t>
      </w:r>
      <w:r w:rsidRPr="006D1F8F">
        <w:rPr>
          <w:rFonts w:ascii="Times New Roman" w:eastAsia="Calibri" w:hAnsi="Times New Roman" w:cs="Times New Roman"/>
          <w:sz w:val="24"/>
          <w:szCs w:val="24"/>
        </w:rPr>
        <w:t> </w:t>
      </w:r>
      <w:r w:rsidRPr="006D1F8F">
        <w:rPr>
          <w:rFonts w:ascii="Times New Roman" w:eastAsia="Calibri" w:hAnsi="Times New Roman" w:cs="Times New Roman"/>
          <w:sz w:val="24"/>
          <w:szCs w:val="24"/>
          <w:lang w:val="ru-RU"/>
        </w:rPr>
        <w:t>настоящее время почти не используется в строительстве современных многоэтажных зданий и высотных сооружений.</w:t>
      </w:r>
    </w:p>
    <w:p w:rsidR="006D1F8F" w:rsidRPr="006D1F8F" w:rsidRDefault="006D1F8F" w:rsidP="006D1F8F">
      <w:pPr>
        <w:spacing w:after="0" w:line="276" w:lineRule="auto"/>
        <w:jc w:val="both"/>
        <w:rPr>
          <w:rFonts w:ascii="Times New Roman" w:eastAsia="Calibri" w:hAnsi="Times New Roman" w:cs="Times New Roman"/>
          <w:sz w:val="24"/>
          <w:szCs w:val="24"/>
          <w:lang w:val="ru-RU"/>
        </w:rPr>
      </w:pPr>
    </w:p>
    <w:p w:rsidR="006D1F8F" w:rsidRPr="006D1F8F" w:rsidRDefault="006D1F8F" w:rsidP="006D1F8F">
      <w:pPr>
        <w:spacing w:after="0" w:line="276"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Кирпич — искусственный камень, изготовленный из минеральных материалов в специальных печах. Имеет правильную форму. Благодаря своей твёрдости, водостойкости и</w:t>
      </w:r>
      <w:r w:rsidRPr="006D1F8F">
        <w:rPr>
          <w:rFonts w:ascii="Times New Roman" w:eastAsia="Calibri" w:hAnsi="Times New Roman" w:cs="Times New Roman"/>
          <w:sz w:val="24"/>
          <w:szCs w:val="24"/>
        </w:rPr>
        <w:t> </w:t>
      </w:r>
      <w:r w:rsidRPr="006D1F8F">
        <w:rPr>
          <w:rFonts w:ascii="Times New Roman" w:eastAsia="Calibri" w:hAnsi="Times New Roman" w:cs="Times New Roman"/>
          <w:sz w:val="24"/>
          <w:szCs w:val="24"/>
          <w:lang w:val="ru-RU"/>
        </w:rPr>
        <w:t xml:space="preserve"> морозоустойчивости используется при строительстве разнообразных высотных зданий и</w:t>
      </w:r>
      <w:r w:rsidRPr="006D1F8F">
        <w:rPr>
          <w:rFonts w:ascii="Times New Roman" w:eastAsia="Calibri" w:hAnsi="Times New Roman" w:cs="Times New Roman"/>
          <w:sz w:val="24"/>
          <w:szCs w:val="24"/>
        </w:rPr>
        <w:t> </w:t>
      </w:r>
      <w:r w:rsidRPr="006D1F8F">
        <w:rPr>
          <w:rFonts w:ascii="Times New Roman" w:eastAsia="Calibri" w:hAnsi="Times New Roman" w:cs="Times New Roman"/>
          <w:sz w:val="24"/>
          <w:szCs w:val="24"/>
          <w:lang w:val="ru-RU"/>
        </w:rPr>
        <w:t>сооружений.</w:t>
      </w:r>
    </w:p>
    <w:p w:rsidR="006D1F8F" w:rsidRPr="006D1F8F" w:rsidRDefault="006D1F8F" w:rsidP="006D1F8F">
      <w:pPr>
        <w:spacing w:after="0" w:line="276" w:lineRule="auto"/>
        <w:rPr>
          <w:rFonts w:ascii="Times New Roman" w:eastAsia="Calibri" w:hAnsi="Times New Roman" w:cs="Times New Roman"/>
          <w:sz w:val="24"/>
          <w:szCs w:val="24"/>
          <w:lang w:val="ru-RU"/>
        </w:rPr>
      </w:pP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Сходство:_____________________________________________________________________</w:t>
      </w:r>
    </w:p>
    <w:p w:rsidR="006D1F8F" w:rsidRPr="006D1F8F" w:rsidRDefault="006D1F8F" w:rsidP="006D1F8F">
      <w:pPr>
        <w:spacing w:after="0" w:line="276" w:lineRule="auto"/>
        <w:rPr>
          <w:rFonts w:ascii="Times New Roman" w:eastAsia="Calibri" w:hAnsi="Times New Roman" w:cs="Times New Roman"/>
          <w:sz w:val="24"/>
          <w:szCs w:val="24"/>
          <w:lang w:val="ru-RU"/>
        </w:rPr>
      </w:pP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Различие:_____________________________________________________________________</w:t>
      </w:r>
    </w:p>
    <w:p w:rsidR="006D1F8F" w:rsidRPr="006D1F8F" w:rsidRDefault="006D1F8F" w:rsidP="006D1F8F">
      <w:pPr>
        <w:spacing w:after="0" w:line="276" w:lineRule="auto"/>
        <w:rPr>
          <w:rFonts w:ascii="Times New Roman" w:eastAsia="Calibri" w:hAnsi="Times New Roman" w:cs="Times New Roman"/>
          <w:b/>
          <w:sz w:val="24"/>
          <w:szCs w:val="24"/>
          <w:lang w:val="ru-RU"/>
        </w:rPr>
      </w:pPr>
    </w:p>
    <w:p w:rsidR="006D1F8F" w:rsidRPr="006D1F8F" w:rsidRDefault="006D1F8F" w:rsidP="006D1F8F">
      <w:pPr>
        <w:spacing w:after="0" w:line="276"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Результаты  выполнения  задания:</w:t>
      </w:r>
    </w:p>
    <w:p w:rsidR="006D1F8F" w:rsidRPr="006D1F8F" w:rsidRDefault="006D1F8F" w:rsidP="006D1F8F">
      <w:pPr>
        <w:spacing w:after="0" w:line="276" w:lineRule="auto"/>
        <w:rPr>
          <w:rFonts w:ascii="Times New Roman" w:eastAsia="Calibri" w:hAnsi="Times New Roman" w:cs="Times New Roman"/>
          <w:sz w:val="24"/>
          <w:szCs w:val="24"/>
          <w:lang w:val="ru-RU"/>
        </w:rPr>
      </w:pP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Оценка «5» - если ученик набрал 13-14 баллов</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 xml:space="preserve">Оценка «4»  - если ученик набрал 12-10 баллов </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Оценка «3»  - если ученик набрал 9-6 баллов</w:t>
      </w:r>
    </w:p>
    <w:p w:rsidR="006D1F8F" w:rsidRPr="006D1F8F" w:rsidRDefault="006D1F8F" w:rsidP="006D1F8F">
      <w:pPr>
        <w:spacing w:after="0" w:line="276"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 xml:space="preserve">Оценка «2» - если ученик набрал 0-5 балла </w:t>
      </w:r>
    </w:p>
    <w:p w:rsidR="006D1F8F" w:rsidRPr="006D1F8F" w:rsidRDefault="006D1F8F" w:rsidP="006D1F8F">
      <w:pPr>
        <w:spacing w:after="0" w:line="276" w:lineRule="auto"/>
        <w:rPr>
          <w:rFonts w:ascii="Times New Roman" w:eastAsia="Calibri" w:hAnsi="Times New Roman" w:cs="Times New Roman"/>
          <w:sz w:val="24"/>
          <w:szCs w:val="24"/>
          <w:lang w:val="ru-RU"/>
        </w:rPr>
      </w:pPr>
    </w:p>
    <w:p w:rsidR="006D1F8F" w:rsidRPr="006D1F8F" w:rsidRDefault="006D1F8F" w:rsidP="006D1F8F">
      <w:pPr>
        <w:spacing w:after="0" w:line="276" w:lineRule="auto"/>
        <w:rPr>
          <w:rFonts w:ascii="Times New Roman" w:eastAsia="Calibri" w:hAnsi="Times New Roman" w:cs="Times New Roman"/>
          <w:sz w:val="24"/>
          <w:szCs w:val="24"/>
          <w:lang w:val="ru-RU"/>
        </w:rPr>
      </w:pPr>
    </w:p>
    <w:p w:rsidR="006D1F8F" w:rsidRPr="006D1F8F" w:rsidRDefault="006D1F8F" w:rsidP="006D1F8F">
      <w:pPr>
        <w:spacing w:after="100" w:afterAutospacing="1" w:line="240" w:lineRule="auto"/>
        <w:jc w:val="center"/>
        <w:rPr>
          <w:rFonts w:ascii="Times New Roman" w:eastAsia="Calibri" w:hAnsi="Times New Roman" w:cs="Times New Roman"/>
          <w:sz w:val="24"/>
          <w:szCs w:val="24"/>
          <w:lang w:val="ru-RU" w:eastAsia="ru-RU"/>
        </w:rPr>
      </w:pPr>
      <w:r w:rsidRPr="006D1F8F">
        <w:rPr>
          <w:rFonts w:ascii="Times New Roman" w:eastAsia="Calibri" w:hAnsi="Times New Roman" w:cs="Times New Roman"/>
          <w:b/>
          <w:bCs/>
          <w:sz w:val="24"/>
          <w:szCs w:val="24"/>
          <w:lang w:val="ru-RU" w:eastAsia="ru-RU"/>
        </w:rPr>
        <w:t>Итоговая комплексная работа</w:t>
      </w:r>
    </w:p>
    <w:p w:rsidR="006D1F8F" w:rsidRPr="006D1F8F" w:rsidRDefault="006D1F8F" w:rsidP="006D1F8F">
      <w:pPr>
        <w:spacing w:after="100" w:afterAutospacing="1" w:line="240" w:lineRule="auto"/>
        <w:jc w:val="center"/>
        <w:rPr>
          <w:rFonts w:ascii="Times New Roman" w:eastAsia="Calibri" w:hAnsi="Times New Roman" w:cs="Times New Roman"/>
          <w:b/>
          <w:bCs/>
          <w:sz w:val="24"/>
          <w:szCs w:val="24"/>
          <w:lang w:val="ru-RU" w:eastAsia="ru-RU"/>
        </w:rPr>
      </w:pPr>
      <w:r w:rsidRPr="006D1F8F">
        <w:rPr>
          <w:rFonts w:ascii="Times New Roman" w:eastAsia="Calibri" w:hAnsi="Times New Roman" w:cs="Times New Roman"/>
          <w:b/>
          <w:bCs/>
          <w:sz w:val="24"/>
          <w:szCs w:val="24"/>
          <w:lang w:val="ru-RU" w:eastAsia="ru-RU"/>
        </w:rPr>
        <w:t>4 класс 202__- 202__ учебный год</w:t>
      </w:r>
    </w:p>
    <w:p w:rsidR="006D1F8F" w:rsidRPr="006D1F8F" w:rsidRDefault="006D1F8F" w:rsidP="006D1F8F">
      <w:pPr>
        <w:tabs>
          <w:tab w:val="left" w:pos="709"/>
        </w:tabs>
        <w:spacing w:after="0" w:line="240"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Ф.И. учащегося ________________________________________</w:t>
      </w:r>
    </w:p>
    <w:p w:rsidR="006D1F8F" w:rsidRPr="006D1F8F" w:rsidRDefault="006D1F8F" w:rsidP="006D1F8F">
      <w:pPr>
        <w:tabs>
          <w:tab w:val="left" w:pos="709"/>
        </w:tabs>
        <w:spacing w:after="0" w:line="240"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 xml:space="preserve">Школа_________________________________________________ </w:t>
      </w:r>
    </w:p>
    <w:p w:rsidR="006D1F8F" w:rsidRPr="006D1F8F" w:rsidRDefault="006D1F8F" w:rsidP="006D1F8F">
      <w:pPr>
        <w:tabs>
          <w:tab w:val="left" w:pos="709"/>
          <w:tab w:val="left" w:pos="5910"/>
        </w:tabs>
        <w:spacing w:after="0" w:line="240"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Класс  4 ____</w:t>
      </w:r>
      <w:r w:rsidRPr="006D1F8F">
        <w:rPr>
          <w:rFonts w:ascii="Times New Roman" w:eastAsia="Calibri" w:hAnsi="Times New Roman" w:cs="Times New Roman"/>
          <w:b/>
          <w:sz w:val="24"/>
          <w:szCs w:val="24"/>
          <w:lang w:val="ru-RU"/>
        </w:rPr>
        <w:tab/>
      </w:r>
    </w:p>
    <w:p w:rsidR="006D1F8F" w:rsidRPr="006D1F8F" w:rsidRDefault="006D1F8F" w:rsidP="006D1F8F">
      <w:pPr>
        <w:spacing w:after="100" w:afterAutospacing="1" w:line="240" w:lineRule="auto"/>
        <w:jc w:val="center"/>
        <w:rPr>
          <w:rFonts w:ascii="Times New Roman" w:eastAsia="Calibri" w:hAnsi="Times New Roman" w:cs="Times New Roman"/>
          <w:b/>
          <w:bCs/>
          <w:sz w:val="24"/>
          <w:szCs w:val="24"/>
          <w:lang w:val="ru-RU" w:eastAsia="ru-RU"/>
        </w:rPr>
      </w:pPr>
      <w:r w:rsidRPr="006D1F8F">
        <w:rPr>
          <w:rFonts w:ascii="Times New Roman" w:eastAsia="Calibri" w:hAnsi="Times New Roman" w:cs="Times New Roman"/>
          <w:b/>
          <w:bCs/>
          <w:sz w:val="24"/>
          <w:szCs w:val="24"/>
          <w:lang w:val="ru-RU" w:eastAsia="ru-RU"/>
        </w:rPr>
        <w:t>Вариант 1</w:t>
      </w:r>
    </w:p>
    <w:p w:rsidR="006D1F8F" w:rsidRPr="006D1F8F" w:rsidRDefault="006D1F8F" w:rsidP="006D1F8F">
      <w:pPr>
        <w:spacing w:after="0" w:line="240" w:lineRule="auto"/>
        <w:rPr>
          <w:rFonts w:ascii="Times New Roman" w:eastAsia="Calibri" w:hAnsi="Times New Roman" w:cs="Times New Roman"/>
          <w:sz w:val="24"/>
          <w:szCs w:val="24"/>
          <w:u w:val="single"/>
          <w:lang w:val="ru-RU"/>
        </w:rPr>
      </w:pPr>
      <w:r w:rsidRPr="006D1F8F">
        <w:rPr>
          <w:rFonts w:ascii="Times New Roman" w:eastAsia="Calibri" w:hAnsi="Times New Roman" w:cs="Times New Roman"/>
          <w:b/>
          <w:sz w:val="24"/>
          <w:szCs w:val="24"/>
          <w:u w:val="single"/>
          <w:lang w:val="ru-RU"/>
        </w:rPr>
        <w:t>Прочитайте текст, если нужно перечитайте его ещё раз</w:t>
      </w:r>
      <w:r w:rsidRPr="006D1F8F">
        <w:rPr>
          <w:rFonts w:ascii="Times New Roman" w:eastAsia="Calibri" w:hAnsi="Times New Roman" w:cs="Times New Roman"/>
          <w:sz w:val="24"/>
          <w:szCs w:val="24"/>
          <w:u w:val="single"/>
          <w:lang w:val="ru-RU"/>
        </w:rPr>
        <w:t>.</w:t>
      </w:r>
    </w:p>
    <w:p w:rsidR="006D1F8F" w:rsidRPr="006D1F8F" w:rsidRDefault="006D1F8F" w:rsidP="006D1F8F">
      <w:pPr>
        <w:spacing w:after="0" w:line="240" w:lineRule="auto"/>
        <w:jc w:val="center"/>
        <w:rPr>
          <w:rFonts w:ascii="Times New Roman" w:eastAsia="Calibri" w:hAnsi="Times New Roman" w:cs="Times New Roman"/>
          <w:b/>
          <w:sz w:val="24"/>
          <w:szCs w:val="24"/>
          <w:lang w:val="ru-RU"/>
        </w:rPr>
      </w:pPr>
    </w:p>
    <w:p w:rsidR="006D1F8F" w:rsidRPr="006D1F8F" w:rsidRDefault="006D1F8F" w:rsidP="006D1F8F">
      <w:pPr>
        <w:spacing w:after="0" w:line="240" w:lineRule="auto"/>
        <w:jc w:val="center"/>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Северный олень.</w:t>
      </w:r>
    </w:p>
    <w:p w:rsidR="006D1F8F" w:rsidRPr="006D1F8F" w:rsidRDefault="006D1F8F" w:rsidP="006D1F8F">
      <w:pPr>
        <w:spacing w:after="0" w:line="240" w:lineRule="auto"/>
        <w:ind w:left="-15" w:firstLine="708"/>
        <w:jc w:val="both"/>
        <w:rPr>
          <w:rFonts w:ascii="Times New Roman" w:eastAsia="Calibri" w:hAnsi="Times New Roman" w:cs="Times New Roman"/>
          <w:sz w:val="24"/>
          <w:szCs w:val="24"/>
          <w:lang w:val="ru-RU"/>
        </w:rPr>
      </w:pPr>
      <w:r w:rsidRPr="006D1F8F">
        <w:rPr>
          <w:rFonts w:ascii="Times New Roman" w:eastAsia="Times New Roman" w:hAnsi="Times New Roman" w:cs="Times New Roman"/>
          <w:sz w:val="24"/>
          <w:szCs w:val="24"/>
          <w:lang w:val="ru-RU"/>
        </w:rPr>
        <w:t xml:space="preserve">Оленей на свете много, но ни одна оленья порода не оказывает столько важных услуг человеку, как сильный северный олень. На тех территориях, где обитает северный олень, не может выжить ни лошадь, ни вол. Холодно очень, сорокаградусный мороз выдержит не каждое животное. А как передвигаться людям (особенно в старые времена), было бы вообще непонятно, если бы у них не было верного и постоянного слуги, такого как, северный олень. Оленье мясо, молоко, шкура, жир – все использует человек. </w:t>
      </w:r>
    </w:p>
    <w:p w:rsidR="006D1F8F" w:rsidRPr="006D1F8F" w:rsidRDefault="006D1F8F" w:rsidP="006D1F8F">
      <w:pPr>
        <w:spacing w:after="0" w:line="240" w:lineRule="auto"/>
        <w:ind w:left="-15" w:firstLine="708"/>
        <w:jc w:val="both"/>
        <w:rPr>
          <w:rFonts w:ascii="Times New Roman" w:eastAsia="Calibri" w:hAnsi="Times New Roman" w:cs="Times New Roman"/>
          <w:sz w:val="24"/>
          <w:szCs w:val="24"/>
          <w:lang w:val="ru-RU"/>
        </w:rPr>
      </w:pPr>
      <w:r w:rsidRPr="006D1F8F">
        <w:rPr>
          <w:rFonts w:ascii="Times New Roman" w:eastAsia="Times New Roman" w:hAnsi="Times New Roman" w:cs="Times New Roman"/>
          <w:sz w:val="24"/>
          <w:szCs w:val="24"/>
          <w:lang w:val="ru-RU"/>
        </w:rPr>
        <w:t xml:space="preserve">Как выживает северный олень в суровых зимних условиях? Он тепло «одет». Олений мех особенный. В суровую пору кончики волосков меха как будто бы разбухают, утолщаются; такой преображенный мех надежно защищает оленя от лютых морозов, меховая броня держит тепло хорошо. Да и подкожный жирок тоже помогает не замерзнуть. </w:t>
      </w:r>
    </w:p>
    <w:p w:rsidR="006D1F8F" w:rsidRPr="006D1F8F" w:rsidRDefault="006D1F8F" w:rsidP="006D1F8F">
      <w:pPr>
        <w:spacing w:after="0" w:line="240" w:lineRule="auto"/>
        <w:ind w:left="-15" w:firstLine="708"/>
        <w:jc w:val="both"/>
        <w:rPr>
          <w:rFonts w:ascii="Times New Roman" w:eastAsia="Calibri" w:hAnsi="Times New Roman" w:cs="Times New Roman"/>
          <w:sz w:val="24"/>
          <w:szCs w:val="24"/>
          <w:lang w:val="ru-RU"/>
        </w:rPr>
      </w:pPr>
      <w:r w:rsidRPr="006D1F8F">
        <w:rPr>
          <w:rFonts w:ascii="Times New Roman" w:eastAsia="Times New Roman" w:hAnsi="Times New Roman" w:cs="Times New Roman"/>
          <w:sz w:val="24"/>
          <w:szCs w:val="24"/>
          <w:lang w:val="ru-RU"/>
        </w:rPr>
        <w:t xml:space="preserve">В летнюю пору олень пытается накопить в организме минеральные соли. Иначе можно и ноги протянуть. Но он их не протягивает. Секрет кроется в особых химических свойствах тканей организма. Химические процессы, происходящие в тканях ног северного оленя, очень своеобразны. Отчасти, благодаря им, выносливость зверя феноменальна. </w:t>
      </w:r>
    </w:p>
    <w:p w:rsidR="006D1F8F" w:rsidRPr="006D1F8F" w:rsidRDefault="006D1F8F" w:rsidP="006D1F8F">
      <w:pPr>
        <w:spacing w:after="0" w:line="240" w:lineRule="auto"/>
        <w:ind w:left="-15" w:firstLine="708"/>
        <w:jc w:val="both"/>
        <w:rPr>
          <w:rFonts w:ascii="Times New Roman" w:eastAsia="Times New Roman" w:hAnsi="Times New Roman" w:cs="Times New Roman"/>
          <w:sz w:val="24"/>
          <w:szCs w:val="24"/>
          <w:lang w:val="ru-RU"/>
        </w:rPr>
      </w:pPr>
      <w:r w:rsidRPr="006D1F8F">
        <w:rPr>
          <w:rFonts w:ascii="Times New Roman" w:eastAsia="Times New Roman" w:hAnsi="Times New Roman" w:cs="Times New Roman"/>
          <w:sz w:val="24"/>
          <w:szCs w:val="24"/>
          <w:lang w:val="ru-RU"/>
        </w:rPr>
        <w:t xml:space="preserve">За неимением травы в далёких краях люди не заготавливают для оленьих стад сена; да олени и не любят сена. Любимое их кушанье – мох, ягель. Они разгребают снег и щиплют ягель, заключающий в себе довольно много полезных компонентов. </w:t>
      </w:r>
    </w:p>
    <w:p w:rsidR="006D1F8F" w:rsidRPr="006D1F8F" w:rsidRDefault="006D1F8F" w:rsidP="006D1F8F">
      <w:pPr>
        <w:spacing w:after="0" w:line="240" w:lineRule="auto"/>
        <w:ind w:left="-15" w:firstLine="708"/>
        <w:jc w:val="both"/>
        <w:rPr>
          <w:rFonts w:ascii="Times New Roman" w:eastAsia="Calibri" w:hAnsi="Times New Roman" w:cs="Times New Roman"/>
          <w:sz w:val="24"/>
          <w:szCs w:val="24"/>
          <w:lang w:val="ru-RU"/>
        </w:rPr>
      </w:pPr>
      <w:r w:rsidRPr="006D1F8F">
        <w:rPr>
          <w:rFonts w:ascii="Times New Roman" w:eastAsia="Times New Roman" w:hAnsi="Times New Roman" w:cs="Times New Roman"/>
          <w:sz w:val="24"/>
          <w:szCs w:val="24"/>
          <w:lang w:val="ru-RU"/>
        </w:rPr>
        <w:t xml:space="preserve">Дикие олени несколько крупнее тех, которые из поколения в поколение живут под близким надзором человека. В среднем вес оленя-150 кг. Дикий олень, в отличие от домашнего, более насторожен, боязлив. </w:t>
      </w:r>
    </w:p>
    <w:p w:rsidR="006D1F8F" w:rsidRPr="006D1F8F" w:rsidRDefault="006D1F8F" w:rsidP="006D1F8F">
      <w:pPr>
        <w:spacing w:after="0" w:line="240" w:lineRule="auto"/>
        <w:ind w:left="-15" w:firstLine="708"/>
        <w:jc w:val="both"/>
        <w:rPr>
          <w:rFonts w:ascii="Times New Roman" w:eastAsia="Calibri" w:hAnsi="Times New Roman" w:cs="Times New Roman"/>
          <w:sz w:val="24"/>
          <w:szCs w:val="24"/>
          <w:lang w:val="ru-RU"/>
        </w:rPr>
      </w:pPr>
      <w:r w:rsidRPr="006D1F8F">
        <w:rPr>
          <w:rFonts w:ascii="Times New Roman" w:eastAsia="Times New Roman" w:hAnsi="Times New Roman" w:cs="Times New Roman"/>
          <w:sz w:val="24"/>
          <w:szCs w:val="24"/>
          <w:lang w:val="ru-RU"/>
        </w:rPr>
        <w:t xml:space="preserve">Рога – одно из главных достоинств оленя, у северных пород они присутствуют и у самцов, и у самок. Раз в год северные животные сбрасывают рога. Действительно, зачем нужна старая дополнительная конструкция? А за лето отрастают новые, молодые рога. </w:t>
      </w:r>
    </w:p>
    <w:p w:rsidR="006D1F8F" w:rsidRPr="006D1F8F" w:rsidRDefault="006D1F8F" w:rsidP="006D1F8F">
      <w:pPr>
        <w:spacing w:after="0" w:line="240" w:lineRule="auto"/>
        <w:ind w:left="-15" w:firstLine="708"/>
        <w:jc w:val="both"/>
        <w:rPr>
          <w:rFonts w:ascii="Times New Roman" w:eastAsia="Calibri" w:hAnsi="Times New Roman" w:cs="Times New Roman"/>
          <w:sz w:val="24"/>
          <w:szCs w:val="24"/>
          <w:lang w:val="ru-RU"/>
        </w:rPr>
      </w:pPr>
      <w:r w:rsidRPr="006D1F8F">
        <w:rPr>
          <w:rFonts w:ascii="Times New Roman" w:eastAsia="Times New Roman" w:hAnsi="Times New Roman" w:cs="Times New Roman"/>
          <w:sz w:val="24"/>
          <w:szCs w:val="24"/>
          <w:lang w:val="ru-RU"/>
        </w:rPr>
        <w:t xml:space="preserve">Северные олени перевозят своих хозяев на легких саночках с удивительною быстротой и могут проехать в день более ста километров. </w:t>
      </w:r>
    </w:p>
    <w:p w:rsidR="006D1F8F" w:rsidRPr="006D1F8F" w:rsidRDefault="006D1F8F" w:rsidP="006D1F8F">
      <w:pPr>
        <w:spacing w:after="0" w:line="240" w:lineRule="auto"/>
        <w:ind w:left="708"/>
        <w:rPr>
          <w:rFonts w:ascii="Times New Roman" w:eastAsia="Calibri" w:hAnsi="Times New Roman" w:cs="Times New Roman"/>
          <w:sz w:val="24"/>
          <w:szCs w:val="24"/>
          <w:lang w:val="ru-RU"/>
        </w:rPr>
      </w:pPr>
    </w:p>
    <w:p w:rsidR="006D1F8F" w:rsidRPr="006D1F8F" w:rsidRDefault="006D1F8F" w:rsidP="006D1F8F">
      <w:pPr>
        <w:spacing w:after="0" w:line="240" w:lineRule="auto"/>
        <w:jc w:val="center"/>
        <w:rPr>
          <w:rFonts w:ascii="Times New Roman" w:eastAsia="Times New Roman" w:hAnsi="Times New Roman" w:cs="Times New Roman"/>
          <w:b/>
          <w:bCs/>
          <w:sz w:val="24"/>
          <w:szCs w:val="24"/>
          <w:u w:val="single"/>
          <w:lang w:val="ru-RU"/>
        </w:rPr>
      </w:pPr>
      <w:r w:rsidRPr="006D1F8F">
        <w:rPr>
          <w:rFonts w:ascii="Times New Roman" w:eastAsia="Times New Roman" w:hAnsi="Times New Roman" w:cs="Times New Roman"/>
          <w:b/>
          <w:bCs/>
          <w:sz w:val="24"/>
          <w:szCs w:val="24"/>
          <w:u w:val="single"/>
          <w:lang w:val="ru-RU"/>
        </w:rPr>
        <w:t>Основная часть</w:t>
      </w:r>
    </w:p>
    <w:p w:rsidR="006D1F8F" w:rsidRPr="006D1F8F" w:rsidRDefault="006D1F8F" w:rsidP="006D1F8F">
      <w:pPr>
        <w:spacing w:after="0" w:line="240" w:lineRule="auto"/>
        <w:jc w:val="center"/>
        <w:rPr>
          <w:rFonts w:ascii="Times New Roman" w:eastAsia="Times New Roman" w:hAnsi="Times New Roman" w:cs="Times New Roman"/>
          <w:b/>
          <w:i/>
          <w:sz w:val="24"/>
          <w:szCs w:val="24"/>
          <w:u w:val="single"/>
          <w:lang w:val="ru-RU"/>
        </w:rPr>
      </w:pPr>
      <w:r w:rsidRPr="006D1F8F">
        <w:rPr>
          <w:rFonts w:ascii="Times New Roman" w:eastAsia="Times New Roman" w:hAnsi="Times New Roman" w:cs="Times New Roman"/>
          <w:b/>
          <w:i/>
          <w:sz w:val="24"/>
          <w:szCs w:val="24"/>
          <w:u w:val="single"/>
          <w:lang w:val="ru-RU"/>
        </w:rPr>
        <w:t>Литературное чтение</w:t>
      </w:r>
    </w:p>
    <w:p w:rsidR="006D1F8F" w:rsidRPr="006D1F8F" w:rsidRDefault="006D1F8F" w:rsidP="006D1F8F">
      <w:pPr>
        <w:spacing w:after="0" w:line="240" w:lineRule="auto"/>
        <w:ind w:left="708"/>
        <w:rPr>
          <w:rFonts w:ascii="Times New Roman" w:eastAsia="Calibri" w:hAnsi="Times New Roman" w:cs="Times New Roman"/>
          <w:sz w:val="24"/>
          <w:szCs w:val="24"/>
          <w:lang w:val="ru-RU"/>
        </w:rPr>
      </w:pPr>
    </w:p>
    <w:p w:rsidR="006D1F8F" w:rsidRPr="006D1F8F" w:rsidRDefault="006D1F8F" w:rsidP="006D1F8F">
      <w:pPr>
        <w:spacing w:after="0" w:line="240" w:lineRule="auto"/>
        <w:jc w:val="both"/>
        <w:rPr>
          <w:rFonts w:ascii="Times New Roman" w:eastAsia="Times New Roman" w:hAnsi="Times New Roman" w:cs="Times New Roman"/>
          <w:sz w:val="24"/>
          <w:szCs w:val="24"/>
          <w:lang w:val="ru-RU"/>
        </w:rPr>
      </w:pPr>
      <w:r w:rsidRPr="006D1F8F">
        <w:rPr>
          <w:rFonts w:ascii="Times New Roman" w:eastAsia="Times New Roman" w:hAnsi="Times New Roman" w:cs="Times New Roman"/>
          <w:b/>
          <w:sz w:val="24"/>
          <w:szCs w:val="24"/>
          <w:lang w:val="ru-RU"/>
        </w:rPr>
        <w:t>Задание 1. Сколько частей в этом тексте? Запишите цифрой.</w:t>
      </w:r>
    </w:p>
    <w:p w:rsidR="006D1F8F" w:rsidRPr="006D1F8F" w:rsidRDefault="006D1F8F" w:rsidP="006D1F8F">
      <w:pPr>
        <w:spacing w:after="0" w:line="240" w:lineRule="auto"/>
        <w:jc w:val="both"/>
        <w:outlineLvl w:val="0"/>
        <w:rPr>
          <w:rFonts w:ascii="Times New Roman" w:eastAsia="Times New Roman" w:hAnsi="Times New Roman" w:cs="Times New Roman"/>
          <w:sz w:val="24"/>
          <w:szCs w:val="24"/>
          <w:lang w:val="ru-RU"/>
        </w:rPr>
      </w:pPr>
      <w:r w:rsidRPr="006D1F8F">
        <w:rPr>
          <w:rFonts w:ascii="Times New Roman" w:eastAsia="Times New Roman" w:hAnsi="Times New Roman" w:cs="Times New Roman"/>
          <w:b/>
          <w:sz w:val="24"/>
          <w:szCs w:val="24"/>
          <w:lang w:val="ru-RU"/>
        </w:rPr>
        <w:t>Ответ</w:t>
      </w:r>
      <w:r w:rsidRPr="006D1F8F">
        <w:rPr>
          <w:rFonts w:ascii="Times New Roman" w:eastAsia="Times New Roman" w:hAnsi="Times New Roman" w:cs="Times New Roman"/>
          <w:sz w:val="24"/>
          <w:szCs w:val="24"/>
          <w:lang w:val="ru-RU"/>
        </w:rPr>
        <w:t>:</w:t>
      </w:r>
      <w:r w:rsidRPr="006D1F8F">
        <w:rPr>
          <w:rFonts w:ascii="Times New Roman" w:eastAsia="Times New Roman" w:hAnsi="Times New Roman" w:cs="Times New Roman"/>
          <w:sz w:val="24"/>
          <w:szCs w:val="24"/>
          <w:lang w:val="ru-RU"/>
        </w:rPr>
        <w:tab/>
      </w:r>
      <w:r w:rsidRPr="006D1F8F">
        <w:rPr>
          <w:rFonts w:ascii="Times New Roman" w:eastAsia="Times New Roman" w:hAnsi="Times New Roman" w:cs="Times New Roman"/>
          <w:b/>
          <w:sz w:val="24"/>
          <w:szCs w:val="24"/>
          <w:lang w:val="ru-RU"/>
        </w:rPr>
        <w:t>__________________</w:t>
      </w:r>
    </w:p>
    <w:p w:rsidR="006D1F8F" w:rsidRPr="006D1F8F" w:rsidRDefault="006D1F8F" w:rsidP="006D1F8F">
      <w:pPr>
        <w:spacing w:after="0" w:line="240" w:lineRule="auto"/>
        <w:jc w:val="both"/>
        <w:rPr>
          <w:rFonts w:ascii="Times New Roman" w:eastAsia="Times New Roman" w:hAnsi="Times New Roman" w:cs="Times New Roman"/>
          <w:b/>
          <w:sz w:val="24"/>
          <w:szCs w:val="24"/>
          <w:lang w:val="ru-RU"/>
        </w:rPr>
      </w:pPr>
    </w:p>
    <w:p w:rsidR="006D1F8F" w:rsidRPr="006D1F8F" w:rsidRDefault="006D1F8F" w:rsidP="006D1F8F">
      <w:pPr>
        <w:spacing w:after="0" w:line="240" w:lineRule="auto"/>
        <w:jc w:val="both"/>
        <w:rPr>
          <w:rFonts w:ascii="Times New Roman" w:eastAsia="Times New Roman" w:hAnsi="Times New Roman" w:cs="Times New Roman"/>
          <w:b/>
          <w:sz w:val="24"/>
          <w:szCs w:val="24"/>
          <w:lang w:val="ru-RU"/>
        </w:rPr>
      </w:pPr>
      <w:r w:rsidRPr="006D1F8F">
        <w:rPr>
          <w:rFonts w:ascii="Times New Roman" w:eastAsia="Times New Roman" w:hAnsi="Times New Roman" w:cs="Times New Roman"/>
          <w:b/>
          <w:sz w:val="24"/>
          <w:szCs w:val="24"/>
          <w:lang w:val="ru-RU"/>
        </w:rPr>
        <w:t>Задание 2. Озаглавьте   четвёртую часть текста.</w:t>
      </w:r>
    </w:p>
    <w:p w:rsidR="006D1F8F" w:rsidRPr="006D1F8F" w:rsidRDefault="006D1F8F" w:rsidP="006D1F8F">
      <w:pPr>
        <w:spacing w:after="0" w:line="240" w:lineRule="auto"/>
        <w:jc w:val="both"/>
        <w:rPr>
          <w:rFonts w:ascii="Times New Roman" w:eastAsia="Times New Roman" w:hAnsi="Times New Roman" w:cs="Times New Roman"/>
          <w:b/>
          <w:sz w:val="24"/>
          <w:szCs w:val="24"/>
          <w:lang w:val="ru-RU"/>
        </w:rPr>
      </w:pPr>
      <w:r w:rsidRPr="006D1F8F">
        <w:rPr>
          <w:rFonts w:ascii="Times New Roman" w:eastAsia="Times New Roman" w:hAnsi="Times New Roman" w:cs="Times New Roman"/>
          <w:b/>
          <w:sz w:val="24"/>
          <w:szCs w:val="24"/>
          <w:lang w:val="ru-RU"/>
        </w:rPr>
        <w:t>Ответ</w:t>
      </w:r>
      <w:r w:rsidRPr="006D1F8F">
        <w:rPr>
          <w:rFonts w:ascii="Times New Roman" w:eastAsia="Times New Roman" w:hAnsi="Times New Roman" w:cs="Times New Roman"/>
          <w:sz w:val="24"/>
          <w:szCs w:val="24"/>
          <w:lang w:val="ru-RU"/>
        </w:rPr>
        <w:t>:</w:t>
      </w:r>
      <w:r w:rsidRPr="006D1F8F">
        <w:rPr>
          <w:rFonts w:ascii="Times New Roman" w:eastAsia="Times New Roman" w:hAnsi="Times New Roman" w:cs="Times New Roman"/>
          <w:sz w:val="24"/>
          <w:szCs w:val="24"/>
          <w:lang w:val="ru-RU"/>
        </w:rPr>
        <w:tab/>
        <w:t xml:space="preserve"> ___________________________________________________</w:t>
      </w:r>
    </w:p>
    <w:p w:rsidR="006D1F8F" w:rsidRPr="006D1F8F" w:rsidRDefault="006D1F8F" w:rsidP="006D1F8F">
      <w:pPr>
        <w:spacing w:after="0" w:line="240" w:lineRule="auto"/>
        <w:rPr>
          <w:rFonts w:ascii="Times New Roman" w:eastAsia="Times New Roman" w:hAnsi="Times New Roman" w:cs="Times New Roman"/>
          <w:b/>
          <w:sz w:val="24"/>
          <w:szCs w:val="24"/>
          <w:lang w:val="ru-RU"/>
        </w:rPr>
      </w:pPr>
    </w:p>
    <w:p w:rsidR="006D1F8F" w:rsidRPr="006D1F8F" w:rsidRDefault="006D1F8F" w:rsidP="006D1F8F">
      <w:pPr>
        <w:spacing w:after="0" w:line="240" w:lineRule="auto"/>
        <w:rPr>
          <w:rFonts w:ascii="Times New Roman" w:eastAsia="Calibri" w:hAnsi="Times New Roman" w:cs="Times New Roman"/>
          <w:b/>
          <w:sz w:val="24"/>
          <w:szCs w:val="24"/>
          <w:lang w:val="ru-RU"/>
        </w:rPr>
      </w:pPr>
      <w:r w:rsidRPr="006D1F8F">
        <w:rPr>
          <w:rFonts w:ascii="Times New Roman" w:eastAsia="Times New Roman" w:hAnsi="Times New Roman" w:cs="Times New Roman"/>
          <w:b/>
          <w:sz w:val="24"/>
          <w:szCs w:val="24"/>
          <w:lang w:val="ru-RU"/>
        </w:rPr>
        <w:t xml:space="preserve">Задание 3. Какая часть текста может быть названа: «Северный олень – быстрое животное»? </w:t>
      </w:r>
      <w:r w:rsidRPr="006D1F8F">
        <w:rPr>
          <w:rFonts w:ascii="Times New Roman" w:eastAsia="Calibri" w:hAnsi="Times New Roman" w:cs="Times New Roman"/>
          <w:b/>
          <w:sz w:val="24"/>
          <w:szCs w:val="24"/>
          <w:lang w:val="ru-RU"/>
        </w:rPr>
        <w:t>Отметьте правильный ответ (можете подчеркнуть).</w:t>
      </w:r>
    </w:p>
    <w:p w:rsidR="006D1F8F" w:rsidRPr="006D1F8F" w:rsidRDefault="00161CFB" w:rsidP="006D1F8F">
      <w:pPr>
        <w:spacing w:after="0" w:line="240" w:lineRule="auto"/>
        <w:ind w:left="708" w:right="257" w:hanging="541"/>
        <w:jc w:val="both"/>
        <w:rPr>
          <w:rFonts w:ascii="Times New Roman" w:eastAsia="Times New Roman"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9558" o:spid="_x0000_s1118" style="position:absolute;left:0;text-align:left;margin-left:68.7pt;margin-top:.75pt;width:16.5pt;height:15pt;flip:y;z-index:2516715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">
            <w10:wrap anchorx="margin"/>
          </v:rect>
        </w:pict>
      </w:r>
      <w:r w:rsidRPr="00161CFB">
        <w:rPr>
          <w:rFonts w:ascii="Calibri" w:eastAsia="Calibri" w:hAnsi="Calibri" w:cs="Times New Roman"/>
          <w:noProof/>
          <w:sz w:val="22"/>
          <w:szCs w:val="22"/>
          <w:lang w:val="ru-RU" w:eastAsia="ru-RU"/>
        </w:rPr>
        <w:pict>
          <v:rect id="Прямоугольник 39557" o:spid="_x0000_s1117" style="position:absolute;left:0;text-align:left;margin-left:171.75pt;margin-top:.75pt;width:16.5pt;height:15pt;flip:y;z-index:2516725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">
            <w10:wrap anchorx="margin"/>
          </v:rect>
        </w:pict>
      </w:r>
      <w:r w:rsidRPr="00161CFB">
        <w:rPr>
          <w:rFonts w:ascii="Calibri" w:eastAsia="Calibri" w:hAnsi="Calibri" w:cs="Times New Roman"/>
          <w:noProof/>
          <w:sz w:val="22"/>
          <w:szCs w:val="22"/>
          <w:lang w:val="ru-RU" w:eastAsia="ru-RU"/>
        </w:rPr>
        <w:pict>
          <v:rect id="Прямоугольник 39556" o:spid="_x0000_s1116" style="position:absolute;left:0;text-align:left;margin-left:270pt;margin-top:.75pt;width:16.5pt;height:15pt;flip:y;z-index:2516736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">
            <w10:wrap anchorx="margin"/>
          </v:rect>
        </w:pict>
      </w:r>
      <w:r w:rsidRPr="00161CFB">
        <w:rPr>
          <w:rFonts w:ascii="Calibri" w:eastAsia="Calibri" w:hAnsi="Calibri" w:cs="Times New Roman"/>
          <w:noProof/>
          <w:sz w:val="22"/>
          <w:szCs w:val="22"/>
          <w:lang w:val="ru-RU" w:eastAsia="ru-RU"/>
        </w:rPr>
        <w:pict>
          <v:rect id="Прямоугольник 39555" o:spid="_x0000_s1115" style="position:absolute;left:0;text-align:left;margin-left:-21pt;margin-top:.75pt;width:16.5pt;height:15pt;flip:y;z-index:2516746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">
            <w10:wrap anchorx="margin"/>
          </v:rect>
        </w:pict>
      </w:r>
      <w:r w:rsidR="006D1F8F" w:rsidRPr="006D1F8F">
        <w:rPr>
          <w:rFonts w:ascii="Times New Roman" w:eastAsia="Times New Roman" w:hAnsi="Times New Roman" w:cs="Times New Roman"/>
          <w:sz w:val="24"/>
          <w:szCs w:val="24"/>
          <w:lang w:val="ru-RU"/>
        </w:rPr>
        <w:t>1) вторая;</w:t>
      </w:r>
      <w:r w:rsidR="006D1F8F" w:rsidRPr="006D1F8F">
        <w:rPr>
          <w:rFonts w:ascii="Times New Roman" w:eastAsia="Times New Roman" w:hAnsi="Times New Roman" w:cs="Times New Roman"/>
          <w:sz w:val="24"/>
          <w:szCs w:val="24"/>
          <w:lang w:val="ru-RU"/>
        </w:rPr>
        <w:tab/>
        <w:t xml:space="preserve">       2) четвёртая;</w:t>
      </w:r>
      <w:r w:rsidR="006D1F8F" w:rsidRPr="006D1F8F">
        <w:rPr>
          <w:rFonts w:ascii="Times New Roman" w:eastAsia="Times New Roman" w:hAnsi="Times New Roman" w:cs="Times New Roman"/>
          <w:sz w:val="24"/>
          <w:szCs w:val="24"/>
          <w:lang w:val="ru-RU"/>
        </w:rPr>
        <w:tab/>
        <w:t xml:space="preserve">       3) пятая;</w:t>
      </w:r>
      <w:r w:rsidR="006D1F8F" w:rsidRPr="006D1F8F">
        <w:rPr>
          <w:rFonts w:ascii="Times New Roman" w:eastAsia="Times New Roman" w:hAnsi="Times New Roman" w:cs="Times New Roman"/>
          <w:sz w:val="24"/>
          <w:szCs w:val="24"/>
          <w:lang w:val="ru-RU"/>
        </w:rPr>
        <w:tab/>
        <w:t xml:space="preserve">               4) седьмая;</w:t>
      </w:r>
      <w:r w:rsidR="006D1F8F" w:rsidRPr="006D1F8F">
        <w:rPr>
          <w:rFonts w:ascii="Times New Roman" w:eastAsia="Times New Roman" w:hAnsi="Times New Roman" w:cs="Times New Roman"/>
          <w:sz w:val="24"/>
          <w:szCs w:val="24"/>
          <w:lang w:val="ru-RU"/>
        </w:rPr>
        <w:tab/>
      </w:r>
    </w:p>
    <w:p w:rsidR="006D1F8F" w:rsidRPr="006D1F8F" w:rsidRDefault="006D1F8F" w:rsidP="006D1F8F">
      <w:pPr>
        <w:spacing w:after="0" w:line="240" w:lineRule="auto"/>
        <w:jc w:val="both"/>
        <w:rPr>
          <w:rFonts w:ascii="Times New Roman" w:eastAsia="Times New Roman" w:hAnsi="Times New Roman" w:cs="Times New Roman"/>
          <w:b/>
          <w:sz w:val="24"/>
          <w:szCs w:val="24"/>
          <w:lang w:val="ru-RU"/>
        </w:rPr>
      </w:pPr>
    </w:p>
    <w:p w:rsidR="006D1F8F" w:rsidRPr="006D1F8F" w:rsidRDefault="00161CFB" w:rsidP="006D1F8F">
      <w:pPr>
        <w:spacing w:after="0" w:line="240" w:lineRule="auto"/>
        <w:jc w:val="both"/>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9554" o:spid="_x0000_s1114" style="position:absolute;left:0;text-align:left;margin-left:-21pt;margin-top:11.1pt;width:16.5pt;height:15pt;flip:y;z-index:2516756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">
            <w10:wrap anchorx="margin"/>
          </v:rect>
        </w:pict>
      </w:r>
      <w:r w:rsidR="006D1F8F" w:rsidRPr="006D1F8F">
        <w:rPr>
          <w:rFonts w:ascii="Times New Roman" w:eastAsia="Times New Roman" w:hAnsi="Times New Roman" w:cs="Times New Roman"/>
          <w:b/>
          <w:sz w:val="24"/>
          <w:szCs w:val="24"/>
          <w:lang w:val="ru-RU"/>
        </w:rPr>
        <w:t xml:space="preserve">Задание 4. Данный вид текста. </w:t>
      </w:r>
      <w:r w:rsidR="006D1F8F" w:rsidRPr="006D1F8F">
        <w:rPr>
          <w:rFonts w:ascii="Times New Roman" w:eastAsia="Calibri" w:hAnsi="Times New Roman" w:cs="Times New Roman"/>
          <w:b/>
          <w:sz w:val="24"/>
          <w:szCs w:val="24"/>
          <w:lang w:val="ru-RU"/>
        </w:rPr>
        <w:t>Отметьте правильный ответ.</w:t>
      </w:r>
    </w:p>
    <w:p w:rsidR="006D1F8F" w:rsidRPr="006D1F8F" w:rsidRDefault="00161CFB" w:rsidP="006D1F8F">
      <w:pPr>
        <w:tabs>
          <w:tab w:val="center" w:pos="1895"/>
          <w:tab w:val="center" w:pos="4249"/>
          <w:tab w:val="center" w:pos="4957"/>
          <w:tab w:val="center" w:pos="6906"/>
        </w:tabs>
        <w:spacing w:after="0" w:line="240" w:lineRule="auto"/>
        <w:rPr>
          <w:rFonts w:ascii="Times New Roman" w:eastAsia="Times New Roman"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9553" o:spid="_x0000_s1113" style="position:absolute;margin-left:110.25pt;margin-top:1.05pt;width:16.5pt;height:15pt;flip:y;z-index:2516766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">
            <w10:wrap anchorx="margin"/>
          </v:rect>
        </w:pict>
      </w:r>
      <w:r w:rsidRPr="00161CFB">
        <w:rPr>
          <w:rFonts w:ascii="Calibri" w:eastAsia="Calibri" w:hAnsi="Calibri" w:cs="Times New Roman"/>
          <w:noProof/>
          <w:sz w:val="22"/>
          <w:szCs w:val="22"/>
          <w:lang w:val="ru-RU" w:eastAsia="ru-RU"/>
        </w:rPr>
        <w:pict>
          <v:rect id="Прямоугольник 39552" o:spid="_x0000_s1112" style="position:absolute;margin-left:297.75pt;margin-top:1.05pt;width:16.5pt;height:15pt;flip:y;z-index:2516776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">
            <w10:wrap anchorx="margin"/>
          </v:rect>
        </w:pict>
      </w:r>
      <w:r w:rsidR="006D1F8F" w:rsidRPr="006D1F8F">
        <w:rPr>
          <w:rFonts w:ascii="Times New Roman" w:eastAsia="Calibri" w:hAnsi="Times New Roman" w:cs="Times New Roman"/>
          <w:sz w:val="24"/>
          <w:szCs w:val="24"/>
          <w:lang w:val="ru-RU"/>
        </w:rPr>
        <w:t>1</w:t>
      </w:r>
      <w:r w:rsidR="006D1F8F" w:rsidRPr="006D1F8F">
        <w:rPr>
          <w:rFonts w:ascii="Times New Roman" w:eastAsia="Times New Roman" w:hAnsi="Times New Roman" w:cs="Times New Roman"/>
          <w:sz w:val="24"/>
          <w:szCs w:val="24"/>
          <w:lang w:val="ru-RU"/>
        </w:rPr>
        <w:t xml:space="preserve">)художественный;  </w:t>
      </w:r>
      <w:r w:rsidR="006D1F8F" w:rsidRPr="006D1F8F">
        <w:rPr>
          <w:rFonts w:ascii="Times New Roman" w:eastAsia="Times New Roman" w:hAnsi="Times New Roman" w:cs="Times New Roman"/>
          <w:sz w:val="24"/>
          <w:szCs w:val="24"/>
          <w:lang w:val="ru-RU"/>
        </w:rPr>
        <w:tab/>
        <w:t xml:space="preserve">          2) научно-популярный;                      3) разговорный; </w:t>
      </w:r>
    </w:p>
    <w:p w:rsidR="006D1F8F" w:rsidRPr="006D1F8F" w:rsidRDefault="006D1F8F" w:rsidP="006D1F8F">
      <w:pPr>
        <w:spacing w:after="0" w:line="240" w:lineRule="auto"/>
        <w:ind w:left="708"/>
        <w:rPr>
          <w:rFonts w:ascii="Times New Roman" w:eastAsia="Calibri" w:hAnsi="Times New Roman" w:cs="Times New Roman"/>
          <w:sz w:val="24"/>
          <w:szCs w:val="24"/>
          <w:lang w:val="ru-RU"/>
        </w:rPr>
      </w:pPr>
    </w:p>
    <w:p w:rsidR="006D1F8F" w:rsidRPr="006D1F8F" w:rsidRDefault="006D1F8F" w:rsidP="006D1F8F">
      <w:pPr>
        <w:spacing w:after="0" w:line="240" w:lineRule="auto"/>
        <w:ind w:left="708" w:right="257" w:hanging="541"/>
        <w:jc w:val="both"/>
        <w:rPr>
          <w:rFonts w:ascii="Times New Roman" w:eastAsia="Calibri" w:hAnsi="Times New Roman" w:cs="Times New Roman"/>
          <w:sz w:val="24"/>
          <w:szCs w:val="24"/>
        </w:rPr>
      </w:pPr>
      <w:r w:rsidRPr="006D1F8F">
        <w:rPr>
          <w:rFonts w:ascii="Times New Roman" w:eastAsia="Times New Roman" w:hAnsi="Times New Roman" w:cs="Times New Roman"/>
          <w:b/>
          <w:sz w:val="24"/>
          <w:szCs w:val="24"/>
          <w:lang w:val="ru-RU"/>
        </w:rPr>
        <w:t xml:space="preserve">Задание 5. Используя информацию из текста, заполните таблицу. </w:t>
      </w:r>
      <w:r w:rsidRPr="006D1F8F">
        <w:rPr>
          <w:rFonts w:ascii="Times New Roman" w:eastAsia="Times New Roman" w:hAnsi="Times New Roman" w:cs="Times New Roman"/>
          <w:b/>
          <w:sz w:val="24"/>
          <w:szCs w:val="24"/>
        </w:rPr>
        <w:t>(Надо данные записывать цифрой).</w:t>
      </w:r>
    </w:p>
    <w:tbl>
      <w:tblPr>
        <w:tblStyle w:val="TableGrid"/>
        <w:tblW w:w="10735" w:type="dxa"/>
        <w:tblInd w:w="-108" w:type="dxa"/>
        <w:tblCellMar>
          <w:top w:w="9" w:type="dxa"/>
          <w:left w:w="108" w:type="dxa"/>
          <w:right w:w="115" w:type="dxa"/>
        </w:tblCellMar>
        <w:tblLook w:val="04A0"/>
      </w:tblPr>
      <w:tblGrid>
        <w:gridCol w:w="7621"/>
        <w:gridCol w:w="3114"/>
      </w:tblGrid>
      <w:tr w:rsidR="006D1F8F" w:rsidRPr="003944E9" w:rsidTr="006D1F8F">
        <w:trPr>
          <w:trHeight w:val="605"/>
        </w:trPr>
        <w:tc>
          <w:tcPr>
            <w:tcW w:w="7621" w:type="dxa"/>
            <w:tcBorders>
              <w:top w:val="single" w:sz="4" w:space="0" w:color="000000"/>
              <w:left w:val="single" w:sz="4" w:space="0" w:color="000000"/>
              <w:bottom w:val="single" w:sz="4" w:space="0" w:color="000000"/>
              <w:right w:val="single" w:sz="4" w:space="0" w:color="000000"/>
            </w:tcBorders>
            <w:hideMark/>
          </w:tcPr>
          <w:p w:rsidR="006D1F8F" w:rsidRPr="006D1F8F" w:rsidRDefault="006D1F8F" w:rsidP="006D1F8F">
            <w:pPr>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rPr>
              <w:t xml:space="preserve">1.Какой мороз может выдержать северный олень? </w:t>
            </w:r>
          </w:p>
        </w:tc>
        <w:tc>
          <w:tcPr>
            <w:tcW w:w="3114" w:type="dxa"/>
            <w:tcBorders>
              <w:top w:val="single" w:sz="4" w:space="0" w:color="000000"/>
              <w:left w:val="single" w:sz="4" w:space="0" w:color="000000"/>
              <w:bottom w:val="single" w:sz="4" w:space="0" w:color="000000"/>
              <w:right w:val="single" w:sz="4" w:space="0" w:color="000000"/>
            </w:tcBorders>
          </w:tcPr>
          <w:p w:rsidR="006D1F8F" w:rsidRPr="006D1F8F" w:rsidRDefault="006D1F8F" w:rsidP="006D1F8F">
            <w:pPr>
              <w:rPr>
                <w:rFonts w:ascii="Times New Roman" w:eastAsia="Times New Roman" w:hAnsi="Times New Roman" w:cs="Times New Roman"/>
                <w:sz w:val="24"/>
                <w:szCs w:val="24"/>
              </w:rPr>
            </w:pPr>
          </w:p>
        </w:tc>
      </w:tr>
      <w:tr w:rsidR="006D1F8F" w:rsidRPr="006D1F8F" w:rsidTr="006D1F8F">
        <w:trPr>
          <w:trHeight w:val="607"/>
        </w:trPr>
        <w:tc>
          <w:tcPr>
            <w:tcW w:w="7621" w:type="dxa"/>
            <w:tcBorders>
              <w:top w:val="single" w:sz="4" w:space="0" w:color="000000"/>
              <w:left w:val="single" w:sz="4" w:space="0" w:color="000000"/>
              <w:bottom w:val="single" w:sz="4" w:space="0" w:color="000000"/>
              <w:right w:val="single" w:sz="4" w:space="0" w:color="000000"/>
            </w:tcBorders>
            <w:hideMark/>
          </w:tcPr>
          <w:p w:rsidR="006D1F8F" w:rsidRPr="006D1F8F" w:rsidRDefault="006D1F8F" w:rsidP="006D1F8F">
            <w:pPr>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rPr>
              <w:t>2.Любимое кушанье оленя.</w:t>
            </w:r>
          </w:p>
        </w:tc>
        <w:tc>
          <w:tcPr>
            <w:tcW w:w="3114" w:type="dxa"/>
            <w:tcBorders>
              <w:top w:val="single" w:sz="4" w:space="0" w:color="000000"/>
              <w:left w:val="single" w:sz="4" w:space="0" w:color="000000"/>
              <w:bottom w:val="single" w:sz="4" w:space="0" w:color="000000"/>
              <w:right w:val="single" w:sz="4" w:space="0" w:color="000000"/>
            </w:tcBorders>
          </w:tcPr>
          <w:p w:rsidR="006D1F8F" w:rsidRPr="006D1F8F" w:rsidRDefault="006D1F8F" w:rsidP="006D1F8F">
            <w:pPr>
              <w:rPr>
                <w:rFonts w:ascii="Times New Roman" w:eastAsia="Times New Roman" w:hAnsi="Times New Roman" w:cs="Times New Roman"/>
                <w:sz w:val="24"/>
                <w:szCs w:val="24"/>
              </w:rPr>
            </w:pPr>
          </w:p>
        </w:tc>
      </w:tr>
      <w:tr w:rsidR="006D1F8F" w:rsidRPr="006D1F8F" w:rsidTr="006D1F8F">
        <w:trPr>
          <w:trHeight w:val="607"/>
        </w:trPr>
        <w:tc>
          <w:tcPr>
            <w:tcW w:w="7621" w:type="dxa"/>
            <w:tcBorders>
              <w:top w:val="single" w:sz="4" w:space="0" w:color="000000"/>
              <w:left w:val="single" w:sz="4" w:space="0" w:color="000000"/>
              <w:bottom w:val="single" w:sz="4" w:space="0" w:color="000000"/>
              <w:right w:val="single" w:sz="4" w:space="0" w:color="000000"/>
            </w:tcBorders>
            <w:hideMark/>
          </w:tcPr>
          <w:p w:rsidR="006D1F8F" w:rsidRPr="006D1F8F" w:rsidRDefault="006D1F8F" w:rsidP="006D1F8F">
            <w:pPr>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rPr>
              <w:t>3.Вес оленя.</w:t>
            </w:r>
          </w:p>
        </w:tc>
        <w:tc>
          <w:tcPr>
            <w:tcW w:w="3114" w:type="dxa"/>
            <w:tcBorders>
              <w:top w:val="single" w:sz="4" w:space="0" w:color="000000"/>
              <w:left w:val="single" w:sz="4" w:space="0" w:color="000000"/>
              <w:bottom w:val="single" w:sz="4" w:space="0" w:color="000000"/>
              <w:right w:val="single" w:sz="4" w:space="0" w:color="000000"/>
            </w:tcBorders>
          </w:tcPr>
          <w:p w:rsidR="006D1F8F" w:rsidRPr="006D1F8F" w:rsidRDefault="006D1F8F" w:rsidP="006D1F8F">
            <w:pPr>
              <w:rPr>
                <w:rFonts w:ascii="Times New Roman" w:eastAsia="Times New Roman" w:hAnsi="Times New Roman" w:cs="Times New Roman"/>
                <w:sz w:val="24"/>
                <w:szCs w:val="24"/>
              </w:rPr>
            </w:pPr>
          </w:p>
        </w:tc>
      </w:tr>
      <w:tr w:rsidR="006D1F8F" w:rsidRPr="003944E9" w:rsidTr="006D1F8F">
        <w:trPr>
          <w:trHeight w:val="607"/>
        </w:trPr>
        <w:tc>
          <w:tcPr>
            <w:tcW w:w="7621" w:type="dxa"/>
            <w:tcBorders>
              <w:top w:val="single" w:sz="4" w:space="0" w:color="000000"/>
              <w:left w:val="single" w:sz="4" w:space="0" w:color="000000"/>
              <w:bottom w:val="single" w:sz="4" w:space="0" w:color="000000"/>
              <w:right w:val="single" w:sz="4" w:space="0" w:color="000000"/>
            </w:tcBorders>
            <w:hideMark/>
          </w:tcPr>
          <w:p w:rsidR="006D1F8F" w:rsidRPr="006D1F8F" w:rsidRDefault="006D1F8F" w:rsidP="006D1F8F">
            <w:pPr>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rPr>
              <w:t xml:space="preserve">4.Сколько километров может пробежать олень в день? </w:t>
            </w:r>
          </w:p>
        </w:tc>
        <w:tc>
          <w:tcPr>
            <w:tcW w:w="3114" w:type="dxa"/>
            <w:tcBorders>
              <w:top w:val="single" w:sz="4" w:space="0" w:color="000000"/>
              <w:left w:val="single" w:sz="4" w:space="0" w:color="000000"/>
              <w:bottom w:val="single" w:sz="4" w:space="0" w:color="000000"/>
              <w:right w:val="single" w:sz="4" w:space="0" w:color="000000"/>
            </w:tcBorders>
          </w:tcPr>
          <w:p w:rsidR="006D1F8F" w:rsidRPr="006D1F8F" w:rsidRDefault="006D1F8F" w:rsidP="006D1F8F">
            <w:pPr>
              <w:rPr>
                <w:rFonts w:ascii="Times New Roman" w:eastAsia="Times New Roman" w:hAnsi="Times New Roman" w:cs="Times New Roman"/>
                <w:sz w:val="24"/>
                <w:szCs w:val="24"/>
              </w:rPr>
            </w:pPr>
          </w:p>
        </w:tc>
      </w:tr>
    </w:tbl>
    <w:p w:rsidR="006D1F8F" w:rsidRPr="006D1F8F" w:rsidRDefault="006D1F8F" w:rsidP="006D1F8F">
      <w:pPr>
        <w:spacing w:after="0" w:line="240" w:lineRule="auto"/>
        <w:jc w:val="center"/>
        <w:rPr>
          <w:rFonts w:ascii="Times New Roman" w:eastAsia="Calibri" w:hAnsi="Times New Roman" w:cs="Times New Roman"/>
          <w:sz w:val="24"/>
          <w:szCs w:val="24"/>
          <w:lang w:val="ru-RU"/>
        </w:rPr>
      </w:pPr>
      <w:r w:rsidRPr="006D1F8F">
        <w:rPr>
          <w:rFonts w:ascii="Times New Roman" w:eastAsia="Calibri" w:hAnsi="Times New Roman" w:cs="Times New Roman"/>
          <w:b/>
          <w:i/>
          <w:sz w:val="24"/>
          <w:szCs w:val="24"/>
          <w:u w:val="single"/>
          <w:lang w:val="ru-RU"/>
        </w:rPr>
        <w:t>Русский язык</w:t>
      </w:r>
    </w:p>
    <w:p w:rsidR="006D1F8F" w:rsidRPr="006D1F8F" w:rsidRDefault="00161CFB" w:rsidP="006D1F8F">
      <w:pPr>
        <w:spacing w:after="0" w:line="240" w:lineRule="auto"/>
        <w:jc w:val="both"/>
        <w:rPr>
          <w:rFonts w:ascii="Times New Roman" w:eastAsia="Calibri" w:hAnsi="Times New Roman" w:cs="Times New Roman"/>
          <w:b/>
          <w:sz w:val="24"/>
          <w:szCs w:val="24"/>
          <w:lang w:val="ru-RU"/>
        </w:rPr>
      </w:pPr>
      <w:r w:rsidRPr="00161CFB">
        <w:rPr>
          <w:rFonts w:ascii="Calibri" w:eastAsia="Calibri" w:hAnsi="Calibri" w:cs="Times New Roman"/>
          <w:noProof/>
          <w:sz w:val="22"/>
          <w:szCs w:val="22"/>
          <w:lang w:val="ru-RU" w:eastAsia="ru-RU"/>
        </w:rPr>
        <w:pict>
          <v:rect id="Прямоугольник 3519" o:spid="_x0000_s1111" style="position:absolute;left:0;text-align:left;margin-left:-21pt;margin-top:11.55pt;width:16.5pt;height:15pt;flip:y;z-index:2516787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">
            <w10:wrap anchorx="margin"/>
          </v:rect>
        </w:pict>
      </w:r>
      <w:r w:rsidR="006D1F8F" w:rsidRPr="006D1F8F">
        <w:rPr>
          <w:rFonts w:ascii="Times New Roman" w:eastAsia="Times New Roman" w:hAnsi="Times New Roman" w:cs="Times New Roman"/>
          <w:b/>
          <w:bCs/>
          <w:sz w:val="24"/>
          <w:szCs w:val="24"/>
          <w:lang w:val="ru-RU"/>
        </w:rPr>
        <w:t xml:space="preserve">Задание 1.  </w:t>
      </w:r>
      <w:r w:rsidR="006D1F8F" w:rsidRPr="006D1F8F">
        <w:rPr>
          <w:rFonts w:ascii="Times New Roman" w:eastAsia="Calibri" w:hAnsi="Times New Roman" w:cs="Times New Roman"/>
          <w:b/>
          <w:sz w:val="24"/>
          <w:szCs w:val="24"/>
          <w:lang w:val="ru-RU"/>
        </w:rPr>
        <w:t>Отметьте правильный ответ группы слов, в которых все согласные звуки твёрдые.</w:t>
      </w:r>
    </w:p>
    <w:p w:rsidR="006D1F8F" w:rsidRPr="006D1F8F" w:rsidRDefault="006D1F8F" w:rsidP="006D1F8F">
      <w:pPr>
        <w:spacing w:after="0" w:line="276" w:lineRule="auto"/>
        <w:jc w:val="both"/>
        <w:rPr>
          <w:rFonts w:ascii="Times New Roman" w:eastAsia="Calibri" w:hAnsi="Times New Roman" w:cs="Times New Roman"/>
          <w:b/>
          <w:sz w:val="24"/>
          <w:szCs w:val="24"/>
          <w:lang w:val="ru-RU"/>
        </w:rPr>
      </w:pPr>
      <w:r w:rsidRPr="006D1F8F">
        <w:rPr>
          <w:rFonts w:ascii="Times New Roman" w:eastAsia="Calibri" w:hAnsi="Times New Roman" w:cs="Times New Roman"/>
          <w:sz w:val="24"/>
          <w:szCs w:val="24"/>
          <w:lang w:val="ru-RU"/>
        </w:rPr>
        <w:t>1) олень, сено, лошадь;</w:t>
      </w:r>
    </w:p>
    <w:p w:rsidR="006D1F8F" w:rsidRPr="006D1F8F" w:rsidRDefault="00161CFB" w:rsidP="006D1F8F">
      <w:pPr>
        <w:spacing w:after="0" w:line="276" w:lineRule="auto"/>
        <w:jc w:val="both"/>
        <w:rPr>
          <w:rFonts w:ascii="Times New Roman" w:eastAsia="Calibri" w:hAnsi="Times New Roman" w:cs="Times New Roman"/>
          <w:b/>
          <w:sz w:val="24"/>
          <w:szCs w:val="24"/>
          <w:lang w:val="ru-RU"/>
        </w:rPr>
      </w:pPr>
      <w:r w:rsidRPr="00161CFB">
        <w:rPr>
          <w:rFonts w:ascii="Calibri" w:eastAsia="Calibri" w:hAnsi="Calibri" w:cs="Times New Roman"/>
          <w:noProof/>
          <w:sz w:val="22"/>
          <w:szCs w:val="22"/>
          <w:lang w:val="ru-RU" w:eastAsia="ru-RU"/>
        </w:rPr>
        <w:pict>
          <v:rect id="Прямоугольник 3518" o:spid="_x0000_s1110" style="position:absolute;left:0;text-align:left;margin-left:-21pt;margin-top:.3pt;width:16.5pt;height:15pt;flip:y;z-index:2516797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">
            <w10:wrap anchorx="margin"/>
          </v:rect>
        </w:pict>
      </w:r>
      <w:r w:rsidR="006D1F8F" w:rsidRPr="006D1F8F">
        <w:rPr>
          <w:rFonts w:ascii="Times New Roman" w:eastAsia="Calibri" w:hAnsi="Times New Roman" w:cs="Times New Roman"/>
          <w:sz w:val="24"/>
          <w:szCs w:val="24"/>
          <w:lang w:val="ru-RU"/>
        </w:rPr>
        <w:t>2) потомство, рога, жир;</w:t>
      </w:r>
    </w:p>
    <w:p w:rsidR="006D1F8F" w:rsidRPr="006D1F8F" w:rsidRDefault="00161CFB" w:rsidP="006D1F8F">
      <w:pPr>
        <w:spacing w:after="0" w:line="276" w:lineRule="auto"/>
        <w:jc w:val="both"/>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517" o:spid="_x0000_s1109" style="position:absolute;left:0;text-align:left;margin-left:-19.05pt;margin-top:3pt;width:16.5pt;height:15pt;flip:y;z-index:2516807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">
            <w10:wrap anchorx="margin"/>
          </v:rect>
        </w:pict>
      </w:r>
      <w:r w:rsidR="006D1F8F" w:rsidRPr="006D1F8F">
        <w:rPr>
          <w:rFonts w:ascii="Times New Roman" w:eastAsia="Calibri" w:hAnsi="Times New Roman" w:cs="Times New Roman"/>
          <w:sz w:val="24"/>
          <w:szCs w:val="24"/>
          <w:lang w:val="ru-RU"/>
        </w:rPr>
        <w:t>3) броня, жир, секрет;</w:t>
      </w:r>
    </w:p>
    <w:p w:rsidR="006D1F8F" w:rsidRPr="006D1F8F" w:rsidRDefault="00161CFB" w:rsidP="006D1F8F">
      <w:pPr>
        <w:spacing w:after="0" w:line="276" w:lineRule="auto"/>
        <w:jc w:val="both"/>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516" o:spid="_x0000_s1108" style="position:absolute;left:0;text-align:left;margin-left:-21pt;margin-top:2.1pt;width:16.5pt;height:15pt;flip:y;z-index:2516817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">
            <w10:wrap anchorx="margin"/>
          </v:rect>
        </w:pict>
      </w:r>
      <w:r w:rsidR="006D1F8F" w:rsidRPr="006D1F8F">
        <w:rPr>
          <w:rFonts w:ascii="Times New Roman" w:eastAsia="Calibri" w:hAnsi="Times New Roman" w:cs="Times New Roman"/>
          <w:sz w:val="24"/>
          <w:szCs w:val="24"/>
          <w:lang w:val="ru-RU"/>
        </w:rPr>
        <w:t>4) молоко, мясо, ягель;</w:t>
      </w:r>
    </w:p>
    <w:p w:rsidR="006D1F8F" w:rsidRPr="006D1F8F" w:rsidRDefault="006D1F8F" w:rsidP="006D1F8F">
      <w:pPr>
        <w:spacing w:after="0" w:line="240" w:lineRule="auto"/>
        <w:jc w:val="both"/>
        <w:rPr>
          <w:rFonts w:ascii="Times New Roman" w:eastAsia="Calibri" w:hAnsi="Times New Roman" w:cs="Times New Roman"/>
          <w:sz w:val="24"/>
          <w:szCs w:val="24"/>
          <w:lang w:val="ru-RU"/>
        </w:rPr>
      </w:pPr>
    </w:p>
    <w:p w:rsidR="006D1F8F" w:rsidRPr="006D1F8F" w:rsidRDefault="006D1F8F" w:rsidP="006D1F8F">
      <w:pPr>
        <w:spacing w:after="0" w:line="240" w:lineRule="auto"/>
        <w:rPr>
          <w:rFonts w:ascii="Times New Roman" w:eastAsia="Times New Roman" w:hAnsi="Times New Roman" w:cs="Times New Roman"/>
          <w:b/>
          <w:bCs/>
          <w:sz w:val="24"/>
          <w:szCs w:val="24"/>
          <w:lang w:val="ru-RU"/>
        </w:rPr>
      </w:pPr>
      <w:r w:rsidRPr="006D1F8F">
        <w:rPr>
          <w:rFonts w:ascii="Times New Roman" w:eastAsia="Times New Roman" w:hAnsi="Times New Roman" w:cs="Times New Roman"/>
          <w:b/>
          <w:bCs/>
          <w:sz w:val="24"/>
          <w:szCs w:val="24"/>
          <w:lang w:val="ru-RU"/>
        </w:rPr>
        <w:t xml:space="preserve">Задание 2.  </w:t>
      </w:r>
      <w:r w:rsidRPr="006D1F8F">
        <w:rPr>
          <w:rFonts w:ascii="Times New Roman" w:eastAsia="Times New Roman" w:hAnsi="Times New Roman" w:cs="Times New Roman"/>
          <w:b/>
          <w:sz w:val="24"/>
          <w:szCs w:val="24"/>
          <w:lang w:val="ru-RU"/>
        </w:rPr>
        <w:t>Укажите количество букв и звуков.</w:t>
      </w:r>
    </w:p>
    <w:p w:rsidR="006D1F8F" w:rsidRPr="006D1F8F" w:rsidRDefault="006D1F8F" w:rsidP="006D1F8F">
      <w:pPr>
        <w:spacing w:after="0" w:line="240" w:lineRule="auto"/>
        <w:rPr>
          <w:rFonts w:ascii="Times New Roman" w:eastAsia="Times New Roman" w:hAnsi="Times New Roman" w:cs="Times New Roman"/>
          <w:sz w:val="24"/>
          <w:szCs w:val="24"/>
          <w:lang w:val="ru-RU"/>
        </w:rPr>
      </w:pPr>
      <w:r w:rsidRPr="006D1F8F">
        <w:rPr>
          <w:rFonts w:ascii="Times New Roman" w:eastAsia="Calibri" w:hAnsi="Times New Roman" w:cs="Times New Roman"/>
          <w:b/>
          <w:iCs/>
          <w:sz w:val="24"/>
          <w:szCs w:val="24"/>
          <w:lang w:val="ru-RU"/>
        </w:rPr>
        <w:t xml:space="preserve"> ягель</w:t>
      </w:r>
      <w:r w:rsidRPr="006D1F8F">
        <w:rPr>
          <w:rFonts w:ascii="Times New Roman" w:eastAsia="Times New Roman" w:hAnsi="Times New Roman" w:cs="Times New Roman"/>
          <w:sz w:val="24"/>
          <w:szCs w:val="24"/>
          <w:lang w:val="ru-RU"/>
        </w:rPr>
        <w:t>_____ букв, _____ звуков</w:t>
      </w:r>
    </w:p>
    <w:p w:rsidR="006D1F8F" w:rsidRPr="006D1F8F" w:rsidRDefault="006D1F8F" w:rsidP="006D1F8F">
      <w:pPr>
        <w:spacing w:after="0" w:line="240" w:lineRule="auto"/>
        <w:rPr>
          <w:rFonts w:ascii="Times New Roman" w:eastAsia="Times New Roman" w:hAnsi="Times New Roman" w:cs="Times New Roman"/>
          <w:sz w:val="24"/>
          <w:szCs w:val="24"/>
          <w:lang w:val="ru-RU"/>
        </w:rPr>
      </w:pPr>
      <w:r w:rsidRPr="006D1F8F">
        <w:rPr>
          <w:rFonts w:ascii="Times New Roman" w:eastAsia="Calibri" w:hAnsi="Times New Roman" w:cs="Times New Roman"/>
          <w:b/>
          <w:iCs/>
          <w:sz w:val="24"/>
          <w:szCs w:val="24"/>
          <w:lang w:val="ru-RU"/>
        </w:rPr>
        <w:t>дикие</w:t>
      </w:r>
      <w:r w:rsidRPr="006D1F8F">
        <w:rPr>
          <w:rFonts w:ascii="Times New Roman" w:eastAsia="Calibri" w:hAnsi="Times New Roman" w:cs="Times New Roman"/>
          <w:iCs/>
          <w:sz w:val="24"/>
          <w:szCs w:val="24"/>
          <w:lang w:val="ru-RU"/>
        </w:rPr>
        <w:t>_____</w:t>
      </w:r>
      <w:r w:rsidRPr="006D1F8F">
        <w:rPr>
          <w:rFonts w:ascii="Times New Roman" w:eastAsia="Times New Roman" w:hAnsi="Times New Roman" w:cs="Times New Roman"/>
          <w:sz w:val="24"/>
          <w:szCs w:val="24"/>
          <w:lang w:val="ru-RU"/>
        </w:rPr>
        <w:t>букв, ______ звуков</w:t>
      </w:r>
    </w:p>
    <w:p w:rsidR="006D1F8F" w:rsidRPr="006D1F8F" w:rsidRDefault="006D1F8F" w:rsidP="006D1F8F">
      <w:pPr>
        <w:spacing w:after="0" w:line="240" w:lineRule="auto"/>
        <w:rPr>
          <w:rFonts w:ascii="Times New Roman" w:eastAsia="Times New Roman" w:hAnsi="Times New Roman" w:cs="Times New Roman"/>
          <w:sz w:val="24"/>
          <w:szCs w:val="24"/>
          <w:lang w:val="ru-RU"/>
        </w:rPr>
      </w:pPr>
      <w:r w:rsidRPr="006D1F8F">
        <w:rPr>
          <w:rFonts w:ascii="Times New Roman" w:eastAsia="Calibri" w:hAnsi="Times New Roman" w:cs="Times New Roman"/>
          <w:b/>
          <w:iCs/>
          <w:sz w:val="24"/>
          <w:szCs w:val="24"/>
          <w:lang w:val="ru-RU"/>
        </w:rPr>
        <w:t>олень</w:t>
      </w:r>
      <w:r w:rsidRPr="006D1F8F">
        <w:rPr>
          <w:rFonts w:ascii="Times New Roman" w:eastAsia="Times New Roman" w:hAnsi="Times New Roman" w:cs="Times New Roman"/>
          <w:sz w:val="24"/>
          <w:szCs w:val="24"/>
          <w:lang w:val="ru-RU"/>
        </w:rPr>
        <w:t xml:space="preserve">_____   букв, ____ звуков </w:t>
      </w:r>
    </w:p>
    <w:p w:rsidR="006D1F8F" w:rsidRPr="006D1F8F" w:rsidRDefault="006D1F8F" w:rsidP="006D1F8F">
      <w:pPr>
        <w:numPr>
          <w:ilvl w:val="0"/>
          <w:numId w:val="83"/>
        </w:numPr>
        <w:shd w:val="clear" w:color="auto" w:fill="FFFFFF"/>
        <w:tabs>
          <w:tab w:val="num" w:pos="360"/>
        </w:tabs>
        <w:spacing w:after="0" w:line="252" w:lineRule="exact"/>
        <w:ind w:left="14" w:right="-1" w:firstLine="166"/>
        <w:jc w:val="both"/>
        <w:rPr>
          <w:rFonts w:ascii="Times New Roman" w:eastAsia="Times New Roman" w:hAnsi="Times New Roman" w:cs="Times New Roman"/>
          <w:i/>
          <w:sz w:val="24"/>
          <w:szCs w:val="24"/>
          <w:lang w:val="ru-RU" w:eastAsia="ru-RU"/>
        </w:rPr>
      </w:pPr>
    </w:p>
    <w:p w:rsidR="006D1F8F" w:rsidRPr="006D1F8F" w:rsidRDefault="006D1F8F" w:rsidP="006D1F8F">
      <w:pPr>
        <w:spacing w:after="0" w:line="240" w:lineRule="auto"/>
        <w:rPr>
          <w:rFonts w:ascii="Times New Roman" w:eastAsia="Calibri" w:hAnsi="Times New Roman" w:cs="Times New Roman"/>
          <w:b/>
          <w:sz w:val="24"/>
          <w:szCs w:val="24"/>
          <w:lang w:val="ru-RU"/>
        </w:rPr>
      </w:pPr>
      <w:r w:rsidRPr="006D1F8F">
        <w:rPr>
          <w:rFonts w:ascii="Times New Roman" w:eastAsia="Times New Roman" w:hAnsi="Times New Roman" w:cs="Times New Roman"/>
          <w:b/>
          <w:bCs/>
          <w:sz w:val="24"/>
          <w:szCs w:val="24"/>
          <w:lang w:val="ru-RU"/>
        </w:rPr>
        <w:t xml:space="preserve">Задание 3.  </w:t>
      </w:r>
      <w:r w:rsidRPr="006D1F8F">
        <w:rPr>
          <w:rFonts w:ascii="Times New Roman" w:eastAsia="Calibri" w:hAnsi="Times New Roman" w:cs="Times New Roman"/>
          <w:b/>
          <w:sz w:val="24"/>
          <w:szCs w:val="24"/>
          <w:lang w:val="ru-RU"/>
        </w:rPr>
        <w:t xml:space="preserve">Отметьте правильный ответ.Буква –о- пропущена в словах группы: </w:t>
      </w:r>
    </w:p>
    <w:p w:rsidR="006D1F8F" w:rsidRPr="006D1F8F" w:rsidRDefault="00161CFB" w:rsidP="006D1F8F">
      <w:pPr>
        <w:spacing w:after="0" w:line="276" w:lineRule="auto"/>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515" o:spid="_x0000_s1107" style="position:absolute;margin-left:262.5pt;margin-top:.9pt;width:16.5pt;height:15pt;flip:y;z-index:2516828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">
            <w10:wrap anchorx="margin"/>
          </v:rect>
        </w:pict>
      </w:r>
      <w:r w:rsidRPr="00161CFB">
        <w:rPr>
          <w:rFonts w:ascii="Calibri" w:eastAsia="Calibri" w:hAnsi="Calibri" w:cs="Times New Roman"/>
          <w:noProof/>
          <w:sz w:val="22"/>
          <w:szCs w:val="22"/>
          <w:lang w:val="ru-RU" w:eastAsia="ru-RU"/>
        </w:rPr>
        <w:pict>
          <v:rect id="Прямоугольник 3514" o:spid="_x0000_s1106" style="position:absolute;margin-left:120.75pt;margin-top:.9pt;width:16.5pt;height:15pt;flip:y;z-index:2516838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">
            <w10:wrap anchorx="margin"/>
          </v:rect>
        </w:pict>
      </w:r>
      <w:r w:rsidRPr="00161CFB">
        <w:rPr>
          <w:rFonts w:ascii="Calibri" w:eastAsia="Calibri" w:hAnsi="Calibri" w:cs="Times New Roman"/>
          <w:noProof/>
          <w:sz w:val="22"/>
          <w:szCs w:val="22"/>
          <w:lang w:val="ru-RU" w:eastAsia="ru-RU"/>
        </w:rPr>
        <w:pict>
          <v:rect id="Прямоугольник 3513" o:spid="_x0000_s1105" style="position:absolute;margin-left:-25.5pt;margin-top:.9pt;width:16.5pt;height:15pt;flip:y;z-index:2516848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">
            <w10:wrap anchorx="margin"/>
          </v:rect>
        </w:pict>
      </w:r>
      <w:r w:rsidR="006D1F8F" w:rsidRPr="006D1F8F">
        <w:rPr>
          <w:rFonts w:ascii="Times New Roman" w:eastAsia="Calibri" w:hAnsi="Times New Roman" w:cs="Times New Roman"/>
          <w:sz w:val="24"/>
          <w:szCs w:val="24"/>
          <w:lang w:val="ru-RU"/>
        </w:rPr>
        <w:t>1)д….лёких, …лень;</w:t>
      </w:r>
      <w:r w:rsidR="006D1F8F" w:rsidRPr="006D1F8F">
        <w:rPr>
          <w:rFonts w:ascii="Times New Roman" w:eastAsia="Calibri" w:hAnsi="Times New Roman" w:cs="Times New Roman"/>
          <w:sz w:val="24"/>
          <w:szCs w:val="24"/>
          <w:lang w:val="ru-RU"/>
        </w:rPr>
        <w:tab/>
      </w:r>
      <w:r w:rsidR="006D1F8F" w:rsidRPr="006D1F8F">
        <w:rPr>
          <w:rFonts w:ascii="Times New Roman" w:eastAsia="Calibri" w:hAnsi="Times New Roman" w:cs="Times New Roman"/>
          <w:sz w:val="24"/>
          <w:szCs w:val="24"/>
          <w:lang w:val="ru-RU"/>
        </w:rPr>
        <w:tab/>
        <w:t>2)м….роз, м…локо;</w:t>
      </w:r>
      <w:r w:rsidR="006D1F8F" w:rsidRPr="006D1F8F">
        <w:rPr>
          <w:rFonts w:ascii="Times New Roman" w:eastAsia="Calibri" w:hAnsi="Times New Roman" w:cs="Times New Roman"/>
          <w:sz w:val="24"/>
          <w:szCs w:val="24"/>
          <w:lang w:val="ru-RU"/>
        </w:rPr>
        <w:tab/>
      </w:r>
      <w:r w:rsidR="006D1F8F" w:rsidRPr="006D1F8F">
        <w:rPr>
          <w:rFonts w:ascii="Times New Roman" w:eastAsia="Calibri" w:hAnsi="Times New Roman" w:cs="Times New Roman"/>
          <w:sz w:val="24"/>
          <w:szCs w:val="24"/>
          <w:lang w:val="ru-RU"/>
        </w:rPr>
        <w:tab/>
        <w:t>3)р….га, кр…..ях;</w:t>
      </w:r>
    </w:p>
    <w:p w:rsidR="006D1F8F" w:rsidRPr="006D1F8F" w:rsidRDefault="006D1F8F" w:rsidP="006D1F8F">
      <w:pPr>
        <w:spacing w:after="0" w:line="240" w:lineRule="auto"/>
        <w:jc w:val="both"/>
        <w:rPr>
          <w:rFonts w:ascii="Times New Roman" w:eastAsia="Times New Roman" w:hAnsi="Times New Roman" w:cs="Times New Roman"/>
          <w:b/>
          <w:sz w:val="24"/>
          <w:szCs w:val="24"/>
          <w:lang w:val="ru-RU"/>
        </w:rPr>
      </w:pPr>
    </w:p>
    <w:p w:rsidR="006D1F8F" w:rsidRPr="006D1F8F" w:rsidRDefault="006D1F8F" w:rsidP="006D1F8F">
      <w:pPr>
        <w:spacing w:after="0" w:line="240" w:lineRule="auto"/>
        <w:jc w:val="both"/>
        <w:rPr>
          <w:rFonts w:ascii="Times New Roman" w:eastAsia="Times New Roman" w:hAnsi="Times New Roman" w:cs="Times New Roman"/>
          <w:sz w:val="24"/>
          <w:szCs w:val="24"/>
          <w:lang w:val="ru-RU"/>
        </w:rPr>
      </w:pPr>
      <w:r w:rsidRPr="006D1F8F">
        <w:rPr>
          <w:rFonts w:ascii="Times New Roman" w:eastAsia="Times New Roman" w:hAnsi="Times New Roman" w:cs="Times New Roman"/>
          <w:b/>
          <w:sz w:val="24"/>
          <w:szCs w:val="24"/>
          <w:lang w:val="ru-RU"/>
        </w:rPr>
        <w:t>Задание 4. Отметьте слово, имеющее следующий состав:</w:t>
      </w:r>
    </w:p>
    <w:p w:rsidR="006D1F8F" w:rsidRPr="006D1F8F" w:rsidRDefault="006D1F8F" w:rsidP="006D1F8F">
      <w:pPr>
        <w:spacing w:after="0" w:line="360" w:lineRule="auto"/>
        <w:ind w:firstLine="709"/>
        <w:jc w:val="both"/>
        <w:rPr>
          <w:rFonts w:ascii="Times New Roman" w:eastAsia="Times New Roman" w:hAnsi="Times New Roman" w:cs="Times New Roman"/>
          <w:sz w:val="24"/>
          <w:szCs w:val="24"/>
          <w:lang w:val="ru-RU"/>
        </w:rPr>
      </w:pPr>
      <w:r w:rsidRPr="006D1F8F">
        <w:rPr>
          <w:rFonts w:ascii="Times New Roman" w:eastAsia="Times New Roman" w:hAnsi="Times New Roman" w:cs="Times New Roman"/>
          <w:sz w:val="24"/>
          <w:szCs w:val="24"/>
          <w:bdr w:val="single" w:sz="4" w:space="0" w:color="auto" w:frame="1"/>
          <w:lang w:val="ru-RU"/>
        </w:rPr>
        <w:t xml:space="preserve"> корень </w:t>
      </w:r>
      <w:r w:rsidRPr="006D1F8F">
        <w:rPr>
          <w:rFonts w:ascii="Times New Roman" w:eastAsia="Times New Roman" w:hAnsi="Times New Roman" w:cs="Times New Roman"/>
          <w:sz w:val="24"/>
          <w:szCs w:val="24"/>
          <w:lang w:val="ru-RU"/>
        </w:rPr>
        <w:t xml:space="preserve">-   </w:t>
      </w:r>
      <w:r w:rsidRPr="006D1F8F">
        <w:rPr>
          <w:rFonts w:ascii="Times New Roman" w:eastAsia="Times New Roman" w:hAnsi="Times New Roman" w:cs="Times New Roman"/>
          <w:sz w:val="24"/>
          <w:szCs w:val="24"/>
          <w:bdr w:val="single" w:sz="4" w:space="0" w:color="auto" w:frame="1"/>
          <w:lang w:val="ru-RU"/>
        </w:rPr>
        <w:t>суффикс</w:t>
      </w:r>
      <w:r w:rsidRPr="006D1F8F">
        <w:rPr>
          <w:rFonts w:ascii="Times New Roman" w:eastAsia="Times New Roman" w:hAnsi="Times New Roman" w:cs="Times New Roman"/>
          <w:sz w:val="24"/>
          <w:szCs w:val="24"/>
          <w:lang w:val="ru-RU"/>
        </w:rPr>
        <w:t xml:space="preserve">-  </w:t>
      </w:r>
      <w:r w:rsidRPr="006D1F8F">
        <w:rPr>
          <w:rFonts w:ascii="Times New Roman" w:eastAsia="Times New Roman" w:hAnsi="Times New Roman" w:cs="Times New Roman"/>
          <w:sz w:val="24"/>
          <w:szCs w:val="24"/>
          <w:bdr w:val="single" w:sz="4" w:space="0" w:color="auto" w:frame="1"/>
          <w:lang w:val="ru-RU"/>
        </w:rPr>
        <w:t>окончание</w:t>
      </w:r>
    </w:p>
    <w:p w:rsidR="006D1F8F" w:rsidRPr="006D1F8F" w:rsidRDefault="00161CFB" w:rsidP="006D1F8F">
      <w:pPr>
        <w:spacing w:after="0" w:line="240" w:lineRule="auto"/>
        <w:jc w:val="both"/>
        <w:rPr>
          <w:rFonts w:ascii="Times New Roman" w:eastAsia="Times New Roman"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512" o:spid="_x0000_s1104" style="position:absolute;left:0;text-align:left;margin-left:7.8pt;margin-top:.7pt;width:16.5pt;height:15pt;flip:y;z-index:251685888;visibility:visible;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">
            <w10:wrap anchorx="margin"/>
          </v:rect>
        </w:pict>
      </w:r>
      <w:r w:rsidR="006D1F8F" w:rsidRPr="006D1F8F">
        <w:rPr>
          <w:rFonts w:ascii="Times New Roman" w:eastAsia="Times New Roman" w:hAnsi="Times New Roman" w:cs="Times New Roman"/>
          <w:sz w:val="24"/>
          <w:szCs w:val="24"/>
          <w:lang w:val="ru-RU"/>
        </w:rPr>
        <w:t xml:space="preserve">1) подкожный;  </w:t>
      </w:r>
    </w:p>
    <w:p w:rsidR="006D1F8F" w:rsidRPr="006D1F8F" w:rsidRDefault="00161CFB" w:rsidP="006D1F8F">
      <w:pPr>
        <w:spacing w:after="0" w:line="240" w:lineRule="auto"/>
        <w:jc w:val="both"/>
        <w:rPr>
          <w:rFonts w:ascii="Times New Roman" w:eastAsia="Times New Roman"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511" o:spid="_x0000_s1103" style="position:absolute;left:0;text-align:left;margin-left:7.8pt;margin-top:1.9pt;width:16.5pt;height:15pt;flip:y;z-index:251686912;visibility:visible;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">
            <w10:wrap anchorx="margin"/>
          </v:rect>
        </w:pict>
      </w:r>
      <w:r w:rsidR="006D1F8F" w:rsidRPr="006D1F8F">
        <w:rPr>
          <w:rFonts w:ascii="Times New Roman" w:eastAsia="Times New Roman" w:hAnsi="Times New Roman" w:cs="Times New Roman"/>
          <w:sz w:val="24"/>
          <w:szCs w:val="24"/>
          <w:lang w:val="ru-RU"/>
        </w:rPr>
        <w:t>2) оленя;</w:t>
      </w:r>
    </w:p>
    <w:p w:rsidR="006D1F8F" w:rsidRPr="006D1F8F" w:rsidRDefault="00161CFB" w:rsidP="006D1F8F">
      <w:pPr>
        <w:spacing w:after="0" w:line="240" w:lineRule="auto"/>
        <w:jc w:val="both"/>
        <w:rPr>
          <w:rFonts w:ascii="Times New Roman" w:eastAsia="Times New Roman"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510" o:spid="_x0000_s1102" style="position:absolute;left:0;text-align:left;margin-left:7.8pt;margin-top:3.1pt;width:16.5pt;height:15pt;flip:y;z-index:251687936;visibility:visible;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">
            <w10:wrap anchorx="margin"/>
          </v:rect>
        </w:pict>
      </w:r>
      <w:r w:rsidR="006D1F8F" w:rsidRPr="006D1F8F">
        <w:rPr>
          <w:rFonts w:ascii="Times New Roman" w:eastAsia="Times New Roman" w:hAnsi="Times New Roman" w:cs="Times New Roman"/>
          <w:sz w:val="24"/>
          <w:szCs w:val="24"/>
          <w:lang w:val="ru-RU"/>
        </w:rPr>
        <w:t>3) северный;</w:t>
      </w:r>
    </w:p>
    <w:p w:rsidR="006D1F8F" w:rsidRPr="006D1F8F" w:rsidRDefault="006D1F8F" w:rsidP="006D1F8F">
      <w:pPr>
        <w:spacing w:after="0" w:line="240" w:lineRule="auto"/>
        <w:rPr>
          <w:rFonts w:ascii="Times New Roman" w:eastAsia="Times New Roman" w:hAnsi="Times New Roman" w:cs="Times New Roman"/>
          <w:b/>
          <w:sz w:val="24"/>
          <w:szCs w:val="24"/>
          <w:lang w:val="ru-RU" w:eastAsia="ru-RU"/>
        </w:rPr>
      </w:pPr>
    </w:p>
    <w:p w:rsidR="006D1F8F" w:rsidRPr="006D1F8F" w:rsidRDefault="006D1F8F" w:rsidP="006D1F8F">
      <w:pPr>
        <w:spacing w:after="0" w:line="240" w:lineRule="auto"/>
        <w:rPr>
          <w:rFonts w:ascii="Times New Roman" w:eastAsia="Times New Roman" w:hAnsi="Times New Roman" w:cs="Times New Roman"/>
          <w:b/>
          <w:sz w:val="24"/>
          <w:szCs w:val="24"/>
          <w:lang w:val="ru-RU" w:eastAsia="ru-RU"/>
        </w:rPr>
      </w:pPr>
      <w:r w:rsidRPr="006D1F8F">
        <w:rPr>
          <w:rFonts w:ascii="Times New Roman" w:eastAsia="Times New Roman" w:hAnsi="Times New Roman" w:cs="Times New Roman"/>
          <w:b/>
          <w:sz w:val="24"/>
          <w:szCs w:val="24"/>
          <w:lang w:val="ru-RU" w:eastAsia="ru-RU"/>
        </w:rPr>
        <w:t>Задание 5.Заполните таблицу, указав те признаки прилагательных, которые ты изучил (род, падеж, число):</w:t>
      </w:r>
    </w:p>
    <w:tbl>
      <w:tblPr>
        <w:tblW w:w="977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0"/>
        <w:gridCol w:w="1701"/>
        <w:gridCol w:w="1418"/>
        <w:gridCol w:w="1843"/>
      </w:tblGrid>
      <w:tr w:rsidR="006D1F8F" w:rsidRPr="006D1F8F" w:rsidTr="006D1F8F">
        <w:trPr>
          <w:trHeight w:val="325"/>
        </w:trPr>
        <w:tc>
          <w:tcPr>
            <w:tcW w:w="4810"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jc w:val="center"/>
              <w:rPr>
                <w:rFonts w:ascii="Times New Roman" w:eastAsia="Times New Roman" w:hAnsi="Times New Roman" w:cs="Times New Roman"/>
                <w:b/>
                <w:sz w:val="24"/>
                <w:szCs w:val="24"/>
                <w:lang w:val="ru-RU"/>
              </w:rPr>
            </w:pPr>
            <w:r w:rsidRPr="006D1F8F">
              <w:rPr>
                <w:rFonts w:ascii="Times New Roman" w:eastAsia="Times New Roman" w:hAnsi="Times New Roman" w:cs="Times New Roman"/>
                <w:b/>
                <w:sz w:val="24"/>
                <w:szCs w:val="24"/>
                <w:lang w:val="ru-RU"/>
              </w:rPr>
              <w:t>Имя прилагательное</w:t>
            </w:r>
          </w:p>
          <w:p w:rsidR="006D1F8F" w:rsidRPr="006D1F8F" w:rsidRDefault="006D1F8F" w:rsidP="006D1F8F">
            <w:pPr>
              <w:spacing w:after="0" w:line="276" w:lineRule="auto"/>
              <w:jc w:val="center"/>
              <w:rPr>
                <w:rFonts w:ascii="Times New Roman" w:eastAsia="Times New Roman" w:hAnsi="Times New Roman" w:cs="Times New Roman"/>
                <w:sz w:val="24"/>
                <w:szCs w:val="24"/>
                <w:lang w:val="ru-RU"/>
              </w:rPr>
            </w:pPr>
            <w:r w:rsidRPr="006D1F8F">
              <w:rPr>
                <w:rFonts w:ascii="Times New Roman" w:eastAsia="Times New Roman" w:hAnsi="Times New Roman" w:cs="Times New Roman"/>
                <w:b/>
                <w:sz w:val="24"/>
                <w:szCs w:val="24"/>
                <w:lang w:val="ru-RU" w:eastAsia="ru-RU"/>
              </w:rPr>
              <w:t>(вместе с существительным).</w:t>
            </w:r>
          </w:p>
        </w:tc>
        <w:tc>
          <w:tcPr>
            <w:tcW w:w="1701"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before="100" w:beforeAutospacing="1" w:after="100" w:afterAutospacing="1" w:line="360" w:lineRule="auto"/>
              <w:jc w:val="center"/>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rPr>
              <w:t>Род</w:t>
            </w:r>
          </w:p>
        </w:tc>
        <w:tc>
          <w:tcPr>
            <w:tcW w:w="1418"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before="100" w:beforeAutospacing="1" w:after="100" w:afterAutospacing="1" w:line="360" w:lineRule="auto"/>
              <w:jc w:val="center"/>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rPr>
              <w:t>Падеж</w:t>
            </w:r>
          </w:p>
        </w:tc>
        <w:tc>
          <w:tcPr>
            <w:tcW w:w="1843"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before="100" w:beforeAutospacing="1" w:after="100" w:afterAutospacing="1" w:line="360" w:lineRule="auto"/>
              <w:jc w:val="center"/>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rPr>
              <w:t>Число</w:t>
            </w:r>
          </w:p>
        </w:tc>
      </w:tr>
      <w:tr w:rsidR="006D1F8F" w:rsidRPr="006D1F8F" w:rsidTr="006D1F8F">
        <w:trPr>
          <w:trHeight w:val="366"/>
        </w:trPr>
        <w:tc>
          <w:tcPr>
            <w:tcW w:w="4810"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360" w:lineRule="auto"/>
              <w:jc w:val="both"/>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rPr>
              <w:t>С удивительной (быстротой)</w:t>
            </w:r>
          </w:p>
        </w:tc>
        <w:tc>
          <w:tcPr>
            <w:tcW w:w="1701"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360" w:lineRule="auto"/>
              <w:jc w:val="both"/>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360" w:lineRule="auto"/>
              <w:jc w:val="both"/>
              <w:rPr>
                <w:rFonts w:ascii="Times New Roman" w:eastAsia="Times New Roman" w:hAnsi="Times New Roman" w:cs="Times New Roman"/>
                <w:sz w:val="24"/>
                <w:szCs w:val="24"/>
              </w:rPr>
            </w:pPr>
          </w:p>
        </w:tc>
      </w:tr>
      <w:tr w:rsidR="006D1F8F" w:rsidRPr="006D1F8F" w:rsidTr="006D1F8F">
        <w:trPr>
          <w:trHeight w:val="374"/>
        </w:trPr>
        <w:tc>
          <w:tcPr>
            <w:tcW w:w="4810"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360" w:lineRule="auto"/>
              <w:jc w:val="both"/>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rPr>
              <w:t>От лютого (мороза)</w:t>
            </w:r>
          </w:p>
        </w:tc>
        <w:tc>
          <w:tcPr>
            <w:tcW w:w="1701"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360" w:lineRule="auto"/>
              <w:jc w:val="both"/>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360" w:lineRule="auto"/>
              <w:jc w:val="both"/>
              <w:rPr>
                <w:rFonts w:ascii="Times New Roman" w:eastAsia="Times New Roman" w:hAnsi="Times New Roman" w:cs="Times New Roman"/>
                <w:sz w:val="24"/>
                <w:szCs w:val="24"/>
              </w:rPr>
            </w:pPr>
          </w:p>
        </w:tc>
      </w:tr>
      <w:tr w:rsidR="006D1F8F" w:rsidRPr="006D1F8F" w:rsidTr="006D1F8F">
        <w:trPr>
          <w:trHeight w:val="374"/>
        </w:trPr>
        <w:tc>
          <w:tcPr>
            <w:tcW w:w="4810"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360" w:lineRule="auto"/>
              <w:jc w:val="both"/>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rPr>
              <w:t>В суровую (пору)</w:t>
            </w:r>
          </w:p>
        </w:tc>
        <w:tc>
          <w:tcPr>
            <w:tcW w:w="1701"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360" w:lineRule="auto"/>
              <w:jc w:val="both"/>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360" w:lineRule="auto"/>
              <w:jc w:val="both"/>
              <w:rPr>
                <w:rFonts w:ascii="Times New Roman" w:eastAsia="Times New Roman" w:hAnsi="Times New Roman" w:cs="Times New Roman"/>
                <w:sz w:val="24"/>
                <w:szCs w:val="24"/>
              </w:rPr>
            </w:pPr>
          </w:p>
        </w:tc>
      </w:tr>
    </w:tbl>
    <w:p w:rsidR="006D1F8F" w:rsidRPr="006D1F8F" w:rsidRDefault="006D1F8F" w:rsidP="006D1F8F">
      <w:pPr>
        <w:spacing w:after="0" w:line="240" w:lineRule="auto"/>
        <w:jc w:val="center"/>
        <w:rPr>
          <w:rFonts w:ascii="Times New Roman" w:eastAsia="Calibri" w:hAnsi="Times New Roman" w:cs="Times New Roman"/>
          <w:b/>
          <w:i/>
          <w:sz w:val="24"/>
          <w:szCs w:val="24"/>
          <w:u w:val="single"/>
        </w:rPr>
      </w:pPr>
    </w:p>
    <w:p w:rsidR="006D1F8F" w:rsidRPr="00082A08" w:rsidRDefault="006D1F8F" w:rsidP="006D1F8F">
      <w:pPr>
        <w:spacing w:after="0" w:line="240" w:lineRule="auto"/>
        <w:jc w:val="center"/>
        <w:rPr>
          <w:rFonts w:ascii="Times New Roman" w:eastAsia="Calibri" w:hAnsi="Times New Roman" w:cs="Times New Roman"/>
          <w:sz w:val="24"/>
          <w:szCs w:val="24"/>
          <w:lang w:val="ru-RU"/>
        </w:rPr>
      </w:pPr>
      <w:r w:rsidRPr="00082A08">
        <w:rPr>
          <w:rFonts w:ascii="Times New Roman" w:eastAsia="Calibri" w:hAnsi="Times New Roman" w:cs="Times New Roman"/>
          <w:b/>
          <w:i/>
          <w:sz w:val="24"/>
          <w:szCs w:val="24"/>
          <w:u w:val="single"/>
          <w:lang w:val="ru-RU"/>
        </w:rPr>
        <w:t>Математика</w:t>
      </w:r>
    </w:p>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Times New Roman" w:hAnsi="Times New Roman" w:cs="Times New Roman"/>
          <w:b/>
          <w:bCs/>
          <w:sz w:val="24"/>
          <w:szCs w:val="24"/>
          <w:lang w:val="ru-RU"/>
        </w:rPr>
        <w:t xml:space="preserve">Задание 1.  </w:t>
      </w:r>
      <w:r w:rsidRPr="006D1F8F">
        <w:rPr>
          <w:rFonts w:ascii="Times New Roman" w:eastAsia="Calibri" w:hAnsi="Times New Roman" w:cs="Times New Roman"/>
          <w:b/>
          <w:sz w:val="24"/>
          <w:szCs w:val="24"/>
          <w:lang w:val="ru-RU"/>
        </w:rPr>
        <w:t xml:space="preserve">Решите задачу. </w:t>
      </w:r>
    </w:p>
    <w:p w:rsidR="006D1F8F" w:rsidRPr="006D1F8F" w:rsidRDefault="006D1F8F" w:rsidP="006D1F8F">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D1F8F">
        <w:rPr>
          <w:rFonts w:ascii="Times New Roman" w:eastAsia="Times New Roman" w:hAnsi="Times New Roman" w:cs="Times New Roman"/>
          <w:color w:val="000000"/>
          <w:sz w:val="24"/>
          <w:szCs w:val="24"/>
          <w:lang w:val="ru-RU" w:eastAsia="ru-RU"/>
        </w:rPr>
        <w:t xml:space="preserve">Упряжка с оленями за 9 часов смогла преодолеть расстояние в 90 </w:t>
      </w:r>
      <w:r w:rsidRPr="006D1F8F">
        <w:rPr>
          <w:rFonts w:ascii="Times New Roman" w:eastAsia="Times New Roman" w:hAnsi="Times New Roman" w:cs="Times New Roman"/>
          <w:i/>
          <w:color w:val="000000"/>
          <w:sz w:val="24"/>
          <w:szCs w:val="24"/>
          <w:lang w:val="ru-RU" w:eastAsia="ru-RU"/>
        </w:rPr>
        <w:t>км</w:t>
      </w:r>
      <w:r w:rsidRPr="006D1F8F">
        <w:rPr>
          <w:rFonts w:ascii="Times New Roman" w:eastAsia="Times New Roman" w:hAnsi="Times New Roman" w:cs="Times New Roman"/>
          <w:color w:val="000000"/>
          <w:sz w:val="24"/>
          <w:szCs w:val="24"/>
          <w:lang w:val="ru-RU" w:eastAsia="ru-RU"/>
        </w:rPr>
        <w:t>, а вторая упряжка за это же время прошла 72</w:t>
      </w:r>
      <w:r w:rsidRPr="006D1F8F">
        <w:rPr>
          <w:rFonts w:ascii="Times New Roman" w:eastAsia="Times New Roman" w:hAnsi="Times New Roman" w:cs="Times New Roman"/>
          <w:i/>
          <w:color w:val="000000"/>
          <w:sz w:val="24"/>
          <w:szCs w:val="24"/>
          <w:lang w:val="ru-RU" w:eastAsia="ru-RU"/>
        </w:rPr>
        <w:t>км</w:t>
      </w:r>
      <w:r w:rsidRPr="006D1F8F">
        <w:rPr>
          <w:rFonts w:ascii="Times New Roman" w:eastAsia="Times New Roman" w:hAnsi="Times New Roman" w:cs="Times New Roman"/>
          <w:color w:val="000000"/>
          <w:sz w:val="24"/>
          <w:szCs w:val="24"/>
          <w:lang w:val="ru-RU" w:eastAsia="ru-RU"/>
        </w:rPr>
        <w:t xml:space="preserve">. </w:t>
      </w:r>
      <w:r w:rsidRPr="006D1F8F">
        <w:rPr>
          <w:rFonts w:ascii="Times New Roman" w:eastAsia="Times New Roman" w:hAnsi="Times New Roman" w:cs="Times New Roman"/>
          <w:iCs/>
          <w:color w:val="000000"/>
          <w:sz w:val="24"/>
          <w:szCs w:val="24"/>
          <w:lang w:val="ru-RU" w:eastAsia="ru-RU"/>
        </w:rPr>
        <w:t>На сколько больше скорость первой упряжки, чем второй?</w:t>
      </w:r>
    </w:p>
    <w:p w:rsidR="006D1F8F" w:rsidRPr="006D1F8F" w:rsidRDefault="006D1F8F" w:rsidP="006D1F8F">
      <w:pPr>
        <w:spacing w:after="0" w:line="240" w:lineRule="auto"/>
        <w:rPr>
          <w:rFonts w:ascii="Times New Roman" w:eastAsia="Times New Roman" w:hAnsi="Times New Roman" w:cs="Times New Roman"/>
          <w:b/>
          <w:sz w:val="24"/>
          <w:szCs w:val="24"/>
          <w:lang w:val="ru-RU" w:eastAsia="ru-RU"/>
        </w:rPr>
      </w:pPr>
      <w:r w:rsidRPr="006D1F8F">
        <w:rPr>
          <w:rFonts w:ascii="Times New Roman" w:eastAsia="Times New Roman" w:hAnsi="Times New Roman" w:cs="Times New Roman"/>
          <w:b/>
          <w:sz w:val="24"/>
          <w:szCs w:val="24"/>
          <w:lang w:val="ru-RU" w:eastAsia="ru-RU"/>
        </w:rPr>
        <w:t>Отметьте правильное решение задачи:</w:t>
      </w:r>
    </w:p>
    <w:p w:rsidR="006D1F8F" w:rsidRPr="006D1F8F" w:rsidRDefault="00161CFB" w:rsidP="006D1F8F">
      <w:pPr>
        <w:spacing w:after="0" w:line="240" w:lineRule="auto"/>
        <w:rPr>
          <w:rFonts w:ascii="Times New Roman" w:eastAsia="Times New Roman" w:hAnsi="Times New Roman" w:cs="Times New Roman"/>
          <w:sz w:val="24"/>
          <w:szCs w:val="24"/>
          <w:lang w:val="ru-RU"/>
        </w:rPr>
      </w:pPr>
      <w:r w:rsidRPr="00161CFB">
        <w:rPr>
          <w:rFonts w:ascii="Calibri" w:eastAsia="Times New Roman" w:hAnsi="Calibri" w:cs="Times New Roman"/>
          <w:noProof/>
          <w:sz w:val="22"/>
          <w:szCs w:val="22"/>
          <w:lang w:val="ru-RU" w:eastAsia="ru-RU"/>
        </w:rPr>
        <w:pict>
          <v:rect id="Прямоугольник 3509" o:spid="_x0000_s1101" style="position:absolute;margin-left:-25.5pt;margin-top:1.8pt;width:16.5pt;height:15pt;flip:y;z-index:2516889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">
            <w10:wrap anchorx="margin"/>
          </v:rect>
        </w:pict>
      </w:r>
      <w:r w:rsidR="006D1F8F" w:rsidRPr="006D1F8F">
        <w:rPr>
          <w:rFonts w:ascii="Times New Roman" w:eastAsia="Times New Roman" w:hAnsi="Times New Roman" w:cs="Times New Roman"/>
          <w:sz w:val="24"/>
          <w:szCs w:val="24"/>
          <w:lang w:val="ru-RU"/>
        </w:rPr>
        <w:t xml:space="preserve">  1)  90 : 9+ 72 : 9 = 18 (км/ч) </w:t>
      </w:r>
    </w:p>
    <w:p w:rsidR="006D1F8F" w:rsidRPr="006D1F8F" w:rsidRDefault="00161CFB" w:rsidP="006D1F8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61CFB">
        <w:rPr>
          <w:rFonts w:ascii="Times New Roman" w:eastAsia="Times New Roman" w:hAnsi="Times New Roman" w:cs="Times New Roman"/>
          <w:noProof/>
          <w:color w:val="000000"/>
          <w:sz w:val="24"/>
          <w:szCs w:val="24"/>
          <w:lang w:val="ru-RU" w:eastAsia="ru-RU"/>
        </w:rPr>
        <w:pict>
          <v:rect id="Прямоугольник 3508" o:spid="_x0000_s1100" style="position:absolute;margin-left:-25.5pt;margin-top:3pt;width:16.5pt;height:15pt;flip:y;z-index:2516899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">
            <w10:wrap anchorx="margin"/>
          </v:rect>
        </w:pict>
      </w:r>
      <w:r w:rsidR="006D1F8F" w:rsidRPr="006D1F8F">
        <w:rPr>
          <w:rFonts w:ascii="Times New Roman" w:eastAsia="Times New Roman" w:hAnsi="Times New Roman" w:cs="Times New Roman"/>
          <w:sz w:val="24"/>
          <w:szCs w:val="24"/>
          <w:lang w:val="ru-RU" w:eastAsia="ru-RU"/>
        </w:rPr>
        <w:t xml:space="preserve">  2) </w:t>
      </w:r>
      <w:r w:rsidR="006D1F8F" w:rsidRPr="006D1F8F">
        <w:rPr>
          <w:rFonts w:ascii="Times New Roman" w:eastAsia="Times New Roman" w:hAnsi="Times New Roman" w:cs="Times New Roman"/>
          <w:color w:val="000000"/>
          <w:sz w:val="24"/>
          <w:szCs w:val="24"/>
          <w:lang w:val="ru-RU" w:eastAsia="ru-RU"/>
        </w:rPr>
        <w:t>90 : 9 – 72 : 9 = 2 (км.)</w:t>
      </w:r>
    </w:p>
    <w:p w:rsidR="006D1F8F" w:rsidRPr="006D1F8F" w:rsidRDefault="00161CFB" w:rsidP="006D1F8F">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w:pict>
          <v:rect id="Прямоугольник 3507" o:spid="_x0000_s1099" style="position:absolute;margin-left:-25.5pt;margin-top:4.2pt;width:16.5pt;height:15pt;flip:y;z-index:2516910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">
            <w10:wrap anchorx="margin"/>
          </v:rect>
        </w:pict>
      </w:r>
      <w:r w:rsidR="006D1F8F" w:rsidRPr="006D1F8F">
        <w:rPr>
          <w:rFonts w:ascii="Times New Roman" w:eastAsia="Times New Roman" w:hAnsi="Times New Roman" w:cs="Times New Roman"/>
          <w:color w:val="000000"/>
          <w:sz w:val="24"/>
          <w:szCs w:val="24"/>
          <w:lang w:val="ru-RU" w:eastAsia="ru-RU"/>
        </w:rPr>
        <w:t xml:space="preserve"> 3)   90 : 9 – 72 : 9 = 2(км/ч) </w:t>
      </w:r>
    </w:p>
    <w:p w:rsidR="006D1F8F" w:rsidRPr="006D1F8F" w:rsidRDefault="006D1F8F" w:rsidP="006D1F8F">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6D1F8F" w:rsidRPr="006D1F8F" w:rsidRDefault="006D1F8F" w:rsidP="006D1F8F">
      <w:pPr>
        <w:spacing w:after="0" w:line="240" w:lineRule="auto"/>
        <w:rPr>
          <w:rFonts w:ascii="Times New Roman" w:eastAsia="Calibri" w:hAnsi="Times New Roman" w:cs="Times New Roman"/>
          <w:b/>
          <w:sz w:val="24"/>
          <w:szCs w:val="24"/>
          <w:lang w:val="ru-RU"/>
        </w:rPr>
      </w:pPr>
      <w:r w:rsidRPr="006D1F8F">
        <w:rPr>
          <w:rFonts w:ascii="Times New Roman" w:eastAsia="Times New Roman" w:hAnsi="Times New Roman" w:cs="Times New Roman"/>
          <w:b/>
          <w:bCs/>
          <w:sz w:val="24"/>
          <w:szCs w:val="24"/>
          <w:lang w:val="ru-RU"/>
        </w:rPr>
        <w:t xml:space="preserve">Задание 2.  </w:t>
      </w:r>
      <w:r w:rsidRPr="006D1F8F">
        <w:rPr>
          <w:rFonts w:ascii="Times New Roman" w:eastAsia="Calibri" w:hAnsi="Times New Roman" w:cs="Times New Roman"/>
          <w:b/>
          <w:sz w:val="24"/>
          <w:szCs w:val="24"/>
          <w:lang w:val="ru-RU"/>
        </w:rPr>
        <w:t>Укажите, какая запись соответствует числу 3</w:t>
      </w:r>
      <w:r w:rsidRPr="006D1F8F">
        <w:rPr>
          <w:rFonts w:ascii="Times New Roman" w:eastAsia="Calibri" w:hAnsi="Times New Roman" w:cs="Times New Roman"/>
          <w:b/>
          <w:sz w:val="24"/>
          <w:szCs w:val="24"/>
        </w:rPr>
        <w:t> </w:t>
      </w:r>
      <w:r w:rsidRPr="006D1F8F">
        <w:rPr>
          <w:rFonts w:ascii="Times New Roman" w:eastAsia="Calibri" w:hAnsi="Times New Roman" w:cs="Times New Roman"/>
          <w:b/>
          <w:sz w:val="24"/>
          <w:szCs w:val="24"/>
          <w:lang w:val="ru-RU"/>
        </w:rPr>
        <w:t>400</w:t>
      </w:r>
      <w:r w:rsidRPr="006D1F8F">
        <w:rPr>
          <w:rFonts w:ascii="Times New Roman" w:eastAsia="Calibri" w:hAnsi="Times New Roman" w:cs="Times New Roman"/>
          <w:b/>
          <w:sz w:val="24"/>
          <w:szCs w:val="24"/>
        </w:rPr>
        <w:t> </w:t>
      </w:r>
      <w:r w:rsidRPr="006D1F8F">
        <w:rPr>
          <w:rFonts w:ascii="Times New Roman" w:eastAsia="Calibri" w:hAnsi="Times New Roman" w:cs="Times New Roman"/>
          <w:b/>
          <w:sz w:val="24"/>
          <w:szCs w:val="24"/>
          <w:lang w:val="ru-RU"/>
        </w:rPr>
        <w:t>020?</w:t>
      </w:r>
    </w:p>
    <w:p w:rsidR="006D1F8F" w:rsidRPr="006D1F8F" w:rsidRDefault="006D1F8F" w:rsidP="006D1F8F">
      <w:pPr>
        <w:spacing w:after="0" w:line="240" w:lineRule="auto"/>
        <w:rPr>
          <w:rFonts w:ascii="Times New Roman" w:eastAsia="Times New Roman" w:hAnsi="Times New Roman" w:cs="Times New Roman"/>
          <w:b/>
          <w:sz w:val="24"/>
          <w:szCs w:val="24"/>
          <w:lang w:val="ru-RU" w:eastAsia="ru-RU"/>
        </w:rPr>
      </w:pPr>
      <w:r w:rsidRPr="006D1F8F">
        <w:rPr>
          <w:rFonts w:ascii="Times New Roman" w:eastAsia="Times New Roman" w:hAnsi="Times New Roman" w:cs="Times New Roman"/>
          <w:b/>
          <w:sz w:val="24"/>
          <w:szCs w:val="24"/>
          <w:lang w:val="ru-RU" w:eastAsia="ru-RU"/>
        </w:rPr>
        <w:t xml:space="preserve">                    Отметьте правильное решение задачи:</w:t>
      </w:r>
    </w:p>
    <w:p w:rsidR="006D1F8F" w:rsidRPr="006D1F8F" w:rsidRDefault="00161CFB" w:rsidP="006D1F8F">
      <w:pPr>
        <w:tabs>
          <w:tab w:val="left" w:pos="540"/>
        </w:tabs>
        <w:spacing w:after="0" w:line="240" w:lineRule="auto"/>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506" o:spid="_x0000_s1098" style="position:absolute;margin-left:-24.75pt;margin-top:1.35pt;width:15.75pt;height:14.25pt;flip:y;z-index:2516920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">
            <w10:wrap anchorx="margin"/>
          </v:rect>
        </w:pict>
      </w:r>
      <w:r w:rsidR="006D1F8F" w:rsidRPr="006D1F8F">
        <w:rPr>
          <w:rFonts w:ascii="Times New Roman" w:eastAsia="Calibri" w:hAnsi="Times New Roman" w:cs="Times New Roman"/>
          <w:sz w:val="24"/>
          <w:szCs w:val="24"/>
          <w:lang w:val="ru-RU"/>
        </w:rPr>
        <w:t xml:space="preserve">        три миллиона сорок тысяч двадцать; </w:t>
      </w:r>
    </w:p>
    <w:p w:rsidR="006D1F8F" w:rsidRPr="006D1F8F" w:rsidRDefault="00161CFB" w:rsidP="006D1F8F">
      <w:pPr>
        <w:tabs>
          <w:tab w:val="left" w:pos="540"/>
        </w:tabs>
        <w:spacing w:after="0" w:line="240" w:lineRule="auto"/>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505" o:spid="_x0000_s1097" style="position:absolute;margin-left:-24pt;margin-top:1.8pt;width:15pt;height:14.25pt;flip:y;z-index:2516930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">
            <w10:wrap anchorx="margin"/>
          </v:rect>
        </w:pict>
      </w:r>
      <w:r w:rsidR="006D1F8F" w:rsidRPr="006D1F8F">
        <w:rPr>
          <w:rFonts w:ascii="Times New Roman" w:eastAsia="Calibri" w:hAnsi="Times New Roman" w:cs="Times New Roman"/>
          <w:sz w:val="24"/>
          <w:szCs w:val="24"/>
          <w:lang w:val="ru-RU"/>
        </w:rPr>
        <w:t xml:space="preserve">        тридцать четыре тысячи двадцать;</w:t>
      </w:r>
    </w:p>
    <w:p w:rsidR="006D1F8F" w:rsidRPr="006D1F8F" w:rsidRDefault="00161CFB" w:rsidP="006D1F8F">
      <w:pPr>
        <w:tabs>
          <w:tab w:val="left" w:pos="540"/>
        </w:tabs>
        <w:spacing w:after="0" w:line="240" w:lineRule="auto"/>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504" o:spid="_x0000_s1096" style="position:absolute;margin-left:-24pt;margin-top:2.25pt;width:15.75pt;height:15.75pt;flip:y;z-index:2516940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">
            <w10:wrap anchorx="margin"/>
          </v:rect>
        </w:pict>
      </w:r>
      <w:r w:rsidR="006D1F8F" w:rsidRPr="006D1F8F">
        <w:rPr>
          <w:rFonts w:ascii="Times New Roman" w:eastAsia="Calibri" w:hAnsi="Times New Roman" w:cs="Times New Roman"/>
          <w:sz w:val="24"/>
          <w:szCs w:val="24"/>
          <w:lang w:val="ru-RU"/>
        </w:rPr>
        <w:t xml:space="preserve">        три миллиона четыреста тысяч двадцать;</w:t>
      </w:r>
    </w:p>
    <w:p w:rsidR="006D1F8F" w:rsidRPr="006D1F8F" w:rsidRDefault="00161CFB" w:rsidP="006D1F8F">
      <w:pPr>
        <w:tabs>
          <w:tab w:val="left" w:pos="540"/>
        </w:tabs>
        <w:spacing w:after="0" w:line="240" w:lineRule="auto"/>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503" o:spid="_x0000_s1095" style="position:absolute;margin-left:-24pt;margin-top:4.2pt;width:16.5pt;height:15pt;flip:y;z-index:2516951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">
            <w10:wrap anchorx="margin"/>
          </v:rect>
        </w:pict>
      </w:r>
      <w:r w:rsidR="006D1F8F" w:rsidRPr="006D1F8F">
        <w:rPr>
          <w:rFonts w:ascii="Times New Roman" w:eastAsia="Calibri" w:hAnsi="Times New Roman" w:cs="Times New Roman"/>
          <w:sz w:val="24"/>
          <w:szCs w:val="24"/>
          <w:lang w:val="ru-RU"/>
        </w:rPr>
        <w:t xml:space="preserve">        три миллиона четыреста двадцать.</w:t>
      </w:r>
    </w:p>
    <w:p w:rsidR="006D1F8F" w:rsidRPr="006D1F8F" w:rsidRDefault="006D1F8F" w:rsidP="006D1F8F">
      <w:pPr>
        <w:autoSpaceDE w:val="0"/>
        <w:autoSpaceDN w:val="0"/>
        <w:adjustRightInd w:val="0"/>
        <w:spacing w:after="0" w:line="240" w:lineRule="auto"/>
        <w:rPr>
          <w:rFonts w:ascii="Times New Roman" w:eastAsia="Times New Roman" w:hAnsi="Times New Roman" w:cs="Times New Roman"/>
          <w:sz w:val="24"/>
          <w:szCs w:val="24"/>
          <w:lang w:val="ru-RU" w:eastAsia="ru-RU"/>
        </w:rPr>
      </w:pPr>
    </w:p>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Times New Roman" w:hAnsi="Times New Roman" w:cs="Times New Roman"/>
          <w:b/>
          <w:bCs/>
          <w:sz w:val="24"/>
          <w:szCs w:val="24"/>
          <w:lang w:val="ru-RU"/>
        </w:rPr>
        <w:t xml:space="preserve">Задание 3.  </w:t>
      </w:r>
      <w:r w:rsidRPr="006D1F8F">
        <w:rPr>
          <w:rFonts w:ascii="Times New Roman" w:eastAsia="Calibri" w:hAnsi="Times New Roman" w:cs="Times New Roman"/>
          <w:b/>
          <w:sz w:val="24"/>
          <w:szCs w:val="24"/>
          <w:lang w:val="ru-RU"/>
        </w:rPr>
        <w:t>Изучите таблицу и заполните её.</w:t>
      </w:r>
    </w:p>
    <w:tbl>
      <w:tblPr>
        <w:tblStyle w:val="TableGrid"/>
        <w:tblW w:w="10735" w:type="dxa"/>
        <w:tblInd w:w="-108" w:type="dxa"/>
        <w:tblCellMar>
          <w:top w:w="9" w:type="dxa"/>
          <w:left w:w="108" w:type="dxa"/>
          <w:right w:w="115" w:type="dxa"/>
        </w:tblCellMar>
        <w:tblLook w:val="04A0"/>
      </w:tblPr>
      <w:tblGrid>
        <w:gridCol w:w="3080"/>
        <w:gridCol w:w="2693"/>
        <w:gridCol w:w="2552"/>
        <w:gridCol w:w="2410"/>
      </w:tblGrid>
      <w:tr w:rsidR="006D1F8F" w:rsidRPr="006D1F8F" w:rsidTr="006D1F8F">
        <w:trPr>
          <w:trHeight w:val="499"/>
        </w:trPr>
        <w:tc>
          <w:tcPr>
            <w:tcW w:w="3080" w:type="dxa"/>
            <w:vMerge w:val="restart"/>
            <w:tcBorders>
              <w:top w:val="single" w:sz="4" w:space="0" w:color="000000"/>
              <w:left w:val="single" w:sz="4" w:space="0" w:color="000000"/>
              <w:bottom w:val="single" w:sz="4" w:space="0" w:color="000000"/>
              <w:right w:val="single" w:sz="4" w:space="0" w:color="000000"/>
            </w:tcBorders>
            <w:hideMark/>
          </w:tcPr>
          <w:p w:rsidR="006D1F8F" w:rsidRPr="006D1F8F" w:rsidRDefault="006D1F8F" w:rsidP="006D1F8F">
            <w:pPr>
              <w:jc w:val="center"/>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rPr>
              <w:t>Название  животного</w:t>
            </w:r>
          </w:p>
        </w:tc>
        <w:tc>
          <w:tcPr>
            <w:tcW w:w="7655" w:type="dxa"/>
            <w:gridSpan w:val="3"/>
            <w:tcBorders>
              <w:top w:val="single" w:sz="4" w:space="0" w:color="000000"/>
              <w:left w:val="single" w:sz="4" w:space="0" w:color="000000"/>
              <w:bottom w:val="single" w:sz="4" w:space="0" w:color="000000"/>
              <w:right w:val="single" w:sz="4" w:space="0" w:color="000000"/>
            </w:tcBorders>
            <w:hideMark/>
          </w:tcPr>
          <w:p w:rsidR="006D1F8F" w:rsidRPr="006D1F8F" w:rsidRDefault="006D1F8F" w:rsidP="006D1F8F">
            <w:pPr>
              <w:jc w:val="center"/>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rPr>
              <w:t>Вес животного (в кг)</w:t>
            </w:r>
          </w:p>
        </w:tc>
      </w:tr>
      <w:tr w:rsidR="006D1F8F" w:rsidRPr="006D1F8F" w:rsidTr="006D1F8F">
        <w:trPr>
          <w:trHeight w:val="57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D1F8F" w:rsidRPr="006D1F8F" w:rsidRDefault="006D1F8F" w:rsidP="006D1F8F">
            <w:pPr>
              <w:rPr>
                <w:rFonts w:ascii="Times New Roman" w:eastAsia="Times New Roman" w:hAnsi="Times New Roman" w:cs="Times New Roman"/>
                <w:b/>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6D1F8F" w:rsidRPr="006D1F8F" w:rsidRDefault="006D1F8F" w:rsidP="006D1F8F">
            <w:pPr>
              <w:jc w:val="center"/>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rPr>
              <w:t>1 животное</w:t>
            </w:r>
          </w:p>
        </w:tc>
        <w:tc>
          <w:tcPr>
            <w:tcW w:w="2552" w:type="dxa"/>
            <w:tcBorders>
              <w:top w:val="single" w:sz="4" w:space="0" w:color="000000"/>
              <w:left w:val="single" w:sz="4" w:space="0" w:color="000000"/>
              <w:bottom w:val="single" w:sz="4" w:space="0" w:color="000000"/>
              <w:right w:val="single" w:sz="4" w:space="0" w:color="000000"/>
            </w:tcBorders>
            <w:hideMark/>
          </w:tcPr>
          <w:p w:rsidR="006D1F8F" w:rsidRPr="006D1F8F" w:rsidRDefault="006D1F8F" w:rsidP="006D1F8F">
            <w:pPr>
              <w:jc w:val="center"/>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rPr>
              <w:t>3 животных</w:t>
            </w:r>
          </w:p>
        </w:tc>
        <w:tc>
          <w:tcPr>
            <w:tcW w:w="2410" w:type="dxa"/>
            <w:tcBorders>
              <w:top w:val="single" w:sz="4" w:space="0" w:color="000000"/>
              <w:left w:val="single" w:sz="4" w:space="0" w:color="000000"/>
              <w:bottom w:val="single" w:sz="4" w:space="0" w:color="000000"/>
              <w:right w:val="single" w:sz="4" w:space="0" w:color="000000"/>
            </w:tcBorders>
          </w:tcPr>
          <w:p w:rsidR="006D1F8F" w:rsidRPr="006D1F8F" w:rsidRDefault="006D1F8F" w:rsidP="006D1F8F">
            <w:pPr>
              <w:jc w:val="center"/>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rPr>
              <w:t>5 животных</w:t>
            </w:r>
          </w:p>
          <w:p w:rsidR="006D1F8F" w:rsidRPr="006D1F8F" w:rsidRDefault="006D1F8F" w:rsidP="006D1F8F">
            <w:pPr>
              <w:jc w:val="center"/>
              <w:rPr>
                <w:rFonts w:ascii="Times New Roman" w:eastAsia="Times New Roman" w:hAnsi="Times New Roman" w:cs="Times New Roman"/>
                <w:b/>
                <w:sz w:val="24"/>
                <w:szCs w:val="24"/>
              </w:rPr>
            </w:pPr>
          </w:p>
        </w:tc>
      </w:tr>
      <w:tr w:rsidR="006D1F8F" w:rsidRPr="006D1F8F" w:rsidTr="006D1F8F">
        <w:trPr>
          <w:trHeight w:val="487"/>
        </w:trPr>
        <w:tc>
          <w:tcPr>
            <w:tcW w:w="3080" w:type="dxa"/>
            <w:tcBorders>
              <w:top w:val="single" w:sz="4" w:space="0" w:color="000000"/>
              <w:left w:val="single" w:sz="4" w:space="0" w:color="000000"/>
              <w:bottom w:val="single" w:sz="4" w:space="0" w:color="000000"/>
              <w:right w:val="single" w:sz="4" w:space="0" w:color="000000"/>
            </w:tcBorders>
            <w:hideMark/>
          </w:tcPr>
          <w:p w:rsidR="006D1F8F" w:rsidRPr="006D1F8F" w:rsidRDefault="006D1F8F" w:rsidP="006D1F8F">
            <w:pPr>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rPr>
              <w:t xml:space="preserve">Олень </w:t>
            </w:r>
          </w:p>
        </w:tc>
        <w:tc>
          <w:tcPr>
            <w:tcW w:w="2693" w:type="dxa"/>
            <w:tcBorders>
              <w:top w:val="single" w:sz="4" w:space="0" w:color="000000"/>
              <w:left w:val="single" w:sz="4" w:space="0" w:color="000000"/>
              <w:bottom w:val="single" w:sz="4" w:space="0" w:color="000000"/>
              <w:right w:val="single" w:sz="4" w:space="0" w:color="000000"/>
            </w:tcBorders>
            <w:hideMark/>
          </w:tcPr>
          <w:p w:rsidR="006D1F8F" w:rsidRPr="006D1F8F" w:rsidRDefault="006D1F8F" w:rsidP="006D1F8F">
            <w:pPr>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rPr>
              <w:t xml:space="preserve">150 кг </w:t>
            </w:r>
          </w:p>
        </w:tc>
        <w:tc>
          <w:tcPr>
            <w:tcW w:w="2552" w:type="dxa"/>
            <w:tcBorders>
              <w:top w:val="single" w:sz="4" w:space="0" w:color="000000"/>
              <w:left w:val="single" w:sz="4" w:space="0" w:color="000000"/>
              <w:bottom w:val="single" w:sz="4" w:space="0" w:color="000000"/>
              <w:right w:val="single" w:sz="4" w:space="0" w:color="000000"/>
            </w:tcBorders>
          </w:tcPr>
          <w:p w:rsidR="006D1F8F" w:rsidRPr="006D1F8F" w:rsidRDefault="006D1F8F" w:rsidP="006D1F8F">
            <w:pPr>
              <w:rPr>
                <w:rFonts w:ascii="Times New Roman" w:eastAsia="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6D1F8F" w:rsidRPr="006D1F8F" w:rsidRDefault="006D1F8F" w:rsidP="006D1F8F">
            <w:pPr>
              <w:rPr>
                <w:rFonts w:ascii="Times New Roman" w:eastAsia="Times New Roman" w:hAnsi="Times New Roman" w:cs="Times New Roman"/>
                <w:sz w:val="24"/>
                <w:szCs w:val="24"/>
              </w:rPr>
            </w:pPr>
          </w:p>
        </w:tc>
      </w:tr>
      <w:tr w:rsidR="006D1F8F" w:rsidRPr="006D1F8F" w:rsidTr="006D1F8F">
        <w:trPr>
          <w:trHeight w:val="509"/>
        </w:trPr>
        <w:tc>
          <w:tcPr>
            <w:tcW w:w="3080" w:type="dxa"/>
            <w:tcBorders>
              <w:top w:val="single" w:sz="4" w:space="0" w:color="000000"/>
              <w:left w:val="single" w:sz="4" w:space="0" w:color="000000"/>
              <w:bottom w:val="single" w:sz="4" w:space="0" w:color="000000"/>
              <w:right w:val="single" w:sz="4" w:space="0" w:color="000000"/>
            </w:tcBorders>
            <w:hideMark/>
          </w:tcPr>
          <w:p w:rsidR="006D1F8F" w:rsidRPr="006D1F8F" w:rsidRDefault="006D1F8F" w:rsidP="006D1F8F">
            <w:pPr>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rPr>
              <w:t xml:space="preserve">Морж </w:t>
            </w:r>
          </w:p>
        </w:tc>
        <w:tc>
          <w:tcPr>
            <w:tcW w:w="2693" w:type="dxa"/>
            <w:tcBorders>
              <w:top w:val="single" w:sz="4" w:space="0" w:color="000000"/>
              <w:left w:val="single" w:sz="4" w:space="0" w:color="000000"/>
              <w:bottom w:val="single" w:sz="4" w:space="0" w:color="000000"/>
              <w:right w:val="single" w:sz="4" w:space="0" w:color="000000"/>
            </w:tcBorders>
          </w:tcPr>
          <w:p w:rsidR="006D1F8F" w:rsidRPr="006D1F8F" w:rsidRDefault="006D1F8F" w:rsidP="006D1F8F">
            <w:pPr>
              <w:rPr>
                <w:rFonts w:ascii="Times New Roman" w:eastAsia="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rsidR="006D1F8F" w:rsidRPr="006D1F8F" w:rsidRDefault="006D1F8F" w:rsidP="006D1F8F">
            <w:pPr>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rPr>
              <w:t xml:space="preserve">3900 кг </w:t>
            </w:r>
          </w:p>
        </w:tc>
        <w:tc>
          <w:tcPr>
            <w:tcW w:w="2410" w:type="dxa"/>
            <w:tcBorders>
              <w:top w:val="single" w:sz="4" w:space="0" w:color="000000"/>
              <w:left w:val="single" w:sz="4" w:space="0" w:color="000000"/>
              <w:bottom w:val="single" w:sz="4" w:space="0" w:color="000000"/>
              <w:right w:val="single" w:sz="4" w:space="0" w:color="000000"/>
            </w:tcBorders>
          </w:tcPr>
          <w:p w:rsidR="006D1F8F" w:rsidRPr="006D1F8F" w:rsidRDefault="006D1F8F" w:rsidP="006D1F8F">
            <w:pPr>
              <w:rPr>
                <w:rFonts w:ascii="Times New Roman" w:eastAsia="Times New Roman" w:hAnsi="Times New Roman" w:cs="Times New Roman"/>
                <w:sz w:val="24"/>
                <w:szCs w:val="24"/>
              </w:rPr>
            </w:pPr>
          </w:p>
        </w:tc>
      </w:tr>
      <w:tr w:rsidR="006D1F8F" w:rsidRPr="006D1F8F" w:rsidTr="006D1F8F">
        <w:trPr>
          <w:trHeight w:val="403"/>
        </w:trPr>
        <w:tc>
          <w:tcPr>
            <w:tcW w:w="3080" w:type="dxa"/>
            <w:tcBorders>
              <w:top w:val="single" w:sz="4" w:space="0" w:color="000000"/>
              <w:left w:val="single" w:sz="4" w:space="0" w:color="000000"/>
              <w:bottom w:val="single" w:sz="4" w:space="0" w:color="000000"/>
              <w:right w:val="single" w:sz="4" w:space="0" w:color="000000"/>
            </w:tcBorders>
            <w:hideMark/>
          </w:tcPr>
          <w:p w:rsidR="006D1F8F" w:rsidRPr="006D1F8F" w:rsidRDefault="006D1F8F" w:rsidP="006D1F8F">
            <w:pPr>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rPr>
              <w:t xml:space="preserve">Пингвин </w:t>
            </w:r>
          </w:p>
        </w:tc>
        <w:tc>
          <w:tcPr>
            <w:tcW w:w="2693" w:type="dxa"/>
            <w:tcBorders>
              <w:top w:val="single" w:sz="4" w:space="0" w:color="000000"/>
              <w:left w:val="single" w:sz="4" w:space="0" w:color="000000"/>
              <w:bottom w:val="single" w:sz="4" w:space="0" w:color="000000"/>
              <w:right w:val="single" w:sz="4" w:space="0" w:color="000000"/>
            </w:tcBorders>
          </w:tcPr>
          <w:p w:rsidR="006D1F8F" w:rsidRPr="006D1F8F" w:rsidRDefault="006D1F8F" w:rsidP="006D1F8F">
            <w:pPr>
              <w:rPr>
                <w:rFonts w:ascii="Times New Roman" w:eastAsia="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D1F8F" w:rsidRPr="006D1F8F" w:rsidRDefault="006D1F8F" w:rsidP="006D1F8F">
            <w:pPr>
              <w:rPr>
                <w:rFonts w:ascii="Times New Roman" w:eastAsia="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rsidR="006D1F8F" w:rsidRPr="006D1F8F" w:rsidRDefault="006D1F8F" w:rsidP="006D1F8F">
            <w:pPr>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rPr>
              <w:t xml:space="preserve">200 кг </w:t>
            </w:r>
          </w:p>
        </w:tc>
      </w:tr>
    </w:tbl>
    <w:p w:rsidR="006D1F8F" w:rsidRPr="006D1F8F" w:rsidRDefault="006D1F8F" w:rsidP="006D1F8F">
      <w:pPr>
        <w:spacing w:after="0" w:line="240" w:lineRule="auto"/>
        <w:rPr>
          <w:rFonts w:ascii="Times New Roman" w:eastAsia="Calibri" w:hAnsi="Times New Roman" w:cs="Times New Roman"/>
          <w:sz w:val="24"/>
          <w:szCs w:val="24"/>
        </w:rPr>
      </w:pPr>
    </w:p>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Times New Roman" w:hAnsi="Times New Roman" w:cs="Times New Roman"/>
          <w:b/>
          <w:bCs/>
          <w:sz w:val="24"/>
          <w:szCs w:val="24"/>
          <w:lang w:val="ru-RU"/>
        </w:rPr>
        <w:t xml:space="preserve">Задание 4. </w:t>
      </w:r>
      <w:r w:rsidRPr="006D1F8F">
        <w:rPr>
          <w:rFonts w:ascii="Times New Roman" w:eastAsia="Calibri" w:hAnsi="Times New Roman" w:cs="Times New Roman"/>
          <w:b/>
          <w:sz w:val="24"/>
          <w:szCs w:val="24"/>
          <w:lang w:val="ru-RU"/>
        </w:rPr>
        <w:t xml:space="preserve">Решите задачу. </w:t>
      </w:r>
      <w:r w:rsidRPr="006D1F8F">
        <w:rPr>
          <w:rFonts w:ascii="Times New Roman" w:eastAsia="Times New Roman" w:hAnsi="Times New Roman" w:cs="Times New Roman"/>
          <w:b/>
          <w:sz w:val="24"/>
          <w:szCs w:val="24"/>
          <w:lang w:val="ru-RU"/>
        </w:rPr>
        <w:t xml:space="preserve">В Таймырском заповеднике на участке поля квадратной формы поставили заграждение для осмотра оленей.  </w:t>
      </w:r>
    </w:p>
    <w:p w:rsidR="006D1F8F" w:rsidRPr="006D1F8F" w:rsidRDefault="006D1F8F" w:rsidP="006D1F8F">
      <w:pPr>
        <w:spacing w:after="68" w:line="240" w:lineRule="auto"/>
        <w:ind w:left="-15" w:firstLine="708"/>
        <w:jc w:val="both"/>
        <w:rPr>
          <w:rFonts w:ascii="Times New Roman" w:eastAsia="Calibri" w:hAnsi="Times New Roman" w:cs="Times New Roman"/>
          <w:sz w:val="24"/>
          <w:szCs w:val="24"/>
          <w:lang w:val="ru-RU"/>
        </w:rPr>
      </w:pPr>
      <w:r w:rsidRPr="006D1F8F">
        <w:rPr>
          <w:rFonts w:ascii="Times New Roman" w:eastAsia="Times New Roman" w:hAnsi="Times New Roman" w:cs="Times New Roman"/>
          <w:sz w:val="24"/>
          <w:szCs w:val="24"/>
          <w:lang w:val="ru-RU"/>
        </w:rPr>
        <w:t xml:space="preserve">Какова площадь этого участка, если длина всего забора 68 </w:t>
      </w:r>
      <w:r w:rsidRPr="006D1F8F">
        <w:rPr>
          <w:rFonts w:ascii="Times New Roman" w:eastAsia="Times New Roman" w:hAnsi="Times New Roman" w:cs="Times New Roman"/>
          <w:i/>
          <w:sz w:val="24"/>
          <w:szCs w:val="24"/>
          <w:lang w:val="ru-RU"/>
        </w:rPr>
        <w:t>м</w:t>
      </w:r>
      <w:r w:rsidRPr="006D1F8F">
        <w:rPr>
          <w:rFonts w:ascii="Times New Roman" w:eastAsia="Times New Roman" w:hAnsi="Times New Roman" w:cs="Times New Roman"/>
          <w:sz w:val="24"/>
          <w:szCs w:val="24"/>
          <w:lang w:val="ru-RU"/>
        </w:rPr>
        <w:t>? Запиши вычисления и ответ.</w:t>
      </w:r>
    </w:p>
    <w:p w:rsidR="006D1F8F" w:rsidRPr="006D1F8F" w:rsidRDefault="006D1F8F" w:rsidP="006D1F8F">
      <w:pPr>
        <w:spacing w:after="0" w:line="240" w:lineRule="auto"/>
        <w:jc w:val="both"/>
        <w:rPr>
          <w:rFonts w:ascii="Times New Roman" w:eastAsia="Times New Roman" w:hAnsi="Times New Roman" w:cs="Times New Roman"/>
          <w:sz w:val="24"/>
          <w:szCs w:val="24"/>
          <w:lang w:val="ru-RU"/>
        </w:rPr>
      </w:pPr>
      <w:r w:rsidRPr="006D1F8F">
        <w:rPr>
          <w:rFonts w:ascii="Times New Roman" w:eastAsia="Calibri" w:hAnsi="Times New Roman" w:cs="Times New Roman"/>
          <w:b/>
          <w:sz w:val="24"/>
          <w:szCs w:val="24"/>
          <w:lang w:val="ru-RU"/>
        </w:rPr>
        <w:t>Решение:</w:t>
      </w:r>
      <w:r w:rsidRPr="006D1F8F">
        <w:rPr>
          <w:rFonts w:ascii="Times New Roman" w:eastAsia="Calibri" w:hAnsi="Times New Roman" w:cs="Times New Roman"/>
          <w:sz w:val="24"/>
          <w:szCs w:val="24"/>
          <w:lang w:val="ru-RU"/>
        </w:rPr>
        <w:t>__________________________________________________________</w:t>
      </w:r>
      <w:r w:rsidRPr="006D1F8F">
        <w:rPr>
          <w:rFonts w:ascii="Times New Roman" w:eastAsia="Times New Roman" w:hAnsi="Times New Roman" w:cs="Times New Roman"/>
          <w:sz w:val="24"/>
          <w:szCs w:val="24"/>
          <w:lang w:val="ru-RU"/>
        </w:rPr>
        <w:t>____________________________________________________________________________________________________________________________________________________________</w:t>
      </w:r>
    </w:p>
    <w:p w:rsidR="006D1F8F" w:rsidRPr="006D1F8F" w:rsidRDefault="006D1F8F" w:rsidP="006D1F8F">
      <w:pPr>
        <w:spacing w:after="0" w:line="240" w:lineRule="auto"/>
        <w:jc w:val="both"/>
        <w:rPr>
          <w:rFonts w:ascii="Times New Roman" w:eastAsia="Calibri" w:hAnsi="Times New Roman" w:cs="Times New Roman"/>
          <w:b/>
          <w:i/>
          <w:sz w:val="24"/>
          <w:szCs w:val="24"/>
          <w:lang w:val="ru-RU"/>
        </w:rPr>
      </w:pPr>
      <w:r w:rsidRPr="006D1F8F">
        <w:rPr>
          <w:rFonts w:ascii="Times New Roman" w:eastAsia="Times New Roman" w:hAnsi="Times New Roman" w:cs="Times New Roman"/>
          <w:b/>
          <w:sz w:val="24"/>
          <w:szCs w:val="24"/>
          <w:lang w:val="ru-RU"/>
        </w:rPr>
        <w:t>Ответ:</w:t>
      </w:r>
      <w:r w:rsidRPr="006D1F8F">
        <w:rPr>
          <w:rFonts w:ascii="Times New Roman" w:eastAsia="Times New Roman" w:hAnsi="Times New Roman" w:cs="Times New Roman"/>
          <w:b/>
          <w:sz w:val="24"/>
          <w:szCs w:val="24"/>
        </w:rPr>
        <w:t>S</w:t>
      </w:r>
      <w:r w:rsidRPr="006D1F8F">
        <w:rPr>
          <w:rFonts w:ascii="Times New Roman" w:eastAsia="Times New Roman" w:hAnsi="Times New Roman" w:cs="Times New Roman"/>
          <w:b/>
          <w:sz w:val="24"/>
          <w:szCs w:val="24"/>
          <w:lang w:val="ru-RU"/>
        </w:rPr>
        <w:t xml:space="preserve"> =_________</w:t>
      </w:r>
      <w:r w:rsidRPr="006D1F8F">
        <w:rPr>
          <w:rFonts w:ascii="Times New Roman" w:eastAsia="Calibri" w:hAnsi="Times New Roman" w:cs="Times New Roman"/>
          <w:b/>
          <w:sz w:val="24"/>
          <w:szCs w:val="24"/>
          <w:lang w:val="ru-RU"/>
        </w:rPr>
        <w:t xml:space="preserve">м </w:t>
      </w:r>
      <w:r w:rsidRPr="006D1F8F">
        <w:rPr>
          <w:rFonts w:ascii="Times New Roman" w:eastAsia="Calibri" w:hAnsi="Times New Roman" w:cs="Times New Roman"/>
          <w:b/>
          <w:sz w:val="24"/>
          <w:szCs w:val="24"/>
          <w:vertAlign w:val="superscript"/>
          <w:lang w:val="ru-RU"/>
        </w:rPr>
        <w:t>2</w:t>
      </w:r>
    </w:p>
    <w:p w:rsidR="006D1F8F" w:rsidRPr="006D1F8F" w:rsidRDefault="006D1F8F" w:rsidP="006D1F8F">
      <w:pPr>
        <w:spacing w:after="0" w:line="240" w:lineRule="auto"/>
        <w:jc w:val="center"/>
        <w:rPr>
          <w:rFonts w:ascii="Times New Roman" w:eastAsia="Calibri" w:hAnsi="Times New Roman" w:cs="Times New Roman"/>
          <w:b/>
          <w:i/>
          <w:sz w:val="24"/>
          <w:szCs w:val="24"/>
          <w:u w:val="single"/>
          <w:lang w:val="ru-RU"/>
        </w:rPr>
      </w:pPr>
    </w:p>
    <w:p w:rsidR="006D1F8F" w:rsidRPr="006D1F8F" w:rsidRDefault="006D1F8F" w:rsidP="006D1F8F">
      <w:pPr>
        <w:spacing w:after="0" w:line="240" w:lineRule="auto"/>
        <w:jc w:val="center"/>
        <w:rPr>
          <w:rFonts w:ascii="Times New Roman" w:eastAsia="Calibri" w:hAnsi="Times New Roman" w:cs="Times New Roman"/>
          <w:b/>
          <w:i/>
          <w:sz w:val="24"/>
          <w:szCs w:val="24"/>
          <w:lang w:val="ru-RU"/>
        </w:rPr>
      </w:pPr>
      <w:r w:rsidRPr="006D1F8F">
        <w:rPr>
          <w:rFonts w:ascii="Times New Roman" w:eastAsia="Calibri" w:hAnsi="Times New Roman" w:cs="Times New Roman"/>
          <w:b/>
          <w:i/>
          <w:sz w:val="24"/>
          <w:szCs w:val="24"/>
          <w:u w:val="single"/>
          <w:lang w:val="ru-RU"/>
        </w:rPr>
        <w:t>Окружающий мир</w:t>
      </w:r>
    </w:p>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Times New Roman" w:hAnsi="Times New Roman" w:cs="Times New Roman"/>
          <w:b/>
          <w:bCs/>
          <w:sz w:val="24"/>
          <w:szCs w:val="24"/>
          <w:lang w:val="ru-RU"/>
        </w:rPr>
        <w:t xml:space="preserve">Задание 1. </w:t>
      </w:r>
      <w:r w:rsidRPr="006D1F8F">
        <w:rPr>
          <w:rFonts w:ascii="Times New Roman" w:eastAsia="Times New Roman" w:hAnsi="Times New Roman" w:cs="Times New Roman"/>
          <w:b/>
          <w:sz w:val="24"/>
          <w:szCs w:val="24"/>
          <w:lang w:val="ru-RU"/>
        </w:rPr>
        <w:t xml:space="preserve">К какой группе животных можно отнести северного оленя по способу питания? </w:t>
      </w:r>
      <w:r w:rsidRPr="006D1F8F">
        <w:rPr>
          <w:rFonts w:ascii="Times New Roman" w:eastAsia="Calibri" w:hAnsi="Times New Roman" w:cs="Times New Roman"/>
          <w:b/>
          <w:sz w:val="24"/>
          <w:szCs w:val="24"/>
          <w:lang w:val="ru-RU"/>
        </w:rPr>
        <w:t>Отметьте правильный ответ.</w:t>
      </w:r>
    </w:p>
    <w:p w:rsidR="006D1F8F" w:rsidRPr="006D1F8F" w:rsidRDefault="00161CFB" w:rsidP="006D1F8F">
      <w:pPr>
        <w:tabs>
          <w:tab w:val="center" w:pos="1367"/>
          <w:tab w:val="center" w:pos="2832"/>
          <w:tab w:val="center" w:pos="3541"/>
          <w:tab w:val="center" w:pos="4249"/>
          <w:tab w:val="center" w:pos="6085"/>
          <w:tab w:val="center" w:pos="7789"/>
        </w:tabs>
        <w:spacing w:after="0" w:line="240" w:lineRule="auto"/>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group id="Группа 3500" o:spid="_x0000_s1094" style="position:absolute;margin-left:231.65pt;margin-top:2.3pt;width:14.15pt;height:34.35pt;z-index:251696128" coordsize="179705,43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">
            <v:shape id="Shape 3517" o:spid="_x0000_s1027" style="position:absolute;width:179705;height:179705;visibility:visible" coordsize="179705,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cUA&#10;AADdAAAADwAAAGRycy9kb3ducmV2LnhtbESPQWvCQBSE70L/w/IKvenGSkuIriJCsVdtQXp73X0m&#10;0ezbkH3G6K/vFgo9DjPzDbNYDb5RPXWxDmxgOslAEdvgai4NfH68jXNQUZAdNoHJwI0irJYPowUW&#10;Llx5R/1eSpUgHAs0UIm0hdbRVuQxTkJLnLxj6DxKkl2pXYfXBPeNfs6yV+2x5rRQYUubiux5f/EG&#10;vnZre7o122+5HPJ7L25739iZMU+Pw3oOSmiQ//Bf+90ZmL1kU/h9k56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H9xQAAAN0AAAAPAAAAAAAAAAAAAAAAAJgCAABkcnMv&#10;ZG93bnJldi54bWxQSwUGAAAAAAQABAD1AAAAigMAAAAA&#10;" adj="0,,0" path="m,179705r179705,l179705,,,,,179705xe" filled="f">
              <v:stroke miterlimit="83231f" joinstyle="miter"/>
              <v:formulas/>
              <v:path arrowok="t" o:connecttype="custom" o:connectlocs="0,179705;179705,179705;179705,0;0,0;0,179705" o:connectangles="0,0,0,0,0" textboxrect="0,0,179705,179705"/>
            </v:shape>
            <v:shape id="Shape 3519" o:spid="_x0000_s1028" style="position:absolute;top:256349;width:179705;height:179705;visibility:visible" coordsize="179705,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isUA&#10;AADdAAAADwAAAGRycy9kb3ducmV2LnhtbESPX2vCQBDE3wv9DscW+lYvVRRJPUWEYl/9A9K37d02&#10;SZvbC7k1Rj+9Jwg+DjPzG2a26H2tOmpjFdjA+yADRWyDq7gwsN99vk1BRUF2WAcmA2eKsJg/P80w&#10;d+HEG+q2UqgE4ZijgVKkybWOtiSPcRAa4uT9htajJNkW2rV4SnBf62GWTbTHitNCiQ2tSrL/26M3&#10;8L1Z2r9zvf6R42F66cStLys7Mub1pV9+gBLq5RG+t7+cgdE4G8LtTXoC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X+KxQAAAN0AAAAPAAAAAAAAAAAAAAAAAJgCAABkcnMv&#10;ZG93bnJldi54bWxQSwUGAAAAAAQABAD1AAAAigMAAAAA&#10;" adj="0,,0" path="m,179705r179705,l179705,,,,,179705xe" filled="f">
              <v:stroke miterlimit="83231f" joinstyle="miter"/>
              <v:formulas/>
              <v:path arrowok="t" o:connecttype="custom" o:connectlocs="0,179705;179705,179705;179705,0;0,0;0,179705" o:connectangles="0,0,0,0,0" textboxrect="0,0,179705,179705"/>
            </v:shape>
            <w10:wrap type="square"/>
          </v:group>
        </w:pict>
      </w:r>
      <w:r w:rsidRPr="00161CFB">
        <w:rPr>
          <w:rFonts w:ascii="Calibri" w:eastAsia="Calibri" w:hAnsi="Calibri" w:cs="Times New Roman"/>
          <w:noProof/>
          <w:sz w:val="22"/>
          <w:szCs w:val="22"/>
          <w:lang w:val="ru-RU" w:eastAsia="ru-RU"/>
        </w:rPr>
        <w:pict>
          <v:group id="Группа 3497" o:spid="_x0000_s1091" style="position:absolute;margin-left:15.75pt;margin-top:2.3pt;width:14.15pt;height:34.35pt;z-index:251697152" coordsize="179705,43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">
            <v:shape id="Shape 3517" o:spid="_x0000_s1093" style="position:absolute;width:179705;height:179705;visibility:visible" coordsize="179705,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SesIA&#10;AADdAAAADwAAAGRycy9kb3ducmV2LnhtbERPTWvCQBC9F/oflil4q5tWKRpdRYSiV22heBt3p0na&#10;7GzIjjH6692D4PHxvufL3teqozZWgQ28DTNQxDa4igsD31+frxNQUZAd1oHJwIUiLBfPT3PMXTjz&#10;jrq9FCqFcMzRQCnS5FpHW5LHOAwNceJ+Q+tREmwL7Vo8p3Bf6/cs+9AeK04NJTa0Lsn+70/ewGG3&#10;sn+XenOU08/k2onbXNd2ZMzgpV/NQAn18hDf3VtnYDSeprnpTXoC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tJ6wgAAAN0AAAAPAAAAAAAAAAAAAAAAAJgCAABkcnMvZG93&#10;bnJldi54bWxQSwUGAAAAAAQABAD1AAAAhwMAAAAA&#10;" adj="0,,0" path="m,179705r179705,l179705,,,,,179705xe" filled="f">
              <v:stroke miterlimit="83231f" joinstyle="miter"/>
              <v:formulas/>
              <v:path arrowok="t" o:connecttype="custom" o:connectlocs="0,179705;179705,179705;179705,0;0,0;0,179705" o:connectangles="0,0,0,0,0" textboxrect="0,0,179705,179705"/>
            </v:shape>
            <v:shape id="Shape 3519" o:spid="_x0000_s1092" style="position:absolute;top:256349;width:179705;height:179705;visibility:visible" coordsize="179705,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34cYA&#10;AADdAAAADwAAAGRycy9kb3ducmV2LnhtbESPX2vCQBDE3wv9DscW+qaXVhFNPUWEoq/+Aenb9m6b&#10;pM3thdwao5++VxD6OMzMb5j5sve16qiNVWADL8MMFLENruLCwPHwPpiCioLssA5MBq4UYbl4fJhj&#10;7sKFd9TtpVAJwjFHA6VIk2sdbUke4zA0xMn7Cq1HSbIttGvxkuC+1q9ZNtEeK04LJTa0Lsn+7M/e&#10;wMduZb+v9eZTzqfprRO3ua3tyJjnp371Bkqol//wvb11Bkbj2Qz+3qQn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J34cYAAADdAAAADwAAAAAAAAAAAAAAAACYAgAAZHJz&#10;L2Rvd25yZXYueG1sUEsFBgAAAAAEAAQA9QAAAIsDAAAAAA==&#10;" adj="0,,0" path="m,179705r179705,l179705,,,,,179705xe" filled="f">
              <v:stroke miterlimit="83231f" joinstyle="miter"/>
              <v:formulas/>
              <v:path arrowok="t" o:connecttype="custom" o:connectlocs="0,179705;179705,179705;179705,0;0,0;0,179705" o:connectangles="0,0,0,0,0" textboxrect="0,0,179705,179705"/>
            </v:shape>
            <w10:wrap type="square"/>
          </v:group>
        </w:pict>
      </w:r>
      <w:r w:rsidR="006D1F8F" w:rsidRPr="006D1F8F">
        <w:rPr>
          <w:rFonts w:ascii="Times New Roman" w:eastAsia="Times New Roman" w:hAnsi="Times New Roman" w:cs="Times New Roman"/>
          <w:sz w:val="24"/>
          <w:szCs w:val="24"/>
          <w:lang w:val="ru-RU"/>
        </w:rPr>
        <w:t xml:space="preserve"> хищник;</w:t>
      </w:r>
      <w:r w:rsidR="006D1F8F" w:rsidRPr="006D1F8F">
        <w:rPr>
          <w:rFonts w:ascii="Times New Roman" w:eastAsia="Times New Roman" w:hAnsi="Times New Roman" w:cs="Times New Roman"/>
          <w:sz w:val="24"/>
          <w:szCs w:val="24"/>
          <w:lang w:val="ru-RU"/>
        </w:rPr>
        <w:tab/>
      </w:r>
      <w:r w:rsidR="006D1F8F" w:rsidRPr="006D1F8F">
        <w:rPr>
          <w:rFonts w:ascii="Times New Roman" w:eastAsia="Times New Roman" w:hAnsi="Times New Roman" w:cs="Times New Roman"/>
          <w:sz w:val="24"/>
          <w:szCs w:val="24"/>
          <w:lang w:val="ru-RU"/>
        </w:rPr>
        <w:tab/>
        <w:t xml:space="preserve">                        всеядный;</w:t>
      </w:r>
      <w:r w:rsidR="006D1F8F" w:rsidRPr="006D1F8F">
        <w:rPr>
          <w:rFonts w:ascii="Times New Roman" w:eastAsia="Times New Roman" w:hAnsi="Times New Roman" w:cs="Times New Roman"/>
          <w:sz w:val="24"/>
          <w:szCs w:val="24"/>
          <w:lang w:val="ru-RU"/>
        </w:rPr>
        <w:tab/>
      </w:r>
    </w:p>
    <w:p w:rsidR="006D1F8F" w:rsidRPr="006D1F8F" w:rsidRDefault="006D1F8F" w:rsidP="006D1F8F">
      <w:pPr>
        <w:tabs>
          <w:tab w:val="center" w:pos="2058"/>
          <w:tab w:val="center" w:pos="4249"/>
          <w:tab w:val="center" w:pos="6465"/>
        </w:tabs>
        <w:spacing w:after="0" w:line="240" w:lineRule="auto"/>
        <w:rPr>
          <w:rFonts w:ascii="Times New Roman" w:eastAsia="Calibri" w:hAnsi="Times New Roman" w:cs="Times New Roman"/>
          <w:sz w:val="24"/>
          <w:szCs w:val="24"/>
          <w:lang w:val="ru-RU"/>
        </w:rPr>
      </w:pPr>
      <w:r w:rsidRPr="006D1F8F">
        <w:rPr>
          <w:rFonts w:ascii="Times New Roman" w:eastAsia="Times New Roman" w:hAnsi="Times New Roman" w:cs="Times New Roman"/>
          <w:sz w:val="24"/>
          <w:szCs w:val="24"/>
          <w:lang w:val="ru-RU"/>
        </w:rPr>
        <w:t xml:space="preserve"> растительноядный;     насекомоядный.</w:t>
      </w:r>
    </w:p>
    <w:p w:rsidR="006D1F8F" w:rsidRPr="006D1F8F" w:rsidRDefault="006D1F8F" w:rsidP="006D1F8F">
      <w:pPr>
        <w:spacing w:after="0" w:line="240" w:lineRule="auto"/>
        <w:jc w:val="both"/>
        <w:rPr>
          <w:rFonts w:ascii="Times New Roman" w:eastAsia="Times New Roman" w:hAnsi="Times New Roman" w:cs="Times New Roman"/>
          <w:b/>
          <w:bCs/>
          <w:sz w:val="24"/>
          <w:szCs w:val="24"/>
          <w:lang w:val="ru-RU"/>
        </w:rPr>
      </w:pPr>
    </w:p>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Times New Roman" w:hAnsi="Times New Roman" w:cs="Times New Roman"/>
          <w:b/>
          <w:bCs/>
          <w:sz w:val="24"/>
          <w:szCs w:val="24"/>
          <w:lang w:val="ru-RU"/>
        </w:rPr>
        <w:t xml:space="preserve">Задание 2. </w:t>
      </w:r>
      <w:r w:rsidRPr="006D1F8F">
        <w:rPr>
          <w:rFonts w:ascii="Times New Roman" w:eastAsia="Times New Roman" w:hAnsi="Times New Roman" w:cs="Times New Roman"/>
          <w:b/>
          <w:sz w:val="24"/>
          <w:szCs w:val="24"/>
          <w:lang w:val="ru-RU"/>
        </w:rPr>
        <w:t xml:space="preserve">Выберите растения, которыми питается северный олень. </w:t>
      </w:r>
    </w:p>
    <w:p w:rsidR="006D1F8F" w:rsidRPr="006D1F8F" w:rsidRDefault="006D1F8F" w:rsidP="006D1F8F">
      <w:pPr>
        <w:spacing w:after="0" w:line="240" w:lineRule="auto"/>
        <w:ind w:left="708"/>
        <w:rPr>
          <w:rFonts w:ascii="Times New Roman" w:eastAsia="Calibri" w:hAnsi="Times New Roman" w:cs="Times New Roman"/>
          <w:sz w:val="24"/>
          <w:szCs w:val="24"/>
          <w:lang w:val="ru-RU"/>
        </w:rPr>
      </w:pPr>
      <w:r w:rsidRPr="006D1F8F">
        <w:rPr>
          <w:rFonts w:ascii="Times New Roman" w:eastAsia="Calibri" w:hAnsi="Times New Roman" w:cs="Times New Roman"/>
          <w:b/>
          <w:sz w:val="24"/>
          <w:szCs w:val="24"/>
          <w:lang w:val="ru-RU"/>
        </w:rPr>
        <w:t>Отметьте правильный ответ.</w:t>
      </w:r>
    </w:p>
    <w:p w:rsidR="006D1F8F" w:rsidRPr="006D1F8F" w:rsidRDefault="00161CFB" w:rsidP="006D1F8F">
      <w:pPr>
        <w:tabs>
          <w:tab w:val="center" w:pos="1531"/>
          <w:tab w:val="center" w:pos="2832"/>
          <w:tab w:val="center" w:pos="3541"/>
          <w:tab w:val="center" w:pos="4249"/>
          <w:tab w:val="center" w:pos="5726"/>
        </w:tabs>
        <w:spacing w:after="0" w:line="240" w:lineRule="auto"/>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group id="Группа 3494" o:spid="_x0000_s1088" style="position:absolute;margin-left:18.1pt;margin-top:.85pt;width:14.15pt;height:34.35pt;z-index:251698176" coordsize="179705,43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">
            <v:shape id="Shape 3517" o:spid="_x0000_s1090" style="position:absolute;width:179705;height:179705;visibility:visible" coordsize="179705,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995MYA&#10;AADdAAAADwAAAGRycy9kb3ducmV2LnhtbESPQWvCQBSE74X+h+UVetNNqxZNXUWEYq/aQuntdfeZ&#10;pM2+DdlnjP56VxB6HGbmG2a+7H2tOmpjFdjA0zADRWyDq7gw8PnxNpiCioLssA5MBk4UYbm4v5tj&#10;7sKRt9TtpFAJwjFHA6VIk2sdbUke4zA0xMnbh9ajJNkW2rV4THBf6+cse9EeK04LJTa0Lsn+7Q7e&#10;wPd2ZX9P9eZHDl/Tcyduc17bkTGPD/3qFZRQL//hW/vdGRiNZxO4vklPQC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995MYAAADdAAAADwAAAAAAAAAAAAAAAACYAgAAZHJz&#10;L2Rvd25yZXYueG1sUEsFBgAAAAAEAAQA9QAAAIsDAAAAAA==&#10;" adj="0,,0" path="m,179705r179705,l179705,,,,,179705xe" filled="f">
              <v:stroke miterlimit="83231f" joinstyle="miter"/>
              <v:formulas/>
              <v:path arrowok="t" o:connecttype="custom" o:connectlocs="0,179705;179705,179705;179705,0;0,0;0,179705" o:connectangles="0,0,0,0,0" textboxrect="0,0,179705,179705"/>
            </v:shape>
            <v:shape id="Shape 3519" o:spid="_x0000_s1089" style="position:absolute;top:256349;width:179705;height:179705;visibility:visible" coordsize="179705,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jk8UA&#10;AADdAAAADwAAAGRycy9kb3ducmV2LnhtbESPQWvCQBSE70L/w/IKvdWNWsSmriKC2KtWkN5ed1+T&#10;1OzbkH3G6K/vFgoeh5n5hpkve1+rjtpYBTYwGmagiG1wFRcGDh+b5xmoKMgO68Bk4EoRlouHwRxz&#10;Fy68o24vhUoQjjkaKEWaXOtoS/IYh6EhTt53aD1Kkm2hXYuXBPe1HmfZVHusOC2U2NC6JHvan72B&#10;z93K/lzr7Zecj7NbJ257W9uJMU+P/eoNlFAv9/B/+90ZmLy8TuHvTXo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eOTxQAAAN0AAAAPAAAAAAAAAAAAAAAAAJgCAABkcnMv&#10;ZG93bnJldi54bWxQSwUGAAAAAAQABAD1AAAAigMAAAAA&#10;" adj="0,,0" path="m,179705r179705,l179705,,,,,179705xe" filled="f">
              <v:stroke miterlimit="83231f" joinstyle="miter"/>
              <v:formulas/>
              <v:path arrowok="t" o:connecttype="custom" o:connectlocs="0,179705;179705,179705;179705,0;0,0;0,179705" o:connectangles="0,0,0,0,0" textboxrect="0,0,179705,179705"/>
            </v:shape>
            <w10:wrap type="square"/>
          </v:group>
        </w:pict>
      </w:r>
      <w:r w:rsidRPr="00161CFB">
        <w:rPr>
          <w:rFonts w:ascii="Calibri" w:eastAsia="Calibri" w:hAnsi="Calibri" w:cs="Times New Roman"/>
          <w:noProof/>
          <w:sz w:val="22"/>
          <w:szCs w:val="22"/>
          <w:lang w:val="ru-RU" w:eastAsia="ru-RU"/>
        </w:rPr>
        <w:pict>
          <v:group id="Группа 3491" o:spid="_x0000_s1085" style="position:absolute;margin-left:231.75pt;margin-top:1pt;width:17.15pt;height:38.05pt;z-index:251699200;mso-width-relative:margin;mso-height-relative:margin" coordsize="179705,43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">
            <v:shape id="Shape 3521" o:spid="_x0000_s1087" style="position:absolute;width:179705;height:179705;visibility:visible" coordsize="179705,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lkMUA&#10;AADdAAAADwAAAGRycy9kb3ducmV2LnhtbESPQWvCQBSE70L/w/IKvdVNtRSNriJCsVdtoXh77r4m&#10;abNvQ/YZo7/eFQoeh5n5hpkve1+rjtpYBTbwMsxAEdvgKi4MfH2+P09ARUF2WAcmA2eKsFw8DOaY&#10;u3DiLXU7KVSCcMzRQCnS5FpHW5LHOAwNcfJ+QutRkmwL7Vo8Jbiv9SjL3rTHitNCiQ2tS7J/u6M3&#10;sN+u7O+53hzk+D25dOI2l7UdG/P02K9moIR6uYf/2x/OwPh1OoLbm/QE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uWQxQAAAN0AAAAPAAAAAAAAAAAAAAAAAJgCAABkcnMv&#10;ZG93bnJldi54bWxQSwUGAAAAAAQABAD1AAAAigMAAAAA&#10;" adj="0,,0" path="m,179705r179705,l179705,,,,,179705xe" filled="f">
              <v:stroke miterlimit="83231f" joinstyle="miter"/>
              <v:formulas/>
              <v:path arrowok="t" o:connecttype="custom" o:connectlocs="0,179705;179705,179705;179705,0;0,0;0,179705" o:connectangles="0,0,0,0,0" textboxrect="0,0,179705,179705"/>
            </v:shape>
            <v:shape id="Shape 3523" o:spid="_x0000_s1086" style="position:absolute;top:256349;width:179705;height:179705;visibility:visible" coordsize="179705,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AC8YA&#10;AADdAAAADwAAAGRycy9kb3ducmV2LnhtbESPQWvCQBSE74X+h+UJ3urGphQbXUUEsVetUHp73X0m&#10;abNvQ/YZo7++Wyj0OMzMN8xiNfhG9dTFOrCB6SQDRWyDq7k0cHzbPsxARUF22AQmA1eKsFre3y2w&#10;cOHCe+oPUqoE4ViggUqkLbSOtiKPcRJa4uSdQudRkuxK7Tq8JLhv9GOWPWuPNaeFClvaVGS/D2dv&#10;4GO/tl/XZvcp5/fZrRe3u21sbsx4NKznoIQG+Q//tV+dgfzpJYffN+kJ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pAC8YAAADdAAAADwAAAAAAAAAAAAAAAACYAgAAZHJz&#10;L2Rvd25yZXYueG1sUEsFBgAAAAAEAAQA9QAAAIsDAAAAAA==&#10;" adj="0,,0" path="m,179705r179705,l179705,,,,,179705xe" filled="f">
              <v:stroke miterlimit="83231f" joinstyle="miter"/>
              <v:formulas/>
              <v:path arrowok="t" o:connecttype="custom" o:connectlocs="0,179705;179705,179705;179705,0;0,0;0,179705" o:connectangles="0,0,0,0,0" textboxrect="0,0,179705,179705"/>
            </v:shape>
            <w10:wrap type="square"/>
          </v:group>
        </w:pict>
      </w:r>
      <w:r w:rsidR="006D1F8F" w:rsidRPr="006D1F8F">
        <w:rPr>
          <w:rFonts w:ascii="Times New Roman" w:eastAsia="Times New Roman" w:hAnsi="Times New Roman" w:cs="Times New Roman"/>
          <w:sz w:val="24"/>
          <w:szCs w:val="24"/>
          <w:lang w:val="ru-RU"/>
        </w:rPr>
        <w:t xml:space="preserve"> водоросли;</w:t>
      </w:r>
      <w:r w:rsidR="006D1F8F" w:rsidRPr="006D1F8F">
        <w:rPr>
          <w:rFonts w:ascii="Times New Roman" w:eastAsia="Times New Roman" w:hAnsi="Times New Roman" w:cs="Times New Roman"/>
          <w:sz w:val="24"/>
          <w:szCs w:val="24"/>
          <w:lang w:val="ru-RU"/>
        </w:rPr>
        <w:tab/>
      </w:r>
      <w:r w:rsidR="006D1F8F" w:rsidRPr="006D1F8F">
        <w:rPr>
          <w:rFonts w:ascii="Times New Roman" w:eastAsia="Times New Roman" w:hAnsi="Times New Roman" w:cs="Times New Roman"/>
          <w:sz w:val="24"/>
          <w:szCs w:val="24"/>
          <w:lang w:val="ru-RU"/>
        </w:rPr>
        <w:tab/>
        <w:t xml:space="preserve">                            мхи;</w:t>
      </w:r>
      <w:r w:rsidR="006D1F8F" w:rsidRPr="006D1F8F">
        <w:rPr>
          <w:rFonts w:ascii="Times New Roman" w:eastAsia="Calibri" w:hAnsi="Times New Roman" w:cs="Times New Roman"/>
          <w:sz w:val="24"/>
          <w:szCs w:val="24"/>
          <w:lang w:val="ru-RU"/>
        </w:rPr>
        <w:tab/>
      </w:r>
    </w:p>
    <w:p w:rsidR="006D1F8F" w:rsidRPr="006D1F8F" w:rsidRDefault="006D1F8F" w:rsidP="006D1F8F">
      <w:pPr>
        <w:tabs>
          <w:tab w:val="center" w:pos="1531"/>
          <w:tab w:val="center" w:pos="2832"/>
          <w:tab w:val="center" w:pos="3541"/>
          <w:tab w:val="center" w:pos="4249"/>
          <w:tab w:val="center" w:pos="5726"/>
        </w:tabs>
        <w:spacing w:after="0" w:line="240" w:lineRule="auto"/>
        <w:rPr>
          <w:rFonts w:ascii="Times New Roman" w:eastAsia="Calibri" w:hAnsi="Times New Roman" w:cs="Times New Roman"/>
          <w:sz w:val="24"/>
          <w:szCs w:val="24"/>
          <w:lang w:val="ru-RU"/>
        </w:rPr>
      </w:pPr>
      <w:r w:rsidRPr="006D1F8F">
        <w:rPr>
          <w:rFonts w:ascii="Times New Roman" w:eastAsia="Times New Roman" w:hAnsi="Times New Roman" w:cs="Times New Roman"/>
          <w:sz w:val="24"/>
          <w:szCs w:val="24"/>
          <w:lang w:val="ru-RU"/>
        </w:rPr>
        <w:t>злаки;</w:t>
      </w:r>
      <w:r w:rsidRPr="006D1F8F">
        <w:rPr>
          <w:rFonts w:ascii="Times New Roman" w:eastAsia="Times New Roman" w:hAnsi="Times New Roman" w:cs="Times New Roman"/>
          <w:sz w:val="24"/>
          <w:szCs w:val="24"/>
          <w:lang w:val="ru-RU"/>
        </w:rPr>
        <w:tab/>
        <w:t xml:space="preserve">                                           лишайники.</w:t>
      </w:r>
    </w:p>
    <w:p w:rsidR="006D1F8F" w:rsidRPr="006D1F8F" w:rsidRDefault="006D1F8F" w:rsidP="006D1F8F">
      <w:pPr>
        <w:spacing w:after="0" w:line="240" w:lineRule="auto"/>
        <w:rPr>
          <w:rFonts w:ascii="Times New Roman" w:eastAsia="Times New Roman" w:hAnsi="Times New Roman" w:cs="Times New Roman"/>
          <w:b/>
          <w:bCs/>
          <w:sz w:val="24"/>
          <w:szCs w:val="24"/>
          <w:lang w:val="ru-RU"/>
        </w:rPr>
      </w:pPr>
    </w:p>
    <w:p w:rsidR="006D1F8F" w:rsidRPr="006D1F8F" w:rsidRDefault="006D1F8F" w:rsidP="006D1F8F">
      <w:pPr>
        <w:spacing w:after="0" w:line="240" w:lineRule="auto"/>
        <w:rPr>
          <w:rFonts w:ascii="Times New Roman" w:eastAsia="Times New Roman" w:hAnsi="Times New Roman" w:cs="Times New Roman"/>
          <w:b/>
          <w:bCs/>
          <w:sz w:val="24"/>
          <w:szCs w:val="24"/>
          <w:lang w:val="ru-RU"/>
        </w:rPr>
      </w:pPr>
      <w:r w:rsidRPr="006D1F8F">
        <w:rPr>
          <w:rFonts w:ascii="Times New Roman" w:eastAsia="Times New Roman" w:hAnsi="Times New Roman" w:cs="Times New Roman"/>
          <w:b/>
          <w:bCs/>
          <w:sz w:val="24"/>
          <w:szCs w:val="24"/>
          <w:lang w:val="ru-RU"/>
        </w:rPr>
        <w:t>Задание 3. Что накапливает летом олень в организме, чтобы не протянуть ноги?</w:t>
      </w:r>
    </w:p>
    <w:p w:rsidR="006D1F8F" w:rsidRPr="006D1F8F" w:rsidRDefault="006D1F8F" w:rsidP="006D1F8F">
      <w:pPr>
        <w:spacing w:after="0" w:line="240" w:lineRule="auto"/>
        <w:ind w:left="708"/>
        <w:rPr>
          <w:rFonts w:ascii="Times New Roman" w:eastAsia="Calibri" w:hAnsi="Times New Roman" w:cs="Times New Roman"/>
          <w:sz w:val="24"/>
          <w:szCs w:val="24"/>
          <w:lang w:val="ru-RU"/>
        </w:rPr>
      </w:pPr>
      <w:r w:rsidRPr="006D1F8F">
        <w:rPr>
          <w:rFonts w:ascii="Times New Roman" w:eastAsia="Calibri" w:hAnsi="Times New Roman" w:cs="Times New Roman"/>
          <w:b/>
          <w:sz w:val="24"/>
          <w:szCs w:val="24"/>
          <w:lang w:val="ru-RU"/>
        </w:rPr>
        <w:t>Отметьте правильный ответ.</w:t>
      </w:r>
    </w:p>
    <w:p w:rsidR="006D1F8F" w:rsidRPr="006D1F8F" w:rsidRDefault="00161CFB" w:rsidP="006D1F8F">
      <w:pPr>
        <w:tabs>
          <w:tab w:val="center" w:pos="1531"/>
          <w:tab w:val="center" w:pos="2832"/>
          <w:tab w:val="center" w:pos="3541"/>
          <w:tab w:val="center" w:pos="4249"/>
          <w:tab w:val="center" w:pos="5726"/>
        </w:tabs>
        <w:spacing w:after="0" w:line="240" w:lineRule="auto"/>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490" o:spid="_x0000_s1084" style="position:absolute;margin-left:138.75pt;margin-top:.7pt;width:16.5pt;height:15pt;flip:y;z-index:2517002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">
            <w10:wrap anchorx="margin"/>
          </v:rect>
        </w:pict>
      </w:r>
      <w:r w:rsidRPr="00161CFB">
        <w:rPr>
          <w:rFonts w:ascii="Calibri" w:eastAsia="Calibri" w:hAnsi="Calibri" w:cs="Times New Roman"/>
          <w:noProof/>
          <w:sz w:val="22"/>
          <w:szCs w:val="22"/>
          <w:lang w:val="ru-RU" w:eastAsia="ru-RU"/>
        </w:rPr>
        <w:pict>
          <v:rect id="Прямоугольник 3489" o:spid="_x0000_s1083" style="position:absolute;margin-left:52.6pt;margin-top:.7pt;width:16.5pt;height:15pt;flip:y;z-index:2517012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">
            <w10:wrap anchorx="margin"/>
          </v:rect>
        </w:pict>
      </w:r>
      <w:r w:rsidRPr="00161CFB">
        <w:rPr>
          <w:rFonts w:ascii="Calibri" w:eastAsia="Calibri" w:hAnsi="Calibri" w:cs="Times New Roman"/>
          <w:noProof/>
          <w:sz w:val="22"/>
          <w:szCs w:val="22"/>
          <w:lang w:val="ru-RU" w:eastAsia="ru-RU"/>
        </w:rPr>
        <w:pict>
          <v:rect id="Прямоугольник 39550" o:spid="_x0000_s1082" style="position:absolute;margin-left:-21pt;margin-top:.7pt;width:16.5pt;height:15pt;flip:y;z-index:2517022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">
            <w10:wrap anchorx="margin"/>
          </v:rect>
        </w:pict>
      </w:r>
      <w:r w:rsidR="006D1F8F" w:rsidRPr="006D1F8F">
        <w:rPr>
          <w:rFonts w:ascii="Times New Roman" w:eastAsia="Times New Roman" w:hAnsi="Times New Roman" w:cs="Times New Roman"/>
          <w:sz w:val="24"/>
          <w:szCs w:val="24"/>
          <w:lang w:val="ru-RU"/>
        </w:rPr>
        <w:t>1) жир;</w:t>
      </w:r>
      <w:r w:rsidR="006D1F8F" w:rsidRPr="006D1F8F">
        <w:rPr>
          <w:rFonts w:ascii="Times New Roman" w:eastAsia="Times New Roman" w:hAnsi="Times New Roman" w:cs="Times New Roman"/>
          <w:sz w:val="24"/>
          <w:szCs w:val="24"/>
          <w:lang w:val="ru-RU"/>
        </w:rPr>
        <w:tab/>
        <w:t xml:space="preserve">             2) ягель;</w:t>
      </w:r>
      <w:r w:rsidR="006D1F8F" w:rsidRPr="006D1F8F">
        <w:rPr>
          <w:rFonts w:ascii="Times New Roman" w:eastAsia="Calibri" w:hAnsi="Times New Roman" w:cs="Times New Roman"/>
          <w:sz w:val="24"/>
          <w:szCs w:val="24"/>
          <w:lang w:val="ru-RU"/>
        </w:rPr>
        <w:t xml:space="preserve">             3</w:t>
      </w:r>
      <w:r w:rsidR="006D1F8F" w:rsidRPr="006D1F8F">
        <w:rPr>
          <w:rFonts w:ascii="Times New Roman" w:eastAsia="Times New Roman" w:hAnsi="Times New Roman" w:cs="Times New Roman"/>
          <w:sz w:val="24"/>
          <w:szCs w:val="24"/>
          <w:lang w:val="ru-RU"/>
        </w:rPr>
        <w:t>) минеральные соли.</w:t>
      </w:r>
      <w:r w:rsidR="006D1F8F" w:rsidRPr="006D1F8F">
        <w:rPr>
          <w:rFonts w:ascii="Times New Roman" w:eastAsia="Times New Roman" w:hAnsi="Times New Roman" w:cs="Times New Roman"/>
          <w:sz w:val="24"/>
          <w:szCs w:val="24"/>
          <w:lang w:val="ru-RU"/>
        </w:rPr>
        <w:tab/>
      </w:r>
      <w:r w:rsidR="006D1F8F" w:rsidRPr="006D1F8F">
        <w:rPr>
          <w:rFonts w:ascii="Times New Roman" w:eastAsia="Times New Roman" w:hAnsi="Times New Roman" w:cs="Times New Roman"/>
          <w:sz w:val="24"/>
          <w:szCs w:val="24"/>
          <w:lang w:val="ru-RU"/>
        </w:rPr>
        <w:tab/>
      </w:r>
      <w:r w:rsidR="006D1F8F" w:rsidRPr="006D1F8F">
        <w:rPr>
          <w:rFonts w:ascii="Times New Roman" w:eastAsia="Times New Roman" w:hAnsi="Times New Roman" w:cs="Times New Roman"/>
          <w:sz w:val="24"/>
          <w:szCs w:val="24"/>
          <w:lang w:val="ru-RU"/>
        </w:rPr>
        <w:tab/>
      </w:r>
      <w:r w:rsidR="006D1F8F" w:rsidRPr="006D1F8F">
        <w:rPr>
          <w:rFonts w:ascii="Times New Roman" w:eastAsia="Times New Roman" w:hAnsi="Times New Roman" w:cs="Times New Roman"/>
          <w:sz w:val="24"/>
          <w:szCs w:val="24"/>
          <w:lang w:val="ru-RU"/>
        </w:rPr>
        <w:tab/>
      </w:r>
      <w:r w:rsidR="006D1F8F" w:rsidRPr="006D1F8F">
        <w:rPr>
          <w:rFonts w:ascii="Times New Roman" w:eastAsia="Times New Roman" w:hAnsi="Times New Roman" w:cs="Times New Roman"/>
          <w:sz w:val="24"/>
          <w:szCs w:val="24"/>
          <w:lang w:val="ru-RU"/>
        </w:rPr>
        <w:tab/>
      </w:r>
    </w:p>
    <w:p w:rsidR="006D1F8F" w:rsidRPr="006D1F8F" w:rsidRDefault="006D1F8F" w:rsidP="006D1F8F">
      <w:pPr>
        <w:spacing w:after="0" w:line="240" w:lineRule="auto"/>
        <w:rPr>
          <w:rFonts w:ascii="Times New Roman" w:eastAsia="Times New Roman" w:hAnsi="Times New Roman" w:cs="Times New Roman"/>
          <w:b/>
          <w:bCs/>
          <w:sz w:val="24"/>
          <w:szCs w:val="24"/>
          <w:lang w:val="ru-RU"/>
        </w:rPr>
      </w:pPr>
    </w:p>
    <w:p w:rsidR="006D1F8F" w:rsidRPr="006D1F8F" w:rsidRDefault="006D1F8F" w:rsidP="006D1F8F">
      <w:pPr>
        <w:spacing w:after="0" w:line="240" w:lineRule="auto"/>
        <w:rPr>
          <w:rFonts w:ascii="Times New Roman" w:eastAsia="Times New Roman" w:hAnsi="Times New Roman" w:cs="Times New Roman"/>
          <w:b/>
          <w:sz w:val="24"/>
          <w:szCs w:val="24"/>
          <w:lang w:val="ru-RU"/>
        </w:rPr>
      </w:pPr>
      <w:r w:rsidRPr="006D1F8F">
        <w:rPr>
          <w:rFonts w:ascii="Times New Roman" w:eastAsia="Times New Roman" w:hAnsi="Times New Roman" w:cs="Times New Roman"/>
          <w:b/>
          <w:bCs/>
          <w:sz w:val="24"/>
          <w:szCs w:val="24"/>
          <w:lang w:val="ru-RU"/>
        </w:rPr>
        <w:t xml:space="preserve">Задание 4. </w:t>
      </w:r>
      <w:r w:rsidRPr="006D1F8F">
        <w:rPr>
          <w:rFonts w:ascii="Times New Roman" w:eastAsia="Times New Roman" w:hAnsi="Times New Roman" w:cs="Times New Roman"/>
          <w:b/>
          <w:sz w:val="24"/>
          <w:szCs w:val="24"/>
          <w:lang w:val="ru-RU"/>
        </w:rPr>
        <w:t xml:space="preserve">Укажите для каждого из классов животных из первого столбца характерные </w:t>
      </w:r>
      <w:r w:rsidRPr="006D1F8F">
        <w:rPr>
          <w:rFonts w:ascii="Times New Roman" w:eastAsia="Times New Roman" w:hAnsi="Times New Roman" w:cs="Times New Roman"/>
          <w:b/>
          <w:sz w:val="24"/>
          <w:szCs w:val="24"/>
          <w:u w:val="single"/>
          <w:lang w:val="ru-RU"/>
        </w:rPr>
        <w:t>весенние явления</w:t>
      </w:r>
      <w:r w:rsidRPr="006D1F8F">
        <w:rPr>
          <w:rFonts w:ascii="Times New Roman" w:eastAsia="Times New Roman" w:hAnsi="Times New Roman" w:cs="Times New Roman"/>
          <w:b/>
          <w:sz w:val="24"/>
          <w:szCs w:val="24"/>
          <w:lang w:val="ru-RU"/>
        </w:rPr>
        <w:t xml:space="preserve"> в их жизни из второго.</w:t>
      </w:r>
    </w:p>
    <w:p w:rsidR="006D1F8F" w:rsidRPr="006D1F8F" w:rsidRDefault="006D1F8F" w:rsidP="006D1F8F">
      <w:pPr>
        <w:spacing w:after="0" w:line="240" w:lineRule="auto"/>
        <w:rPr>
          <w:rFonts w:ascii="Times New Roman" w:eastAsia="Times New Roman" w:hAnsi="Times New Roman" w:cs="Times New Roman"/>
          <w:sz w:val="24"/>
          <w:szCs w:val="24"/>
          <w:lang w:val="ru-RU"/>
        </w:rPr>
      </w:pPr>
    </w:p>
    <w:tbl>
      <w:tblPr>
        <w:tblW w:w="9606" w:type="dxa"/>
        <w:tblLook w:val="01E0"/>
      </w:tblPr>
      <w:tblGrid>
        <w:gridCol w:w="2518"/>
        <w:gridCol w:w="7088"/>
      </w:tblGrid>
      <w:tr w:rsidR="006D1F8F" w:rsidRPr="006D1F8F" w:rsidTr="006D1F8F">
        <w:tc>
          <w:tcPr>
            <w:tcW w:w="2518" w:type="dxa"/>
          </w:tcPr>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А) звери</w:t>
            </w:r>
          </w:p>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Б) птицы</w:t>
            </w:r>
          </w:p>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В) рыбы</w:t>
            </w:r>
          </w:p>
          <w:p w:rsidR="006D1F8F" w:rsidRPr="006D1F8F" w:rsidRDefault="006D1F8F" w:rsidP="006D1F8F">
            <w:pPr>
              <w:spacing w:after="0" w:line="240" w:lineRule="auto"/>
              <w:jc w:val="both"/>
              <w:rPr>
                <w:rFonts w:ascii="Times New Roman" w:eastAsia="Calibri" w:hAnsi="Times New Roman" w:cs="Times New Roman"/>
                <w:sz w:val="24"/>
                <w:szCs w:val="24"/>
                <w:lang w:val="ru-RU"/>
              </w:rPr>
            </w:pPr>
          </w:p>
        </w:tc>
        <w:tc>
          <w:tcPr>
            <w:tcW w:w="7088" w:type="dxa"/>
            <w:hideMark/>
          </w:tcPr>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1. метание икры;</w:t>
            </w:r>
          </w:p>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2. откладывание яиц;</w:t>
            </w:r>
          </w:p>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3. усиленное питание, запасание корма;</w:t>
            </w:r>
          </w:p>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4. линька (смена шерсти);</w:t>
            </w:r>
          </w:p>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5. превращение в куколок;</w:t>
            </w:r>
          </w:p>
          <w:p w:rsidR="006D1F8F" w:rsidRPr="006D1F8F" w:rsidRDefault="006D1F8F" w:rsidP="006D1F8F">
            <w:pPr>
              <w:spacing w:after="0" w:line="240" w:lineRule="auto"/>
              <w:jc w:val="both"/>
              <w:rPr>
                <w:rFonts w:ascii="Times New Roman" w:eastAsia="Calibri" w:hAnsi="Times New Roman" w:cs="Times New Roman"/>
                <w:sz w:val="24"/>
                <w:szCs w:val="24"/>
              </w:rPr>
            </w:pPr>
            <w:r w:rsidRPr="006D1F8F">
              <w:rPr>
                <w:rFonts w:ascii="Times New Roman" w:eastAsia="Calibri" w:hAnsi="Times New Roman" w:cs="Times New Roman"/>
                <w:sz w:val="24"/>
                <w:szCs w:val="24"/>
              </w:rPr>
              <w:t>6. залегание в спячку.</w:t>
            </w:r>
          </w:p>
        </w:tc>
      </w:tr>
    </w:tbl>
    <w:p w:rsidR="006D1F8F" w:rsidRPr="006D1F8F" w:rsidRDefault="006D1F8F" w:rsidP="006D1F8F">
      <w:pPr>
        <w:spacing w:after="0" w:line="276" w:lineRule="auto"/>
        <w:rPr>
          <w:rFonts w:ascii="Times New Roman" w:eastAsia="Calibri" w:hAnsi="Times New Roman" w:cs="Times New Roman"/>
          <w:sz w:val="24"/>
          <w:szCs w:val="24"/>
        </w:rPr>
      </w:pPr>
      <w:r w:rsidRPr="006D1F8F">
        <w:rPr>
          <w:rFonts w:ascii="Times New Roman" w:eastAsia="Calibri" w:hAnsi="Times New Roman" w:cs="Times New Roman"/>
          <w:sz w:val="24"/>
          <w:szCs w:val="24"/>
        </w:rPr>
        <w:t>А) ___________, Б) ____________, В) ___________</w:t>
      </w:r>
    </w:p>
    <w:p w:rsidR="006D1F8F" w:rsidRPr="006D1F8F" w:rsidRDefault="006D1F8F" w:rsidP="006D1F8F">
      <w:pPr>
        <w:spacing w:after="200" w:line="276" w:lineRule="auto"/>
        <w:jc w:val="center"/>
        <w:rPr>
          <w:rFonts w:ascii="Times New Roman" w:eastAsia="Calibri" w:hAnsi="Times New Roman" w:cs="Times New Roman"/>
          <w:b/>
          <w:sz w:val="24"/>
          <w:szCs w:val="24"/>
          <w:u w:val="single"/>
        </w:rPr>
      </w:pPr>
    </w:p>
    <w:p w:rsidR="006D1F8F" w:rsidRPr="006D1F8F" w:rsidRDefault="006D1F8F" w:rsidP="006D1F8F">
      <w:pPr>
        <w:spacing w:after="200" w:line="276" w:lineRule="auto"/>
        <w:jc w:val="center"/>
        <w:rPr>
          <w:rFonts w:ascii="Times New Roman" w:eastAsia="Calibri" w:hAnsi="Times New Roman" w:cs="Times New Roman"/>
          <w:b/>
          <w:sz w:val="24"/>
          <w:szCs w:val="24"/>
          <w:u w:val="single"/>
        </w:rPr>
      </w:pPr>
      <w:r w:rsidRPr="006D1F8F">
        <w:rPr>
          <w:rFonts w:ascii="Times New Roman" w:eastAsia="Calibri" w:hAnsi="Times New Roman" w:cs="Times New Roman"/>
          <w:b/>
          <w:sz w:val="24"/>
          <w:szCs w:val="24"/>
          <w:u w:val="single"/>
        </w:rPr>
        <w:t>Дополнительная часть</w:t>
      </w:r>
    </w:p>
    <w:p w:rsidR="006D1F8F" w:rsidRPr="006D1F8F" w:rsidRDefault="006D1F8F" w:rsidP="006D1F8F">
      <w:pPr>
        <w:spacing w:after="200" w:line="276" w:lineRule="auto"/>
        <w:jc w:val="both"/>
        <w:rPr>
          <w:rFonts w:ascii="Times New Roman" w:eastAsia="Calibri" w:hAnsi="Times New Roman" w:cs="Times New Roman"/>
          <w:b/>
          <w:sz w:val="24"/>
          <w:szCs w:val="24"/>
          <w:lang w:val="ru-RU"/>
        </w:rPr>
      </w:pPr>
      <w:r w:rsidRPr="006D1F8F">
        <w:rPr>
          <w:rFonts w:ascii="Times New Roman" w:eastAsia="Times New Roman" w:hAnsi="Times New Roman" w:cs="Times New Roman"/>
          <w:b/>
          <w:bCs/>
          <w:sz w:val="24"/>
          <w:szCs w:val="24"/>
          <w:lang w:val="ru-RU"/>
        </w:rPr>
        <w:t xml:space="preserve"> Задание 1. </w:t>
      </w:r>
      <w:r w:rsidRPr="006D1F8F">
        <w:rPr>
          <w:rFonts w:ascii="Times New Roman" w:eastAsia="Calibri" w:hAnsi="Times New Roman" w:cs="Times New Roman"/>
          <w:b/>
          <w:sz w:val="24"/>
          <w:szCs w:val="24"/>
          <w:lang w:val="ru-RU"/>
        </w:rPr>
        <w:t>Укажи предложение, в котором знаки препинания поставлены неверно. Отметьте правильный ответ.</w:t>
      </w:r>
    </w:p>
    <w:p w:rsidR="006D1F8F" w:rsidRPr="006D1F8F" w:rsidRDefault="00161CFB" w:rsidP="006D1F8F">
      <w:pPr>
        <w:spacing w:after="0" w:line="240" w:lineRule="auto"/>
        <w:jc w:val="both"/>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9547" o:spid="_x0000_s1081" style="position:absolute;left:0;text-align:left;margin-left:-18.75pt;margin-top:-.25pt;width:16.5pt;height:15pt;flip:y;z-index:2517032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">
            <w10:wrap anchorx="margin"/>
          </v:rect>
        </w:pict>
      </w:r>
      <w:r w:rsidR="006D1F8F" w:rsidRPr="006D1F8F">
        <w:rPr>
          <w:rFonts w:ascii="Times New Roman" w:eastAsia="Calibri" w:hAnsi="Times New Roman" w:cs="Times New Roman"/>
          <w:sz w:val="24"/>
          <w:szCs w:val="24"/>
          <w:lang w:val="ru-RU"/>
        </w:rPr>
        <w:t>1) День был солнечный, но прохладный.</w:t>
      </w:r>
    </w:p>
    <w:p w:rsidR="006D1F8F" w:rsidRPr="006D1F8F" w:rsidRDefault="00161CFB" w:rsidP="006D1F8F">
      <w:pPr>
        <w:spacing w:after="0" w:line="240" w:lineRule="auto"/>
        <w:jc w:val="both"/>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9546" o:spid="_x0000_s1080" style="position:absolute;left:0;text-align:left;margin-left:-21pt;margin-top:.95pt;width:16.5pt;height:15pt;flip:y;z-index:2517043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">
            <w10:wrap anchorx="margin"/>
          </v:rect>
        </w:pict>
      </w:r>
      <w:r w:rsidR="006D1F8F" w:rsidRPr="006D1F8F">
        <w:rPr>
          <w:rFonts w:ascii="Times New Roman" w:eastAsia="Calibri" w:hAnsi="Times New Roman" w:cs="Times New Roman"/>
          <w:sz w:val="24"/>
          <w:szCs w:val="24"/>
          <w:lang w:val="ru-RU"/>
        </w:rPr>
        <w:t>2) Олени едят ягель, мох.</w:t>
      </w:r>
    </w:p>
    <w:p w:rsidR="006D1F8F" w:rsidRPr="006D1F8F" w:rsidRDefault="00161CFB" w:rsidP="006D1F8F">
      <w:pPr>
        <w:spacing w:after="0" w:line="240" w:lineRule="auto"/>
        <w:jc w:val="both"/>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9545" o:spid="_x0000_s1079" style="position:absolute;left:0;text-align:left;margin-left:-21pt;margin-top:2.15pt;width:16.5pt;height:15pt;flip:y;z-index:2517053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">
            <w10:wrap anchorx="margin"/>
          </v:rect>
        </w:pict>
      </w:r>
      <w:r w:rsidR="006D1F8F" w:rsidRPr="006D1F8F">
        <w:rPr>
          <w:rFonts w:ascii="Times New Roman" w:eastAsia="Calibri" w:hAnsi="Times New Roman" w:cs="Times New Roman"/>
          <w:sz w:val="24"/>
          <w:szCs w:val="24"/>
          <w:lang w:val="ru-RU"/>
        </w:rPr>
        <w:t>3) Лебеди, и утки готовились к отлету в теплые страны.</w:t>
      </w:r>
    </w:p>
    <w:p w:rsidR="006D1F8F" w:rsidRPr="006D1F8F" w:rsidRDefault="006D1F8F" w:rsidP="006D1F8F">
      <w:pPr>
        <w:spacing w:after="0" w:line="276" w:lineRule="auto"/>
        <w:jc w:val="both"/>
        <w:rPr>
          <w:rFonts w:ascii="Times New Roman" w:eastAsia="Times New Roman" w:hAnsi="Times New Roman" w:cs="Times New Roman"/>
          <w:b/>
          <w:bCs/>
          <w:sz w:val="24"/>
          <w:szCs w:val="24"/>
          <w:lang w:val="ru-RU"/>
        </w:rPr>
      </w:pPr>
    </w:p>
    <w:p w:rsidR="006D1F8F" w:rsidRPr="006D1F8F" w:rsidRDefault="006D1F8F" w:rsidP="006D1F8F">
      <w:pPr>
        <w:spacing w:after="0" w:line="276" w:lineRule="auto"/>
        <w:jc w:val="both"/>
        <w:rPr>
          <w:rFonts w:ascii="Times New Roman" w:eastAsia="Calibri" w:hAnsi="Times New Roman" w:cs="Times New Roman"/>
          <w:sz w:val="24"/>
          <w:szCs w:val="24"/>
        </w:rPr>
      </w:pPr>
      <w:r w:rsidRPr="006D1F8F">
        <w:rPr>
          <w:rFonts w:ascii="Times New Roman" w:eastAsia="Times New Roman" w:hAnsi="Times New Roman" w:cs="Times New Roman"/>
          <w:b/>
          <w:bCs/>
          <w:sz w:val="24"/>
          <w:szCs w:val="24"/>
        </w:rPr>
        <w:t xml:space="preserve">Задание 2. </w:t>
      </w:r>
      <w:r w:rsidRPr="006D1F8F">
        <w:rPr>
          <w:rFonts w:ascii="Times New Roman" w:eastAsia="Calibri" w:hAnsi="Times New Roman" w:cs="Times New Roman"/>
          <w:b/>
          <w:sz w:val="24"/>
          <w:szCs w:val="24"/>
        </w:rPr>
        <w:t>Рассмотри рисунок.</w:t>
      </w:r>
    </w:p>
    <w:tbl>
      <w:tblPr>
        <w:tblW w:w="10665" w:type="dxa"/>
        <w:tblInd w:w="-72" w:type="dxa"/>
        <w:tblLayout w:type="fixed"/>
        <w:tblLook w:val="01E0"/>
      </w:tblPr>
      <w:tblGrid>
        <w:gridCol w:w="2350"/>
        <w:gridCol w:w="8315"/>
      </w:tblGrid>
      <w:tr w:rsidR="006D1F8F" w:rsidRPr="003944E9" w:rsidTr="006D1F8F">
        <w:trPr>
          <w:trHeight w:val="1948"/>
        </w:trPr>
        <w:tc>
          <w:tcPr>
            <w:tcW w:w="2350" w:type="dxa"/>
            <w:hideMark/>
          </w:tcPr>
          <w:p w:rsidR="006D1F8F" w:rsidRPr="006D1F8F" w:rsidRDefault="00161CFB" w:rsidP="006D1F8F">
            <w:pPr>
              <w:spacing w:after="200" w:line="276" w:lineRule="auto"/>
              <w:jc w:val="both"/>
              <w:rPr>
                <w:rFonts w:ascii="Times New Roman" w:eastAsia="Calibri" w:hAnsi="Times New Roman" w:cs="Times New Roman"/>
                <w:sz w:val="24"/>
                <w:szCs w:val="24"/>
              </w:rPr>
            </w:pPr>
            <w:r w:rsidRPr="00161CFB">
              <w:rPr>
                <w:rFonts w:ascii="Calibri" w:eastAsia="Calibri" w:hAnsi="Calibri" w:cs="Times New Roman"/>
                <w:noProof/>
                <w:sz w:val="22"/>
                <w:szCs w:val="22"/>
                <w:lang w:val="ru-RU" w:eastAsia="ru-RU"/>
              </w:rPr>
              <w:pict>
                <v:group id="Группа 39542" o:spid="_x0000_s1076" style="position:absolute;left:0;text-align:left;margin-left:44.2pt;margin-top:41.1pt;width:45.05pt;height:8.8pt;z-index:251706368" coordorigin="2018,13708" coordsize="90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">
                  <v:line id="Line 3" o:spid="_x0000_s1078" style="position:absolute;visibility:visible" from="2259,13884" to="2919,1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QCMMcAAADeAAAADwAAAGRycy9kb3ducmV2LnhtbESPQWvCQBSE74L/YXmCN92otSSpq0ih&#10;IqXQNi30+pp9zQazb0N21fjvu4LgcZiZb5jVpreNOFHna8cKZtMEBHHpdM2Vgu+vl0kKwgdkjY1j&#10;UnAhD5v1cLDCXLszf9KpCJWIEPY5KjAhtLmUvjRk0U9dSxy9P9dZDFF2ldQdniPcNnKeJI/SYs1x&#10;wWBLz4bKQ3G0Cn53b+nFNHX2mlbvM99/zH+yYJUaj/rtE4hAfbiHb+29VrDIlg8LuN6JV0C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5AIwxwAAAN4AAAAPAAAAAAAA&#10;AAAAAAAAAKECAABkcnMvZG93bnJldi54bWxQSwUGAAAAAAQABAD5AAAAlQMAAAAA&#10;" strokeweight="1.5pt">
                    <v:stroke endarrow="classic"/>
                  </v:line>
                  <v:line id="Line 4" o:spid="_x0000_s1077" style="position:absolute;flip:x y;visibility:visible" from="2018,13708" to="2258,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54ccAAADeAAAADwAAAGRycy9kb3ducmV2LnhtbESPQWvCQBSE70L/w/IK3nTTmoqJ2Ugp&#10;FOKpNErp8ZF9JqHZt0t21fjv3UKhx2FmvmGK3WQGcaHR95YVPC0TEMSN1T23Co6H98UGhA/IGgfL&#10;pOBGHnblw6zAXNsrf9KlDq2IEPY5KuhCcLmUvunIoF9aRxy9kx0NhijHVuoRrxFuBvmcJGtpsOe4&#10;0KGjt46an/psFAyN22dTcshu5/TbZZtjVX19VErNH6fXLYhAU/gP/7UrrWCVvaQp/N6JV0CW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hHnhxwAAAN4AAAAPAAAAAAAA&#10;AAAAAAAAAKECAABkcnMvZG93bnJldi54bWxQSwUGAAAAAAQABAD5AAAAlQMAAAAA&#10;" strokeweight="1.5pt">
                    <v:stroke endarrow="classic"/>
                  </v:line>
                </v:group>
              </w:pict>
            </w:r>
            <w:r w:rsidR="006D1F8F" w:rsidRPr="006D1F8F">
              <w:rPr>
                <w:rFonts w:ascii="Times New Roman" w:eastAsia="Calibri" w:hAnsi="Times New Roman" w:cs="Times New Roman"/>
                <w:b/>
                <w:noProof/>
                <w:sz w:val="24"/>
                <w:szCs w:val="24"/>
                <w:lang w:val="ru-RU" w:eastAsia="ru-RU"/>
              </w:rPr>
              <w:drawing>
                <wp:inline distT="0" distB="0" distL="0" distR="0">
                  <wp:extent cx="1442720" cy="1287780"/>
                  <wp:effectExtent l="0" t="0" r="5080" b="7620"/>
                  <wp:docPr id="39566" name="Рисунок 39566" descr="Описание: ч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исание: часы"/>
                          <pic:cNvPicPr>
                            <a:picLocks noChangeAspect="1" noChangeArrowheads="1"/>
                          </pic:cNvPicPr>
                        </pic:nvPicPr>
                        <pic:blipFill>
                          <a:blip r:embed="rId2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2720" cy="1287780"/>
                          </a:xfrm>
                          <a:prstGeom prst="rect">
                            <a:avLst/>
                          </a:prstGeom>
                          <a:noFill/>
                          <a:ln>
                            <a:noFill/>
                          </a:ln>
                        </pic:spPr>
                      </pic:pic>
                    </a:graphicData>
                  </a:graphic>
                </wp:inline>
              </w:drawing>
            </w:r>
          </w:p>
        </w:tc>
        <w:tc>
          <w:tcPr>
            <w:tcW w:w="8315" w:type="dxa"/>
          </w:tcPr>
          <w:p w:rsidR="006D1F8F" w:rsidRPr="006D1F8F" w:rsidRDefault="006D1F8F" w:rsidP="006D1F8F">
            <w:pPr>
              <w:spacing w:after="0" w:line="240" w:lineRule="auto"/>
              <w:jc w:val="both"/>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Эти часы  спешат на 1 ч 05 мин.</w:t>
            </w:r>
          </w:p>
          <w:p w:rsidR="006D1F8F" w:rsidRPr="006D1F8F" w:rsidRDefault="006D1F8F" w:rsidP="006D1F8F">
            <w:pPr>
              <w:spacing w:after="0" w:line="240" w:lineRule="auto"/>
              <w:jc w:val="both"/>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Укажите правильное время.</w:t>
            </w:r>
          </w:p>
          <w:p w:rsidR="006D1F8F" w:rsidRPr="006D1F8F" w:rsidRDefault="00161CFB" w:rsidP="006D1F8F">
            <w:pPr>
              <w:spacing w:after="0" w:line="276" w:lineRule="auto"/>
              <w:jc w:val="both"/>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9548" o:spid="_x0000_s1075" style="position:absolute;left:0;text-align:left;margin-left:-.85pt;margin-top:1.35pt;width:16.5pt;height:15pt;flip:y;z-index:2517073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">
                  <w10:wrap anchorx="margin"/>
                </v:rect>
              </w:pict>
            </w:r>
            <w:r w:rsidRPr="00161CFB">
              <w:rPr>
                <w:rFonts w:ascii="Calibri" w:eastAsia="Calibri" w:hAnsi="Calibri" w:cs="Times New Roman"/>
                <w:noProof/>
                <w:sz w:val="22"/>
                <w:szCs w:val="22"/>
                <w:lang w:val="ru-RU" w:eastAsia="ru-RU"/>
              </w:rPr>
              <w:pict>
                <v:rect id="Прямоугольник 39549" o:spid="_x0000_s1074" style="position:absolute;left:0;text-align:left;margin-left:112.35pt;margin-top:1.35pt;width:16.5pt;height:15pt;flip:y;z-index:2517084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">
                  <w10:wrap anchorx="margin"/>
                </v:rect>
              </w:pict>
            </w:r>
            <w:r w:rsidR="006D1F8F" w:rsidRPr="006D1F8F">
              <w:rPr>
                <w:rFonts w:ascii="Times New Roman" w:eastAsia="Calibri" w:hAnsi="Times New Roman" w:cs="Times New Roman"/>
                <w:b/>
                <w:sz w:val="24"/>
                <w:szCs w:val="24"/>
                <w:lang w:val="ru-RU"/>
              </w:rPr>
              <w:t>А)</w:t>
            </w:r>
            <w:r w:rsidR="006D1F8F" w:rsidRPr="006D1F8F">
              <w:rPr>
                <w:rFonts w:ascii="Times New Roman" w:eastAsia="Calibri" w:hAnsi="Times New Roman" w:cs="Times New Roman"/>
                <w:sz w:val="24"/>
                <w:szCs w:val="24"/>
                <w:lang w:val="ru-RU"/>
              </w:rPr>
              <w:t xml:space="preserve"> 8 ч 55 мин;         </w:t>
            </w:r>
            <w:r w:rsidR="006D1F8F" w:rsidRPr="006D1F8F">
              <w:rPr>
                <w:rFonts w:ascii="Times New Roman" w:eastAsia="Calibri" w:hAnsi="Times New Roman" w:cs="Times New Roman"/>
                <w:b/>
                <w:sz w:val="24"/>
                <w:szCs w:val="24"/>
                <w:lang w:val="ru-RU"/>
              </w:rPr>
              <w:t>Б)</w:t>
            </w:r>
            <w:r w:rsidR="006D1F8F" w:rsidRPr="006D1F8F">
              <w:rPr>
                <w:rFonts w:ascii="Times New Roman" w:eastAsia="Calibri" w:hAnsi="Times New Roman" w:cs="Times New Roman"/>
                <w:sz w:val="24"/>
                <w:szCs w:val="24"/>
                <w:lang w:val="ru-RU"/>
              </w:rPr>
              <w:t>9 ч 55 мин;</w:t>
            </w:r>
          </w:p>
          <w:p w:rsidR="006D1F8F" w:rsidRPr="006D1F8F" w:rsidRDefault="00161CFB" w:rsidP="006D1F8F">
            <w:pPr>
              <w:spacing w:after="200" w:line="276" w:lineRule="auto"/>
              <w:jc w:val="both"/>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9551" o:spid="_x0000_s1073" style="position:absolute;left:0;text-align:left;margin-left:-.85pt;margin-top:2.15pt;width:16.5pt;height:15pt;flip:y;z-index:2517094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">
                  <w10:wrap anchorx="margin"/>
                </v:rect>
              </w:pict>
            </w:r>
            <w:r w:rsidRPr="00161CFB">
              <w:rPr>
                <w:rFonts w:ascii="Calibri" w:eastAsia="Calibri" w:hAnsi="Calibri" w:cs="Times New Roman"/>
                <w:noProof/>
                <w:sz w:val="22"/>
                <w:szCs w:val="22"/>
                <w:lang w:val="ru-RU" w:eastAsia="ru-RU"/>
              </w:rPr>
              <w:pict>
                <v:rect id="Прямоугольник 3488" o:spid="_x0000_s1072" style="position:absolute;left:0;text-align:left;margin-left:112.35pt;margin-top:2.1pt;width:16.5pt;height:15pt;flip:y;z-index:2517104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">
                  <w10:wrap anchorx="margin"/>
                </v:rect>
              </w:pict>
            </w:r>
            <w:r w:rsidR="006D1F8F" w:rsidRPr="006D1F8F">
              <w:rPr>
                <w:rFonts w:ascii="Times New Roman" w:eastAsia="Calibri" w:hAnsi="Times New Roman" w:cs="Times New Roman"/>
                <w:b/>
                <w:sz w:val="24"/>
                <w:szCs w:val="24"/>
                <w:lang w:val="ru-RU"/>
              </w:rPr>
              <w:t>В)</w:t>
            </w:r>
            <w:r w:rsidR="006D1F8F" w:rsidRPr="006D1F8F">
              <w:rPr>
                <w:rFonts w:ascii="Times New Roman" w:eastAsia="Calibri" w:hAnsi="Times New Roman" w:cs="Times New Roman"/>
                <w:sz w:val="24"/>
                <w:szCs w:val="24"/>
                <w:lang w:val="ru-RU"/>
              </w:rPr>
              <w:t xml:space="preserve">10 ч 55 мин;         </w:t>
            </w:r>
            <w:r w:rsidR="006D1F8F" w:rsidRPr="006D1F8F">
              <w:rPr>
                <w:rFonts w:ascii="Times New Roman" w:eastAsia="Calibri" w:hAnsi="Times New Roman" w:cs="Times New Roman"/>
                <w:b/>
                <w:sz w:val="24"/>
                <w:szCs w:val="24"/>
                <w:lang w:val="ru-RU"/>
              </w:rPr>
              <w:t>Г)</w:t>
            </w:r>
            <w:r w:rsidR="006D1F8F" w:rsidRPr="006D1F8F">
              <w:rPr>
                <w:rFonts w:ascii="Times New Roman" w:eastAsia="Calibri" w:hAnsi="Times New Roman" w:cs="Times New Roman"/>
                <w:sz w:val="24"/>
                <w:szCs w:val="24"/>
                <w:lang w:val="ru-RU"/>
              </w:rPr>
              <w:t>9 ч 10 мин;</w:t>
            </w:r>
          </w:p>
          <w:p w:rsidR="006D1F8F" w:rsidRPr="006D1F8F" w:rsidRDefault="006D1F8F" w:rsidP="006D1F8F">
            <w:pPr>
              <w:spacing w:after="200" w:line="276" w:lineRule="auto"/>
              <w:jc w:val="both"/>
              <w:rPr>
                <w:rFonts w:ascii="Times New Roman" w:eastAsia="Calibri" w:hAnsi="Times New Roman" w:cs="Times New Roman"/>
                <w:sz w:val="24"/>
                <w:szCs w:val="24"/>
                <w:lang w:val="ru-RU"/>
              </w:rPr>
            </w:pPr>
          </w:p>
        </w:tc>
      </w:tr>
    </w:tbl>
    <w:p w:rsidR="006D1F8F" w:rsidRPr="006D1F8F" w:rsidRDefault="006D1F8F" w:rsidP="006D1F8F">
      <w:pPr>
        <w:spacing w:after="0" w:line="240" w:lineRule="auto"/>
        <w:rPr>
          <w:rFonts w:ascii="Times New Roman" w:eastAsia="Calibri" w:hAnsi="Times New Roman" w:cs="Times New Roman"/>
          <w:sz w:val="24"/>
          <w:szCs w:val="24"/>
          <w:lang w:val="ru-RU"/>
        </w:rPr>
      </w:pPr>
      <w:r w:rsidRPr="006D1F8F">
        <w:rPr>
          <w:rFonts w:ascii="Times New Roman" w:eastAsia="Calibri" w:hAnsi="Times New Roman" w:cs="Times New Roman"/>
          <w:b/>
          <w:sz w:val="24"/>
          <w:szCs w:val="24"/>
          <w:lang w:val="ru-RU"/>
        </w:rPr>
        <w:t>Задание 3.Напишите, как вы понимаете значение выделенного слова в предложении:</w:t>
      </w:r>
    </w:p>
    <w:p w:rsidR="006D1F8F" w:rsidRPr="006D1F8F" w:rsidRDefault="006D1F8F" w:rsidP="006D1F8F">
      <w:pPr>
        <w:spacing w:after="0" w:line="240" w:lineRule="auto"/>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 xml:space="preserve">«Отчасти, благодаря им, выносливость зверя </w:t>
      </w:r>
      <w:r w:rsidRPr="006D1F8F">
        <w:rPr>
          <w:rFonts w:ascii="Times New Roman" w:eastAsia="Calibri" w:hAnsi="Times New Roman" w:cs="Times New Roman"/>
          <w:b/>
          <w:sz w:val="24"/>
          <w:szCs w:val="24"/>
          <w:lang w:val="ru-RU"/>
        </w:rPr>
        <w:t>феноменальна».</w:t>
      </w:r>
    </w:p>
    <w:p w:rsidR="006D1F8F" w:rsidRPr="006D1F8F" w:rsidRDefault="006D1F8F" w:rsidP="006D1F8F">
      <w:pPr>
        <w:spacing w:after="0" w:line="240" w:lineRule="auto"/>
        <w:rPr>
          <w:rFonts w:ascii="Times New Roman" w:eastAsia="Times New Roman" w:hAnsi="Times New Roman" w:cs="Times New Roman"/>
          <w:b/>
          <w:bCs/>
          <w:sz w:val="24"/>
          <w:szCs w:val="24"/>
          <w:lang w:val="ru-RU"/>
        </w:rPr>
      </w:pPr>
      <w:r w:rsidRPr="006D1F8F">
        <w:rPr>
          <w:rFonts w:ascii="Times New Roman" w:eastAsia="Calibri" w:hAnsi="Times New Roman" w:cs="Times New Roman"/>
          <w:b/>
          <w:sz w:val="24"/>
          <w:szCs w:val="24"/>
          <w:lang w:val="ru-RU"/>
        </w:rPr>
        <w:t xml:space="preserve">Феноменальна – значит,____________________________________________ </w:t>
      </w:r>
    </w:p>
    <w:p w:rsidR="006D1F8F" w:rsidRPr="006D1F8F" w:rsidRDefault="006D1F8F" w:rsidP="006D1F8F">
      <w:pPr>
        <w:spacing w:after="0" w:line="240" w:lineRule="auto"/>
        <w:rPr>
          <w:rFonts w:ascii="Times New Roman" w:eastAsia="Times New Roman" w:hAnsi="Times New Roman" w:cs="Times New Roman"/>
          <w:b/>
          <w:bCs/>
          <w:sz w:val="24"/>
          <w:szCs w:val="24"/>
          <w:lang w:val="ru-RU"/>
        </w:rPr>
      </w:pPr>
    </w:p>
    <w:p w:rsidR="006D1F8F" w:rsidRPr="006D1F8F" w:rsidRDefault="006D1F8F" w:rsidP="006D1F8F">
      <w:pPr>
        <w:spacing w:after="100" w:afterAutospacing="1" w:line="240" w:lineRule="auto"/>
        <w:jc w:val="center"/>
        <w:rPr>
          <w:rFonts w:ascii="Times New Roman" w:eastAsia="Calibri" w:hAnsi="Times New Roman" w:cs="Times New Roman"/>
          <w:b/>
          <w:bCs/>
          <w:sz w:val="24"/>
          <w:szCs w:val="24"/>
          <w:lang w:val="ru-RU" w:eastAsia="ru-RU"/>
        </w:rPr>
      </w:pPr>
    </w:p>
    <w:p w:rsidR="006D1F8F" w:rsidRPr="006D1F8F" w:rsidRDefault="006D1F8F" w:rsidP="006D1F8F">
      <w:pPr>
        <w:spacing w:after="100" w:afterAutospacing="1" w:line="240" w:lineRule="auto"/>
        <w:jc w:val="center"/>
        <w:rPr>
          <w:rFonts w:ascii="Times New Roman" w:eastAsia="Calibri" w:hAnsi="Times New Roman" w:cs="Times New Roman"/>
          <w:sz w:val="24"/>
          <w:szCs w:val="24"/>
          <w:lang w:val="ru-RU" w:eastAsia="ru-RU"/>
        </w:rPr>
      </w:pPr>
      <w:r w:rsidRPr="006D1F8F">
        <w:rPr>
          <w:rFonts w:ascii="Times New Roman" w:eastAsia="Calibri" w:hAnsi="Times New Roman" w:cs="Times New Roman"/>
          <w:b/>
          <w:bCs/>
          <w:sz w:val="24"/>
          <w:szCs w:val="24"/>
          <w:lang w:val="ru-RU" w:eastAsia="ru-RU"/>
        </w:rPr>
        <w:t>Итоговая комплексная работа</w:t>
      </w:r>
    </w:p>
    <w:p w:rsidR="006D1F8F" w:rsidRPr="006D1F8F" w:rsidRDefault="006D1F8F" w:rsidP="006D1F8F">
      <w:pPr>
        <w:spacing w:after="100" w:afterAutospacing="1" w:line="240" w:lineRule="auto"/>
        <w:jc w:val="center"/>
        <w:rPr>
          <w:rFonts w:ascii="Times New Roman" w:eastAsia="Calibri" w:hAnsi="Times New Roman" w:cs="Times New Roman"/>
          <w:b/>
          <w:bCs/>
          <w:sz w:val="24"/>
          <w:szCs w:val="24"/>
          <w:lang w:val="ru-RU" w:eastAsia="ru-RU"/>
        </w:rPr>
      </w:pPr>
      <w:r w:rsidRPr="006D1F8F">
        <w:rPr>
          <w:rFonts w:ascii="Times New Roman" w:eastAsia="Calibri" w:hAnsi="Times New Roman" w:cs="Times New Roman"/>
          <w:b/>
          <w:bCs/>
          <w:sz w:val="24"/>
          <w:szCs w:val="24"/>
          <w:lang w:val="ru-RU" w:eastAsia="ru-RU"/>
        </w:rPr>
        <w:t>4 класс 202_-202_ учебный год</w:t>
      </w:r>
    </w:p>
    <w:p w:rsidR="006D1F8F" w:rsidRPr="006D1F8F" w:rsidRDefault="006D1F8F" w:rsidP="006D1F8F">
      <w:pPr>
        <w:tabs>
          <w:tab w:val="left" w:pos="709"/>
        </w:tabs>
        <w:spacing w:after="0" w:line="240"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Ф.И. учащегося ________________________________________</w:t>
      </w:r>
    </w:p>
    <w:p w:rsidR="006D1F8F" w:rsidRPr="006D1F8F" w:rsidRDefault="006D1F8F" w:rsidP="006D1F8F">
      <w:pPr>
        <w:tabs>
          <w:tab w:val="left" w:pos="709"/>
        </w:tabs>
        <w:spacing w:after="0" w:line="240"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 xml:space="preserve">Школа_________________________________________________ </w:t>
      </w:r>
    </w:p>
    <w:p w:rsidR="006D1F8F" w:rsidRPr="006D1F8F" w:rsidRDefault="006D1F8F" w:rsidP="006D1F8F">
      <w:pPr>
        <w:tabs>
          <w:tab w:val="left" w:pos="709"/>
          <w:tab w:val="left" w:pos="5910"/>
        </w:tabs>
        <w:spacing w:after="0" w:line="240" w:lineRule="auto"/>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Класс  4 ____</w:t>
      </w:r>
      <w:r w:rsidRPr="006D1F8F">
        <w:rPr>
          <w:rFonts w:ascii="Times New Roman" w:eastAsia="Calibri" w:hAnsi="Times New Roman" w:cs="Times New Roman"/>
          <w:b/>
          <w:sz w:val="24"/>
          <w:szCs w:val="24"/>
          <w:lang w:val="ru-RU"/>
        </w:rPr>
        <w:tab/>
      </w:r>
    </w:p>
    <w:p w:rsidR="006D1F8F" w:rsidRPr="006D1F8F" w:rsidRDefault="006D1F8F" w:rsidP="006D1F8F">
      <w:pPr>
        <w:spacing w:after="100" w:afterAutospacing="1" w:line="240" w:lineRule="auto"/>
        <w:jc w:val="center"/>
        <w:rPr>
          <w:rFonts w:ascii="Times New Roman" w:eastAsia="Calibri" w:hAnsi="Times New Roman" w:cs="Times New Roman"/>
          <w:b/>
          <w:bCs/>
          <w:sz w:val="24"/>
          <w:szCs w:val="24"/>
          <w:lang w:val="ru-RU" w:eastAsia="ru-RU"/>
        </w:rPr>
      </w:pPr>
      <w:r w:rsidRPr="006D1F8F">
        <w:rPr>
          <w:rFonts w:ascii="Times New Roman" w:eastAsia="Calibri" w:hAnsi="Times New Roman" w:cs="Times New Roman"/>
          <w:b/>
          <w:bCs/>
          <w:sz w:val="24"/>
          <w:szCs w:val="24"/>
          <w:lang w:val="ru-RU" w:eastAsia="ru-RU"/>
        </w:rPr>
        <w:t>Вариант 2</w:t>
      </w:r>
    </w:p>
    <w:p w:rsidR="006D1F8F" w:rsidRPr="006D1F8F" w:rsidRDefault="006D1F8F" w:rsidP="006D1F8F">
      <w:pPr>
        <w:spacing w:after="0" w:line="240" w:lineRule="auto"/>
        <w:rPr>
          <w:rFonts w:ascii="Times New Roman" w:eastAsia="Calibri" w:hAnsi="Times New Roman" w:cs="Times New Roman"/>
          <w:sz w:val="24"/>
          <w:szCs w:val="24"/>
          <w:u w:val="single"/>
          <w:lang w:val="ru-RU"/>
        </w:rPr>
      </w:pPr>
      <w:r w:rsidRPr="006D1F8F">
        <w:rPr>
          <w:rFonts w:ascii="Times New Roman" w:eastAsia="Calibri" w:hAnsi="Times New Roman" w:cs="Times New Roman"/>
          <w:b/>
          <w:sz w:val="24"/>
          <w:szCs w:val="24"/>
          <w:u w:val="single"/>
          <w:lang w:val="ru-RU"/>
        </w:rPr>
        <w:t>Прочитайте текст, если нужно перечитайте его ещё раз</w:t>
      </w:r>
      <w:r w:rsidRPr="006D1F8F">
        <w:rPr>
          <w:rFonts w:ascii="Times New Roman" w:eastAsia="Calibri" w:hAnsi="Times New Roman" w:cs="Times New Roman"/>
          <w:sz w:val="24"/>
          <w:szCs w:val="24"/>
          <w:u w:val="single"/>
          <w:lang w:val="ru-RU"/>
        </w:rPr>
        <w:t>.</w:t>
      </w:r>
    </w:p>
    <w:p w:rsidR="006D1F8F" w:rsidRPr="006D1F8F" w:rsidRDefault="006D1F8F" w:rsidP="006D1F8F">
      <w:pPr>
        <w:spacing w:after="0" w:line="240" w:lineRule="auto"/>
        <w:ind w:left="4248"/>
        <w:jc w:val="both"/>
        <w:rPr>
          <w:rFonts w:ascii="Times New Roman" w:eastAsia="Calibri" w:hAnsi="Times New Roman" w:cs="Times New Roman"/>
          <w:b/>
          <w:sz w:val="24"/>
          <w:szCs w:val="24"/>
          <w:lang w:val="ru-RU"/>
        </w:rPr>
      </w:pPr>
    </w:p>
    <w:p w:rsidR="006D1F8F" w:rsidRPr="006D1F8F" w:rsidRDefault="006D1F8F" w:rsidP="006D1F8F">
      <w:pPr>
        <w:spacing w:after="0" w:line="240" w:lineRule="auto"/>
        <w:ind w:left="4248"/>
        <w:jc w:val="both"/>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Пингвины</w:t>
      </w:r>
    </w:p>
    <w:p w:rsidR="006D1F8F" w:rsidRPr="006D1F8F" w:rsidRDefault="006D1F8F" w:rsidP="006D1F8F">
      <w:pPr>
        <w:tabs>
          <w:tab w:val="left" w:pos="0"/>
        </w:tabs>
        <w:spacing w:after="0" w:line="240"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ab/>
        <w:t>Пингвины - удивительные существа, не похожие ни на кого из ныне живущих птиц. Они лучше всех приспособлены к обитанию в водной стихии и проводят в воде более половины жизни. Суша им необходима только в период размножения и линьки, поэтому пингвины могут месяцами вообще не выходить на берег.</w:t>
      </w:r>
    </w:p>
    <w:p w:rsidR="006D1F8F" w:rsidRPr="006D1F8F" w:rsidRDefault="006D1F8F" w:rsidP="006D1F8F">
      <w:pPr>
        <w:tabs>
          <w:tab w:val="left" w:pos="0"/>
        </w:tabs>
        <w:spacing w:after="0" w:line="240"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ab/>
        <w:t>Пингвины отличаются друг от друга в основном размерами. Самый крупный – императорский пингвин – весит до 40кг и достигает в длину 117см, самый мелкий – малый пингвин – достигает 1,5кг и имеет длину тела всего 40см.</w:t>
      </w:r>
    </w:p>
    <w:p w:rsidR="006D1F8F" w:rsidRPr="006D1F8F" w:rsidRDefault="006D1F8F" w:rsidP="006D1F8F">
      <w:pPr>
        <w:tabs>
          <w:tab w:val="left" w:pos="0"/>
        </w:tabs>
        <w:spacing w:after="0" w:line="240"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ab/>
        <w:t>Летать эти древние птицы не могут, но зато отлично плавают. Ныряют пингвины на глубину 130м, могут оставаться под водой до 18 минут и плыть со скоростью 15 км/ч. По суше они передвигаются мелкими шажками, держа тело вертикально, но могут и прыгать, и быстро скользить, лёжа на животе и отталкиваясь ногами и ластами.</w:t>
      </w:r>
    </w:p>
    <w:p w:rsidR="006D1F8F" w:rsidRPr="006D1F8F" w:rsidRDefault="006D1F8F" w:rsidP="006D1F8F">
      <w:pPr>
        <w:tabs>
          <w:tab w:val="left" w:pos="0"/>
        </w:tabs>
        <w:spacing w:after="0" w:line="240"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ab/>
        <w:t>Пингвины живут стаями, а гнездятся большими колониями (до сотен тысяч пар). Каждая птица внутри колонии прекрасно знает точное расположение своего гнезда и легко узнает своих птенцов и соседей по голосу. Птенцы у крупных императорских пингвинов развиваются медленно, поэтому птицы прибывают на места колоний уже в конце арктического лета – в середине апреля. Примерно через 50 дней самка откладывает одно яйцо весом до 450г. Всё это время она ничего не ест и, отложив яйцо, сразу же уходит на кормёжку в море.</w:t>
      </w:r>
    </w:p>
    <w:p w:rsidR="006D1F8F" w:rsidRPr="006D1F8F" w:rsidRDefault="006D1F8F" w:rsidP="006D1F8F">
      <w:pPr>
        <w:tabs>
          <w:tab w:val="left" w:pos="0"/>
        </w:tabs>
        <w:spacing w:after="0" w:line="240"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ab/>
        <w:t>Теперь эстафету принимает самец – он насиживает яйцо, держа его на лапах и прикрывая специальной складкой кожи на брюхе, чтобы оно не замёрзло. Самка появляется только через 3 месяца, и всё это время самец голодает, теряя почти половину своего веса. Через 1,5 месяца возвращаются самцы, и теперь они с самками поочерёдно ходят за кормом. Только через 6 месяцев, к декабрю, птенцы полностью оперяются, покидают колонию и начинают вести кочевую жизнь в море.</w:t>
      </w:r>
    </w:p>
    <w:p w:rsidR="006D1F8F" w:rsidRPr="006D1F8F" w:rsidRDefault="006D1F8F" w:rsidP="006D1F8F">
      <w:pPr>
        <w:spacing w:after="0" w:line="240" w:lineRule="auto"/>
        <w:jc w:val="both"/>
        <w:rPr>
          <w:rFonts w:ascii="Times New Roman" w:eastAsia="Calibri" w:hAnsi="Times New Roman" w:cs="Times New Roman"/>
          <w:b/>
          <w:i/>
          <w:sz w:val="24"/>
          <w:szCs w:val="24"/>
          <w:lang w:val="ru-RU"/>
        </w:rPr>
      </w:pPr>
    </w:p>
    <w:p w:rsidR="006D1F8F" w:rsidRPr="006D1F8F" w:rsidRDefault="006D1F8F" w:rsidP="006D1F8F">
      <w:pPr>
        <w:spacing w:after="0" w:line="240" w:lineRule="auto"/>
        <w:jc w:val="center"/>
        <w:rPr>
          <w:rFonts w:ascii="Times New Roman" w:eastAsia="Times New Roman" w:hAnsi="Times New Roman" w:cs="Times New Roman"/>
          <w:b/>
          <w:bCs/>
          <w:sz w:val="24"/>
          <w:szCs w:val="24"/>
          <w:u w:val="single"/>
          <w:lang w:val="ru-RU"/>
        </w:rPr>
      </w:pPr>
      <w:r w:rsidRPr="006D1F8F">
        <w:rPr>
          <w:rFonts w:ascii="Times New Roman" w:eastAsia="Times New Roman" w:hAnsi="Times New Roman" w:cs="Times New Roman"/>
          <w:b/>
          <w:bCs/>
          <w:sz w:val="24"/>
          <w:szCs w:val="24"/>
          <w:u w:val="single"/>
          <w:lang w:val="ru-RU"/>
        </w:rPr>
        <w:t>Основная часть</w:t>
      </w:r>
    </w:p>
    <w:p w:rsidR="006D1F8F" w:rsidRPr="006D1F8F" w:rsidRDefault="006D1F8F" w:rsidP="006D1F8F">
      <w:pPr>
        <w:spacing w:after="0" w:line="240" w:lineRule="auto"/>
        <w:jc w:val="center"/>
        <w:rPr>
          <w:rFonts w:ascii="Times New Roman" w:eastAsia="Times New Roman" w:hAnsi="Times New Roman" w:cs="Times New Roman"/>
          <w:b/>
          <w:i/>
          <w:sz w:val="24"/>
          <w:szCs w:val="24"/>
          <w:u w:val="single"/>
          <w:lang w:val="ru-RU"/>
        </w:rPr>
      </w:pPr>
      <w:r w:rsidRPr="006D1F8F">
        <w:rPr>
          <w:rFonts w:ascii="Times New Roman" w:eastAsia="Times New Roman" w:hAnsi="Times New Roman" w:cs="Times New Roman"/>
          <w:b/>
          <w:i/>
          <w:sz w:val="24"/>
          <w:szCs w:val="24"/>
          <w:u w:val="single"/>
          <w:lang w:val="ru-RU"/>
        </w:rPr>
        <w:t>Литературное чтение</w:t>
      </w:r>
    </w:p>
    <w:p w:rsidR="006D1F8F" w:rsidRPr="006D1F8F" w:rsidRDefault="006D1F8F" w:rsidP="006D1F8F">
      <w:pPr>
        <w:spacing w:after="0" w:line="240" w:lineRule="auto"/>
        <w:jc w:val="both"/>
        <w:rPr>
          <w:rFonts w:ascii="Times New Roman" w:eastAsia="Times New Roman" w:hAnsi="Times New Roman" w:cs="Times New Roman"/>
          <w:b/>
          <w:sz w:val="24"/>
          <w:szCs w:val="24"/>
          <w:lang w:val="ru-RU"/>
        </w:rPr>
      </w:pPr>
    </w:p>
    <w:p w:rsidR="006D1F8F" w:rsidRPr="006D1F8F" w:rsidRDefault="006D1F8F" w:rsidP="006D1F8F">
      <w:pPr>
        <w:spacing w:after="0" w:line="240" w:lineRule="auto"/>
        <w:jc w:val="both"/>
        <w:rPr>
          <w:rFonts w:ascii="Times New Roman" w:eastAsia="Times New Roman" w:hAnsi="Times New Roman" w:cs="Times New Roman"/>
          <w:sz w:val="24"/>
          <w:szCs w:val="24"/>
          <w:lang w:val="ru-RU"/>
        </w:rPr>
      </w:pPr>
      <w:r w:rsidRPr="006D1F8F">
        <w:rPr>
          <w:rFonts w:ascii="Times New Roman" w:eastAsia="Times New Roman" w:hAnsi="Times New Roman" w:cs="Times New Roman"/>
          <w:b/>
          <w:sz w:val="24"/>
          <w:szCs w:val="24"/>
          <w:lang w:val="ru-RU"/>
        </w:rPr>
        <w:t>Задание 1. Сколько частей в этом тексте? Запишите цифрой.</w:t>
      </w:r>
    </w:p>
    <w:p w:rsidR="006D1F8F" w:rsidRPr="006D1F8F" w:rsidRDefault="006D1F8F" w:rsidP="006D1F8F">
      <w:pPr>
        <w:spacing w:after="0" w:line="240" w:lineRule="auto"/>
        <w:jc w:val="both"/>
        <w:outlineLvl w:val="0"/>
        <w:rPr>
          <w:rFonts w:ascii="Times New Roman" w:eastAsia="Times New Roman" w:hAnsi="Times New Roman" w:cs="Times New Roman"/>
          <w:sz w:val="24"/>
          <w:szCs w:val="24"/>
          <w:lang w:val="ru-RU"/>
        </w:rPr>
      </w:pPr>
      <w:r w:rsidRPr="006D1F8F">
        <w:rPr>
          <w:rFonts w:ascii="Times New Roman" w:eastAsia="Times New Roman" w:hAnsi="Times New Roman" w:cs="Times New Roman"/>
          <w:b/>
          <w:sz w:val="24"/>
          <w:szCs w:val="24"/>
          <w:lang w:val="ru-RU"/>
        </w:rPr>
        <w:t>Ответ</w:t>
      </w:r>
      <w:r w:rsidRPr="006D1F8F">
        <w:rPr>
          <w:rFonts w:ascii="Times New Roman" w:eastAsia="Times New Roman" w:hAnsi="Times New Roman" w:cs="Times New Roman"/>
          <w:sz w:val="24"/>
          <w:szCs w:val="24"/>
          <w:lang w:val="ru-RU"/>
        </w:rPr>
        <w:t>:</w:t>
      </w:r>
      <w:r w:rsidRPr="006D1F8F">
        <w:rPr>
          <w:rFonts w:ascii="Times New Roman" w:eastAsia="Times New Roman" w:hAnsi="Times New Roman" w:cs="Times New Roman"/>
          <w:sz w:val="24"/>
          <w:szCs w:val="24"/>
          <w:lang w:val="ru-RU"/>
        </w:rPr>
        <w:tab/>
      </w:r>
      <w:r w:rsidRPr="006D1F8F">
        <w:rPr>
          <w:rFonts w:ascii="Times New Roman" w:eastAsia="Times New Roman" w:hAnsi="Times New Roman" w:cs="Times New Roman"/>
          <w:b/>
          <w:sz w:val="24"/>
          <w:szCs w:val="24"/>
          <w:lang w:val="ru-RU"/>
        </w:rPr>
        <w:t>__________________</w:t>
      </w:r>
    </w:p>
    <w:p w:rsidR="006D1F8F" w:rsidRPr="006D1F8F" w:rsidRDefault="006D1F8F" w:rsidP="006D1F8F">
      <w:pPr>
        <w:spacing w:after="0" w:line="240" w:lineRule="auto"/>
        <w:jc w:val="both"/>
        <w:rPr>
          <w:rFonts w:ascii="Times New Roman" w:eastAsia="Times New Roman" w:hAnsi="Times New Roman" w:cs="Times New Roman"/>
          <w:b/>
          <w:sz w:val="24"/>
          <w:szCs w:val="24"/>
          <w:lang w:val="ru-RU"/>
        </w:rPr>
      </w:pPr>
    </w:p>
    <w:p w:rsidR="006D1F8F" w:rsidRPr="006D1F8F" w:rsidRDefault="006D1F8F" w:rsidP="006D1F8F">
      <w:pPr>
        <w:spacing w:after="0" w:line="240" w:lineRule="auto"/>
        <w:jc w:val="both"/>
        <w:rPr>
          <w:rFonts w:ascii="Times New Roman" w:eastAsia="Times New Roman" w:hAnsi="Times New Roman" w:cs="Times New Roman"/>
          <w:b/>
          <w:sz w:val="24"/>
          <w:szCs w:val="24"/>
          <w:lang w:val="ru-RU"/>
        </w:rPr>
      </w:pPr>
      <w:r w:rsidRPr="006D1F8F">
        <w:rPr>
          <w:rFonts w:ascii="Times New Roman" w:eastAsia="Times New Roman" w:hAnsi="Times New Roman" w:cs="Times New Roman"/>
          <w:b/>
          <w:sz w:val="24"/>
          <w:szCs w:val="24"/>
          <w:lang w:val="ru-RU"/>
        </w:rPr>
        <w:t>Задание 2. Озаглавьте   четвёртую часть текста.</w:t>
      </w:r>
    </w:p>
    <w:p w:rsidR="006D1F8F" w:rsidRPr="006D1F8F" w:rsidRDefault="006D1F8F" w:rsidP="006D1F8F">
      <w:pPr>
        <w:spacing w:after="0" w:line="240" w:lineRule="auto"/>
        <w:jc w:val="both"/>
        <w:rPr>
          <w:rFonts w:ascii="Times New Roman" w:eastAsia="Times New Roman" w:hAnsi="Times New Roman" w:cs="Times New Roman"/>
          <w:b/>
          <w:sz w:val="24"/>
          <w:szCs w:val="24"/>
          <w:lang w:val="ru-RU"/>
        </w:rPr>
      </w:pPr>
      <w:r w:rsidRPr="006D1F8F">
        <w:rPr>
          <w:rFonts w:ascii="Times New Roman" w:eastAsia="Times New Roman" w:hAnsi="Times New Roman" w:cs="Times New Roman"/>
          <w:b/>
          <w:sz w:val="24"/>
          <w:szCs w:val="24"/>
          <w:lang w:val="ru-RU"/>
        </w:rPr>
        <w:t>Ответ</w:t>
      </w:r>
      <w:r w:rsidRPr="006D1F8F">
        <w:rPr>
          <w:rFonts w:ascii="Times New Roman" w:eastAsia="Times New Roman" w:hAnsi="Times New Roman" w:cs="Times New Roman"/>
          <w:sz w:val="24"/>
          <w:szCs w:val="24"/>
          <w:lang w:val="ru-RU"/>
        </w:rPr>
        <w:t>:</w:t>
      </w:r>
      <w:r w:rsidRPr="006D1F8F">
        <w:rPr>
          <w:rFonts w:ascii="Times New Roman" w:eastAsia="Times New Roman" w:hAnsi="Times New Roman" w:cs="Times New Roman"/>
          <w:sz w:val="24"/>
          <w:szCs w:val="24"/>
          <w:lang w:val="ru-RU"/>
        </w:rPr>
        <w:tab/>
        <w:t xml:space="preserve"> ___________________________________________________</w:t>
      </w:r>
    </w:p>
    <w:p w:rsidR="006D1F8F" w:rsidRPr="006D1F8F" w:rsidRDefault="006D1F8F" w:rsidP="006D1F8F">
      <w:pPr>
        <w:spacing w:after="0" w:line="240" w:lineRule="auto"/>
        <w:rPr>
          <w:rFonts w:ascii="Times New Roman" w:eastAsia="Times New Roman" w:hAnsi="Times New Roman" w:cs="Times New Roman"/>
          <w:b/>
          <w:sz w:val="24"/>
          <w:szCs w:val="24"/>
          <w:lang w:val="ru-RU"/>
        </w:rPr>
      </w:pPr>
    </w:p>
    <w:p w:rsidR="006D1F8F" w:rsidRPr="006D1F8F" w:rsidRDefault="006D1F8F" w:rsidP="006D1F8F">
      <w:pPr>
        <w:spacing w:after="0" w:line="240" w:lineRule="auto"/>
        <w:rPr>
          <w:rFonts w:ascii="Times New Roman" w:eastAsia="Calibri" w:hAnsi="Times New Roman" w:cs="Times New Roman"/>
          <w:b/>
          <w:sz w:val="24"/>
          <w:szCs w:val="24"/>
          <w:lang w:val="ru-RU"/>
        </w:rPr>
      </w:pPr>
      <w:r w:rsidRPr="006D1F8F">
        <w:rPr>
          <w:rFonts w:ascii="Times New Roman" w:eastAsia="Times New Roman" w:hAnsi="Times New Roman" w:cs="Times New Roman"/>
          <w:b/>
          <w:sz w:val="24"/>
          <w:szCs w:val="24"/>
          <w:lang w:val="ru-RU"/>
        </w:rPr>
        <w:t xml:space="preserve">Задание 3. Какая часть текста может быть названа: «Самцы пингвины – отличные  няньки»? </w:t>
      </w:r>
      <w:r w:rsidRPr="006D1F8F">
        <w:rPr>
          <w:rFonts w:ascii="Times New Roman" w:eastAsia="Calibri" w:hAnsi="Times New Roman" w:cs="Times New Roman"/>
          <w:b/>
          <w:sz w:val="24"/>
          <w:szCs w:val="24"/>
          <w:lang w:val="ru-RU"/>
        </w:rPr>
        <w:t>Отметьте правильный ответ (можете подчеркнуть).</w:t>
      </w:r>
    </w:p>
    <w:p w:rsidR="006D1F8F" w:rsidRPr="006D1F8F" w:rsidRDefault="00161CFB" w:rsidP="006D1F8F">
      <w:pPr>
        <w:spacing w:after="0" w:line="240" w:lineRule="auto"/>
        <w:ind w:left="708" w:right="257" w:hanging="541"/>
        <w:jc w:val="both"/>
        <w:rPr>
          <w:rFonts w:ascii="Times New Roman" w:eastAsia="Times New Roman"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9541" o:spid="_x0000_s1071" style="position:absolute;left:0;text-align:left;margin-left:234.75pt;margin-top:.5pt;width:16.5pt;height:15pt;flip:y;z-index:2517114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">
            <w10:wrap anchorx="margin"/>
          </v:rect>
        </w:pict>
      </w:r>
      <w:r w:rsidRPr="00161CFB">
        <w:rPr>
          <w:rFonts w:ascii="Calibri" w:eastAsia="Calibri" w:hAnsi="Calibri" w:cs="Times New Roman"/>
          <w:noProof/>
          <w:sz w:val="22"/>
          <w:szCs w:val="22"/>
          <w:lang w:val="ru-RU" w:eastAsia="ru-RU"/>
        </w:rPr>
        <w:pict>
          <v:rect id="Прямоугольник 39540" o:spid="_x0000_s1070" style="position:absolute;left:0;text-align:left;margin-left:156pt;margin-top:.5pt;width:16.5pt;height:15pt;flip:y;z-index:2517125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">
            <w10:wrap anchorx="margin"/>
          </v:rect>
        </w:pict>
      </w:r>
      <w:r w:rsidRPr="00161CFB">
        <w:rPr>
          <w:rFonts w:ascii="Calibri" w:eastAsia="Calibri" w:hAnsi="Calibri" w:cs="Times New Roman"/>
          <w:noProof/>
          <w:sz w:val="22"/>
          <w:szCs w:val="22"/>
          <w:lang w:val="ru-RU" w:eastAsia="ru-RU"/>
        </w:rPr>
        <w:pict>
          <v:rect id="Прямоугольник 39539" o:spid="_x0000_s1069" style="position:absolute;left:0;text-align:left;margin-left:63.75pt;margin-top:.75pt;width:16.5pt;height:15pt;flip:y;z-index:2517135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">
            <w10:wrap anchorx="margin"/>
          </v:rect>
        </w:pict>
      </w:r>
      <w:r w:rsidRPr="00161CFB">
        <w:rPr>
          <w:rFonts w:ascii="Calibri" w:eastAsia="Calibri" w:hAnsi="Calibri" w:cs="Times New Roman"/>
          <w:noProof/>
          <w:sz w:val="22"/>
          <w:szCs w:val="22"/>
          <w:lang w:val="ru-RU" w:eastAsia="ru-RU"/>
        </w:rPr>
        <w:pict>
          <v:rect id="Прямоугольник 39538" o:spid="_x0000_s1068" style="position:absolute;left:0;text-align:left;margin-left:-17.25pt;margin-top:.5pt;width:16.5pt;height:15pt;flip:y;z-index:2517145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">
            <w10:wrap anchorx="margin"/>
          </v:rect>
        </w:pict>
      </w:r>
      <w:r w:rsidR="006D1F8F" w:rsidRPr="006D1F8F">
        <w:rPr>
          <w:rFonts w:ascii="Times New Roman" w:eastAsia="Times New Roman" w:hAnsi="Times New Roman" w:cs="Times New Roman"/>
          <w:sz w:val="24"/>
          <w:szCs w:val="24"/>
          <w:lang w:val="ru-RU"/>
        </w:rPr>
        <w:t>1) вторая;</w:t>
      </w:r>
      <w:r w:rsidR="006D1F8F" w:rsidRPr="006D1F8F">
        <w:rPr>
          <w:rFonts w:ascii="Times New Roman" w:eastAsia="Times New Roman" w:hAnsi="Times New Roman" w:cs="Times New Roman"/>
          <w:sz w:val="24"/>
          <w:szCs w:val="24"/>
          <w:lang w:val="ru-RU"/>
        </w:rPr>
        <w:tab/>
        <w:t xml:space="preserve">   2) четвёртая;</w:t>
      </w:r>
      <w:r w:rsidR="006D1F8F" w:rsidRPr="006D1F8F">
        <w:rPr>
          <w:rFonts w:ascii="Times New Roman" w:eastAsia="Times New Roman" w:hAnsi="Times New Roman" w:cs="Times New Roman"/>
          <w:sz w:val="24"/>
          <w:szCs w:val="24"/>
          <w:lang w:val="ru-RU"/>
        </w:rPr>
        <w:tab/>
        <w:t>3) пятая;</w:t>
      </w:r>
      <w:r w:rsidR="006D1F8F" w:rsidRPr="006D1F8F">
        <w:rPr>
          <w:rFonts w:ascii="Times New Roman" w:eastAsia="Times New Roman" w:hAnsi="Times New Roman" w:cs="Times New Roman"/>
          <w:sz w:val="24"/>
          <w:szCs w:val="24"/>
          <w:lang w:val="ru-RU"/>
        </w:rPr>
        <w:tab/>
        <w:t xml:space="preserve">  4) седьмая;</w:t>
      </w:r>
      <w:r w:rsidR="006D1F8F" w:rsidRPr="006D1F8F">
        <w:rPr>
          <w:rFonts w:ascii="Times New Roman" w:eastAsia="Times New Roman" w:hAnsi="Times New Roman" w:cs="Times New Roman"/>
          <w:sz w:val="24"/>
          <w:szCs w:val="24"/>
          <w:lang w:val="ru-RU"/>
        </w:rPr>
        <w:tab/>
      </w:r>
    </w:p>
    <w:p w:rsidR="006D1F8F" w:rsidRPr="006D1F8F" w:rsidRDefault="006D1F8F" w:rsidP="006D1F8F">
      <w:pPr>
        <w:spacing w:after="0" w:line="240" w:lineRule="auto"/>
        <w:jc w:val="both"/>
        <w:rPr>
          <w:rFonts w:ascii="Times New Roman" w:eastAsia="Times New Roman" w:hAnsi="Times New Roman" w:cs="Times New Roman"/>
          <w:b/>
          <w:sz w:val="24"/>
          <w:szCs w:val="24"/>
          <w:lang w:val="ru-RU"/>
        </w:rPr>
      </w:pPr>
    </w:p>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Times New Roman" w:hAnsi="Times New Roman" w:cs="Times New Roman"/>
          <w:b/>
          <w:sz w:val="24"/>
          <w:szCs w:val="24"/>
          <w:lang w:val="ru-RU"/>
        </w:rPr>
        <w:t xml:space="preserve">Задание 4. Данный вид текста. </w:t>
      </w:r>
      <w:r w:rsidRPr="006D1F8F">
        <w:rPr>
          <w:rFonts w:ascii="Times New Roman" w:eastAsia="Calibri" w:hAnsi="Times New Roman" w:cs="Times New Roman"/>
          <w:b/>
          <w:sz w:val="24"/>
          <w:szCs w:val="24"/>
          <w:lang w:val="ru-RU"/>
        </w:rPr>
        <w:t>Отметьте правильный ответ.</w:t>
      </w:r>
    </w:p>
    <w:p w:rsidR="006D1F8F" w:rsidRPr="006D1F8F" w:rsidRDefault="00161CFB" w:rsidP="006D1F8F">
      <w:pPr>
        <w:tabs>
          <w:tab w:val="center" w:pos="1895"/>
          <w:tab w:val="center" w:pos="4249"/>
          <w:tab w:val="center" w:pos="4957"/>
          <w:tab w:val="center" w:pos="6906"/>
        </w:tabs>
        <w:spacing w:after="0" w:line="240" w:lineRule="auto"/>
        <w:rPr>
          <w:rFonts w:ascii="Times New Roman" w:eastAsia="Times New Roman"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9537" o:spid="_x0000_s1067" style="position:absolute;margin-left:264pt;margin-top:1.05pt;width:16.5pt;height:15pt;flip:y;z-index:2517155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">
            <w10:wrap anchorx="margin"/>
          </v:rect>
        </w:pict>
      </w:r>
      <w:r w:rsidRPr="00161CFB">
        <w:rPr>
          <w:rFonts w:ascii="Calibri" w:eastAsia="Calibri" w:hAnsi="Calibri" w:cs="Times New Roman"/>
          <w:noProof/>
          <w:sz w:val="22"/>
          <w:szCs w:val="22"/>
          <w:lang w:val="ru-RU" w:eastAsia="ru-RU"/>
        </w:rPr>
        <w:pict>
          <v:rect id="Прямоугольник 39536" o:spid="_x0000_s1066" style="position:absolute;margin-left:105pt;margin-top:1.05pt;width:16.5pt;height:15pt;flip:y;z-index:2517166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">
            <w10:wrap anchorx="margin"/>
          </v:rect>
        </w:pict>
      </w:r>
      <w:r w:rsidRPr="00161CFB">
        <w:rPr>
          <w:rFonts w:ascii="Calibri" w:eastAsia="Calibri" w:hAnsi="Calibri" w:cs="Times New Roman"/>
          <w:noProof/>
          <w:sz w:val="22"/>
          <w:szCs w:val="22"/>
          <w:lang w:val="ru-RU" w:eastAsia="ru-RU"/>
        </w:rPr>
        <w:pict>
          <v:rect id="Прямоугольник 39535" o:spid="_x0000_s1065" style="position:absolute;margin-left:-17.25pt;margin-top:1.05pt;width:16.5pt;height:15pt;flip:y;z-index:2517176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">
            <w10:wrap anchorx="margin"/>
          </v:rect>
        </w:pict>
      </w:r>
      <w:r w:rsidR="006D1F8F" w:rsidRPr="006D1F8F">
        <w:rPr>
          <w:rFonts w:ascii="Times New Roman" w:eastAsia="Calibri" w:hAnsi="Times New Roman" w:cs="Times New Roman"/>
          <w:sz w:val="24"/>
          <w:szCs w:val="24"/>
          <w:lang w:val="ru-RU"/>
        </w:rPr>
        <w:t>1</w:t>
      </w:r>
      <w:r w:rsidR="006D1F8F" w:rsidRPr="006D1F8F">
        <w:rPr>
          <w:rFonts w:ascii="Times New Roman" w:eastAsia="Times New Roman" w:hAnsi="Times New Roman" w:cs="Times New Roman"/>
          <w:sz w:val="24"/>
          <w:szCs w:val="24"/>
          <w:lang w:val="ru-RU"/>
        </w:rPr>
        <w:t xml:space="preserve">)художественный;  </w:t>
      </w:r>
      <w:r w:rsidR="006D1F8F" w:rsidRPr="006D1F8F">
        <w:rPr>
          <w:rFonts w:ascii="Times New Roman" w:eastAsia="Times New Roman" w:hAnsi="Times New Roman" w:cs="Times New Roman"/>
          <w:sz w:val="24"/>
          <w:szCs w:val="24"/>
          <w:lang w:val="ru-RU"/>
        </w:rPr>
        <w:tab/>
        <w:t xml:space="preserve">          2) научно-популярный;         3) разговорный; </w:t>
      </w:r>
    </w:p>
    <w:p w:rsidR="006D1F8F" w:rsidRPr="006D1F8F" w:rsidRDefault="006D1F8F" w:rsidP="006D1F8F">
      <w:pPr>
        <w:spacing w:after="0" w:line="240" w:lineRule="auto"/>
        <w:ind w:left="708"/>
        <w:rPr>
          <w:rFonts w:ascii="Times New Roman" w:eastAsia="Calibri" w:hAnsi="Times New Roman" w:cs="Times New Roman"/>
          <w:sz w:val="24"/>
          <w:szCs w:val="24"/>
          <w:lang w:val="ru-RU"/>
        </w:rPr>
      </w:pPr>
    </w:p>
    <w:p w:rsidR="006D1F8F" w:rsidRPr="006D1F8F" w:rsidRDefault="006D1F8F" w:rsidP="006D1F8F">
      <w:pPr>
        <w:spacing w:after="0" w:line="240" w:lineRule="auto"/>
        <w:ind w:left="708" w:right="257" w:hanging="541"/>
        <w:jc w:val="both"/>
        <w:rPr>
          <w:rFonts w:ascii="Times New Roman" w:eastAsia="Calibri" w:hAnsi="Times New Roman" w:cs="Times New Roman"/>
          <w:sz w:val="24"/>
          <w:szCs w:val="24"/>
        </w:rPr>
      </w:pPr>
      <w:r w:rsidRPr="006D1F8F">
        <w:rPr>
          <w:rFonts w:ascii="Times New Roman" w:eastAsia="Times New Roman" w:hAnsi="Times New Roman" w:cs="Times New Roman"/>
          <w:b/>
          <w:sz w:val="24"/>
          <w:szCs w:val="24"/>
          <w:lang w:val="ru-RU"/>
        </w:rPr>
        <w:t xml:space="preserve">Задание 5. Используя информацию из текста, заполните таблицу. </w:t>
      </w:r>
      <w:r w:rsidRPr="006D1F8F">
        <w:rPr>
          <w:rFonts w:ascii="Times New Roman" w:eastAsia="Times New Roman" w:hAnsi="Times New Roman" w:cs="Times New Roman"/>
          <w:b/>
          <w:sz w:val="24"/>
          <w:szCs w:val="24"/>
        </w:rPr>
        <w:t>(Надо данные записывать цифрой).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4673"/>
      </w:tblGrid>
      <w:tr w:rsidR="006D1F8F" w:rsidRPr="006D1F8F" w:rsidTr="006D1F8F">
        <w:tc>
          <w:tcPr>
            <w:tcW w:w="4672" w:type="dxa"/>
            <w:tcBorders>
              <w:top w:val="single" w:sz="4" w:space="0" w:color="auto"/>
              <w:left w:val="single" w:sz="4" w:space="0" w:color="auto"/>
              <w:bottom w:val="single" w:sz="4" w:space="0" w:color="auto"/>
              <w:right w:val="single" w:sz="4" w:space="0" w:color="auto"/>
            </w:tcBorders>
            <w:vAlign w:val="center"/>
            <w:hideMark/>
          </w:tcPr>
          <w:p w:rsidR="006D1F8F" w:rsidRPr="006D1F8F" w:rsidRDefault="006D1F8F" w:rsidP="00E214FE">
            <w:pPr>
              <w:numPr>
                <w:ilvl w:val="0"/>
                <w:numId w:val="103"/>
              </w:numPr>
              <w:spacing w:after="0" w:line="240" w:lineRule="auto"/>
              <w:contextualSpacing/>
              <w:rPr>
                <w:rFonts w:ascii="Times New Roman" w:eastAsia="Calibri" w:hAnsi="Times New Roman" w:cs="Times New Roman"/>
                <w:sz w:val="24"/>
                <w:szCs w:val="24"/>
              </w:rPr>
            </w:pPr>
            <w:r w:rsidRPr="006D1F8F">
              <w:rPr>
                <w:rFonts w:ascii="Times New Roman" w:eastAsia="Calibri" w:hAnsi="Times New Roman" w:cs="Times New Roman"/>
                <w:sz w:val="24"/>
                <w:szCs w:val="24"/>
                <w:lang w:val="ru-RU"/>
              </w:rPr>
              <w:t>Вес императорского пингвина</w:t>
            </w:r>
          </w:p>
        </w:tc>
        <w:tc>
          <w:tcPr>
            <w:tcW w:w="4673" w:type="dxa"/>
            <w:tcBorders>
              <w:top w:val="single" w:sz="4" w:space="0" w:color="auto"/>
              <w:left w:val="single" w:sz="4" w:space="0" w:color="auto"/>
              <w:bottom w:val="single" w:sz="4" w:space="0" w:color="auto"/>
              <w:right w:val="single" w:sz="4" w:space="0" w:color="auto"/>
            </w:tcBorders>
            <w:vAlign w:val="center"/>
          </w:tcPr>
          <w:p w:rsidR="006D1F8F" w:rsidRPr="006D1F8F" w:rsidRDefault="006D1F8F" w:rsidP="006D1F8F">
            <w:pPr>
              <w:spacing w:after="0" w:line="240" w:lineRule="auto"/>
              <w:jc w:val="center"/>
              <w:rPr>
                <w:rFonts w:ascii="Times New Roman" w:eastAsia="Calibri" w:hAnsi="Times New Roman" w:cs="Times New Roman"/>
                <w:sz w:val="24"/>
                <w:szCs w:val="24"/>
              </w:rPr>
            </w:pPr>
          </w:p>
        </w:tc>
      </w:tr>
      <w:tr w:rsidR="006D1F8F" w:rsidRPr="003944E9" w:rsidTr="006D1F8F">
        <w:tc>
          <w:tcPr>
            <w:tcW w:w="4672" w:type="dxa"/>
            <w:tcBorders>
              <w:top w:val="single" w:sz="4" w:space="0" w:color="auto"/>
              <w:left w:val="single" w:sz="4" w:space="0" w:color="auto"/>
              <w:bottom w:val="single" w:sz="4" w:space="0" w:color="auto"/>
              <w:right w:val="single" w:sz="4" w:space="0" w:color="auto"/>
            </w:tcBorders>
            <w:vAlign w:val="center"/>
            <w:hideMark/>
          </w:tcPr>
          <w:p w:rsidR="006D1F8F" w:rsidRPr="006D1F8F" w:rsidRDefault="006D1F8F" w:rsidP="00E214FE">
            <w:pPr>
              <w:numPr>
                <w:ilvl w:val="0"/>
                <w:numId w:val="103"/>
              </w:numPr>
              <w:spacing w:after="0" w:line="240" w:lineRule="auto"/>
              <w:contextualSpacing/>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Где пингвины проводят более половины жизни</w:t>
            </w:r>
          </w:p>
        </w:tc>
        <w:tc>
          <w:tcPr>
            <w:tcW w:w="4673" w:type="dxa"/>
            <w:tcBorders>
              <w:top w:val="single" w:sz="4" w:space="0" w:color="auto"/>
              <w:left w:val="single" w:sz="4" w:space="0" w:color="auto"/>
              <w:bottom w:val="single" w:sz="4" w:space="0" w:color="auto"/>
              <w:right w:val="single" w:sz="4" w:space="0" w:color="auto"/>
            </w:tcBorders>
            <w:vAlign w:val="center"/>
          </w:tcPr>
          <w:p w:rsidR="006D1F8F" w:rsidRPr="006D1F8F" w:rsidRDefault="006D1F8F" w:rsidP="006D1F8F">
            <w:pPr>
              <w:spacing w:after="0" w:line="240" w:lineRule="auto"/>
              <w:jc w:val="center"/>
              <w:rPr>
                <w:rFonts w:ascii="Times New Roman" w:eastAsia="Calibri" w:hAnsi="Times New Roman" w:cs="Times New Roman"/>
                <w:sz w:val="24"/>
                <w:szCs w:val="24"/>
                <w:lang w:val="ru-RU"/>
              </w:rPr>
            </w:pPr>
          </w:p>
        </w:tc>
      </w:tr>
      <w:tr w:rsidR="006D1F8F" w:rsidRPr="006D1F8F" w:rsidTr="006D1F8F">
        <w:tc>
          <w:tcPr>
            <w:tcW w:w="4672" w:type="dxa"/>
            <w:tcBorders>
              <w:top w:val="single" w:sz="4" w:space="0" w:color="auto"/>
              <w:left w:val="single" w:sz="4" w:space="0" w:color="auto"/>
              <w:bottom w:val="single" w:sz="4" w:space="0" w:color="auto"/>
              <w:right w:val="single" w:sz="4" w:space="0" w:color="auto"/>
            </w:tcBorders>
            <w:vAlign w:val="center"/>
            <w:hideMark/>
          </w:tcPr>
          <w:p w:rsidR="006D1F8F" w:rsidRPr="006D1F8F" w:rsidRDefault="006D1F8F" w:rsidP="00E214FE">
            <w:pPr>
              <w:numPr>
                <w:ilvl w:val="0"/>
                <w:numId w:val="103"/>
              </w:numPr>
              <w:spacing w:after="0" w:line="240" w:lineRule="auto"/>
              <w:contextualSpacing/>
              <w:rPr>
                <w:rFonts w:ascii="Times New Roman" w:eastAsia="Calibri" w:hAnsi="Times New Roman" w:cs="Times New Roman"/>
                <w:sz w:val="24"/>
                <w:szCs w:val="24"/>
              </w:rPr>
            </w:pPr>
            <w:r w:rsidRPr="006D1F8F">
              <w:rPr>
                <w:rFonts w:ascii="Times New Roman" w:eastAsia="Calibri" w:hAnsi="Times New Roman" w:cs="Times New Roman"/>
                <w:sz w:val="24"/>
                <w:szCs w:val="24"/>
                <w:lang w:val="ru-RU"/>
              </w:rPr>
              <w:t>Скорость пингвина под водой</w:t>
            </w:r>
          </w:p>
        </w:tc>
        <w:tc>
          <w:tcPr>
            <w:tcW w:w="4673" w:type="dxa"/>
            <w:tcBorders>
              <w:top w:val="single" w:sz="4" w:space="0" w:color="auto"/>
              <w:left w:val="single" w:sz="4" w:space="0" w:color="auto"/>
              <w:bottom w:val="single" w:sz="4" w:space="0" w:color="auto"/>
              <w:right w:val="single" w:sz="4" w:space="0" w:color="auto"/>
            </w:tcBorders>
            <w:vAlign w:val="center"/>
          </w:tcPr>
          <w:p w:rsidR="006D1F8F" w:rsidRPr="006D1F8F" w:rsidRDefault="006D1F8F" w:rsidP="006D1F8F">
            <w:pPr>
              <w:spacing w:after="0" w:line="240" w:lineRule="auto"/>
              <w:jc w:val="center"/>
              <w:rPr>
                <w:rFonts w:ascii="Times New Roman" w:eastAsia="Calibri" w:hAnsi="Times New Roman" w:cs="Times New Roman"/>
                <w:sz w:val="24"/>
                <w:szCs w:val="24"/>
              </w:rPr>
            </w:pPr>
          </w:p>
        </w:tc>
      </w:tr>
      <w:tr w:rsidR="006D1F8F" w:rsidRPr="006D1F8F" w:rsidTr="006D1F8F">
        <w:tc>
          <w:tcPr>
            <w:tcW w:w="4672" w:type="dxa"/>
            <w:tcBorders>
              <w:top w:val="single" w:sz="4" w:space="0" w:color="auto"/>
              <w:left w:val="single" w:sz="4" w:space="0" w:color="auto"/>
              <w:bottom w:val="single" w:sz="4" w:space="0" w:color="auto"/>
              <w:right w:val="single" w:sz="4" w:space="0" w:color="auto"/>
            </w:tcBorders>
            <w:vAlign w:val="center"/>
            <w:hideMark/>
          </w:tcPr>
          <w:p w:rsidR="006D1F8F" w:rsidRPr="006D1F8F" w:rsidRDefault="006D1F8F" w:rsidP="00E214FE">
            <w:pPr>
              <w:numPr>
                <w:ilvl w:val="0"/>
                <w:numId w:val="103"/>
              </w:numPr>
              <w:spacing w:after="0" w:line="240" w:lineRule="auto"/>
              <w:contextualSpacing/>
              <w:rPr>
                <w:rFonts w:ascii="Times New Roman" w:eastAsia="Calibri" w:hAnsi="Times New Roman" w:cs="Times New Roman"/>
                <w:sz w:val="24"/>
                <w:szCs w:val="24"/>
              </w:rPr>
            </w:pPr>
            <w:r w:rsidRPr="006D1F8F">
              <w:rPr>
                <w:rFonts w:ascii="Times New Roman" w:eastAsia="Calibri" w:hAnsi="Times New Roman" w:cs="Times New Roman"/>
                <w:sz w:val="24"/>
                <w:szCs w:val="24"/>
                <w:lang w:val="ru-RU"/>
              </w:rPr>
              <w:t>Могут ли пингвины летать</w:t>
            </w:r>
          </w:p>
        </w:tc>
        <w:tc>
          <w:tcPr>
            <w:tcW w:w="4673" w:type="dxa"/>
            <w:tcBorders>
              <w:top w:val="single" w:sz="4" w:space="0" w:color="auto"/>
              <w:left w:val="single" w:sz="4" w:space="0" w:color="auto"/>
              <w:bottom w:val="single" w:sz="4" w:space="0" w:color="auto"/>
              <w:right w:val="single" w:sz="4" w:space="0" w:color="auto"/>
            </w:tcBorders>
            <w:vAlign w:val="center"/>
          </w:tcPr>
          <w:p w:rsidR="006D1F8F" w:rsidRPr="006D1F8F" w:rsidRDefault="006D1F8F" w:rsidP="006D1F8F">
            <w:pPr>
              <w:spacing w:after="0" w:line="240" w:lineRule="auto"/>
              <w:jc w:val="center"/>
              <w:rPr>
                <w:rFonts w:ascii="Times New Roman" w:eastAsia="Calibri" w:hAnsi="Times New Roman" w:cs="Times New Roman"/>
                <w:sz w:val="24"/>
                <w:szCs w:val="24"/>
              </w:rPr>
            </w:pPr>
          </w:p>
        </w:tc>
      </w:tr>
    </w:tbl>
    <w:p w:rsidR="006D1F8F" w:rsidRPr="006D1F8F" w:rsidRDefault="006D1F8F" w:rsidP="006D1F8F">
      <w:pPr>
        <w:spacing w:after="0" w:line="240" w:lineRule="auto"/>
        <w:jc w:val="both"/>
        <w:rPr>
          <w:rFonts w:ascii="Times New Roman" w:eastAsia="Calibri" w:hAnsi="Times New Roman" w:cs="Times New Roman"/>
          <w:sz w:val="24"/>
          <w:szCs w:val="24"/>
        </w:rPr>
      </w:pPr>
    </w:p>
    <w:p w:rsidR="006D1F8F" w:rsidRPr="006D1F8F" w:rsidRDefault="006D1F8F" w:rsidP="006D1F8F">
      <w:pPr>
        <w:spacing w:after="0" w:line="240" w:lineRule="auto"/>
        <w:jc w:val="center"/>
        <w:rPr>
          <w:rFonts w:ascii="Times New Roman" w:eastAsia="Calibri" w:hAnsi="Times New Roman" w:cs="Times New Roman"/>
          <w:sz w:val="24"/>
          <w:szCs w:val="24"/>
        </w:rPr>
      </w:pPr>
      <w:r w:rsidRPr="006D1F8F">
        <w:rPr>
          <w:rFonts w:ascii="Times New Roman" w:eastAsia="Calibri" w:hAnsi="Times New Roman" w:cs="Times New Roman"/>
          <w:b/>
          <w:i/>
          <w:sz w:val="24"/>
          <w:szCs w:val="24"/>
          <w:u w:val="single"/>
        </w:rPr>
        <w:t>Русский язык</w:t>
      </w:r>
    </w:p>
    <w:p w:rsidR="006D1F8F" w:rsidRPr="006D1F8F" w:rsidRDefault="006D1F8F" w:rsidP="006D1F8F">
      <w:pPr>
        <w:spacing w:after="0" w:line="240" w:lineRule="auto"/>
        <w:jc w:val="both"/>
        <w:rPr>
          <w:rFonts w:ascii="Times New Roman" w:eastAsia="Calibri" w:hAnsi="Times New Roman" w:cs="Times New Roman"/>
          <w:b/>
          <w:sz w:val="24"/>
          <w:szCs w:val="24"/>
          <w:lang w:val="ru-RU"/>
        </w:rPr>
      </w:pPr>
      <w:r w:rsidRPr="006D1F8F">
        <w:rPr>
          <w:rFonts w:ascii="Times New Roman" w:eastAsia="Times New Roman" w:hAnsi="Times New Roman" w:cs="Times New Roman"/>
          <w:b/>
          <w:bCs/>
          <w:sz w:val="24"/>
          <w:szCs w:val="24"/>
          <w:lang w:val="ru-RU"/>
        </w:rPr>
        <w:t xml:space="preserve">Задание 1.  </w:t>
      </w:r>
      <w:r w:rsidRPr="006D1F8F">
        <w:rPr>
          <w:rFonts w:ascii="Times New Roman" w:eastAsia="Calibri" w:hAnsi="Times New Roman" w:cs="Times New Roman"/>
          <w:b/>
          <w:sz w:val="24"/>
          <w:szCs w:val="24"/>
          <w:lang w:val="ru-RU"/>
        </w:rPr>
        <w:t>Отметьте правильный ответ группы слов, в которых все согласные звуки твёрдые.</w:t>
      </w:r>
    </w:p>
    <w:p w:rsidR="006D1F8F" w:rsidRPr="006D1F8F" w:rsidRDefault="00161CFB" w:rsidP="006D1F8F">
      <w:pPr>
        <w:spacing w:after="0" w:line="240" w:lineRule="auto"/>
        <w:jc w:val="both"/>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9534" o:spid="_x0000_s1064" style="position:absolute;left:0;text-align:left;margin-left:-4.5pt;margin-top:3pt;width:16.5pt;height:15pt;flip:y;z-index:2517186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">
            <w10:wrap anchorx="margin"/>
          </v:rect>
        </w:pict>
      </w:r>
      <w:r w:rsidR="006D1F8F" w:rsidRPr="006D1F8F">
        <w:rPr>
          <w:rFonts w:ascii="Times New Roman" w:eastAsia="Calibri" w:hAnsi="Times New Roman" w:cs="Times New Roman"/>
          <w:sz w:val="24"/>
          <w:szCs w:val="24"/>
          <w:lang w:val="ru-RU"/>
        </w:rPr>
        <w:t>1)   суша, гнезда, корм</w:t>
      </w:r>
    </w:p>
    <w:p w:rsidR="006D1F8F" w:rsidRPr="006D1F8F" w:rsidRDefault="00161CFB" w:rsidP="006D1F8F">
      <w:pPr>
        <w:spacing w:after="0" w:line="240" w:lineRule="auto"/>
        <w:jc w:val="both"/>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9533" o:spid="_x0000_s1063" style="position:absolute;left:0;text-align:left;margin-left:-4.5pt;margin-top:1.9pt;width:16.5pt;height:15pt;flip:y;z-index:2517196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">
            <w10:wrap anchorx="margin"/>
          </v:rect>
        </w:pict>
      </w:r>
      <w:r w:rsidR="006D1F8F" w:rsidRPr="006D1F8F">
        <w:rPr>
          <w:rFonts w:ascii="Times New Roman" w:eastAsia="Calibri" w:hAnsi="Times New Roman" w:cs="Times New Roman"/>
          <w:sz w:val="24"/>
          <w:szCs w:val="24"/>
          <w:lang w:val="ru-RU"/>
        </w:rPr>
        <w:t>⁭    море, яйцо, самец</w:t>
      </w:r>
    </w:p>
    <w:p w:rsidR="006D1F8F" w:rsidRPr="006D1F8F" w:rsidRDefault="00161CFB" w:rsidP="006D1F8F">
      <w:pPr>
        <w:spacing w:after="0" w:line="240" w:lineRule="auto"/>
        <w:jc w:val="both"/>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9525" o:spid="_x0000_s1062" style="position:absolute;left:0;text-align:left;margin-left:-4.5pt;margin-top:.8pt;width:16.5pt;height:15pt;flip:y;z-index:2517207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">
            <w10:wrap anchorx="margin"/>
          </v:rect>
        </w:pict>
      </w:r>
      <w:r w:rsidR="006D1F8F" w:rsidRPr="006D1F8F">
        <w:rPr>
          <w:rFonts w:ascii="Times New Roman" w:eastAsia="Calibri" w:hAnsi="Times New Roman" w:cs="Times New Roman"/>
          <w:sz w:val="24"/>
          <w:szCs w:val="24"/>
          <w:lang w:val="ru-RU"/>
        </w:rPr>
        <w:t>⁭    брюхо, жизнь, птенец</w:t>
      </w:r>
    </w:p>
    <w:p w:rsidR="006D1F8F" w:rsidRPr="006D1F8F" w:rsidRDefault="00161CFB" w:rsidP="006D1F8F">
      <w:pPr>
        <w:spacing w:after="0" w:line="240" w:lineRule="auto"/>
        <w:jc w:val="both"/>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9524" o:spid="_x0000_s1061" style="position:absolute;left:0;text-align:left;margin-left:-4.5pt;margin-top:-.3pt;width:16.5pt;height:15pt;flip:y;z-index:2517217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">
            <w10:wrap anchorx="margin"/>
          </v:rect>
        </w:pict>
      </w:r>
      <w:r w:rsidR="006D1F8F" w:rsidRPr="006D1F8F">
        <w:rPr>
          <w:rFonts w:ascii="Times New Roman" w:eastAsia="Calibri" w:hAnsi="Times New Roman" w:cs="Times New Roman"/>
          <w:sz w:val="24"/>
          <w:szCs w:val="24"/>
          <w:lang w:val="ru-RU"/>
        </w:rPr>
        <w:t>⁭    самка, лапа, кожа</w:t>
      </w:r>
    </w:p>
    <w:p w:rsidR="006D1F8F" w:rsidRPr="006D1F8F" w:rsidRDefault="006D1F8F" w:rsidP="006D1F8F">
      <w:pPr>
        <w:spacing w:after="0" w:line="276" w:lineRule="auto"/>
        <w:jc w:val="both"/>
        <w:rPr>
          <w:rFonts w:ascii="Times New Roman" w:eastAsia="Calibri" w:hAnsi="Times New Roman" w:cs="Times New Roman"/>
          <w:sz w:val="24"/>
          <w:szCs w:val="24"/>
          <w:lang w:val="ru-RU"/>
        </w:rPr>
      </w:pPr>
    </w:p>
    <w:p w:rsidR="006D1F8F" w:rsidRPr="006D1F8F" w:rsidRDefault="006D1F8F" w:rsidP="006D1F8F">
      <w:pPr>
        <w:spacing w:after="0" w:line="240" w:lineRule="auto"/>
        <w:rPr>
          <w:rFonts w:ascii="Times New Roman" w:eastAsia="Times New Roman" w:hAnsi="Times New Roman" w:cs="Times New Roman"/>
          <w:b/>
          <w:bCs/>
          <w:sz w:val="24"/>
          <w:szCs w:val="24"/>
          <w:lang w:val="ru-RU"/>
        </w:rPr>
      </w:pPr>
      <w:r w:rsidRPr="006D1F8F">
        <w:rPr>
          <w:rFonts w:ascii="Times New Roman" w:eastAsia="Times New Roman" w:hAnsi="Times New Roman" w:cs="Times New Roman"/>
          <w:b/>
          <w:bCs/>
          <w:sz w:val="24"/>
          <w:szCs w:val="24"/>
          <w:lang w:val="ru-RU"/>
        </w:rPr>
        <w:t xml:space="preserve">Задание 2.  </w:t>
      </w:r>
      <w:r w:rsidRPr="006D1F8F">
        <w:rPr>
          <w:rFonts w:ascii="Times New Roman" w:eastAsia="Times New Roman" w:hAnsi="Times New Roman" w:cs="Times New Roman"/>
          <w:b/>
          <w:sz w:val="24"/>
          <w:szCs w:val="24"/>
          <w:lang w:val="ru-RU"/>
        </w:rPr>
        <w:t>Укажите количество букв и звуков.</w:t>
      </w:r>
    </w:p>
    <w:p w:rsidR="006D1F8F" w:rsidRPr="006D1F8F" w:rsidRDefault="006D1F8F" w:rsidP="006D1F8F">
      <w:pPr>
        <w:spacing w:after="0" w:line="240" w:lineRule="auto"/>
        <w:rPr>
          <w:rFonts w:ascii="Times New Roman" w:eastAsia="Times New Roman" w:hAnsi="Times New Roman" w:cs="Times New Roman"/>
          <w:sz w:val="24"/>
          <w:szCs w:val="24"/>
          <w:lang w:val="ru-RU"/>
        </w:rPr>
      </w:pPr>
      <w:r w:rsidRPr="006D1F8F">
        <w:rPr>
          <w:rFonts w:ascii="Times New Roman" w:eastAsia="Calibri" w:hAnsi="Times New Roman" w:cs="Times New Roman"/>
          <w:b/>
          <w:iCs/>
          <w:sz w:val="24"/>
          <w:szCs w:val="24"/>
          <w:lang w:val="ru-RU"/>
        </w:rPr>
        <w:t>яйцо</w:t>
      </w:r>
      <w:r w:rsidRPr="006D1F8F">
        <w:rPr>
          <w:rFonts w:ascii="Times New Roman" w:eastAsia="Times New Roman" w:hAnsi="Times New Roman" w:cs="Times New Roman"/>
          <w:sz w:val="24"/>
          <w:szCs w:val="24"/>
          <w:lang w:val="ru-RU"/>
        </w:rPr>
        <w:t>_____ букв, _____ звуков</w:t>
      </w:r>
    </w:p>
    <w:p w:rsidR="006D1F8F" w:rsidRPr="006D1F8F" w:rsidRDefault="006D1F8F" w:rsidP="006D1F8F">
      <w:pPr>
        <w:spacing w:after="0" w:line="240" w:lineRule="auto"/>
        <w:rPr>
          <w:rFonts w:ascii="Times New Roman" w:eastAsia="Times New Roman" w:hAnsi="Times New Roman" w:cs="Times New Roman"/>
          <w:sz w:val="24"/>
          <w:szCs w:val="24"/>
          <w:lang w:val="ru-RU"/>
        </w:rPr>
      </w:pPr>
      <w:r w:rsidRPr="006D1F8F">
        <w:rPr>
          <w:rFonts w:ascii="Times New Roman" w:eastAsia="Calibri" w:hAnsi="Times New Roman" w:cs="Times New Roman"/>
          <w:b/>
          <w:iCs/>
          <w:sz w:val="24"/>
          <w:szCs w:val="24"/>
          <w:lang w:val="ru-RU"/>
        </w:rPr>
        <w:t>теряя</w:t>
      </w:r>
      <w:r w:rsidRPr="006D1F8F">
        <w:rPr>
          <w:rFonts w:ascii="Times New Roman" w:eastAsia="Calibri" w:hAnsi="Times New Roman" w:cs="Times New Roman"/>
          <w:iCs/>
          <w:sz w:val="24"/>
          <w:szCs w:val="24"/>
          <w:lang w:val="ru-RU"/>
        </w:rPr>
        <w:t>_____</w:t>
      </w:r>
      <w:r w:rsidRPr="006D1F8F">
        <w:rPr>
          <w:rFonts w:ascii="Times New Roman" w:eastAsia="Times New Roman" w:hAnsi="Times New Roman" w:cs="Times New Roman"/>
          <w:sz w:val="24"/>
          <w:szCs w:val="24"/>
          <w:lang w:val="ru-RU"/>
        </w:rPr>
        <w:t>букв, ______ звуков</w:t>
      </w:r>
    </w:p>
    <w:p w:rsidR="006D1F8F" w:rsidRPr="006D1F8F" w:rsidRDefault="006D1F8F" w:rsidP="006D1F8F">
      <w:pPr>
        <w:spacing w:after="0" w:line="240" w:lineRule="auto"/>
        <w:rPr>
          <w:rFonts w:ascii="Times New Roman" w:eastAsia="Times New Roman" w:hAnsi="Times New Roman" w:cs="Times New Roman"/>
          <w:sz w:val="24"/>
          <w:szCs w:val="24"/>
          <w:lang w:val="ru-RU"/>
        </w:rPr>
      </w:pPr>
      <w:r w:rsidRPr="006D1F8F">
        <w:rPr>
          <w:rFonts w:ascii="Times New Roman" w:eastAsia="Calibri" w:hAnsi="Times New Roman" w:cs="Times New Roman"/>
          <w:b/>
          <w:iCs/>
          <w:sz w:val="24"/>
          <w:szCs w:val="24"/>
          <w:lang w:val="ru-RU"/>
        </w:rPr>
        <w:t>линька</w:t>
      </w:r>
      <w:r w:rsidRPr="006D1F8F">
        <w:rPr>
          <w:rFonts w:ascii="Times New Roman" w:eastAsia="Times New Roman" w:hAnsi="Times New Roman" w:cs="Times New Roman"/>
          <w:sz w:val="24"/>
          <w:szCs w:val="24"/>
          <w:lang w:val="ru-RU"/>
        </w:rPr>
        <w:t xml:space="preserve">_____   букв, ____ звуков </w:t>
      </w:r>
    </w:p>
    <w:p w:rsidR="006D1F8F" w:rsidRPr="006D1F8F" w:rsidRDefault="006D1F8F" w:rsidP="006D1F8F">
      <w:pPr>
        <w:numPr>
          <w:ilvl w:val="0"/>
          <w:numId w:val="83"/>
        </w:numPr>
        <w:shd w:val="clear" w:color="auto" w:fill="FFFFFF"/>
        <w:tabs>
          <w:tab w:val="num" w:pos="360"/>
        </w:tabs>
        <w:spacing w:after="0" w:line="252" w:lineRule="exact"/>
        <w:ind w:left="14" w:right="-1" w:firstLine="166"/>
        <w:jc w:val="both"/>
        <w:rPr>
          <w:rFonts w:ascii="Times New Roman" w:eastAsia="Times New Roman" w:hAnsi="Times New Roman" w:cs="Times New Roman"/>
          <w:i/>
          <w:sz w:val="24"/>
          <w:szCs w:val="24"/>
          <w:lang w:val="ru-RU" w:eastAsia="ru-RU"/>
        </w:rPr>
      </w:pPr>
    </w:p>
    <w:p w:rsidR="006D1F8F" w:rsidRPr="006D1F8F" w:rsidRDefault="006D1F8F" w:rsidP="006D1F8F">
      <w:pPr>
        <w:spacing w:after="0" w:line="240" w:lineRule="auto"/>
        <w:rPr>
          <w:rFonts w:ascii="Times New Roman" w:eastAsia="Calibri" w:hAnsi="Times New Roman" w:cs="Times New Roman"/>
          <w:b/>
          <w:sz w:val="24"/>
          <w:szCs w:val="24"/>
          <w:lang w:val="ru-RU"/>
        </w:rPr>
      </w:pPr>
      <w:r w:rsidRPr="006D1F8F">
        <w:rPr>
          <w:rFonts w:ascii="Times New Roman" w:eastAsia="Times New Roman" w:hAnsi="Times New Roman" w:cs="Times New Roman"/>
          <w:b/>
          <w:bCs/>
          <w:sz w:val="24"/>
          <w:szCs w:val="24"/>
          <w:lang w:val="ru-RU"/>
        </w:rPr>
        <w:t xml:space="preserve">Задание 3.  </w:t>
      </w:r>
      <w:r w:rsidRPr="006D1F8F">
        <w:rPr>
          <w:rFonts w:ascii="Times New Roman" w:eastAsia="Calibri" w:hAnsi="Times New Roman" w:cs="Times New Roman"/>
          <w:b/>
          <w:sz w:val="24"/>
          <w:szCs w:val="24"/>
          <w:lang w:val="ru-RU"/>
        </w:rPr>
        <w:t xml:space="preserve">Отметьте правильный ответ. Буква –о- пропущена в словах группы: </w:t>
      </w:r>
    </w:p>
    <w:p w:rsidR="006D1F8F" w:rsidRPr="006D1F8F" w:rsidRDefault="00161CFB" w:rsidP="006D1F8F">
      <w:pPr>
        <w:spacing w:after="0" w:line="276" w:lineRule="auto"/>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9528" o:spid="_x0000_s1060" style="position:absolute;margin-left:296.25pt;margin-top:.65pt;width:16.5pt;height:15pt;flip:y;z-index:2517227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">
            <w10:wrap anchorx="margin"/>
          </v:rect>
        </w:pict>
      </w:r>
      <w:r w:rsidRPr="00161CFB">
        <w:rPr>
          <w:rFonts w:ascii="Calibri" w:eastAsia="Calibri" w:hAnsi="Calibri" w:cs="Times New Roman"/>
          <w:noProof/>
          <w:sz w:val="22"/>
          <w:szCs w:val="22"/>
          <w:lang w:val="ru-RU" w:eastAsia="ru-RU"/>
        </w:rPr>
        <w:pict>
          <v:rect id="Прямоугольник 39527" o:spid="_x0000_s1059" style="position:absolute;margin-left:153.75pt;margin-top:.65pt;width:16.5pt;height:15pt;flip:y;z-index:2517237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">
            <w10:wrap anchorx="margin"/>
          </v:rect>
        </w:pict>
      </w:r>
      <w:r w:rsidRPr="00161CFB">
        <w:rPr>
          <w:rFonts w:ascii="Calibri" w:eastAsia="Calibri" w:hAnsi="Calibri" w:cs="Times New Roman"/>
          <w:noProof/>
          <w:sz w:val="22"/>
          <w:szCs w:val="22"/>
          <w:lang w:val="ru-RU" w:eastAsia="ru-RU"/>
        </w:rPr>
        <w:pict>
          <v:rect id="Прямоугольник 39526" o:spid="_x0000_s1058" style="position:absolute;margin-left:-27.75pt;margin-top:.65pt;width:16.5pt;height:15pt;flip:y;z-index:2517248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">
            <w10:wrap anchorx="margin"/>
          </v:rect>
        </w:pict>
      </w:r>
      <w:r w:rsidR="006D1F8F" w:rsidRPr="006D1F8F">
        <w:rPr>
          <w:rFonts w:ascii="Times New Roman" w:eastAsia="Calibri" w:hAnsi="Times New Roman" w:cs="Times New Roman"/>
          <w:sz w:val="24"/>
          <w:szCs w:val="24"/>
          <w:lang w:val="ru-RU"/>
        </w:rPr>
        <w:t>1)д….лёких, н…гами;</w:t>
      </w:r>
      <w:r w:rsidR="006D1F8F" w:rsidRPr="006D1F8F">
        <w:rPr>
          <w:rFonts w:ascii="Times New Roman" w:eastAsia="Calibri" w:hAnsi="Times New Roman" w:cs="Times New Roman"/>
          <w:sz w:val="24"/>
          <w:szCs w:val="24"/>
          <w:lang w:val="ru-RU"/>
        </w:rPr>
        <w:tab/>
      </w:r>
      <w:r w:rsidR="006D1F8F" w:rsidRPr="006D1F8F">
        <w:rPr>
          <w:rFonts w:ascii="Times New Roman" w:eastAsia="Calibri" w:hAnsi="Times New Roman" w:cs="Times New Roman"/>
          <w:sz w:val="24"/>
          <w:szCs w:val="24"/>
          <w:lang w:val="ru-RU"/>
        </w:rPr>
        <w:tab/>
        <w:t>2)гол…с, к…лонии;</w:t>
      </w:r>
      <w:r w:rsidR="006D1F8F" w:rsidRPr="006D1F8F">
        <w:rPr>
          <w:rFonts w:ascii="Times New Roman" w:eastAsia="Calibri" w:hAnsi="Times New Roman" w:cs="Times New Roman"/>
          <w:sz w:val="24"/>
          <w:szCs w:val="24"/>
          <w:lang w:val="ru-RU"/>
        </w:rPr>
        <w:tab/>
      </w:r>
      <w:r w:rsidR="006D1F8F" w:rsidRPr="006D1F8F">
        <w:rPr>
          <w:rFonts w:ascii="Times New Roman" w:eastAsia="Calibri" w:hAnsi="Times New Roman" w:cs="Times New Roman"/>
          <w:sz w:val="24"/>
          <w:szCs w:val="24"/>
          <w:lang w:val="ru-RU"/>
        </w:rPr>
        <w:tab/>
        <w:t>3)в…да, кр…..ях;</w:t>
      </w:r>
    </w:p>
    <w:p w:rsidR="006D1F8F" w:rsidRPr="006D1F8F" w:rsidRDefault="006D1F8F" w:rsidP="006D1F8F">
      <w:pPr>
        <w:spacing w:after="0" w:line="240" w:lineRule="auto"/>
        <w:jc w:val="both"/>
        <w:rPr>
          <w:rFonts w:ascii="Times New Roman" w:eastAsia="Times New Roman" w:hAnsi="Times New Roman" w:cs="Times New Roman"/>
          <w:b/>
          <w:sz w:val="24"/>
          <w:szCs w:val="24"/>
          <w:lang w:val="ru-RU"/>
        </w:rPr>
      </w:pPr>
    </w:p>
    <w:p w:rsidR="006D1F8F" w:rsidRPr="006D1F8F" w:rsidRDefault="006D1F8F" w:rsidP="006D1F8F">
      <w:pPr>
        <w:spacing w:after="0" w:line="240" w:lineRule="auto"/>
        <w:jc w:val="both"/>
        <w:rPr>
          <w:rFonts w:ascii="Times New Roman" w:eastAsia="Times New Roman" w:hAnsi="Times New Roman" w:cs="Times New Roman"/>
          <w:sz w:val="24"/>
          <w:szCs w:val="24"/>
          <w:lang w:val="ru-RU"/>
        </w:rPr>
      </w:pPr>
      <w:r w:rsidRPr="006D1F8F">
        <w:rPr>
          <w:rFonts w:ascii="Times New Roman" w:eastAsia="Times New Roman" w:hAnsi="Times New Roman" w:cs="Times New Roman"/>
          <w:b/>
          <w:sz w:val="24"/>
          <w:szCs w:val="24"/>
          <w:lang w:val="ru-RU"/>
        </w:rPr>
        <w:t>Задание 4. Отметьте слово, имеющее следующий состав:</w:t>
      </w:r>
    </w:p>
    <w:p w:rsidR="006D1F8F" w:rsidRPr="006D1F8F" w:rsidRDefault="006D1F8F" w:rsidP="006D1F8F">
      <w:pPr>
        <w:spacing w:after="0" w:line="360" w:lineRule="auto"/>
        <w:ind w:firstLine="709"/>
        <w:jc w:val="both"/>
        <w:rPr>
          <w:rFonts w:ascii="Times New Roman" w:eastAsia="Times New Roman" w:hAnsi="Times New Roman" w:cs="Times New Roman"/>
          <w:sz w:val="24"/>
          <w:szCs w:val="24"/>
          <w:lang w:val="ru-RU"/>
        </w:rPr>
      </w:pPr>
      <w:r w:rsidRPr="006D1F8F">
        <w:rPr>
          <w:rFonts w:ascii="Times New Roman" w:eastAsia="Times New Roman" w:hAnsi="Times New Roman" w:cs="Times New Roman"/>
          <w:sz w:val="24"/>
          <w:szCs w:val="24"/>
          <w:bdr w:val="single" w:sz="4" w:space="0" w:color="auto" w:frame="1"/>
          <w:lang w:val="ru-RU"/>
        </w:rPr>
        <w:t xml:space="preserve"> корень </w:t>
      </w:r>
      <w:r w:rsidRPr="006D1F8F">
        <w:rPr>
          <w:rFonts w:ascii="Times New Roman" w:eastAsia="Times New Roman" w:hAnsi="Times New Roman" w:cs="Times New Roman"/>
          <w:sz w:val="24"/>
          <w:szCs w:val="24"/>
          <w:lang w:val="ru-RU"/>
        </w:rPr>
        <w:t xml:space="preserve">-   </w:t>
      </w:r>
      <w:r w:rsidRPr="006D1F8F">
        <w:rPr>
          <w:rFonts w:ascii="Times New Roman" w:eastAsia="Times New Roman" w:hAnsi="Times New Roman" w:cs="Times New Roman"/>
          <w:sz w:val="24"/>
          <w:szCs w:val="24"/>
          <w:bdr w:val="single" w:sz="4" w:space="0" w:color="auto" w:frame="1"/>
          <w:lang w:val="ru-RU"/>
        </w:rPr>
        <w:t>суффикс</w:t>
      </w:r>
      <w:r w:rsidRPr="006D1F8F">
        <w:rPr>
          <w:rFonts w:ascii="Times New Roman" w:eastAsia="Times New Roman" w:hAnsi="Times New Roman" w:cs="Times New Roman"/>
          <w:sz w:val="24"/>
          <w:szCs w:val="24"/>
          <w:lang w:val="ru-RU"/>
        </w:rPr>
        <w:t xml:space="preserve">-  </w:t>
      </w:r>
      <w:r w:rsidRPr="006D1F8F">
        <w:rPr>
          <w:rFonts w:ascii="Times New Roman" w:eastAsia="Times New Roman" w:hAnsi="Times New Roman" w:cs="Times New Roman"/>
          <w:sz w:val="24"/>
          <w:szCs w:val="24"/>
          <w:bdr w:val="single" w:sz="4" w:space="0" w:color="auto" w:frame="1"/>
          <w:lang w:val="ru-RU"/>
        </w:rPr>
        <w:t>окончание</w:t>
      </w:r>
    </w:p>
    <w:p w:rsidR="006D1F8F" w:rsidRPr="006D1F8F" w:rsidRDefault="00161CFB" w:rsidP="006D1F8F">
      <w:pPr>
        <w:spacing w:after="0" w:line="240" w:lineRule="auto"/>
        <w:jc w:val="both"/>
        <w:rPr>
          <w:rFonts w:ascii="Times New Roman" w:eastAsia="Times New Roman"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9530" o:spid="_x0000_s1057" style="position:absolute;left:0;text-align:left;margin-left:14.25pt;margin-top:13.05pt;width:16.5pt;height:15pt;flip:y;z-index:251725824;visibility:visible;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">
            <w10:wrap anchorx="margin"/>
          </v:rect>
        </w:pict>
      </w:r>
      <w:r w:rsidRPr="00161CFB">
        <w:rPr>
          <w:rFonts w:ascii="Calibri" w:eastAsia="Calibri" w:hAnsi="Calibri" w:cs="Times New Roman"/>
          <w:noProof/>
          <w:sz w:val="22"/>
          <w:szCs w:val="22"/>
          <w:lang w:val="ru-RU" w:eastAsia="ru-RU"/>
        </w:rPr>
        <w:pict>
          <v:rect id="Прямоугольник 39529" o:spid="_x0000_s1056" style="position:absolute;left:0;text-align:left;margin-left:14.25pt;margin-top:.7pt;width:16.5pt;height:15pt;flip:y;z-index:251726848;visibility:visible;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">
            <w10:wrap anchorx="margin"/>
          </v:rect>
        </w:pict>
      </w:r>
      <w:r w:rsidR="006D1F8F" w:rsidRPr="006D1F8F">
        <w:rPr>
          <w:rFonts w:ascii="Times New Roman" w:eastAsia="Times New Roman" w:hAnsi="Times New Roman" w:cs="Times New Roman"/>
          <w:sz w:val="24"/>
          <w:szCs w:val="24"/>
          <w:lang w:val="ru-RU"/>
        </w:rPr>
        <w:t xml:space="preserve">1) шажки;  </w:t>
      </w:r>
    </w:p>
    <w:p w:rsidR="006D1F8F" w:rsidRPr="006D1F8F" w:rsidRDefault="006D1F8F" w:rsidP="006D1F8F">
      <w:pPr>
        <w:spacing w:after="0" w:line="240" w:lineRule="auto"/>
        <w:jc w:val="both"/>
        <w:rPr>
          <w:rFonts w:ascii="Times New Roman" w:eastAsia="Times New Roman" w:hAnsi="Times New Roman" w:cs="Times New Roman"/>
          <w:sz w:val="24"/>
          <w:szCs w:val="24"/>
          <w:lang w:val="ru-RU"/>
        </w:rPr>
      </w:pPr>
      <w:r w:rsidRPr="006D1F8F">
        <w:rPr>
          <w:rFonts w:ascii="Times New Roman" w:eastAsia="Times New Roman" w:hAnsi="Times New Roman" w:cs="Times New Roman"/>
          <w:sz w:val="24"/>
          <w:szCs w:val="24"/>
          <w:lang w:val="ru-RU"/>
        </w:rPr>
        <w:t>2) стая;</w:t>
      </w:r>
    </w:p>
    <w:p w:rsidR="006D1F8F" w:rsidRPr="006D1F8F" w:rsidRDefault="00161CFB" w:rsidP="006D1F8F">
      <w:pPr>
        <w:spacing w:after="0" w:line="240" w:lineRule="auto"/>
        <w:jc w:val="both"/>
        <w:rPr>
          <w:rFonts w:ascii="Times New Roman" w:eastAsia="Times New Roman"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9531" o:spid="_x0000_s1055" style="position:absolute;left:0;text-align:left;margin-left:14.25pt;margin-top:.45pt;width:16.5pt;height:15pt;flip:y;z-index:251727872;visibility:visible;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">
            <w10:wrap anchorx="margin"/>
          </v:rect>
        </w:pict>
      </w:r>
      <w:r w:rsidR="006D1F8F" w:rsidRPr="006D1F8F">
        <w:rPr>
          <w:rFonts w:ascii="Times New Roman" w:eastAsia="Times New Roman" w:hAnsi="Times New Roman" w:cs="Times New Roman"/>
          <w:sz w:val="24"/>
          <w:szCs w:val="24"/>
          <w:lang w:val="ru-RU"/>
        </w:rPr>
        <w:t>3)выходить;</w:t>
      </w:r>
    </w:p>
    <w:p w:rsidR="006D1F8F" w:rsidRPr="006D1F8F" w:rsidRDefault="006D1F8F" w:rsidP="006D1F8F">
      <w:pPr>
        <w:spacing w:after="0" w:line="240" w:lineRule="auto"/>
        <w:jc w:val="both"/>
        <w:rPr>
          <w:rFonts w:ascii="Times New Roman" w:eastAsia="Calibri" w:hAnsi="Times New Roman" w:cs="Times New Roman"/>
          <w:sz w:val="24"/>
          <w:szCs w:val="24"/>
          <w:lang w:val="ru-RU"/>
        </w:rPr>
      </w:pPr>
    </w:p>
    <w:p w:rsidR="006D1F8F" w:rsidRPr="006D1F8F" w:rsidRDefault="006D1F8F" w:rsidP="006D1F8F">
      <w:pPr>
        <w:spacing w:after="0" w:line="240" w:lineRule="auto"/>
        <w:rPr>
          <w:rFonts w:ascii="Times New Roman" w:eastAsia="Times New Roman" w:hAnsi="Times New Roman" w:cs="Times New Roman"/>
          <w:b/>
          <w:sz w:val="24"/>
          <w:szCs w:val="24"/>
          <w:lang w:val="ru-RU" w:eastAsia="ru-RU"/>
        </w:rPr>
      </w:pPr>
      <w:r w:rsidRPr="006D1F8F">
        <w:rPr>
          <w:rFonts w:ascii="Times New Roman" w:eastAsia="Times New Roman" w:hAnsi="Times New Roman" w:cs="Times New Roman"/>
          <w:b/>
          <w:sz w:val="24"/>
          <w:szCs w:val="24"/>
          <w:lang w:val="ru-RU" w:eastAsia="ru-RU"/>
        </w:rPr>
        <w:t>Задание 5.Заполните таблицу, указав те признаки прилагательных, которые ты изучил (род, падеж, число):</w:t>
      </w:r>
    </w:p>
    <w:tbl>
      <w:tblPr>
        <w:tblW w:w="977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0"/>
        <w:gridCol w:w="1701"/>
        <w:gridCol w:w="1418"/>
        <w:gridCol w:w="1843"/>
      </w:tblGrid>
      <w:tr w:rsidR="006D1F8F" w:rsidRPr="006D1F8F" w:rsidTr="006D1F8F">
        <w:trPr>
          <w:trHeight w:val="325"/>
        </w:trPr>
        <w:tc>
          <w:tcPr>
            <w:tcW w:w="4810"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jc w:val="center"/>
              <w:rPr>
                <w:rFonts w:ascii="Times New Roman" w:eastAsia="Times New Roman" w:hAnsi="Times New Roman" w:cs="Times New Roman"/>
                <w:b/>
                <w:sz w:val="24"/>
                <w:szCs w:val="24"/>
                <w:lang w:val="ru-RU"/>
              </w:rPr>
            </w:pPr>
            <w:r w:rsidRPr="006D1F8F">
              <w:rPr>
                <w:rFonts w:ascii="Times New Roman" w:eastAsia="Times New Roman" w:hAnsi="Times New Roman" w:cs="Times New Roman"/>
                <w:b/>
                <w:sz w:val="24"/>
                <w:szCs w:val="24"/>
                <w:lang w:val="ru-RU"/>
              </w:rPr>
              <w:t>Имя прилагательное</w:t>
            </w:r>
          </w:p>
          <w:p w:rsidR="006D1F8F" w:rsidRPr="006D1F8F" w:rsidRDefault="006D1F8F" w:rsidP="006D1F8F">
            <w:pPr>
              <w:spacing w:after="0" w:line="276" w:lineRule="auto"/>
              <w:jc w:val="center"/>
              <w:rPr>
                <w:rFonts w:ascii="Times New Roman" w:eastAsia="Times New Roman" w:hAnsi="Times New Roman" w:cs="Times New Roman"/>
                <w:sz w:val="24"/>
                <w:szCs w:val="24"/>
                <w:lang w:val="ru-RU"/>
              </w:rPr>
            </w:pPr>
            <w:r w:rsidRPr="006D1F8F">
              <w:rPr>
                <w:rFonts w:ascii="Times New Roman" w:eastAsia="Times New Roman" w:hAnsi="Times New Roman" w:cs="Times New Roman"/>
                <w:b/>
                <w:sz w:val="24"/>
                <w:szCs w:val="24"/>
                <w:lang w:val="ru-RU" w:eastAsia="ru-RU"/>
              </w:rPr>
              <w:t>(вместе с существительным).</w:t>
            </w:r>
          </w:p>
        </w:tc>
        <w:tc>
          <w:tcPr>
            <w:tcW w:w="1701"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before="100" w:beforeAutospacing="1" w:after="100" w:afterAutospacing="1" w:line="360" w:lineRule="auto"/>
              <w:jc w:val="center"/>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rPr>
              <w:t>Род</w:t>
            </w:r>
          </w:p>
        </w:tc>
        <w:tc>
          <w:tcPr>
            <w:tcW w:w="1418"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before="100" w:beforeAutospacing="1" w:after="100" w:afterAutospacing="1" w:line="360" w:lineRule="auto"/>
              <w:jc w:val="center"/>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rPr>
              <w:t>Падеж</w:t>
            </w:r>
          </w:p>
        </w:tc>
        <w:tc>
          <w:tcPr>
            <w:tcW w:w="1843"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before="100" w:beforeAutospacing="1" w:after="100" w:afterAutospacing="1" w:line="360" w:lineRule="auto"/>
              <w:jc w:val="center"/>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rPr>
              <w:t>Число</w:t>
            </w:r>
          </w:p>
        </w:tc>
      </w:tr>
      <w:tr w:rsidR="006D1F8F" w:rsidRPr="006D1F8F" w:rsidTr="006D1F8F">
        <w:trPr>
          <w:trHeight w:val="366"/>
        </w:trPr>
        <w:tc>
          <w:tcPr>
            <w:tcW w:w="4810"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360" w:lineRule="auto"/>
              <w:jc w:val="both"/>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rPr>
              <w:t>В водной  (стихии)</w:t>
            </w:r>
          </w:p>
        </w:tc>
        <w:tc>
          <w:tcPr>
            <w:tcW w:w="1701"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360" w:lineRule="auto"/>
              <w:jc w:val="both"/>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360" w:lineRule="auto"/>
              <w:jc w:val="both"/>
              <w:rPr>
                <w:rFonts w:ascii="Times New Roman" w:eastAsia="Times New Roman" w:hAnsi="Times New Roman" w:cs="Times New Roman"/>
                <w:sz w:val="24"/>
                <w:szCs w:val="24"/>
              </w:rPr>
            </w:pPr>
          </w:p>
        </w:tc>
      </w:tr>
      <w:tr w:rsidR="006D1F8F" w:rsidRPr="006D1F8F" w:rsidTr="006D1F8F">
        <w:trPr>
          <w:trHeight w:val="374"/>
        </w:trPr>
        <w:tc>
          <w:tcPr>
            <w:tcW w:w="4810"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360" w:lineRule="auto"/>
              <w:jc w:val="both"/>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rPr>
              <w:t>Арктического (лета)</w:t>
            </w:r>
          </w:p>
        </w:tc>
        <w:tc>
          <w:tcPr>
            <w:tcW w:w="1701"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360" w:lineRule="auto"/>
              <w:jc w:val="both"/>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360" w:lineRule="auto"/>
              <w:jc w:val="both"/>
              <w:rPr>
                <w:rFonts w:ascii="Times New Roman" w:eastAsia="Times New Roman" w:hAnsi="Times New Roman" w:cs="Times New Roman"/>
                <w:sz w:val="24"/>
                <w:szCs w:val="24"/>
              </w:rPr>
            </w:pPr>
          </w:p>
        </w:tc>
      </w:tr>
      <w:tr w:rsidR="006D1F8F" w:rsidRPr="006D1F8F" w:rsidTr="006D1F8F">
        <w:trPr>
          <w:trHeight w:val="374"/>
        </w:trPr>
        <w:tc>
          <w:tcPr>
            <w:tcW w:w="4810"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360" w:lineRule="auto"/>
              <w:jc w:val="both"/>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rPr>
              <w:t>У крупных  (пингвинов)</w:t>
            </w:r>
          </w:p>
        </w:tc>
        <w:tc>
          <w:tcPr>
            <w:tcW w:w="1701"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360" w:lineRule="auto"/>
              <w:jc w:val="both"/>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360" w:lineRule="auto"/>
              <w:jc w:val="both"/>
              <w:rPr>
                <w:rFonts w:ascii="Times New Roman" w:eastAsia="Times New Roman" w:hAnsi="Times New Roman" w:cs="Times New Roman"/>
                <w:sz w:val="24"/>
                <w:szCs w:val="24"/>
              </w:rPr>
            </w:pPr>
          </w:p>
        </w:tc>
      </w:tr>
    </w:tbl>
    <w:p w:rsidR="006D1F8F" w:rsidRPr="006D1F8F" w:rsidRDefault="006D1F8F" w:rsidP="006D1F8F">
      <w:pPr>
        <w:spacing w:after="0" w:line="240" w:lineRule="auto"/>
        <w:ind w:left="708" w:right="257" w:hanging="541"/>
        <w:jc w:val="both"/>
        <w:rPr>
          <w:rFonts w:ascii="Times New Roman" w:eastAsia="Times New Roman" w:hAnsi="Times New Roman" w:cs="Times New Roman"/>
          <w:b/>
          <w:sz w:val="24"/>
          <w:szCs w:val="24"/>
        </w:rPr>
      </w:pPr>
    </w:p>
    <w:p w:rsidR="006D1F8F" w:rsidRPr="006D1F8F" w:rsidRDefault="006D1F8F" w:rsidP="006D1F8F">
      <w:pPr>
        <w:spacing w:after="0" w:line="240" w:lineRule="auto"/>
        <w:jc w:val="center"/>
        <w:rPr>
          <w:rFonts w:ascii="Times New Roman" w:eastAsia="Calibri" w:hAnsi="Times New Roman" w:cs="Times New Roman"/>
          <w:sz w:val="24"/>
          <w:szCs w:val="24"/>
        </w:rPr>
      </w:pPr>
      <w:r w:rsidRPr="006D1F8F">
        <w:rPr>
          <w:rFonts w:ascii="Times New Roman" w:eastAsia="Calibri" w:hAnsi="Times New Roman" w:cs="Times New Roman"/>
          <w:b/>
          <w:i/>
          <w:sz w:val="24"/>
          <w:szCs w:val="24"/>
          <w:u w:val="single"/>
        </w:rPr>
        <w:t>Математика</w:t>
      </w:r>
    </w:p>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Times New Roman" w:hAnsi="Times New Roman" w:cs="Times New Roman"/>
          <w:b/>
          <w:bCs/>
          <w:sz w:val="24"/>
          <w:szCs w:val="24"/>
          <w:lang w:val="ru-RU"/>
        </w:rPr>
        <w:t xml:space="preserve">Задание 1.  </w:t>
      </w:r>
      <w:r w:rsidRPr="006D1F8F">
        <w:rPr>
          <w:rFonts w:ascii="Times New Roman" w:eastAsia="Calibri" w:hAnsi="Times New Roman" w:cs="Times New Roman"/>
          <w:b/>
          <w:sz w:val="24"/>
          <w:szCs w:val="24"/>
          <w:lang w:val="ru-RU"/>
        </w:rPr>
        <w:t xml:space="preserve">Решите задачу. </w:t>
      </w:r>
    </w:p>
    <w:p w:rsidR="006D1F8F" w:rsidRPr="006D1F8F" w:rsidRDefault="006D1F8F" w:rsidP="006D1F8F">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D1F8F">
        <w:rPr>
          <w:rFonts w:ascii="Times New Roman" w:eastAsia="Times New Roman" w:hAnsi="Times New Roman" w:cs="Times New Roman"/>
          <w:color w:val="000000"/>
          <w:sz w:val="24"/>
          <w:szCs w:val="24"/>
          <w:lang w:val="ru-RU" w:eastAsia="ru-RU"/>
        </w:rPr>
        <w:t xml:space="preserve">Скорость императорского пингвина по воде 20 км/ч, а скорость белухи 45 км/ч. Кто быстрее и на сколько доплывет до айсберга, если расстояние от берега до айсберга 180 км? </w:t>
      </w:r>
    </w:p>
    <w:p w:rsidR="006D1F8F" w:rsidRPr="006D1F8F" w:rsidRDefault="006D1F8F" w:rsidP="006D1F8F">
      <w:pPr>
        <w:spacing w:after="0" w:line="240" w:lineRule="auto"/>
        <w:rPr>
          <w:rFonts w:ascii="Times New Roman" w:eastAsia="Times New Roman" w:hAnsi="Times New Roman" w:cs="Times New Roman"/>
          <w:b/>
          <w:sz w:val="24"/>
          <w:szCs w:val="24"/>
          <w:lang w:val="ru-RU" w:eastAsia="ru-RU"/>
        </w:rPr>
      </w:pPr>
      <w:r w:rsidRPr="006D1F8F">
        <w:rPr>
          <w:rFonts w:ascii="Times New Roman" w:eastAsia="Times New Roman" w:hAnsi="Times New Roman" w:cs="Times New Roman"/>
          <w:b/>
          <w:sz w:val="24"/>
          <w:szCs w:val="24"/>
          <w:lang w:val="ru-RU" w:eastAsia="ru-RU"/>
        </w:rPr>
        <w:t>Отметьте правильное решение задачи:</w:t>
      </w:r>
    </w:p>
    <w:p w:rsidR="006D1F8F" w:rsidRPr="006D1F8F" w:rsidRDefault="00161CFB" w:rsidP="006D1F8F">
      <w:pPr>
        <w:spacing w:after="0" w:line="240" w:lineRule="auto"/>
        <w:rPr>
          <w:rFonts w:ascii="Times New Roman" w:eastAsia="Times New Roman" w:hAnsi="Times New Roman" w:cs="Times New Roman"/>
          <w:sz w:val="24"/>
          <w:szCs w:val="24"/>
          <w:lang w:val="ru-RU"/>
        </w:rPr>
      </w:pPr>
      <w:r w:rsidRPr="00161CFB">
        <w:rPr>
          <w:rFonts w:ascii="Calibri" w:eastAsia="Times New Roman" w:hAnsi="Calibri" w:cs="Times New Roman"/>
          <w:noProof/>
          <w:sz w:val="22"/>
          <w:szCs w:val="22"/>
          <w:lang w:val="ru-RU" w:eastAsia="ru-RU"/>
        </w:rPr>
        <w:pict>
          <v:rect id="Прямоугольник 39523" o:spid="_x0000_s1054" style="position:absolute;margin-left:-22.8pt;margin-top:1.8pt;width:16.5pt;height:15pt;flip:y;z-index:2517288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">
            <w10:wrap anchorx="margin"/>
          </v:rect>
        </w:pict>
      </w:r>
      <w:r w:rsidR="006D1F8F" w:rsidRPr="006D1F8F">
        <w:rPr>
          <w:rFonts w:ascii="Times New Roman" w:eastAsia="Times New Roman" w:hAnsi="Times New Roman" w:cs="Times New Roman"/>
          <w:sz w:val="24"/>
          <w:szCs w:val="24"/>
          <w:lang w:val="ru-RU"/>
        </w:rPr>
        <w:t xml:space="preserve">  1)   180: 20 + 180:45  = 13  (ч) </w:t>
      </w:r>
    </w:p>
    <w:p w:rsidR="006D1F8F" w:rsidRPr="006D1F8F" w:rsidRDefault="00161CFB" w:rsidP="006D1F8F">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w:pict>
          <v:rect id="Прямоугольник 39522" o:spid="_x0000_s1053" style="position:absolute;margin-left:-22.8pt;margin-top:3pt;width:16.5pt;height:15pt;flip:y;z-index:2517299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">
            <w10:wrap anchorx="margin"/>
          </v:rect>
        </w:pict>
      </w:r>
      <w:r w:rsidR="006D1F8F" w:rsidRPr="006D1F8F">
        <w:rPr>
          <w:rFonts w:ascii="Times New Roman" w:eastAsia="Times New Roman" w:hAnsi="Times New Roman" w:cs="Times New Roman"/>
          <w:sz w:val="24"/>
          <w:szCs w:val="24"/>
          <w:lang w:val="ru-RU" w:eastAsia="ru-RU"/>
        </w:rPr>
        <w:t xml:space="preserve">  2)  </w:t>
      </w:r>
      <w:r w:rsidR="006D1F8F" w:rsidRPr="006D1F8F">
        <w:rPr>
          <w:rFonts w:ascii="Times New Roman" w:eastAsia="Times New Roman" w:hAnsi="Times New Roman" w:cs="Times New Roman"/>
          <w:color w:val="000000"/>
          <w:sz w:val="24"/>
          <w:szCs w:val="24"/>
          <w:lang w:val="ru-RU" w:eastAsia="ru-RU"/>
        </w:rPr>
        <w:t>180: 20 -180:45  = 5   (ч)</w:t>
      </w:r>
    </w:p>
    <w:p w:rsidR="006D1F8F" w:rsidRPr="006D1F8F" w:rsidRDefault="00161CFB" w:rsidP="006D1F8F">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w:pict>
          <v:rect id="Прямоугольник 39521" o:spid="_x0000_s1052" style="position:absolute;margin-left:-22.8pt;margin-top:4.2pt;width:16.5pt;height:15pt;flip:y;z-index:2517309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">
            <w10:wrap anchorx="margin"/>
          </v:rect>
        </w:pict>
      </w:r>
      <w:r w:rsidR="006D1F8F" w:rsidRPr="006D1F8F">
        <w:rPr>
          <w:rFonts w:ascii="Times New Roman" w:eastAsia="Times New Roman" w:hAnsi="Times New Roman" w:cs="Times New Roman"/>
          <w:color w:val="000000"/>
          <w:sz w:val="24"/>
          <w:szCs w:val="24"/>
          <w:lang w:val="ru-RU" w:eastAsia="ru-RU"/>
        </w:rPr>
        <w:t xml:space="preserve"> 3)   180: 20 + 180:45  = 13  (км/ч)</w:t>
      </w:r>
    </w:p>
    <w:p w:rsidR="006D1F8F" w:rsidRPr="006D1F8F" w:rsidRDefault="006D1F8F" w:rsidP="006D1F8F">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6D1F8F" w:rsidRPr="006D1F8F" w:rsidRDefault="006D1F8F" w:rsidP="006D1F8F">
      <w:pPr>
        <w:spacing w:after="0" w:line="240" w:lineRule="auto"/>
        <w:rPr>
          <w:rFonts w:ascii="Times New Roman" w:eastAsia="Calibri" w:hAnsi="Times New Roman" w:cs="Times New Roman"/>
          <w:b/>
          <w:sz w:val="24"/>
          <w:szCs w:val="24"/>
          <w:lang w:val="ru-RU"/>
        </w:rPr>
      </w:pPr>
      <w:r w:rsidRPr="006D1F8F">
        <w:rPr>
          <w:rFonts w:ascii="Times New Roman" w:eastAsia="Times New Roman" w:hAnsi="Times New Roman" w:cs="Times New Roman"/>
          <w:b/>
          <w:bCs/>
          <w:sz w:val="24"/>
          <w:szCs w:val="24"/>
          <w:lang w:val="ru-RU"/>
        </w:rPr>
        <w:t xml:space="preserve">Задание 2.  </w:t>
      </w:r>
      <w:r w:rsidRPr="006D1F8F">
        <w:rPr>
          <w:rFonts w:ascii="Times New Roman" w:eastAsia="Calibri" w:hAnsi="Times New Roman" w:cs="Times New Roman"/>
          <w:b/>
          <w:sz w:val="24"/>
          <w:szCs w:val="24"/>
          <w:lang w:val="ru-RU"/>
        </w:rPr>
        <w:t>Укажите, какая запись соответствует числу 3</w:t>
      </w:r>
      <w:r w:rsidRPr="006D1F8F">
        <w:rPr>
          <w:rFonts w:ascii="Times New Roman" w:eastAsia="Calibri" w:hAnsi="Times New Roman" w:cs="Times New Roman"/>
          <w:b/>
          <w:sz w:val="24"/>
          <w:szCs w:val="24"/>
        </w:rPr>
        <w:t> </w:t>
      </w:r>
      <w:r w:rsidRPr="006D1F8F">
        <w:rPr>
          <w:rFonts w:ascii="Times New Roman" w:eastAsia="Calibri" w:hAnsi="Times New Roman" w:cs="Times New Roman"/>
          <w:b/>
          <w:sz w:val="24"/>
          <w:szCs w:val="24"/>
          <w:lang w:val="ru-RU"/>
        </w:rPr>
        <w:t>400</w:t>
      </w:r>
      <w:r w:rsidRPr="006D1F8F">
        <w:rPr>
          <w:rFonts w:ascii="Times New Roman" w:eastAsia="Calibri" w:hAnsi="Times New Roman" w:cs="Times New Roman"/>
          <w:b/>
          <w:sz w:val="24"/>
          <w:szCs w:val="24"/>
        </w:rPr>
        <w:t> </w:t>
      </w:r>
      <w:r w:rsidRPr="006D1F8F">
        <w:rPr>
          <w:rFonts w:ascii="Times New Roman" w:eastAsia="Calibri" w:hAnsi="Times New Roman" w:cs="Times New Roman"/>
          <w:b/>
          <w:sz w:val="24"/>
          <w:szCs w:val="24"/>
          <w:lang w:val="ru-RU"/>
        </w:rPr>
        <w:t>020?</w:t>
      </w:r>
    </w:p>
    <w:p w:rsidR="006D1F8F" w:rsidRPr="006D1F8F" w:rsidRDefault="006D1F8F" w:rsidP="006D1F8F">
      <w:pPr>
        <w:spacing w:after="0" w:line="240" w:lineRule="auto"/>
        <w:rPr>
          <w:rFonts w:ascii="Times New Roman" w:eastAsia="Times New Roman" w:hAnsi="Times New Roman" w:cs="Times New Roman"/>
          <w:b/>
          <w:sz w:val="24"/>
          <w:szCs w:val="24"/>
          <w:lang w:val="ru-RU" w:eastAsia="ru-RU"/>
        </w:rPr>
      </w:pPr>
      <w:r w:rsidRPr="006D1F8F">
        <w:rPr>
          <w:rFonts w:ascii="Times New Roman" w:eastAsia="Times New Roman" w:hAnsi="Times New Roman" w:cs="Times New Roman"/>
          <w:b/>
          <w:sz w:val="24"/>
          <w:szCs w:val="24"/>
          <w:lang w:val="ru-RU" w:eastAsia="ru-RU"/>
        </w:rPr>
        <w:t xml:space="preserve">                    Отметьте правильное решение задачи:</w:t>
      </w:r>
    </w:p>
    <w:p w:rsidR="006D1F8F" w:rsidRPr="006D1F8F" w:rsidRDefault="00161CFB" w:rsidP="006D1F8F">
      <w:pPr>
        <w:tabs>
          <w:tab w:val="left" w:pos="540"/>
        </w:tabs>
        <w:spacing w:after="0" w:line="240" w:lineRule="auto"/>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9520" o:spid="_x0000_s1051" style="position:absolute;margin-left:0;margin-top:1.5pt;width:15.75pt;height:14.25pt;flip:y;z-index:2517319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">
            <w10:wrap anchorx="margin"/>
          </v:rect>
        </w:pict>
      </w:r>
      <w:r w:rsidR="006D1F8F" w:rsidRPr="006D1F8F">
        <w:rPr>
          <w:rFonts w:ascii="Times New Roman" w:eastAsia="Calibri" w:hAnsi="Times New Roman" w:cs="Times New Roman"/>
          <w:sz w:val="24"/>
          <w:szCs w:val="24"/>
          <w:lang w:val="ru-RU"/>
        </w:rPr>
        <w:t xml:space="preserve">        три миллиона сорок тысяч двадцать; </w:t>
      </w:r>
    </w:p>
    <w:p w:rsidR="006D1F8F" w:rsidRPr="006D1F8F" w:rsidRDefault="00161CFB" w:rsidP="006D1F8F">
      <w:pPr>
        <w:tabs>
          <w:tab w:val="left" w:pos="540"/>
        </w:tabs>
        <w:spacing w:after="0" w:line="240" w:lineRule="auto"/>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1" o:spid="_x0000_s1050" style="position:absolute;margin-left:0;margin-top:.85pt;width:15pt;height:14.25pt;flip:y;z-index:25173299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">
            <w10:wrap anchorx="margin"/>
          </v:rect>
        </w:pict>
      </w:r>
      <w:r w:rsidR="006D1F8F" w:rsidRPr="006D1F8F">
        <w:rPr>
          <w:rFonts w:ascii="Times New Roman" w:eastAsia="Calibri" w:hAnsi="Times New Roman" w:cs="Times New Roman"/>
          <w:sz w:val="24"/>
          <w:szCs w:val="24"/>
          <w:lang w:val="ru-RU"/>
        </w:rPr>
        <w:t xml:space="preserve">        тридцать четыре тысячи двадцать;</w:t>
      </w:r>
    </w:p>
    <w:p w:rsidR="006D1F8F" w:rsidRPr="006D1F8F" w:rsidRDefault="00161CFB" w:rsidP="006D1F8F">
      <w:pPr>
        <w:tabs>
          <w:tab w:val="left" w:pos="540"/>
        </w:tabs>
        <w:spacing w:after="0" w:line="240" w:lineRule="auto"/>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30" o:spid="_x0000_s1049" style="position:absolute;margin-left:0;margin-top:1.25pt;width:15.75pt;height:15.75pt;flip:y;z-index:25173401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">
            <w10:wrap anchorx="margin"/>
          </v:rect>
        </w:pict>
      </w:r>
      <w:r w:rsidR="006D1F8F" w:rsidRPr="006D1F8F">
        <w:rPr>
          <w:rFonts w:ascii="Times New Roman" w:eastAsia="Calibri" w:hAnsi="Times New Roman" w:cs="Times New Roman"/>
          <w:sz w:val="24"/>
          <w:szCs w:val="24"/>
          <w:lang w:val="ru-RU"/>
        </w:rPr>
        <w:t xml:space="preserve">        три миллиона четыреста тысяч двадцать;</w:t>
      </w:r>
    </w:p>
    <w:p w:rsidR="006D1F8F" w:rsidRPr="006D1F8F" w:rsidRDefault="00161CFB" w:rsidP="006D1F8F">
      <w:pPr>
        <w:tabs>
          <w:tab w:val="left" w:pos="540"/>
        </w:tabs>
        <w:spacing w:after="0" w:line="240" w:lineRule="auto"/>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29" o:spid="_x0000_s1048" style="position:absolute;margin-left:0;margin-top:.15pt;width:16.5pt;height:15pt;flip:y;z-index:251735040;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">
            <w10:wrap anchorx="margin"/>
          </v:rect>
        </w:pict>
      </w:r>
      <w:r w:rsidR="006D1F8F" w:rsidRPr="006D1F8F">
        <w:rPr>
          <w:rFonts w:ascii="Times New Roman" w:eastAsia="Calibri" w:hAnsi="Times New Roman" w:cs="Times New Roman"/>
          <w:sz w:val="24"/>
          <w:szCs w:val="24"/>
          <w:lang w:val="ru-RU"/>
        </w:rPr>
        <w:t xml:space="preserve">        три миллиона четыреста двадцать.</w:t>
      </w:r>
    </w:p>
    <w:p w:rsidR="006D1F8F" w:rsidRPr="006D1F8F" w:rsidRDefault="006D1F8F" w:rsidP="006D1F8F">
      <w:pPr>
        <w:spacing w:after="0" w:line="240" w:lineRule="auto"/>
        <w:ind w:left="708" w:right="257" w:hanging="541"/>
        <w:jc w:val="both"/>
        <w:rPr>
          <w:rFonts w:ascii="Times New Roman" w:eastAsia="Times New Roman" w:hAnsi="Times New Roman" w:cs="Times New Roman"/>
          <w:b/>
          <w:sz w:val="24"/>
          <w:szCs w:val="24"/>
          <w:lang w:val="ru-RU"/>
        </w:rPr>
      </w:pPr>
    </w:p>
    <w:p w:rsidR="006D1F8F" w:rsidRPr="006D1F8F" w:rsidRDefault="006D1F8F" w:rsidP="006D1F8F">
      <w:pPr>
        <w:spacing w:after="0" w:line="240" w:lineRule="auto"/>
        <w:jc w:val="both"/>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Задание 3.  Изучи таблицу и заполни её в бланке ответов.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6D1F8F" w:rsidRPr="006D1F8F" w:rsidTr="006D1F8F">
        <w:tc>
          <w:tcPr>
            <w:tcW w:w="2392" w:type="dxa"/>
            <w:vMerge w:val="restart"/>
            <w:tcBorders>
              <w:top w:val="single" w:sz="4" w:space="0" w:color="auto"/>
              <w:left w:val="single" w:sz="4" w:space="0" w:color="auto"/>
              <w:bottom w:val="single" w:sz="4" w:space="0" w:color="auto"/>
              <w:right w:val="single" w:sz="4" w:space="0" w:color="auto"/>
            </w:tcBorders>
            <w:vAlign w:val="center"/>
            <w:hideMark/>
          </w:tcPr>
          <w:p w:rsidR="006D1F8F" w:rsidRPr="006D1F8F" w:rsidRDefault="006D1F8F" w:rsidP="006D1F8F">
            <w:pPr>
              <w:spacing w:after="0" w:line="240" w:lineRule="auto"/>
              <w:jc w:val="center"/>
              <w:rPr>
                <w:rFonts w:ascii="Times New Roman" w:eastAsia="Calibri" w:hAnsi="Times New Roman" w:cs="Times New Roman"/>
                <w:sz w:val="24"/>
                <w:szCs w:val="24"/>
              </w:rPr>
            </w:pPr>
            <w:r w:rsidRPr="006D1F8F">
              <w:rPr>
                <w:rFonts w:ascii="Times New Roman" w:eastAsia="Calibri" w:hAnsi="Times New Roman" w:cs="Times New Roman"/>
                <w:sz w:val="24"/>
                <w:szCs w:val="24"/>
              </w:rPr>
              <w:t>Название</w:t>
            </w:r>
          </w:p>
        </w:tc>
        <w:tc>
          <w:tcPr>
            <w:tcW w:w="7179" w:type="dxa"/>
            <w:gridSpan w:val="3"/>
            <w:tcBorders>
              <w:top w:val="single" w:sz="4" w:space="0" w:color="auto"/>
              <w:left w:val="single" w:sz="4" w:space="0" w:color="auto"/>
              <w:bottom w:val="single" w:sz="4" w:space="0" w:color="auto"/>
              <w:right w:val="single" w:sz="4" w:space="0" w:color="auto"/>
            </w:tcBorders>
            <w:vAlign w:val="center"/>
            <w:hideMark/>
          </w:tcPr>
          <w:p w:rsidR="006D1F8F" w:rsidRPr="006D1F8F" w:rsidRDefault="006D1F8F" w:rsidP="006D1F8F">
            <w:pPr>
              <w:spacing w:after="0" w:line="240" w:lineRule="auto"/>
              <w:jc w:val="center"/>
              <w:rPr>
                <w:rFonts w:ascii="Times New Roman" w:eastAsia="Calibri" w:hAnsi="Times New Roman" w:cs="Times New Roman"/>
                <w:sz w:val="24"/>
                <w:szCs w:val="24"/>
              </w:rPr>
            </w:pPr>
            <w:r w:rsidRPr="006D1F8F">
              <w:rPr>
                <w:rFonts w:ascii="Times New Roman" w:eastAsia="Calibri" w:hAnsi="Times New Roman" w:cs="Times New Roman"/>
                <w:sz w:val="24"/>
                <w:szCs w:val="24"/>
              </w:rPr>
              <w:t>Вес животного в (кг)</w:t>
            </w:r>
          </w:p>
        </w:tc>
      </w:tr>
      <w:tr w:rsidR="006D1F8F" w:rsidRPr="006D1F8F" w:rsidTr="006D1F8F">
        <w:tc>
          <w:tcPr>
            <w:tcW w:w="0" w:type="auto"/>
            <w:vMerge/>
            <w:tcBorders>
              <w:top w:val="single" w:sz="4" w:space="0" w:color="auto"/>
              <w:left w:val="single" w:sz="4" w:space="0" w:color="auto"/>
              <w:bottom w:val="single" w:sz="4" w:space="0" w:color="auto"/>
              <w:right w:val="single" w:sz="4" w:space="0" w:color="auto"/>
            </w:tcBorders>
            <w:vAlign w:val="center"/>
            <w:hideMark/>
          </w:tcPr>
          <w:p w:rsidR="006D1F8F" w:rsidRPr="006D1F8F" w:rsidRDefault="006D1F8F" w:rsidP="006D1F8F">
            <w:pPr>
              <w:spacing w:after="0" w:line="240" w:lineRule="auto"/>
              <w:rPr>
                <w:rFonts w:ascii="Times New Roman" w:eastAsia="Calibri"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vAlign w:val="center"/>
            <w:hideMark/>
          </w:tcPr>
          <w:p w:rsidR="006D1F8F" w:rsidRPr="006D1F8F" w:rsidRDefault="006D1F8F" w:rsidP="006D1F8F">
            <w:pPr>
              <w:spacing w:after="0" w:line="240" w:lineRule="auto"/>
              <w:jc w:val="center"/>
              <w:rPr>
                <w:rFonts w:ascii="Times New Roman" w:eastAsia="Calibri" w:hAnsi="Times New Roman" w:cs="Times New Roman"/>
                <w:sz w:val="24"/>
                <w:szCs w:val="24"/>
              </w:rPr>
            </w:pPr>
            <w:r w:rsidRPr="006D1F8F">
              <w:rPr>
                <w:rFonts w:ascii="Times New Roman" w:eastAsia="Calibri" w:hAnsi="Times New Roman" w:cs="Times New Roman"/>
                <w:sz w:val="24"/>
                <w:szCs w:val="24"/>
              </w:rPr>
              <w:t>1 животное</w:t>
            </w:r>
          </w:p>
        </w:tc>
        <w:tc>
          <w:tcPr>
            <w:tcW w:w="2393" w:type="dxa"/>
            <w:tcBorders>
              <w:top w:val="single" w:sz="4" w:space="0" w:color="auto"/>
              <w:left w:val="single" w:sz="4" w:space="0" w:color="auto"/>
              <w:bottom w:val="single" w:sz="4" w:space="0" w:color="auto"/>
              <w:right w:val="single" w:sz="4" w:space="0" w:color="auto"/>
            </w:tcBorders>
            <w:vAlign w:val="center"/>
            <w:hideMark/>
          </w:tcPr>
          <w:p w:rsidR="006D1F8F" w:rsidRPr="006D1F8F" w:rsidRDefault="006D1F8F" w:rsidP="006D1F8F">
            <w:pPr>
              <w:spacing w:after="0" w:line="240" w:lineRule="auto"/>
              <w:jc w:val="center"/>
              <w:rPr>
                <w:rFonts w:ascii="Times New Roman" w:eastAsia="Calibri" w:hAnsi="Times New Roman" w:cs="Times New Roman"/>
                <w:sz w:val="24"/>
                <w:szCs w:val="24"/>
              </w:rPr>
            </w:pPr>
            <w:r w:rsidRPr="006D1F8F">
              <w:rPr>
                <w:rFonts w:ascii="Times New Roman" w:eastAsia="Calibri" w:hAnsi="Times New Roman" w:cs="Times New Roman"/>
                <w:sz w:val="24"/>
                <w:szCs w:val="24"/>
              </w:rPr>
              <w:t>3 животных</w:t>
            </w:r>
          </w:p>
        </w:tc>
        <w:tc>
          <w:tcPr>
            <w:tcW w:w="2393" w:type="dxa"/>
            <w:tcBorders>
              <w:top w:val="single" w:sz="4" w:space="0" w:color="auto"/>
              <w:left w:val="single" w:sz="4" w:space="0" w:color="auto"/>
              <w:bottom w:val="single" w:sz="4" w:space="0" w:color="auto"/>
              <w:right w:val="single" w:sz="4" w:space="0" w:color="auto"/>
            </w:tcBorders>
            <w:vAlign w:val="center"/>
            <w:hideMark/>
          </w:tcPr>
          <w:p w:rsidR="006D1F8F" w:rsidRPr="006D1F8F" w:rsidRDefault="006D1F8F" w:rsidP="006D1F8F">
            <w:pPr>
              <w:spacing w:after="0" w:line="240" w:lineRule="auto"/>
              <w:jc w:val="center"/>
              <w:rPr>
                <w:rFonts w:ascii="Times New Roman" w:eastAsia="Calibri" w:hAnsi="Times New Roman" w:cs="Times New Roman"/>
                <w:sz w:val="24"/>
                <w:szCs w:val="24"/>
              </w:rPr>
            </w:pPr>
            <w:r w:rsidRPr="006D1F8F">
              <w:rPr>
                <w:rFonts w:ascii="Times New Roman" w:eastAsia="Calibri" w:hAnsi="Times New Roman" w:cs="Times New Roman"/>
                <w:sz w:val="24"/>
                <w:szCs w:val="24"/>
              </w:rPr>
              <w:t>5 животных</w:t>
            </w:r>
          </w:p>
        </w:tc>
      </w:tr>
      <w:tr w:rsidR="006D1F8F" w:rsidRPr="006D1F8F" w:rsidTr="006D1F8F">
        <w:tc>
          <w:tcPr>
            <w:tcW w:w="2392" w:type="dxa"/>
            <w:tcBorders>
              <w:top w:val="single" w:sz="4" w:space="0" w:color="auto"/>
              <w:left w:val="single" w:sz="4" w:space="0" w:color="auto"/>
              <w:bottom w:val="single" w:sz="4" w:space="0" w:color="auto"/>
              <w:right w:val="single" w:sz="4" w:space="0" w:color="auto"/>
            </w:tcBorders>
            <w:vAlign w:val="center"/>
            <w:hideMark/>
          </w:tcPr>
          <w:p w:rsidR="006D1F8F" w:rsidRPr="006D1F8F" w:rsidRDefault="006D1F8F" w:rsidP="006D1F8F">
            <w:pPr>
              <w:spacing w:after="0" w:line="240" w:lineRule="auto"/>
              <w:jc w:val="center"/>
              <w:rPr>
                <w:rFonts w:ascii="Times New Roman" w:eastAsia="Calibri" w:hAnsi="Times New Roman" w:cs="Times New Roman"/>
                <w:sz w:val="24"/>
                <w:szCs w:val="24"/>
              </w:rPr>
            </w:pPr>
            <w:r w:rsidRPr="006D1F8F">
              <w:rPr>
                <w:rFonts w:ascii="Times New Roman" w:eastAsia="Calibri" w:hAnsi="Times New Roman" w:cs="Times New Roman"/>
                <w:sz w:val="24"/>
                <w:szCs w:val="24"/>
              </w:rPr>
              <w:t>Пингвин</w:t>
            </w:r>
          </w:p>
        </w:tc>
        <w:tc>
          <w:tcPr>
            <w:tcW w:w="2393" w:type="dxa"/>
            <w:tcBorders>
              <w:top w:val="single" w:sz="4" w:space="0" w:color="auto"/>
              <w:left w:val="single" w:sz="4" w:space="0" w:color="auto"/>
              <w:bottom w:val="single" w:sz="4" w:space="0" w:color="auto"/>
              <w:right w:val="single" w:sz="4" w:space="0" w:color="auto"/>
            </w:tcBorders>
            <w:vAlign w:val="center"/>
            <w:hideMark/>
          </w:tcPr>
          <w:p w:rsidR="006D1F8F" w:rsidRPr="006D1F8F" w:rsidRDefault="006D1F8F" w:rsidP="006D1F8F">
            <w:pPr>
              <w:spacing w:after="0" w:line="240" w:lineRule="auto"/>
              <w:jc w:val="center"/>
              <w:rPr>
                <w:rFonts w:ascii="Times New Roman" w:eastAsia="Calibri" w:hAnsi="Times New Roman" w:cs="Times New Roman"/>
                <w:sz w:val="24"/>
                <w:szCs w:val="24"/>
              </w:rPr>
            </w:pPr>
            <w:r w:rsidRPr="006D1F8F">
              <w:rPr>
                <w:rFonts w:ascii="Times New Roman" w:eastAsia="Calibri" w:hAnsi="Times New Roman" w:cs="Times New Roman"/>
                <w:sz w:val="24"/>
                <w:szCs w:val="24"/>
              </w:rPr>
              <w:t>40 кг</w:t>
            </w:r>
          </w:p>
        </w:tc>
        <w:tc>
          <w:tcPr>
            <w:tcW w:w="2393" w:type="dxa"/>
            <w:tcBorders>
              <w:top w:val="single" w:sz="4" w:space="0" w:color="auto"/>
              <w:left w:val="single" w:sz="4" w:space="0" w:color="auto"/>
              <w:bottom w:val="single" w:sz="4" w:space="0" w:color="auto"/>
              <w:right w:val="single" w:sz="4" w:space="0" w:color="auto"/>
            </w:tcBorders>
            <w:vAlign w:val="center"/>
          </w:tcPr>
          <w:p w:rsidR="006D1F8F" w:rsidRPr="006D1F8F" w:rsidRDefault="006D1F8F" w:rsidP="006D1F8F">
            <w:pPr>
              <w:spacing w:after="0" w:line="240" w:lineRule="auto"/>
              <w:jc w:val="center"/>
              <w:rPr>
                <w:rFonts w:ascii="Times New Roman" w:eastAsia="Calibri"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vAlign w:val="center"/>
          </w:tcPr>
          <w:p w:rsidR="006D1F8F" w:rsidRPr="006D1F8F" w:rsidRDefault="006D1F8F" w:rsidP="006D1F8F">
            <w:pPr>
              <w:spacing w:after="0" w:line="240" w:lineRule="auto"/>
              <w:jc w:val="center"/>
              <w:rPr>
                <w:rFonts w:ascii="Times New Roman" w:eastAsia="Calibri" w:hAnsi="Times New Roman" w:cs="Times New Roman"/>
                <w:sz w:val="24"/>
                <w:szCs w:val="24"/>
              </w:rPr>
            </w:pPr>
          </w:p>
        </w:tc>
      </w:tr>
      <w:tr w:rsidR="006D1F8F" w:rsidRPr="006D1F8F" w:rsidTr="006D1F8F">
        <w:tc>
          <w:tcPr>
            <w:tcW w:w="2392" w:type="dxa"/>
            <w:tcBorders>
              <w:top w:val="single" w:sz="4" w:space="0" w:color="auto"/>
              <w:left w:val="single" w:sz="4" w:space="0" w:color="auto"/>
              <w:bottom w:val="single" w:sz="4" w:space="0" w:color="auto"/>
              <w:right w:val="single" w:sz="4" w:space="0" w:color="auto"/>
            </w:tcBorders>
            <w:vAlign w:val="center"/>
            <w:hideMark/>
          </w:tcPr>
          <w:p w:rsidR="006D1F8F" w:rsidRPr="006D1F8F" w:rsidRDefault="006D1F8F" w:rsidP="006D1F8F">
            <w:pPr>
              <w:spacing w:after="0" w:line="240" w:lineRule="auto"/>
              <w:jc w:val="center"/>
              <w:rPr>
                <w:rFonts w:ascii="Times New Roman" w:eastAsia="Calibri" w:hAnsi="Times New Roman" w:cs="Times New Roman"/>
                <w:sz w:val="24"/>
                <w:szCs w:val="24"/>
              </w:rPr>
            </w:pPr>
            <w:r w:rsidRPr="006D1F8F">
              <w:rPr>
                <w:rFonts w:ascii="Times New Roman" w:eastAsia="Calibri" w:hAnsi="Times New Roman" w:cs="Times New Roman"/>
                <w:sz w:val="24"/>
                <w:szCs w:val="24"/>
              </w:rPr>
              <w:t>Дельфин</w:t>
            </w:r>
          </w:p>
        </w:tc>
        <w:tc>
          <w:tcPr>
            <w:tcW w:w="2393" w:type="dxa"/>
            <w:tcBorders>
              <w:top w:val="single" w:sz="4" w:space="0" w:color="auto"/>
              <w:left w:val="single" w:sz="4" w:space="0" w:color="auto"/>
              <w:bottom w:val="single" w:sz="4" w:space="0" w:color="auto"/>
              <w:right w:val="single" w:sz="4" w:space="0" w:color="auto"/>
            </w:tcBorders>
            <w:vAlign w:val="center"/>
          </w:tcPr>
          <w:p w:rsidR="006D1F8F" w:rsidRPr="006D1F8F" w:rsidRDefault="006D1F8F" w:rsidP="006D1F8F">
            <w:pPr>
              <w:spacing w:after="0" w:line="240" w:lineRule="auto"/>
              <w:jc w:val="center"/>
              <w:rPr>
                <w:rFonts w:ascii="Times New Roman" w:eastAsia="Calibri"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vAlign w:val="center"/>
            <w:hideMark/>
          </w:tcPr>
          <w:p w:rsidR="006D1F8F" w:rsidRPr="006D1F8F" w:rsidRDefault="006D1F8F" w:rsidP="006D1F8F">
            <w:pPr>
              <w:spacing w:after="0" w:line="240" w:lineRule="auto"/>
              <w:jc w:val="center"/>
              <w:rPr>
                <w:rFonts w:ascii="Times New Roman" w:eastAsia="Calibri" w:hAnsi="Times New Roman" w:cs="Times New Roman"/>
                <w:sz w:val="24"/>
                <w:szCs w:val="24"/>
              </w:rPr>
            </w:pPr>
            <w:r w:rsidRPr="006D1F8F">
              <w:rPr>
                <w:rFonts w:ascii="Times New Roman" w:eastAsia="Calibri" w:hAnsi="Times New Roman" w:cs="Times New Roman"/>
                <w:sz w:val="24"/>
                <w:szCs w:val="24"/>
              </w:rPr>
              <w:t>420 кг</w:t>
            </w:r>
          </w:p>
        </w:tc>
        <w:tc>
          <w:tcPr>
            <w:tcW w:w="2393" w:type="dxa"/>
            <w:tcBorders>
              <w:top w:val="single" w:sz="4" w:space="0" w:color="auto"/>
              <w:left w:val="single" w:sz="4" w:space="0" w:color="auto"/>
              <w:bottom w:val="single" w:sz="4" w:space="0" w:color="auto"/>
              <w:right w:val="single" w:sz="4" w:space="0" w:color="auto"/>
            </w:tcBorders>
            <w:vAlign w:val="center"/>
          </w:tcPr>
          <w:p w:rsidR="006D1F8F" w:rsidRPr="006D1F8F" w:rsidRDefault="006D1F8F" w:rsidP="006D1F8F">
            <w:pPr>
              <w:spacing w:after="0" w:line="240" w:lineRule="auto"/>
              <w:jc w:val="center"/>
              <w:rPr>
                <w:rFonts w:ascii="Times New Roman" w:eastAsia="Calibri" w:hAnsi="Times New Roman" w:cs="Times New Roman"/>
                <w:sz w:val="24"/>
                <w:szCs w:val="24"/>
              </w:rPr>
            </w:pPr>
          </w:p>
        </w:tc>
      </w:tr>
      <w:tr w:rsidR="006D1F8F" w:rsidRPr="006D1F8F" w:rsidTr="006D1F8F">
        <w:tc>
          <w:tcPr>
            <w:tcW w:w="2392" w:type="dxa"/>
            <w:tcBorders>
              <w:top w:val="single" w:sz="4" w:space="0" w:color="auto"/>
              <w:left w:val="single" w:sz="4" w:space="0" w:color="auto"/>
              <w:bottom w:val="single" w:sz="4" w:space="0" w:color="auto"/>
              <w:right w:val="single" w:sz="4" w:space="0" w:color="auto"/>
            </w:tcBorders>
            <w:vAlign w:val="center"/>
            <w:hideMark/>
          </w:tcPr>
          <w:p w:rsidR="006D1F8F" w:rsidRPr="006D1F8F" w:rsidRDefault="006D1F8F" w:rsidP="006D1F8F">
            <w:pPr>
              <w:spacing w:after="0" w:line="240" w:lineRule="auto"/>
              <w:jc w:val="center"/>
              <w:rPr>
                <w:rFonts w:ascii="Times New Roman" w:eastAsia="Calibri" w:hAnsi="Times New Roman" w:cs="Times New Roman"/>
                <w:sz w:val="24"/>
                <w:szCs w:val="24"/>
              </w:rPr>
            </w:pPr>
            <w:r w:rsidRPr="006D1F8F">
              <w:rPr>
                <w:rFonts w:ascii="Times New Roman" w:eastAsia="Calibri" w:hAnsi="Times New Roman" w:cs="Times New Roman"/>
                <w:sz w:val="24"/>
                <w:szCs w:val="24"/>
              </w:rPr>
              <w:t>Чайка</w:t>
            </w:r>
          </w:p>
        </w:tc>
        <w:tc>
          <w:tcPr>
            <w:tcW w:w="2393" w:type="dxa"/>
            <w:tcBorders>
              <w:top w:val="single" w:sz="4" w:space="0" w:color="auto"/>
              <w:left w:val="single" w:sz="4" w:space="0" w:color="auto"/>
              <w:bottom w:val="single" w:sz="4" w:space="0" w:color="auto"/>
              <w:right w:val="single" w:sz="4" w:space="0" w:color="auto"/>
            </w:tcBorders>
            <w:vAlign w:val="center"/>
          </w:tcPr>
          <w:p w:rsidR="006D1F8F" w:rsidRPr="006D1F8F" w:rsidRDefault="006D1F8F" w:rsidP="006D1F8F">
            <w:pPr>
              <w:spacing w:after="0" w:line="240" w:lineRule="auto"/>
              <w:jc w:val="center"/>
              <w:rPr>
                <w:rFonts w:ascii="Times New Roman" w:eastAsia="Calibri"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vAlign w:val="center"/>
          </w:tcPr>
          <w:p w:rsidR="006D1F8F" w:rsidRPr="006D1F8F" w:rsidRDefault="006D1F8F" w:rsidP="006D1F8F">
            <w:pPr>
              <w:spacing w:after="0" w:line="240" w:lineRule="auto"/>
              <w:jc w:val="center"/>
              <w:rPr>
                <w:rFonts w:ascii="Times New Roman" w:eastAsia="Calibri"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vAlign w:val="center"/>
            <w:hideMark/>
          </w:tcPr>
          <w:p w:rsidR="006D1F8F" w:rsidRPr="006D1F8F" w:rsidRDefault="006D1F8F" w:rsidP="006D1F8F">
            <w:pPr>
              <w:spacing w:after="0" w:line="240" w:lineRule="auto"/>
              <w:jc w:val="center"/>
              <w:rPr>
                <w:rFonts w:ascii="Times New Roman" w:eastAsia="Calibri" w:hAnsi="Times New Roman" w:cs="Times New Roman"/>
                <w:sz w:val="24"/>
                <w:szCs w:val="24"/>
              </w:rPr>
            </w:pPr>
            <w:r w:rsidRPr="006D1F8F">
              <w:rPr>
                <w:rFonts w:ascii="Times New Roman" w:eastAsia="Calibri" w:hAnsi="Times New Roman" w:cs="Times New Roman"/>
                <w:sz w:val="24"/>
                <w:szCs w:val="24"/>
              </w:rPr>
              <w:t>65 кг</w:t>
            </w:r>
          </w:p>
        </w:tc>
      </w:tr>
    </w:tbl>
    <w:p w:rsidR="006D1F8F" w:rsidRPr="006D1F8F" w:rsidRDefault="006D1F8F" w:rsidP="006D1F8F">
      <w:pPr>
        <w:spacing w:after="0" w:line="240" w:lineRule="auto"/>
        <w:jc w:val="both"/>
        <w:rPr>
          <w:rFonts w:ascii="Times New Roman" w:eastAsia="Calibri" w:hAnsi="Times New Roman" w:cs="Times New Roman"/>
          <w:sz w:val="24"/>
          <w:szCs w:val="24"/>
        </w:rPr>
      </w:pPr>
    </w:p>
    <w:p w:rsidR="006D1F8F" w:rsidRPr="006D1F8F" w:rsidRDefault="006D1F8F" w:rsidP="006D1F8F">
      <w:pPr>
        <w:spacing w:after="0" w:line="240" w:lineRule="auto"/>
        <w:jc w:val="both"/>
        <w:rPr>
          <w:rFonts w:ascii="Times New Roman" w:eastAsia="Calibri" w:hAnsi="Times New Roman" w:cs="Times New Roman"/>
          <w:b/>
          <w:sz w:val="24"/>
          <w:szCs w:val="24"/>
        </w:rPr>
      </w:pPr>
      <w:r w:rsidRPr="006D1F8F">
        <w:rPr>
          <w:rFonts w:ascii="Times New Roman" w:eastAsia="Calibri" w:hAnsi="Times New Roman" w:cs="Times New Roman"/>
          <w:b/>
          <w:sz w:val="24"/>
          <w:szCs w:val="24"/>
          <w:lang w:val="ru-RU"/>
        </w:rPr>
        <w:t xml:space="preserve">Задание 4.  На участке леса квадратной формы поставили заграждение. </w:t>
      </w:r>
      <w:r w:rsidRPr="006D1F8F">
        <w:rPr>
          <w:rFonts w:ascii="Times New Roman" w:eastAsia="Calibri" w:hAnsi="Times New Roman" w:cs="Times New Roman"/>
          <w:b/>
          <w:sz w:val="24"/>
          <w:szCs w:val="24"/>
        </w:rPr>
        <w:t>Какова площадь этого участка, если длина забора 32 метра?</w:t>
      </w:r>
    </w:p>
    <w:tbl>
      <w:tblPr>
        <w:tblW w:w="91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6D1F8F" w:rsidRPr="006D1F8F" w:rsidTr="006D1F8F">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6"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r>
      <w:tr w:rsidR="006D1F8F" w:rsidRPr="006D1F8F" w:rsidTr="006D1F8F">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6"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r>
      <w:tr w:rsidR="006D1F8F" w:rsidRPr="006D1F8F" w:rsidTr="006D1F8F">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6"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r>
      <w:tr w:rsidR="006D1F8F" w:rsidRPr="006D1F8F" w:rsidTr="006D1F8F">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5"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c>
          <w:tcPr>
            <w:tcW w:w="436"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40" w:lineRule="auto"/>
              <w:jc w:val="both"/>
              <w:rPr>
                <w:rFonts w:ascii="Times New Roman" w:eastAsia="Calibri" w:hAnsi="Times New Roman" w:cs="Times New Roman"/>
                <w:sz w:val="24"/>
                <w:szCs w:val="24"/>
              </w:rPr>
            </w:pPr>
          </w:p>
        </w:tc>
      </w:tr>
    </w:tbl>
    <w:p w:rsidR="006D1F8F" w:rsidRPr="006D1F8F" w:rsidRDefault="006D1F8F" w:rsidP="006D1F8F">
      <w:pPr>
        <w:spacing w:after="0" w:line="240" w:lineRule="auto"/>
        <w:jc w:val="both"/>
        <w:rPr>
          <w:rFonts w:ascii="Times New Roman" w:eastAsia="Calibri" w:hAnsi="Times New Roman" w:cs="Times New Roman"/>
          <w:sz w:val="24"/>
          <w:szCs w:val="24"/>
          <w:vertAlign w:val="superscript"/>
        </w:rPr>
      </w:pPr>
      <w:r w:rsidRPr="006D1F8F">
        <w:rPr>
          <w:rFonts w:ascii="Times New Roman" w:eastAsia="Calibri" w:hAnsi="Times New Roman" w:cs="Times New Roman"/>
          <w:sz w:val="24"/>
          <w:szCs w:val="24"/>
        </w:rPr>
        <w:t>Ответ: S _______м</w:t>
      </w:r>
      <w:r w:rsidRPr="006D1F8F">
        <w:rPr>
          <w:rFonts w:ascii="Times New Roman" w:eastAsia="Calibri" w:hAnsi="Times New Roman" w:cs="Times New Roman"/>
          <w:sz w:val="24"/>
          <w:szCs w:val="24"/>
          <w:vertAlign w:val="superscript"/>
        </w:rPr>
        <w:t>2</w:t>
      </w:r>
    </w:p>
    <w:p w:rsidR="006D1F8F" w:rsidRPr="006D1F8F" w:rsidRDefault="006D1F8F" w:rsidP="006D1F8F">
      <w:pPr>
        <w:spacing w:after="0" w:line="240" w:lineRule="auto"/>
        <w:jc w:val="both"/>
        <w:rPr>
          <w:rFonts w:ascii="Times New Roman" w:eastAsia="Calibri" w:hAnsi="Times New Roman" w:cs="Times New Roman"/>
          <w:sz w:val="24"/>
          <w:szCs w:val="24"/>
        </w:rPr>
      </w:pPr>
    </w:p>
    <w:p w:rsidR="006D1F8F" w:rsidRPr="006D1F8F" w:rsidRDefault="006D1F8F" w:rsidP="006D1F8F">
      <w:pPr>
        <w:spacing w:after="0" w:line="240" w:lineRule="auto"/>
        <w:jc w:val="center"/>
        <w:rPr>
          <w:rFonts w:ascii="Times New Roman" w:eastAsia="Calibri" w:hAnsi="Times New Roman" w:cs="Times New Roman"/>
          <w:b/>
          <w:i/>
          <w:sz w:val="24"/>
          <w:szCs w:val="24"/>
        </w:rPr>
      </w:pPr>
      <w:r w:rsidRPr="006D1F8F">
        <w:rPr>
          <w:rFonts w:ascii="Times New Roman" w:eastAsia="Calibri" w:hAnsi="Times New Roman" w:cs="Times New Roman"/>
          <w:b/>
          <w:i/>
          <w:sz w:val="24"/>
          <w:szCs w:val="24"/>
          <w:u w:val="single"/>
        </w:rPr>
        <w:t>Окружающий мир</w:t>
      </w:r>
    </w:p>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Times New Roman" w:hAnsi="Times New Roman" w:cs="Times New Roman"/>
          <w:b/>
          <w:bCs/>
          <w:sz w:val="24"/>
          <w:szCs w:val="24"/>
          <w:lang w:val="ru-RU"/>
        </w:rPr>
        <w:t xml:space="preserve">Задание 1. </w:t>
      </w:r>
      <w:r w:rsidRPr="006D1F8F">
        <w:rPr>
          <w:rFonts w:ascii="Times New Roman" w:eastAsia="Times New Roman" w:hAnsi="Times New Roman" w:cs="Times New Roman"/>
          <w:b/>
          <w:sz w:val="24"/>
          <w:szCs w:val="24"/>
          <w:lang w:val="ru-RU"/>
        </w:rPr>
        <w:t xml:space="preserve">К какой группе животных можно отнести пингвина по способу питания? </w:t>
      </w:r>
      <w:r w:rsidRPr="006D1F8F">
        <w:rPr>
          <w:rFonts w:ascii="Times New Roman" w:eastAsia="Calibri" w:hAnsi="Times New Roman" w:cs="Times New Roman"/>
          <w:b/>
          <w:sz w:val="24"/>
          <w:szCs w:val="24"/>
          <w:lang w:val="ru-RU"/>
        </w:rPr>
        <w:t>Отметьте правильный ответ.</w:t>
      </w:r>
    </w:p>
    <w:p w:rsidR="006D1F8F" w:rsidRPr="006D1F8F" w:rsidRDefault="006D1F8F" w:rsidP="006D1F8F">
      <w:pPr>
        <w:tabs>
          <w:tab w:val="center" w:pos="1367"/>
          <w:tab w:val="center" w:pos="2832"/>
          <w:tab w:val="center" w:pos="3541"/>
          <w:tab w:val="center" w:pos="4249"/>
          <w:tab w:val="center" w:pos="6085"/>
          <w:tab w:val="center" w:pos="7789"/>
        </w:tabs>
        <w:spacing w:after="0" w:line="240" w:lineRule="auto"/>
        <w:rPr>
          <w:rFonts w:ascii="Times New Roman" w:eastAsia="Calibri" w:hAnsi="Times New Roman" w:cs="Times New Roman"/>
          <w:sz w:val="24"/>
          <w:szCs w:val="24"/>
          <w:lang w:val="ru-RU"/>
        </w:rPr>
      </w:pPr>
      <w:r w:rsidRPr="006D1F8F">
        <w:rPr>
          <w:rFonts w:ascii="Times New Roman" w:eastAsia="Times New Roman" w:hAnsi="Times New Roman" w:cs="Times New Roman"/>
          <w:sz w:val="24"/>
          <w:szCs w:val="24"/>
          <w:lang w:val="ru-RU"/>
        </w:rPr>
        <w:t>1) хищник;</w:t>
      </w:r>
      <w:r w:rsidRPr="006D1F8F">
        <w:rPr>
          <w:rFonts w:ascii="Times New Roman" w:eastAsia="Times New Roman" w:hAnsi="Times New Roman" w:cs="Times New Roman"/>
          <w:sz w:val="24"/>
          <w:szCs w:val="24"/>
          <w:lang w:val="ru-RU"/>
        </w:rPr>
        <w:tab/>
      </w:r>
      <w:r w:rsidRPr="006D1F8F">
        <w:rPr>
          <w:rFonts w:ascii="Times New Roman" w:eastAsia="Times New Roman" w:hAnsi="Times New Roman" w:cs="Times New Roman"/>
          <w:sz w:val="24"/>
          <w:szCs w:val="24"/>
          <w:lang w:val="ru-RU"/>
        </w:rPr>
        <w:tab/>
        <w:t xml:space="preserve">           2)  всеядный;             3)</w:t>
      </w:r>
      <w:r w:rsidRPr="006D1F8F">
        <w:rPr>
          <w:rFonts w:ascii="Times New Roman" w:eastAsia="Times New Roman" w:hAnsi="Times New Roman" w:cs="Times New Roman"/>
          <w:sz w:val="24"/>
          <w:szCs w:val="24"/>
          <w:lang w:val="ru-RU"/>
        </w:rPr>
        <w:tab/>
        <w:t xml:space="preserve"> растительноядный;     4) насекомоядный.</w:t>
      </w:r>
    </w:p>
    <w:p w:rsidR="006D1F8F" w:rsidRPr="006D1F8F" w:rsidRDefault="006D1F8F" w:rsidP="006D1F8F">
      <w:pPr>
        <w:spacing w:after="0" w:line="240" w:lineRule="auto"/>
        <w:jc w:val="both"/>
        <w:rPr>
          <w:rFonts w:ascii="Times New Roman" w:eastAsia="Times New Roman" w:hAnsi="Times New Roman" w:cs="Times New Roman"/>
          <w:b/>
          <w:bCs/>
          <w:sz w:val="24"/>
          <w:szCs w:val="24"/>
          <w:lang w:val="ru-RU"/>
        </w:rPr>
      </w:pPr>
    </w:p>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Times New Roman" w:hAnsi="Times New Roman" w:cs="Times New Roman"/>
          <w:b/>
          <w:bCs/>
          <w:sz w:val="24"/>
          <w:szCs w:val="24"/>
          <w:lang w:val="ru-RU"/>
        </w:rPr>
        <w:t xml:space="preserve">Задание 2. </w:t>
      </w:r>
      <w:r w:rsidRPr="006D1F8F">
        <w:rPr>
          <w:rFonts w:ascii="Times New Roman" w:eastAsia="Times New Roman" w:hAnsi="Times New Roman" w:cs="Times New Roman"/>
          <w:b/>
          <w:sz w:val="24"/>
          <w:szCs w:val="24"/>
          <w:lang w:val="ru-RU"/>
        </w:rPr>
        <w:t xml:space="preserve">Выберите корм, которым питается пингвин. </w:t>
      </w:r>
    </w:p>
    <w:p w:rsidR="006D1F8F" w:rsidRPr="006D1F8F" w:rsidRDefault="006D1F8F" w:rsidP="006D1F8F">
      <w:pPr>
        <w:spacing w:after="0" w:line="240" w:lineRule="auto"/>
        <w:ind w:left="708"/>
        <w:rPr>
          <w:rFonts w:ascii="Times New Roman" w:eastAsia="Calibri" w:hAnsi="Times New Roman" w:cs="Times New Roman"/>
          <w:sz w:val="24"/>
          <w:szCs w:val="24"/>
          <w:lang w:val="ru-RU"/>
        </w:rPr>
      </w:pPr>
      <w:r w:rsidRPr="006D1F8F">
        <w:rPr>
          <w:rFonts w:ascii="Times New Roman" w:eastAsia="Calibri" w:hAnsi="Times New Roman" w:cs="Times New Roman"/>
          <w:b/>
          <w:sz w:val="24"/>
          <w:szCs w:val="24"/>
          <w:lang w:val="ru-RU"/>
        </w:rPr>
        <w:t>Отметьте правильный ответ.</w:t>
      </w:r>
    </w:p>
    <w:p w:rsidR="006D1F8F" w:rsidRPr="006D1F8F" w:rsidRDefault="00161CFB" w:rsidP="006D1F8F">
      <w:pPr>
        <w:tabs>
          <w:tab w:val="center" w:pos="1531"/>
          <w:tab w:val="center" w:pos="2832"/>
          <w:tab w:val="center" w:pos="3541"/>
          <w:tab w:val="center" w:pos="4249"/>
          <w:tab w:val="center" w:pos="5726"/>
        </w:tabs>
        <w:spacing w:after="0" w:line="240" w:lineRule="auto"/>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group id="Группа 83" o:spid="_x0000_s1045" style="position:absolute;margin-left:18.1pt;margin-top:.85pt;width:14.15pt;height:34.35pt;z-index:251736064" coordsize="179705,43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">
            <v:shape id="Shape 3517" o:spid="_x0000_s1047" style="position:absolute;width:179705;height:179705;visibility:visible" coordsize="179705,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Q4+sMA&#10;AADbAAAADwAAAGRycy9kb3ducmV2LnhtbESPX2vCQBDE3wt+h2MLfauX/qGE6CkiiH3VFsS39W5N&#10;orm9kFtj9NP3CoU+DjPzG2Y6H3yjeupiHdjAyzgDRWyDq7k08P21es5BRUF22AQmAzeKMJ+NHqZY&#10;uHDlDfVbKVWCcCzQQCXSFlpHW5HHOA4tcfKOofMoSXaldh1eE9w3+jXLPrTHmtNChS0tK7Ln7cUb&#10;2G8W9nRr1ge57PJ7L259X9o3Y54eh8UElNAg/+G/9qczkL/D75f0A/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Q4+sMAAADbAAAADwAAAAAAAAAAAAAAAACYAgAAZHJzL2Rv&#10;d25yZXYueG1sUEsFBgAAAAAEAAQA9QAAAIgDAAAAAA==&#10;" adj="0,,0" path="m,179705r179705,l179705,,,,,179705xe" filled="f">
              <v:stroke miterlimit="83231f" joinstyle="miter"/>
              <v:formulas/>
              <v:path arrowok="t" o:connecttype="custom" o:connectlocs="0,179705;179705,179705;179705,0;0,0;0,179705" o:connectangles="0,0,0,0,0" textboxrect="0,0,179705,179705"/>
            </v:shape>
            <v:shape id="Shape 3519" o:spid="_x0000_s1046" style="position:absolute;top:256349;width:179705;height:179705;visibility:visible" coordsize="179705,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dYcMA&#10;AADbAAAADwAAAGRycy9kb3ducmV2LnhtbESPQWvCQBSE7wX/w/IKvdVNW1pCdBURxF61BfH23H0m&#10;0ezbkH3G6K/vFgo9DjPzDTOdD75RPXWxDmzgZZyBIrbB1Vwa+P5aPeegoiA7bAKTgRtFmM9GD1Ms&#10;XLjyhvqtlCpBOBZooBJpC62jrchjHIeWOHnH0HmUJLtSuw6vCe4b/ZplH9pjzWmhwpaWFdnz9uIN&#10;7DcLe7o164Ncdvm9F7e+L+2bMU+Pw2ICSmiQ//Bf+9MZyN/h90v6AX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idYcMAAADbAAAADwAAAAAAAAAAAAAAAACYAgAAZHJzL2Rv&#10;d25yZXYueG1sUEsFBgAAAAAEAAQA9QAAAIgDAAAAAA==&#10;" adj="0,,0" path="m,179705r179705,l179705,,,,,179705xe" filled="f">
              <v:stroke miterlimit="83231f" joinstyle="miter"/>
              <v:formulas/>
              <v:path arrowok="t" o:connecttype="custom" o:connectlocs="0,179705;179705,179705;179705,0;0,0;0,179705" o:connectangles="0,0,0,0,0" textboxrect="0,0,179705,179705"/>
            </v:shape>
            <w10:wrap type="square"/>
          </v:group>
        </w:pict>
      </w:r>
      <w:r w:rsidRPr="00161CFB">
        <w:rPr>
          <w:rFonts w:ascii="Calibri" w:eastAsia="Calibri" w:hAnsi="Calibri" w:cs="Times New Roman"/>
          <w:noProof/>
          <w:sz w:val="22"/>
          <w:szCs w:val="22"/>
          <w:lang w:val="ru-RU" w:eastAsia="ru-RU"/>
        </w:rPr>
        <w:pict>
          <v:group id="Группа 86" o:spid="_x0000_s1042" style="position:absolute;margin-left:231.75pt;margin-top:1pt;width:17.15pt;height:38.05pt;z-index:251737088;mso-width-relative:margin;mso-height-relative:margin" coordsize="179705,43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">
            <v:shape id="Shape 3521" o:spid="_x0000_s1044" style="position:absolute;width:179705;height:179705;visibility:visible" coordsize="179705,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mjcMA&#10;AADbAAAADwAAAGRycy9kb3ducmV2LnhtbESPQWvCQBSE7wX/w/IKvdVNW2hDdBURxF61BfH23H0m&#10;0ezbkH3G6K/vFgo9DjPzDTOdD75RPXWxDmzgZZyBIrbB1Vwa+P5aPeegoiA7bAKTgRtFmM9GD1Ms&#10;XLjyhvqtlCpBOBZooBJpC62jrchjHIeWOHnH0HmUJLtSuw6vCe4b/Zpl79pjzWmhwpaWFdnz9uIN&#10;7DcLe7o164Ncdvm9F7e+L+2bMU+Pw2ICSmiQ//Bf+9MZyD/g90v6AX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amjcMAAADbAAAADwAAAAAAAAAAAAAAAACYAgAAZHJzL2Rv&#10;d25yZXYueG1sUEsFBgAAAAAEAAQA9QAAAIgDAAAAAA==&#10;" adj="0,,0" path="m,179705r179705,l179705,,,,,179705xe" filled="f">
              <v:stroke miterlimit="83231f" joinstyle="miter"/>
              <v:formulas/>
              <v:path arrowok="t" o:connecttype="custom" o:connectlocs="0,179705;179705,179705;179705,0;0,0;0,179705" o:connectangles="0,0,0,0,0" textboxrect="0,0,179705,179705"/>
            </v:shape>
            <v:shape id="Shape 3523" o:spid="_x0000_s1043" style="position:absolute;top:256349;width:179705;height:179705;visibility:visible" coordsize="179705,179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y/8AA&#10;AADbAAAADwAAAGRycy9kb3ducmV2LnhtbERPTWvCQBC9F/oflil4q5sqSIiuIoLoVS0Ub+PuNEmb&#10;nQ3ZMUZ/vXso9Ph434vV4BvVUxfrwAY+xhkoYhtczaWBz9P2PQcVBdlhE5gM3CnCavn6ssDChRsf&#10;qD9KqVIIxwINVCJtoXW0FXmM49ASJ+47dB4lwa7UrsNbCveNnmTZTHusOTVU2NKmIvt7vHoD58Pa&#10;/tyb3UWuX/mjF7d7bOzUmNHbsJ6DEhrkX/zn3jsDeRqbvqQfo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ky/8AAAADbAAAADwAAAAAAAAAAAAAAAACYAgAAZHJzL2Rvd25y&#10;ZXYueG1sUEsFBgAAAAAEAAQA9QAAAIUDAAAAAA==&#10;" adj="0,,0" path="m,179705r179705,l179705,,,,,179705xe" filled="f">
              <v:stroke miterlimit="83231f" joinstyle="miter"/>
              <v:formulas/>
              <v:path arrowok="t" o:connecttype="custom" o:connectlocs="0,179705;179705,179705;179705,0;0,0;0,179705" o:connectangles="0,0,0,0,0" textboxrect="0,0,179705,179705"/>
            </v:shape>
            <w10:wrap type="square"/>
          </v:group>
        </w:pict>
      </w:r>
      <w:r w:rsidR="006D1F8F" w:rsidRPr="006D1F8F">
        <w:rPr>
          <w:rFonts w:ascii="Times New Roman" w:eastAsia="Times New Roman" w:hAnsi="Times New Roman" w:cs="Times New Roman"/>
          <w:sz w:val="24"/>
          <w:szCs w:val="24"/>
          <w:lang w:val="ru-RU"/>
        </w:rPr>
        <w:t xml:space="preserve"> водоросли;</w:t>
      </w:r>
      <w:r w:rsidR="006D1F8F" w:rsidRPr="006D1F8F">
        <w:rPr>
          <w:rFonts w:ascii="Times New Roman" w:eastAsia="Times New Roman" w:hAnsi="Times New Roman" w:cs="Times New Roman"/>
          <w:sz w:val="24"/>
          <w:szCs w:val="24"/>
          <w:lang w:val="ru-RU"/>
        </w:rPr>
        <w:tab/>
      </w:r>
      <w:r w:rsidR="006D1F8F" w:rsidRPr="006D1F8F">
        <w:rPr>
          <w:rFonts w:ascii="Times New Roman" w:eastAsia="Times New Roman" w:hAnsi="Times New Roman" w:cs="Times New Roman"/>
          <w:sz w:val="24"/>
          <w:szCs w:val="24"/>
          <w:lang w:val="ru-RU"/>
        </w:rPr>
        <w:tab/>
        <w:t xml:space="preserve">                            мхи;</w:t>
      </w:r>
      <w:r w:rsidR="006D1F8F" w:rsidRPr="006D1F8F">
        <w:rPr>
          <w:rFonts w:ascii="Times New Roman" w:eastAsia="Calibri" w:hAnsi="Times New Roman" w:cs="Times New Roman"/>
          <w:sz w:val="24"/>
          <w:szCs w:val="24"/>
          <w:lang w:val="ru-RU"/>
        </w:rPr>
        <w:tab/>
      </w:r>
    </w:p>
    <w:p w:rsidR="006D1F8F" w:rsidRPr="006D1F8F" w:rsidRDefault="006D1F8F" w:rsidP="006D1F8F">
      <w:pPr>
        <w:tabs>
          <w:tab w:val="center" w:pos="1531"/>
          <w:tab w:val="center" w:pos="2832"/>
          <w:tab w:val="center" w:pos="3541"/>
          <w:tab w:val="center" w:pos="4249"/>
          <w:tab w:val="center" w:pos="5726"/>
        </w:tabs>
        <w:spacing w:after="0" w:line="240" w:lineRule="auto"/>
        <w:rPr>
          <w:rFonts w:ascii="Times New Roman" w:eastAsia="Calibri" w:hAnsi="Times New Roman" w:cs="Times New Roman"/>
          <w:sz w:val="24"/>
          <w:szCs w:val="24"/>
          <w:lang w:val="ru-RU"/>
        </w:rPr>
      </w:pPr>
      <w:r w:rsidRPr="006D1F8F">
        <w:rPr>
          <w:rFonts w:ascii="Times New Roman" w:eastAsia="Times New Roman" w:hAnsi="Times New Roman" w:cs="Times New Roman"/>
          <w:sz w:val="24"/>
          <w:szCs w:val="24"/>
          <w:lang w:val="ru-RU"/>
        </w:rPr>
        <w:t>рыба;</w:t>
      </w:r>
      <w:r w:rsidRPr="006D1F8F">
        <w:rPr>
          <w:rFonts w:ascii="Times New Roman" w:eastAsia="Times New Roman" w:hAnsi="Times New Roman" w:cs="Times New Roman"/>
          <w:sz w:val="24"/>
          <w:szCs w:val="24"/>
          <w:lang w:val="ru-RU"/>
        </w:rPr>
        <w:tab/>
        <w:t xml:space="preserve">                                   лишайники.</w:t>
      </w:r>
    </w:p>
    <w:p w:rsidR="006D1F8F" w:rsidRPr="006D1F8F" w:rsidRDefault="006D1F8F" w:rsidP="006D1F8F">
      <w:pPr>
        <w:spacing w:after="0" w:line="240" w:lineRule="auto"/>
        <w:rPr>
          <w:rFonts w:ascii="Times New Roman" w:eastAsia="Times New Roman" w:hAnsi="Times New Roman" w:cs="Times New Roman"/>
          <w:b/>
          <w:bCs/>
          <w:sz w:val="24"/>
          <w:szCs w:val="24"/>
          <w:lang w:val="ru-RU"/>
        </w:rPr>
      </w:pPr>
    </w:p>
    <w:p w:rsidR="006D1F8F" w:rsidRPr="006D1F8F" w:rsidRDefault="006D1F8F" w:rsidP="006D1F8F">
      <w:pPr>
        <w:spacing w:after="0" w:line="240" w:lineRule="auto"/>
        <w:rPr>
          <w:rFonts w:ascii="Times New Roman" w:eastAsia="Times New Roman" w:hAnsi="Times New Roman" w:cs="Times New Roman"/>
          <w:b/>
          <w:bCs/>
          <w:sz w:val="24"/>
          <w:szCs w:val="24"/>
          <w:lang w:val="ru-RU"/>
        </w:rPr>
      </w:pPr>
      <w:r w:rsidRPr="006D1F8F">
        <w:rPr>
          <w:rFonts w:ascii="Times New Roman" w:eastAsia="Times New Roman" w:hAnsi="Times New Roman" w:cs="Times New Roman"/>
          <w:b/>
          <w:bCs/>
          <w:sz w:val="24"/>
          <w:szCs w:val="24"/>
          <w:lang w:val="ru-RU"/>
        </w:rPr>
        <w:t>Задание 3. Что теряет пингвин во время высиживания яйца?</w:t>
      </w:r>
    </w:p>
    <w:p w:rsidR="006D1F8F" w:rsidRPr="006D1F8F" w:rsidRDefault="006D1F8F" w:rsidP="006D1F8F">
      <w:pPr>
        <w:spacing w:after="0" w:line="240" w:lineRule="auto"/>
        <w:ind w:left="708"/>
        <w:rPr>
          <w:rFonts w:ascii="Times New Roman" w:eastAsia="Calibri" w:hAnsi="Times New Roman" w:cs="Times New Roman"/>
          <w:sz w:val="24"/>
          <w:szCs w:val="24"/>
          <w:lang w:val="ru-RU"/>
        </w:rPr>
      </w:pPr>
      <w:r w:rsidRPr="006D1F8F">
        <w:rPr>
          <w:rFonts w:ascii="Times New Roman" w:eastAsia="Calibri" w:hAnsi="Times New Roman" w:cs="Times New Roman"/>
          <w:b/>
          <w:sz w:val="24"/>
          <w:szCs w:val="24"/>
          <w:lang w:val="ru-RU"/>
        </w:rPr>
        <w:t>Отметьте правильный ответ.</w:t>
      </w:r>
    </w:p>
    <w:p w:rsidR="006D1F8F" w:rsidRPr="006D1F8F" w:rsidRDefault="00161CFB" w:rsidP="006D1F8F">
      <w:pPr>
        <w:spacing w:after="0" w:line="240" w:lineRule="auto"/>
        <w:jc w:val="both"/>
        <w:rPr>
          <w:rFonts w:ascii="Times New Roman" w:eastAsia="Times New Roman"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89" o:spid="_x0000_s1041" style="position:absolute;left:0;text-align:left;margin-left:127.35pt;margin-top:.7pt;width:16.5pt;height:15pt;flip:y;z-index:2517381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">
            <w10:wrap anchorx="margin"/>
          </v:rect>
        </w:pict>
      </w:r>
      <w:r w:rsidRPr="00161CFB">
        <w:rPr>
          <w:rFonts w:ascii="Calibri" w:eastAsia="Calibri" w:hAnsi="Calibri" w:cs="Times New Roman"/>
          <w:noProof/>
          <w:sz w:val="22"/>
          <w:szCs w:val="22"/>
          <w:lang w:val="ru-RU" w:eastAsia="ru-RU"/>
        </w:rPr>
        <w:pict>
          <v:rect id="Прямоугольник 21" o:spid="_x0000_s1040" style="position:absolute;left:0;text-align:left;margin-left:40.6pt;margin-top:.7pt;width:16.5pt;height:15pt;flip:y;z-index:2517391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">
            <w10:wrap anchorx="margin"/>
          </v:rect>
        </w:pict>
      </w:r>
      <w:r w:rsidRPr="00161CFB">
        <w:rPr>
          <w:rFonts w:ascii="Calibri" w:eastAsia="Calibri" w:hAnsi="Calibri" w:cs="Times New Roman"/>
          <w:noProof/>
          <w:sz w:val="22"/>
          <w:szCs w:val="22"/>
          <w:lang w:val="ru-RU" w:eastAsia="ru-RU"/>
        </w:rPr>
        <w:pict>
          <v:rect id="Прямоугольник 20" o:spid="_x0000_s1039" style="position:absolute;left:0;text-align:left;margin-left:-18.75pt;margin-top:.7pt;width:16.5pt;height:15pt;flip:y;z-index:2517401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">
            <w10:wrap anchorx="margin"/>
          </v:rect>
        </w:pict>
      </w:r>
      <w:r w:rsidR="006D1F8F" w:rsidRPr="006D1F8F">
        <w:rPr>
          <w:rFonts w:ascii="Times New Roman" w:eastAsia="Times New Roman" w:hAnsi="Times New Roman" w:cs="Times New Roman"/>
          <w:sz w:val="24"/>
          <w:szCs w:val="24"/>
          <w:lang w:val="ru-RU"/>
        </w:rPr>
        <w:t>1) вес;</w:t>
      </w:r>
      <w:r w:rsidR="006D1F8F" w:rsidRPr="006D1F8F">
        <w:rPr>
          <w:rFonts w:ascii="Times New Roman" w:eastAsia="Times New Roman" w:hAnsi="Times New Roman" w:cs="Times New Roman"/>
          <w:sz w:val="24"/>
          <w:szCs w:val="24"/>
          <w:lang w:val="ru-RU"/>
        </w:rPr>
        <w:tab/>
        <w:t xml:space="preserve">           2)время;</w:t>
      </w:r>
      <w:r w:rsidR="006D1F8F" w:rsidRPr="006D1F8F">
        <w:rPr>
          <w:rFonts w:ascii="Times New Roman" w:eastAsia="Calibri" w:hAnsi="Times New Roman" w:cs="Times New Roman"/>
          <w:sz w:val="24"/>
          <w:szCs w:val="24"/>
          <w:lang w:val="ru-RU"/>
        </w:rPr>
        <w:t xml:space="preserve">             3)</w:t>
      </w:r>
      <w:r w:rsidR="006D1F8F" w:rsidRPr="006D1F8F">
        <w:rPr>
          <w:rFonts w:ascii="Times New Roman" w:eastAsia="Times New Roman" w:hAnsi="Times New Roman" w:cs="Times New Roman"/>
          <w:sz w:val="24"/>
          <w:szCs w:val="24"/>
          <w:lang w:val="ru-RU"/>
        </w:rPr>
        <w:t xml:space="preserve">  минеральные соли.</w:t>
      </w:r>
    </w:p>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Times New Roman" w:hAnsi="Times New Roman" w:cs="Times New Roman"/>
          <w:sz w:val="24"/>
          <w:szCs w:val="24"/>
          <w:lang w:val="ru-RU"/>
        </w:rPr>
        <w:tab/>
      </w:r>
      <w:r w:rsidRPr="006D1F8F">
        <w:rPr>
          <w:rFonts w:ascii="Times New Roman" w:eastAsia="Times New Roman" w:hAnsi="Times New Roman" w:cs="Times New Roman"/>
          <w:sz w:val="24"/>
          <w:szCs w:val="24"/>
          <w:lang w:val="ru-RU"/>
        </w:rPr>
        <w:tab/>
      </w:r>
      <w:r w:rsidRPr="006D1F8F">
        <w:rPr>
          <w:rFonts w:ascii="Times New Roman" w:eastAsia="Times New Roman" w:hAnsi="Times New Roman" w:cs="Times New Roman"/>
          <w:sz w:val="24"/>
          <w:szCs w:val="24"/>
          <w:lang w:val="ru-RU"/>
        </w:rPr>
        <w:tab/>
      </w:r>
      <w:r w:rsidRPr="006D1F8F">
        <w:rPr>
          <w:rFonts w:ascii="Times New Roman" w:eastAsia="Times New Roman" w:hAnsi="Times New Roman" w:cs="Times New Roman"/>
          <w:sz w:val="24"/>
          <w:szCs w:val="24"/>
          <w:lang w:val="ru-RU"/>
        </w:rPr>
        <w:tab/>
      </w:r>
    </w:p>
    <w:p w:rsidR="006D1F8F" w:rsidRPr="006D1F8F" w:rsidRDefault="006D1F8F" w:rsidP="006D1F8F">
      <w:pPr>
        <w:spacing w:after="0" w:line="240" w:lineRule="auto"/>
        <w:jc w:val="both"/>
        <w:rPr>
          <w:rFonts w:ascii="Times New Roman" w:eastAsia="Calibri" w:hAnsi="Times New Roman" w:cs="Times New Roman"/>
          <w:b/>
          <w:sz w:val="24"/>
          <w:szCs w:val="24"/>
          <w:lang w:val="ru-RU"/>
        </w:rPr>
      </w:pPr>
      <w:r w:rsidRPr="006D1F8F">
        <w:rPr>
          <w:rFonts w:ascii="Times New Roman" w:eastAsia="Calibri" w:hAnsi="Times New Roman" w:cs="Times New Roman"/>
          <w:b/>
          <w:sz w:val="24"/>
          <w:szCs w:val="24"/>
          <w:lang w:val="ru-RU"/>
        </w:rPr>
        <w:t xml:space="preserve">Задание 4. Укажите для каждого из классов животных из первого столбца характерные </w:t>
      </w:r>
      <w:r w:rsidRPr="006D1F8F">
        <w:rPr>
          <w:rFonts w:ascii="Times New Roman" w:eastAsia="Calibri" w:hAnsi="Times New Roman" w:cs="Times New Roman"/>
          <w:b/>
          <w:sz w:val="24"/>
          <w:szCs w:val="24"/>
          <w:u w:val="single"/>
          <w:lang w:val="ru-RU"/>
        </w:rPr>
        <w:t>осенние явления</w:t>
      </w:r>
      <w:r w:rsidRPr="006D1F8F">
        <w:rPr>
          <w:rFonts w:ascii="Times New Roman" w:eastAsia="Calibri" w:hAnsi="Times New Roman" w:cs="Times New Roman"/>
          <w:b/>
          <w:sz w:val="24"/>
          <w:szCs w:val="24"/>
          <w:lang w:val="ru-RU"/>
        </w:rPr>
        <w:t xml:space="preserve"> в их жизни.</w:t>
      </w:r>
    </w:p>
    <w:tbl>
      <w:tblPr>
        <w:tblW w:w="9606" w:type="dxa"/>
        <w:tblLook w:val="01E0"/>
      </w:tblPr>
      <w:tblGrid>
        <w:gridCol w:w="2518"/>
        <w:gridCol w:w="7088"/>
      </w:tblGrid>
      <w:tr w:rsidR="006D1F8F" w:rsidRPr="006D1F8F" w:rsidTr="006D1F8F">
        <w:tc>
          <w:tcPr>
            <w:tcW w:w="2518" w:type="dxa"/>
          </w:tcPr>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А. звери</w:t>
            </w:r>
          </w:p>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Б. птицы</w:t>
            </w:r>
          </w:p>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В. рыбы</w:t>
            </w:r>
          </w:p>
          <w:p w:rsidR="006D1F8F" w:rsidRPr="006D1F8F" w:rsidRDefault="006D1F8F" w:rsidP="006D1F8F">
            <w:pPr>
              <w:spacing w:after="0" w:line="240" w:lineRule="auto"/>
              <w:jc w:val="both"/>
              <w:rPr>
                <w:rFonts w:ascii="Times New Roman" w:eastAsia="Calibri" w:hAnsi="Times New Roman" w:cs="Times New Roman"/>
                <w:sz w:val="24"/>
                <w:szCs w:val="24"/>
                <w:lang w:val="ru-RU"/>
              </w:rPr>
            </w:pPr>
          </w:p>
        </w:tc>
        <w:tc>
          <w:tcPr>
            <w:tcW w:w="7088" w:type="dxa"/>
            <w:hideMark/>
          </w:tcPr>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1. метание икры</w:t>
            </w:r>
          </w:p>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2. откладывание яиц</w:t>
            </w:r>
          </w:p>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3. усиленное питание, запасание корма</w:t>
            </w:r>
          </w:p>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4. линька (смена шерсти)</w:t>
            </w:r>
          </w:p>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5. отлёт в тёплые края</w:t>
            </w:r>
          </w:p>
          <w:p w:rsidR="006D1F8F" w:rsidRPr="006D1F8F" w:rsidRDefault="006D1F8F" w:rsidP="006D1F8F">
            <w:pPr>
              <w:spacing w:after="0" w:line="240" w:lineRule="auto"/>
              <w:jc w:val="both"/>
              <w:rPr>
                <w:rFonts w:ascii="Times New Roman" w:eastAsia="Calibri" w:hAnsi="Times New Roman" w:cs="Times New Roman"/>
                <w:sz w:val="24"/>
                <w:szCs w:val="24"/>
              </w:rPr>
            </w:pPr>
            <w:r w:rsidRPr="006D1F8F">
              <w:rPr>
                <w:rFonts w:ascii="Times New Roman" w:eastAsia="Calibri" w:hAnsi="Times New Roman" w:cs="Times New Roman"/>
                <w:sz w:val="24"/>
                <w:szCs w:val="24"/>
              </w:rPr>
              <w:t>6. уход в глубину водоёма</w:t>
            </w:r>
          </w:p>
        </w:tc>
      </w:tr>
    </w:tbl>
    <w:p w:rsidR="006D1F8F" w:rsidRPr="006D1F8F" w:rsidRDefault="006D1F8F" w:rsidP="006D1F8F">
      <w:pPr>
        <w:spacing w:after="0" w:line="240" w:lineRule="auto"/>
        <w:ind w:left="720"/>
        <w:rPr>
          <w:rFonts w:ascii="Times New Roman" w:eastAsia="Calibri" w:hAnsi="Times New Roman" w:cs="Times New Roman"/>
          <w:sz w:val="24"/>
          <w:szCs w:val="24"/>
        </w:rPr>
      </w:pPr>
      <w:r w:rsidRPr="006D1F8F">
        <w:rPr>
          <w:rFonts w:ascii="Times New Roman" w:eastAsia="Calibri" w:hAnsi="Times New Roman" w:cs="Times New Roman"/>
          <w:sz w:val="24"/>
          <w:szCs w:val="24"/>
        </w:rPr>
        <w:t>А _____, Б _______, В _______</w:t>
      </w:r>
    </w:p>
    <w:p w:rsidR="006D1F8F" w:rsidRPr="006D1F8F" w:rsidRDefault="006D1F8F" w:rsidP="006D1F8F">
      <w:pPr>
        <w:spacing w:after="200" w:line="276" w:lineRule="auto"/>
        <w:jc w:val="center"/>
        <w:rPr>
          <w:rFonts w:ascii="Times New Roman" w:eastAsia="Calibri" w:hAnsi="Times New Roman" w:cs="Times New Roman"/>
          <w:b/>
          <w:sz w:val="24"/>
          <w:szCs w:val="24"/>
          <w:u w:val="single"/>
        </w:rPr>
      </w:pPr>
    </w:p>
    <w:p w:rsidR="006D1F8F" w:rsidRPr="006D1F8F" w:rsidRDefault="006D1F8F" w:rsidP="006D1F8F">
      <w:pPr>
        <w:spacing w:after="200" w:line="276" w:lineRule="auto"/>
        <w:jc w:val="center"/>
        <w:rPr>
          <w:rFonts w:ascii="Times New Roman" w:eastAsia="Calibri" w:hAnsi="Times New Roman" w:cs="Times New Roman"/>
          <w:b/>
          <w:sz w:val="24"/>
          <w:szCs w:val="24"/>
          <w:u w:val="single"/>
        </w:rPr>
      </w:pPr>
      <w:r w:rsidRPr="006D1F8F">
        <w:rPr>
          <w:rFonts w:ascii="Times New Roman" w:eastAsia="Calibri" w:hAnsi="Times New Roman" w:cs="Times New Roman"/>
          <w:b/>
          <w:sz w:val="24"/>
          <w:szCs w:val="24"/>
          <w:u w:val="single"/>
        </w:rPr>
        <w:t>Дополнительная часть</w:t>
      </w:r>
    </w:p>
    <w:p w:rsidR="006D1F8F" w:rsidRPr="006D1F8F" w:rsidRDefault="006D1F8F" w:rsidP="006D1F8F">
      <w:pPr>
        <w:spacing w:after="200" w:line="276" w:lineRule="auto"/>
        <w:jc w:val="both"/>
        <w:rPr>
          <w:rFonts w:ascii="Times New Roman" w:eastAsia="Calibri" w:hAnsi="Times New Roman" w:cs="Times New Roman"/>
          <w:b/>
          <w:sz w:val="24"/>
          <w:szCs w:val="24"/>
          <w:lang w:val="ru-RU"/>
        </w:rPr>
      </w:pPr>
      <w:r w:rsidRPr="006D1F8F">
        <w:rPr>
          <w:rFonts w:ascii="Times New Roman" w:eastAsia="Times New Roman" w:hAnsi="Times New Roman" w:cs="Times New Roman"/>
          <w:b/>
          <w:bCs/>
          <w:sz w:val="24"/>
          <w:szCs w:val="24"/>
          <w:lang w:val="ru-RU"/>
        </w:rPr>
        <w:t xml:space="preserve"> Задание 1. </w:t>
      </w:r>
      <w:r w:rsidRPr="006D1F8F">
        <w:rPr>
          <w:rFonts w:ascii="Times New Roman" w:eastAsia="Calibri" w:hAnsi="Times New Roman" w:cs="Times New Roman"/>
          <w:b/>
          <w:sz w:val="24"/>
          <w:szCs w:val="24"/>
          <w:lang w:val="ru-RU"/>
        </w:rPr>
        <w:t>Укажи предложение, в котором знаки препинания поставлены неверно. Отметьте правильный ответ.</w:t>
      </w:r>
    </w:p>
    <w:p w:rsidR="006D1F8F" w:rsidRPr="006D1F8F" w:rsidRDefault="00161CFB" w:rsidP="006D1F8F">
      <w:pPr>
        <w:spacing w:after="0" w:line="240" w:lineRule="auto"/>
        <w:jc w:val="both"/>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19" o:spid="_x0000_s1038" style="position:absolute;left:0;text-align:left;margin-left:-18.75pt;margin-top:.7pt;width:16.5pt;height:15pt;flip:y;z-index:2517411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">
            <w10:wrap anchorx="margin"/>
          </v:rect>
        </w:pict>
      </w:r>
      <w:r w:rsidR="006D1F8F" w:rsidRPr="006D1F8F">
        <w:rPr>
          <w:rFonts w:ascii="Times New Roman" w:eastAsia="Calibri" w:hAnsi="Times New Roman" w:cs="Times New Roman"/>
          <w:sz w:val="24"/>
          <w:szCs w:val="24"/>
          <w:lang w:val="ru-RU"/>
        </w:rPr>
        <w:t xml:space="preserve">  а )  Лес был гремучим, и страшным.</w:t>
      </w:r>
    </w:p>
    <w:p w:rsidR="006D1F8F" w:rsidRPr="006D1F8F" w:rsidRDefault="00161CFB" w:rsidP="006D1F8F">
      <w:pPr>
        <w:spacing w:after="0" w:line="240" w:lineRule="auto"/>
        <w:jc w:val="both"/>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90" o:spid="_x0000_s1037" style="position:absolute;left:0;text-align:left;margin-left:-22.5pt;margin-top:14.6pt;width:16.5pt;height:15pt;flip:y;z-index:2517422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">
            <w10:wrap anchorx="margin"/>
          </v:rect>
        </w:pict>
      </w:r>
      <w:r w:rsidRPr="00161CFB">
        <w:rPr>
          <w:rFonts w:ascii="Calibri" w:eastAsia="Calibri" w:hAnsi="Calibri" w:cs="Times New Roman"/>
          <w:noProof/>
          <w:sz w:val="22"/>
          <w:szCs w:val="22"/>
          <w:lang w:val="ru-RU" w:eastAsia="ru-RU"/>
        </w:rPr>
        <w:pict>
          <v:rect id="Прямоугольник 91" o:spid="_x0000_s1036" style="position:absolute;left:0;text-align:left;margin-left:-18.75pt;margin-top:-.4pt;width:16.5pt;height:15pt;flip:y;z-index:2517432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">
            <w10:wrap anchorx="margin"/>
          </v:rect>
        </w:pict>
      </w:r>
      <w:r w:rsidR="006D1F8F" w:rsidRPr="006D1F8F">
        <w:rPr>
          <w:rFonts w:ascii="Times New Roman" w:eastAsia="Calibri" w:hAnsi="Times New Roman" w:cs="Times New Roman"/>
          <w:sz w:val="24"/>
          <w:szCs w:val="24"/>
          <w:lang w:val="ru-RU"/>
        </w:rPr>
        <w:t>б)   Они  бродили по паркам, аллеям, площадям.</w:t>
      </w:r>
    </w:p>
    <w:p w:rsidR="006D1F8F" w:rsidRPr="006D1F8F" w:rsidRDefault="006D1F8F" w:rsidP="006D1F8F">
      <w:pPr>
        <w:spacing w:after="0" w:line="240" w:lineRule="auto"/>
        <w:jc w:val="both"/>
        <w:rPr>
          <w:rFonts w:ascii="Times New Roman" w:eastAsia="Calibri" w:hAnsi="Times New Roman" w:cs="Times New Roman"/>
          <w:sz w:val="24"/>
          <w:szCs w:val="24"/>
          <w:lang w:val="ru-RU"/>
        </w:rPr>
      </w:pPr>
      <w:r w:rsidRPr="006D1F8F">
        <w:rPr>
          <w:rFonts w:ascii="Times New Roman" w:eastAsia="Calibri" w:hAnsi="Times New Roman" w:cs="Times New Roman"/>
          <w:sz w:val="24"/>
          <w:szCs w:val="24"/>
          <w:lang w:val="ru-RU"/>
        </w:rPr>
        <w:t>в)   Ребята продолжали гулять, веселиться и не думать о плохом.</w:t>
      </w:r>
    </w:p>
    <w:p w:rsidR="006D1F8F" w:rsidRPr="006D1F8F" w:rsidRDefault="006D1F8F" w:rsidP="006D1F8F">
      <w:pPr>
        <w:spacing w:after="0" w:line="240" w:lineRule="auto"/>
        <w:jc w:val="both"/>
        <w:rPr>
          <w:rFonts w:ascii="Times New Roman" w:eastAsia="Calibri" w:hAnsi="Times New Roman" w:cs="Times New Roman"/>
          <w:b/>
          <w:sz w:val="24"/>
          <w:szCs w:val="24"/>
          <w:highlight w:val="green"/>
          <w:lang w:val="ru-RU"/>
        </w:rPr>
      </w:pPr>
    </w:p>
    <w:p w:rsidR="006D1F8F" w:rsidRPr="006D1F8F" w:rsidRDefault="006D1F8F" w:rsidP="006D1F8F">
      <w:pPr>
        <w:spacing w:after="0" w:line="240" w:lineRule="auto"/>
        <w:jc w:val="both"/>
        <w:rPr>
          <w:rFonts w:ascii="Times New Roman" w:eastAsia="Calibri" w:hAnsi="Times New Roman" w:cs="Times New Roman"/>
          <w:b/>
          <w:sz w:val="24"/>
          <w:szCs w:val="24"/>
        </w:rPr>
      </w:pPr>
      <w:r w:rsidRPr="006D1F8F">
        <w:rPr>
          <w:rFonts w:ascii="Times New Roman" w:eastAsia="Calibri" w:hAnsi="Times New Roman" w:cs="Times New Roman"/>
          <w:b/>
          <w:sz w:val="24"/>
          <w:szCs w:val="24"/>
        </w:rPr>
        <w:t>Задание 2. Рассмотри  рисунок.</w:t>
      </w:r>
    </w:p>
    <w:tbl>
      <w:tblPr>
        <w:tblW w:w="10620" w:type="dxa"/>
        <w:tblInd w:w="-72" w:type="dxa"/>
        <w:tblLayout w:type="fixed"/>
        <w:tblLook w:val="01E0"/>
      </w:tblPr>
      <w:tblGrid>
        <w:gridCol w:w="2340"/>
        <w:gridCol w:w="8280"/>
      </w:tblGrid>
      <w:tr w:rsidR="006D1F8F" w:rsidRPr="00082A08" w:rsidTr="006D1F8F">
        <w:tc>
          <w:tcPr>
            <w:tcW w:w="2340" w:type="dxa"/>
            <w:hideMark/>
          </w:tcPr>
          <w:p w:rsidR="006D1F8F" w:rsidRPr="006D1F8F" w:rsidRDefault="00161CFB" w:rsidP="006D1F8F">
            <w:pPr>
              <w:spacing w:after="0" w:line="240" w:lineRule="auto"/>
              <w:jc w:val="both"/>
              <w:rPr>
                <w:rFonts w:ascii="Times New Roman" w:eastAsia="Calibri" w:hAnsi="Times New Roman" w:cs="Times New Roman"/>
                <w:sz w:val="24"/>
                <w:szCs w:val="24"/>
              </w:rPr>
            </w:pPr>
            <w:r w:rsidRPr="00161CFB">
              <w:rPr>
                <w:rFonts w:ascii="Calibri" w:eastAsia="Calibri" w:hAnsi="Calibri" w:cs="Times New Roman"/>
                <w:noProof/>
                <w:sz w:val="22"/>
                <w:szCs w:val="22"/>
                <w:lang w:val="ru-RU" w:eastAsia="ru-RU"/>
              </w:rPr>
              <w:pict>
                <v:group id="Группа 92" o:spid="_x0000_s1033" style="position:absolute;left:0;text-align:left;margin-left:44.2pt;margin-top:41.1pt;width:45.05pt;height:8.8pt;z-index:251744256" coordorigin="2018,13708" coordsize="90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">
                  <v:line id="Line 52" o:spid="_x0000_s1035" style="position:absolute;visibility:visible" from="2259,13884" to="2919,1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odT8MAAADbAAAADwAAAGRycy9kb3ducmV2LnhtbESPQWvCQBSE74L/YXmCN92oIEl0FRGU&#10;IkKrFnp9Zl+zodm3IbvV+O/dQsHjMDPfMMt1Z2txo9ZXjhVMxgkI4sLpiksFn5fdKAXhA7LG2jEp&#10;eJCH9arfW2Ku3Z1PdDuHUkQI+xwVmBCaXEpfGLLox64hjt63ay2GKNtS6hbvEW5rOU2SubRYcVww&#10;2NDWUPFz/rUKrvtj+jB1lR3S8n3iu4/pVxasUsNBt1mACNSFV/i//aYVZDP4+xJ/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qHU/DAAAA2wAAAA8AAAAAAAAAAAAA&#10;AAAAoQIAAGRycy9kb3ducmV2LnhtbFBLBQYAAAAABAAEAPkAAACRAwAAAAA=&#10;" strokeweight="1.5pt">
                    <v:stroke endarrow="classic"/>
                  </v:line>
                  <v:line id="Line 53" o:spid="_x0000_s1034" style="position:absolute;flip:x y;visibility:visible" from="2018,13708" to="2258,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0fF8EAAADbAAAADwAAAGRycy9kb3ducmV2LnhtbESPzarCMBSE9xd8h3AEd9dUEbHVKCII&#10;dSX+IC4PzbEtNiehiVrf3ggX7nKYmW+YxaozjXhS62vLCkbDBARxYXXNpYLzafs7A+EDssbGMil4&#10;k4fVsvezwEzbFx/oeQyliBD2GSqoQnCZlL6oyKAfWkccvZttDYYo21LqFl8Rbho5TpKpNFhzXKjQ&#10;0aai4n58GAVN4XZpl5zS92NydensnOeXfa7UoN+t5yACdeE//NfOtYJ0At8v8QfI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DR8XwQAAANsAAAAPAAAAAAAAAAAAAAAA&#10;AKECAABkcnMvZG93bnJldi54bWxQSwUGAAAAAAQABAD5AAAAjwMAAAAA&#10;" strokeweight="1.5pt">
                    <v:stroke endarrow="classic"/>
                  </v:line>
                </v:group>
              </w:pict>
            </w:r>
            <w:r w:rsidR="006D1F8F" w:rsidRPr="006D1F8F">
              <w:rPr>
                <w:rFonts w:ascii="Times New Roman" w:eastAsia="Calibri" w:hAnsi="Times New Roman" w:cs="Times New Roman"/>
                <w:b/>
                <w:noProof/>
                <w:sz w:val="24"/>
                <w:szCs w:val="24"/>
                <w:lang w:val="ru-RU" w:eastAsia="ru-RU"/>
              </w:rPr>
              <w:drawing>
                <wp:inline distT="0" distB="0" distL="0" distR="0">
                  <wp:extent cx="1442720" cy="1287780"/>
                  <wp:effectExtent l="0" t="0" r="5080" b="7620"/>
                  <wp:docPr id="39567" name="Рисунок 39567" descr="Описание: ч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часы"/>
                          <pic:cNvPicPr>
                            <a:picLocks noChangeAspect="1" noChangeArrowheads="1"/>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2720" cy="1287780"/>
                          </a:xfrm>
                          <a:prstGeom prst="rect">
                            <a:avLst/>
                          </a:prstGeom>
                          <a:noFill/>
                          <a:ln>
                            <a:noFill/>
                          </a:ln>
                        </pic:spPr>
                      </pic:pic>
                    </a:graphicData>
                  </a:graphic>
                </wp:inline>
              </w:drawing>
            </w:r>
          </w:p>
        </w:tc>
        <w:tc>
          <w:tcPr>
            <w:tcW w:w="8280" w:type="dxa"/>
          </w:tcPr>
          <w:p w:rsidR="006D1F8F" w:rsidRPr="006D1F8F" w:rsidRDefault="006D1F8F" w:rsidP="006D1F8F">
            <w:pPr>
              <w:spacing w:after="0" w:line="240" w:lineRule="auto"/>
              <w:jc w:val="both"/>
              <w:rPr>
                <w:rFonts w:ascii="Times New Roman" w:eastAsia="Calibri" w:hAnsi="Times New Roman" w:cs="Times New Roman"/>
                <w:sz w:val="24"/>
                <w:szCs w:val="24"/>
              </w:rPr>
            </w:pPr>
          </w:p>
          <w:p w:rsidR="006D1F8F" w:rsidRPr="006D1F8F" w:rsidRDefault="006D1F8F" w:rsidP="006D1F8F">
            <w:pPr>
              <w:spacing w:after="0" w:line="240" w:lineRule="auto"/>
              <w:jc w:val="both"/>
              <w:rPr>
                <w:rFonts w:ascii="Times New Roman" w:eastAsia="Calibri" w:hAnsi="Times New Roman" w:cs="Times New Roman"/>
                <w:b/>
                <w:i/>
                <w:sz w:val="24"/>
                <w:szCs w:val="24"/>
                <w:lang w:val="ru-RU"/>
              </w:rPr>
            </w:pPr>
            <w:r w:rsidRPr="006D1F8F">
              <w:rPr>
                <w:rFonts w:ascii="Times New Roman" w:eastAsia="Calibri" w:hAnsi="Times New Roman" w:cs="Times New Roman"/>
                <w:b/>
                <w:i/>
                <w:sz w:val="24"/>
                <w:szCs w:val="24"/>
                <w:lang w:val="ru-RU"/>
              </w:rPr>
              <w:t>Эти часы  спешат на 1 ч 10 мин.</w:t>
            </w:r>
          </w:p>
          <w:p w:rsidR="006D1F8F" w:rsidRPr="006D1F8F" w:rsidRDefault="006D1F8F" w:rsidP="006D1F8F">
            <w:pPr>
              <w:spacing w:after="0" w:line="240" w:lineRule="auto"/>
              <w:jc w:val="both"/>
              <w:rPr>
                <w:rFonts w:ascii="Times New Roman" w:eastAsia="Calibri" w:hAnsi="Times New Roman" w:cs="Times New Roman"/>
                <w:b/>
                <w:i/>
                <w:sz w:val="24"/>
                <w:szCs w:val="24"/>
                <w:lang w:val="ru-RU"/>
              </w:rPr>
            </w:pPr>
            <w:r w:rsidRPr="006D1F8F">
              <w:rPr>
                <w:rFonts w:ascii="Times New Roman" w:eastAsia="Calibri" w:hAnsi="Times New Roman" w:cs="Times New Roman"/>
                <w:b/>
                <w:i/>
                <w:sz w:val="24"/>
                <w:szCs w:val="24"/>
                <w:lang w:val="ru-RU"/>
              </w:rPr>
              <w:t>Укажи правильное время, обведи букву правильного ответа:</w:t>
            </w:r>
          </w:p>
          <w:p w:rsidR="006D1F8F" w:rsidRPr="006D1F8F" w:rsidRDefault="00161CFB" w:rsidP="006D1F8F">
            <w:pPr>
              <w:spacing w:after="0" w:line="240" w:lineRule="auto"/>
              <w:jc w:val="both"/>
              <w:rPr>
                <w:rFonts w:ascii="Times New Roman" w:eastAsia="Calibri" w:hAnsi="Times New Roman" w:cs="Times New Roman"/>
                <w:sz w:val="24"/>
                <w:szCs w:val="24"/>
                <w:lang w:val="ru-RU"/>
              </w:rPr>
            </w:pPr>
            <w:r w:rsidRPr="00161CFB">
              <w:rPr>
                <w:rFonts w:ascii="Calibri" w:eastAsia="Calibri" w:hAnsi="Calibri" w:cs="Times New Roman"/>
                <w:noProof/>
                <w:sz w:val="22"/>
                <w:szCs w:val="22"/>
                <w:lang w:val="ru-RU" w:eastAsia="ru-RU"/>
              </w:rPr>
              <w:pict>
                <v:rect id="Прямоугольник 13" o:spid="_x0000_s1032" style="position:absolute;left:0;text-align:left;margin-left:101.1pt;margin-top:15.15pt;width:16.5pt;height:15pt;flip:y;z-index:2517452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">
                  <w10:wrap anchorx="margin"/>
                </v:rect>
              </w:pict>
            </w:r>
            <w:r w:rsidRPr="00161CFB">
              <w:rPr>
                <w:rFonts w:ascii="Calibri" w:eastAsia="Calibri" w:hAnsi="Calibri" w:cs="Times New Roman"/>
                <w:noProof/>
                <w:sz w:val="22"/>
                <w:szCs w:val="22"/>
                <w:lang w:val="ru-RU" w:eastAsia="ru-RU"/>
              </w:rPr>
              <w:pict>
                <v:rect id="Прямоугольник 12" o:spid="_x0000_s1031" style="position:absolute;left:0;text-align:left;margin-left:-2.55pt;margin-top:15.15pt;width:16.5pt;height:15pt;flip:y;z-index:2517463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">
                  <w10:wrap anchorx="margin"/>
                </v:rect>
              </w:pict>
            </w:r>
          </w:p>
          <w:p w:rsidR="006D1F8F" w:rsidRPr="006D1F8F" w:rsidRDefault="00161CFB" w:rsidP="006D1F8F">
            <w:pPr>
              <w:spacing w:after="0" w:line="240" w:lineRule="auto"/>
              <w:jc w:val="both"/>
              <w:rPr>
                <w:rFonts w:ascii="Times New Roman" w:eastAsia="Calibri" w:hAnsi="Times New Roman" w:cs="Times New Roman"/>
                <w:i/>
                <w:sz w:val="24"/>
                <w:szCs w:val="24"/>
                <w:lang w:val="ru-RU"/>
              </w:rPr>
            </w:pPr>
            <w:r w:rsidRPr="00161CFB">
              <w:rPr>
                <w:rFonts w:ascii="Calibri" w:eastAsia="Calibri" w:hAnsi="Calibri" w:cs="Times New Roman"/>
                <w:noProof/>
                <w:sz w:val="22"/>
                <w:szCs w:val="22"/>
                <w:lang w:val="ru-RU" w:eastAsia="ru-RU"/>
              </w:rPr>
              <w:pict>
                <v:rect id="Прямоугольник 11" o:spid="_x0000_s1030" style="position:absolute;left:0;text-align:left;margin-left:-2.55pt;margin-top:14.05pt;width:16.5pt;height:15pt;flip:y;z-index:2517473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">
                  <w10:wrap anchorx="margin"/>
                </v:rect>
              </w:pict>
            </w:r>
            <w:r w:rsidRPr="00161CFB">
              <w:rPr>
                <w:rFonts w:ascii="Calibri" w:eastAsia="Calibri" w:hAnsi="Calibri" w:cs="Times New Roman"/>
                <w:noProof/>
                <w:sz w:val="22"/>
                <w:szCs w:val="22"/>
                <w:lang w:val="ru-RU" w:eastAsia="ru-RU"/>
              </w:rPr>
              <w:pict>
                <v:rect id="Прямоугольник 39532" o:spid="_x0000_s1029" style="position:absolute;left:0;text-align:left;margin-left:101.1pt;margin-top:14.05pt;width:16.5pt;height:15pt;flip:y;z-index:2517483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">
                  <w10:wrap anchorx="margin"/>
                </v:rect>
              </w:pict>
            </w:r>
            <w:r w:rsidR="006D1F8F" w:rsidRPr="006D1F8F">
              <w:rPr>
                <w:rFonts w:ascii="Times New Roman" w:eastAsia="Calibri" w:hAnsi="Times New Roman" w:cs="Times New Roman"/>
                <w:b/>
                <w:i/>
                <w:sz w:val="24"/>
                <w:szCs w:val="24"/>
                <w:lang w:val="ru-RU"/>
              </w:rPr>
              <w:t>А.</w:t>
            </w:r>
            <w:r w:rsidR="006D1F8F" w:rsidRPr="006D1F8F">
              <w:rPr>
                <w:rFonts w:ascii="Times New Roman" w:eastAsia="Calibri" w:hAnsi="Times New Roman" w:cs="Times New Roman"/>
                <w:i/>
                <w:sz w:val="24"/>
                <w:szCs w:val="24"/>
                <w:lang w:val="ru-RU"/>
              </w:rPr>
              <w:t xml:space="preserve">  8 ч 55 мин      </w:t>
            </w:r>
            <w:r w:rsidR="006D1F8F" w:rsidRPr="006D1F8F">
              <w:rPr>
                <w:rFonts w:ascii="Times New Roman" w:eastAsia="Calibri" w:hAnsi="Times New Roman" w:cs="Times New Roman"/>
                <w:b/>
                <w:i/>
                <w:sz w:val="24"/>
                <w:szCs w:val="24"/>
                <w:lang w:val="ru-RU"/>
              </w:rPr>
              <w:t>В.</w:t>
            </w:r>
            <w:r w:rsidR="006D1F8F" w:rsidRPr="006D1F8F">
              <w:rPr>
                <w:rFonts w:ascii="Times New Roman" w:eastAsia="Calibri" w:hAnsi="Times New Roman" w:cs="Times New Roman"/>
                <w:i/>
                <w:sz w:val="24"/>
                <w:szCs w:val="24"/>
                <w:lang w:val="ru-RU"/>
              </w:rPr>
              <w:t xml:space="preserve">    9 ч 05 мин     </w:t>
            </w:r>
          </w:p>
          <w:p w:rsidR="006D1F8F" w:rsidRPr="00082A08" w:rsidRDefault="006D1F8F" w:rsidP="006D1F8F">
            <w:pPr>
              <w:spacing w:after="0" w:line="240" w:lineRule="auto"/>
              <w:jc w:val="both"/>
              <w:rPr>
                <w:rFonts w:ascii="Times New Roman" w:eastAsia="Calibri" w:hAnsi="Times New Roman" w:cs="Times New Roman"/>
                <w:i/>
                <w:sz w:val="24"/>
                <w:szCs w:val="24"/>
                <w:lang w:val="ru-RU"/>
              </w:rPr>
            </w:pPr>
            <w:r w:rsidRPr="00082A08">
              <w:rPr>
                <w:rFonts w:ascii="Times New Roman" w:eastAsia="Calibri" w:hAnsi="Times New Roman" w:cs="Times New Roman"/>
                <w:b/>
                <w:i/>
                <w:sz w:val="24"/>
                <w:szCs w:val="24"/>
                <w:lang w:val="ru-RU"/>
              </w:rPr>
              <w:t xml:space="preserve">С. </w:t>
            </w:r>
            <w:r w:rsidRPr="00082A08">
              <w:rPr>
                <w:rFonts w:ascii="Times New Roman" w:eastAsia="Calibri" w:hAnsi="Times New Roman" w:cs="Times New Roman"/>
                <w:i/>
                <w:sz w:val="24"/>
                <w:szCs w:val="24"/>
                <w:lang w:val="ru-RU"/>
              </w:rPr>
              <w:t xml:space="preserve"> 10 ч 55 мин     </w:t>
            </w:r>
            <w:r w:rsidRPr="006D1F8F">
              <w:rPr>
                <w:rFonts w:ascii="Times New Roman" w:eastAsia="Calibri" w:hAnsi="Times New Roman" w:cs="Times New Roman"/>
                <w:b/>
                <w:i/>
                <w:sz w:val="24"/>
                <w:szCs w:val="24"/>
              </w:rPr>
              <w:t>D</w:t>
            </w:r>
            <w:r w:rsidRPr="00082A08">
              <w:rPr>
                <w:rFonts w:ascii="Times New Roman" w:eastAsia="Calibri" w:hAnsi="Times New Roman" w:cs="Times New Roman"/>
                <w:b/>
                <w:i/>
                <w:sz w:val="24"/>
                <w:szCs w:val="24"/>
                <w:lang w:val="ru-RU"/>
              </w:rPr>
              <w:t xml:space="preserve">.  </w:t>
            </w:r>
            <w:r w:rsidRPr="00082A08">
              <w:rPr>
                <w:rFonts w:ascii="Times New Roman" w:eastAsia="Calibri" w:hAnsi="Times New Roman" w:cs="Times New Roman"/>
                <w:i/>
                <w:sz w:val="24"/>
                <w:szCs w:val="24"/>
                <w:lang w:val="ru-RU"/>
              </w:rPr>
              <w:t>11 ч 45 мин</w:t>
            </w:r>
          </w:p>
          <w:p w:rsidR="006D1F8F" w:rsidRPr="00082A08" w:rsidRDefault="006D1F8F" w:rsidP="006D1F8F">
            <w:pPr>
              <w:spacing w:after="0" w:line="240" w:lineRule="auto"/>
              <w:jc w:val="both"/>
              <w:rPr>
                <w:rFonts w:ascii="Times New Roman" w:eastAsia="Calibri" w:hAnsi="Times New Roman" w:cs="Times New Roman"/>
                <w:sz w:val="24"/>
                <w:szCs w:val="24"/>
                <w:lang w:val="ru-RU"/>
              </w:rPr>
            </w:pPr>
          </w:p>
        </w:tc>
      </w:tr>
    </w:tbl>
    <w:p w:rsidR="006D1F8F" w:rsidRPr="006D1F8F" w:rsidRDefault="006D1F8F" w:rsidP="006D1F8F">
      <w:pPr>
        <w:spacing w:after="0" w:line="240" w:lineRule="auto"/>
        <w:rPr>
          <w:rFonts w:ascii="Times New Roman" w:eastAsia="Calibri" w:hAnsi="Times New Roman" w:cs="Times New Roman"/>
          <w:sz w:val="24"/>
          <w:szCs w:val="24"/>
          <w:lang w:val="ru-RU"/>
        </w:rPr>
      </w:pPr>
      <w:r w:rsidRPr="006D1F8F">
        <w:rPr>
          <w:rFonts w:ascii="Times New Roman" w:eastAsia="Calibri" w:hAnsi="Times New Roman" w:cs="Times New Roman"/>
          <w:b/>
          <w:sz w:val="24"/>
          <w:szCs w:val="24"/>
          <w:lang w:val="ru-RU"/>
        </w:rPr>
        <w:t>Задание 3. Напишите, как вы понимаете значение выделенного слова в предложении:</w:t>
      </w:r>
    </w:p>
    <w:p w:rsidR="006D1F8F" w:rsidRPr="006D1F8F" w:rsidRDefault="006D1F8F" w:rsidP="006D1F8F">
      <w:pPr>
        <w:spacing w:after="0" w:line="240" w:lineRule="auto"/>
        <w:rPr>
          <w:rFonts w:ascii="Times New Roman" w:eastAsia="Calibri" w:hAnsi="Times New Roman" w:cs="Times New Roman"/>
          <w:b/>
          <w:sz w:val="24"/>
          <w:szCs w:val="24"/>
          <w:lang w:val="ru-RU"/>
        </w:rPr>
      </w:pPr>
      <w:r w:rsidRPr="006D1F8F">
        <w:rPr>
          <w:rFonts w:ascii="Times New Roman" w:eastAsia="Calibri" w:hAnsi="Times New Roman" w:cs="Times New Roman"/>
          <w:sz w:val="24"/>
          <w:szCs w:val="24"/>
          <w:lang w:val="ru-RU"/>
        </w:rPr>
        <w:t xml:space="preserve">«Летать эти </w:t>
      </w:r>
      <w:r w:rsidRPr="006D1F8F">
        <w:rPr>
          <w:rFonts w:ascii="Times New Roman" w:eastAsia="Calibri" w:hAnsi="Times New Roman" w:cs="Times New Roman"/>
          <w:b/>
          <w:sz w:val="24"/>
          <w:szCs w:val="24"/>
          <w:lang w:val="ru-RU"/>
        </w:rPr>
        <w:t>древние</w:t>
      </w:r>
      <w:r w:rsidRPr="006D1F8F">
        <w:rPr>
          <w:rFonts w:ascii="Times New Roman" w:eastAsia="Calibri" w:hAnsi="Times New Roman" w:cs="Times New Roman"/>
          <w:sz w:val="24"/>
          <w:szCs w:val="24"/>
          <w:lang w:val="ru-RU"/>
        </w:rPr>
        <w:t xml:space="preserve"> птицы не могут, но зато отлично плавают»</w:t>
      </w:r>
      <w:r w:rsidRPr="006D1F8F">
        <w:rPr>
          <w:rFonts w:ascii="Times New Roman" w:eastAsia="Calibri" w:hAnsi="Times New Roman" w:cs="Times New Roman"/>
          <w:b/>
          <w:sz w:val="24"/>
          <w:szCs w:val="24"/>
          <w:lang w:val="ru-RU"/>
        </w:rPr>
        <w:t>.</w:t>
      </w:r>
    </w:p>
    <w:p w:rsidR="006D1F8F" w:rsidRPr="00611139" w:rsidRDefault="006D1F8F" w:rsidP="00611139">
      <w:pPr>
        <w:spacing w:after="0" w:line="240" w:lineRule="auto"/>
        <w:rPr>
          <w:rFonts w:ascii="Times New Roman" w:eastAsia="Times New Roman" w:hAnsi="Times New Roman" w:cs="Times New Roman"/>
          <w:b/>
          <w:bCs/>
          <w:sz w:val="24"/>
          <w:szCs w:val="24"/>
          <w:lang w:val="ru-RU"/>
        </w:rPr>
      </w:pPr>
      <w:r w:rsidRPr="006D1F8F">
        <w:rPr>
          <w:rFonts w:ascii="Times New Roman" w:eastAsia="Calibri" w:hAnsi="Times New Roman" w:cs="Times New Roman"/>
          <w:b/>
          <w:sz w:val="24"/>
          <w:szCs w:val="24"/>
          <w:lang w:val="ru-RU"/>
        </w:rPr>
        <w:t xml:space="preserve">Древние – значит,____________________________________________ </w:t>
      </w:r>
    </w:p>
    <w:p w:rsidR="006D1F8F" w:rsidRPr="006D1F8F" w:rsidRDefault="006D1F8F" w:rsidP="006D1F8F">
      <w:pPr>
        <w:spacing w:after="0" w:line="240" w:lineRule="auto"/>
        <w:rPr>
          <w:rFonts w:ascii="Times New Roman" w:eastAsia="Times New Roman" w:hAnsi="Times New Roman" w:cs="Times New Roman"/>
          <w:b/>
          <w:sz w:val="24"/>
          <w:szCs w:val="24"/>
          <w:lang w:val="ru-RU"/>
        </w:rPr>
      </w:pPr>
    </w:p>
    <w:p w:rsidR="006D1F8F" w:rsidRPr="006D1F8F" w:rsidRDefault="006D1F8F" w:rsidP="006D1F8F">
      <w:pPr>
        <w:spacing w:after="0" w:line="240" w:lineRule="auto"/>
        <w:jc w:val="center"/>
        <w:rPr>
          <w:rFonts w:ascii="Times New Roman" w:eastAsia="Times New Roman" w:hAnsi="Times New Roman" w:cs="Times New Roman"/>
          <w:b/>
          <w:sz w:val="24"/>
          <w:szCs w:val="24"/>
          <w:lang w:val="ru-RU"/>
        </w:rPr>
      </w:pPr>
      <w:r w:rsidRPr="006D1F8F">
        <w:rPr>
          <w:rFonts w:ascii="Times New Roman" w:eastAsia="Times New Roman" w:hAnsi="Times New Roman" w:cs="Times New Roman"/>
          <w:b/>
          <w:sz w:val="24"/>
          <w:szCs w:val="24"/>
          <w:lang w:val="ru-RU"/>
        </w:rPr>
        <w:t xml:space="preserve">Рекомендации по оценке выполнения заданий  </w:t>
      </w:r>
    </w:p>
    <w:p w:rsidR="006D1F8F" w:rsidRPr="006D1F8F" w:rsidRDefault="006D1F8F" w:rsidP="006D1F8F">
      <w:pPr>
        <w:spacing w:after="0" w:line="240" w:lineRule="auto"/>
        <w:jc w:val="center"/>
        <w:rPr>
          <w:rFonts w:ascii="Times New Roman" w:eastAsia="Calibri" w:hAnsi="Times New Roman" w:cs="Times New Roman"/>
          <w:b/>
          <w:sz w:val="24"/>
          <w:szCs w:val="24"/>
          <w:lang w:val="ru-RU"/>
        </w:rPr>
      </w:pPr>
      <w:r w:rsidRPr="006D1F8F">
        <w:rPr>
          <w:rFonts w:ascii="Times New Roman" w:eastAsia="Times New Roman" w:hAnsi="Times New Roman" w:cs="Times New Roman"/>
          <w:b/>
          <w:sz w:val="24"/>
          <w:szCs w:val="24"/>
          <w:lang w:val="ru-RU"/>
        </w:rPr>
        <w:t xml:space="preserve">комплексной контрольной работы в 4 классах </w:t>
      </w:r>
    </w:p>
    <w:tbl>
      <w:tblPr>
        <w:tblStyle w:val="TableGrid"/>
        <w:tblW w:w="10349" w:type="dxa"/>
        <w:tblInd w:w="-743" w:type="dxa"/>
        <w:tblLayout w:type="fixed"/>
        <w:tblCellMar>
          <w:top w:w="9" w:type="dxa"/>
          <w:left w:w="108" w:type="dxa"/>
          <w:right w:w="77" w:type="dxa"/>
        </w:tblCellMar>
        <w:tblLook w:val="04A0"/>
      </w:tblPr>
      <w:tblGrid>
        <w:gridCol w:w="711"/>
        <w:gridCol w:w="8367"/>
        <w:gridCol w:w="1271"/>
      </w:tblGrid>
      <w:tr w:rsidR="006D1F8F" w:rsidRPr="0094034D" w:rsidTr="00611139">
        <w:trPr>
          <w:trHeight w:val="573"/>
        </w:trPr>
        <w:tc>
          <w:tcPr>
            <w:tcW w:w="71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left="43"/>
              <w:rPr>
                <w:rFonts w:ascii="Times New Roman" w:eastAsia="Times New Roman" w:hAnsi="Times New Roman" w:cs="Times New Roman"/>
                <w:sz w:val="24"/>
                <w:szCs w:val="24"/>
              </w:rPr>
            </w:pPr>
            <w:r w:rsidRPr="0094034D">
              <w:rPr>
                <w:rFonts w:ascii="Times New Roman" w:eastAsia="Times New Roman" w:hAnsi="Times New Roman" w:cs="Times New Roman"/>
                <w:i/>
                <w:sz w:val="24"/>
                <w:szCs w:val="24"/>
              </w:rPr>
              <w:t>№ заданий</w:t>
            </w:r>
          </w:p>
        </w:tc>
        <w:tc>
          <w:tcPr>
            <w:tcW w:w="8367" w:type="dxa"/>
            <w:tcBorders>
              <w:top w:val="single" w:sz="4" w:space="0" w:color="000000"/>
              <w:left w:val="single" w:sz="4" w:space="0" w:color="000000"/>
              <w:bottom w:val="single" w:sz="4" w:space="0" w:color="000000"/>
              <w:right w:val="single" w:sz="4" w:space="0" w:color="auto"/>
            </w:tcBorders>
            <w:vAlign w:val="center"/>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i/>
                <w:sz w:val="24"/>
                <w:szCs w:val="24"/>
              </w:rPr>
              <w:t>Правильный ответ</w:t>
            </w:r>
          </w:p>
        </w:tc>
        <w:tc>
          <w:tcPr>
            <w:tcW w:w="1271" w:type="dxa"/>
            <w:tcBorders>
              <w:top w:val="single" w:sz="4" w:space="0" w:color="000000"/>
              <w:left w:val="single" w:sz="4" w:space="0" w:color="auto"/>
              <w:bottom w:val="single" w:sz="4" w:space="0" w:color="000000"/>
              <w:right w:val="single" w:sz="4" w:space="0" w:color="000000"/>
            </w:tcBorders>
            <w:vAlign w:val="center"/>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i/>
                <w:sz w:val="24"/>
                <w:szCs w:val="24"/>
              </w:rPr>
              <w:t>Кол-во баллов</w:t>
            </w:r>
          </w:p>
        </w:tc>
      </w:tr>
      <w:tr w:rsidR="006D1F8F" w:rsidRPr="0094034D" w:rsidTr="00611139">
        <w:trPr>
          <w:trHeight w:val="336"/>
        </w:trPr>
        <w:tc>
          <w:tcPr>
            <w:tcW w:w="10349" w:type="dxa"/>
            <w:gridSpan w:val="3"/>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i/>
                <w:sz w:val="24"/>
                <w:szCs w:val="24"/>
              </w:rPr>
            </w:pPr>
            <w:r w:rsidRPr="0094034D">
              <w:rPr>
                <w:rFonts w:ascii="Times New Roman" w:eastAsia="Times New Roman" w:hAnsi="Times New Roman" w:cs="Times New Roman"/>
                <w:i/>
                <w:sz w:val="24"/>
                <w:szCs w:val="24"/>
              </w:rPr>
              <w:t xml:space="preserve">Вариант 1 </w:t>
            </w:r>
          </w:p>
        </w:tc>
      </w:tr>
      <w:tr w:rsidR="006D1F8F" w:rsidRPr="0094034D" w:rsidTr="00611139">
        <w:trPr>
          <w:trHeight w:val="368"/>
        </w:trPr>
        <w:tc>
          <w:tcPr>
            <w:tcW w:w="71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left="43"/>
              <w:rPr>
                <w:rFonts w:ascii="Times New Roman" w:eastAsia="Times New Roman" w:hAnsi="Times New Roman" w:cs="Times New Roman"/>
                <w:i/>
                <w:sz w:val="24"/>
                <w:szCs w:val="24"/>
              </w:rPr>
            </w:pP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Основная часть (Базовая)</w:t>
            </w:r>
          </w:p>
        </w:tc>
        <w:tc>
          <w:tcPr>
            <w:tcW w:w="1271" w:type="dxa"/>
            <w:tcBorders>
              <w:top w:val="single" w:sz="4" w:space="0" w:color="000000"/>
              <w:left w:val="single" w:sz="4" w:space="0" w:color="auto"/>
              <w:bottom w:val="single" w:sz="4" w:space="0" w:color="000000"/>
              <w:right w:val="single" w:sz="4" w:space="0" w:color="000000"/>
            </w:tcBorders>
            <w:vAlign w:val="center"/>
          </w:tcPr>
          <w:p w:rsidR="006D1F8F" w:rsidRPr="0094034D" w:rsidRDefault="006D1F8F" w:rsidP="006D1F8F">
            <w:pPr>
              <w:ind w:right="34"/>
              <w:jc w:val="center"/>
              <w:rPr>
                <w:rFonts w:ascii="Times New Roman" w:eastAsia="Times New Roman" w:hAnsi="Times New Roman" w:cs="Times New Roman"/>
                <w:i/>
                <w:sz w:val="24"/>
                <w:szCs w:val="24"/>
              </w:rPr>
            </w:pPr>
          </w:p>
        </w:tc>
      </w:tr>
      <w:tr w:rsidR="006D1F8F" w:rsidRPr="0094034D" w:rsidTr="00611139">
        <w:trPr>
          <w:trHeight w:val="402"/>
        </w:trPr>
        <w:tc>
          <w:tcPr>
            <w:tcW w:w="71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left="43"/>
              <w:rPr>
                <w:rFonts w:ascii="Times New Roman" w:eastAsia="Times New Roman" w:hAnsi="Times New Roman" w:cs="Times New Roman"/>
                <w:i/>
                <w:sz w:val="24"/>
                <w:szCs w:val="24"/>
              </w:rPr>
            </w:pP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Литературное чтение</w:t>
            </w:r>
          </w:p>
        </w:tc>
        <w:tc>
          <w:tcPr>
            <w:tcW w:w="1271" w:type="dxa"/>
            <w:tcBorders>
              <w:top w:val="single" w:sz="4" w:space="0" w:color="000000"/>
              <w:left w:val="single" w:sz="4" w:space="0" w:color="auto"/>
              <w:bottom w:val="single" w:sz="4" w:space="0" w:color="000000"/>
              <w:right w:val="single" w:sz="4" w:space="0" w:color="000000"/>
            </w:tcBorders>
            <w:vAlign w:val="center"/>
          </w:tcPr>
          <w:p w:rsidR="006D1F8F" w:rsidRPr="0094034D" w:rsidRDefault="006D1F8F" w:rsidP="006D1F8F">
            <w:pPr>
              <w:ind w:right="34"/>
              <w:jc w:val="center"/>
              <w:rPr>
                <w:rFonts w:ascii="Times New Roman" w:eastAsia="Times New Roman" w:hAnsi="Times New Roman" w:cs="Times New Roman"/>
                <w:i/>
                <w:sz w:val="24"/>
                <w:szCs w:val="24"/>
              </w:rPr>
            </w:pPr>
          </w:p>
        </w:tc>
      </w:tr>
      <w:tr w:rsidR="006D1F8F" w:rsidRPr="0094034D" w:rsidTr="00611139">
        <w:trPr>
          <w:trHeight w:val="788"/>
        </w:trPr>
        <w:tc>
          <w:tcPr>
            <w:tcW w:w="71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1 </w:t>
            </w: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Сколько частей в этом тексте? Запишите цифрой.</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Ответ:</w:t>
            </w:r>
            <w:r w:rsidRPr="0094034D">
              <w:rPr>
                <w:rFonts w:ascii="Times New Roman" w:eastAsia="Times New Roman" w:hAnsi="Times New Roman" w:cs="Times New Roman"/>
                <w:sz w:val="24"/>
                <w:szCs w:val="24"/>
              </w:rPr>
              <w:tab/>
              <w:t>__7_</w:t>
            </w:r>
          </w:p>
        </w:tc>
        <w:tc>
          <w:tcPr>
            <w:tcW w:w="1271"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p w:rsidR="006D1F8F" w:rsidRPr="0094034D" w:rsidRDefault="006D1F8F" w:rsidP="006D1F8F">
            <w:pPr>
              <w:rPr>
                <w:rFonts w:ascii="Times New Roman" w:eastAsia="Times New Roman" w:hAnsi="Times New Roman" w:cs="Times New Roman"/>
                <w:sz w:val="24"/>
                <w:szCs w:val="24"/>
              </w:rPr>
            </w:pPr>
          </w:p>
          <w:p w:rsidR="006D1F8F" w:rsidRPr="0094034D" w:rsidRDefault="006D1F8F" w:rsidP="006D1F8F">
            <w:pPr>
              <w:ind w:firstLine="708"/>
              <w:rPr>
                <w:rFonts w:ascii="Times New Roman" w:eastAsia="Times New Roman" w:hAnsi="Times New Roman" w:cs="Times New Roman"/>
                <w:sz w:val="24"/>
                <w:szCs w:val="24"/>
              </w:rPr>
            </w:pPr>
          </w:p>
        </w:tc>
      </w:tr>
      <w:tr w:rsidR="006D1F8F" w:rsidRPr="0094034D" w:rsidTr="00611139">
        <w:trPr>
          <w:trHeight w:val="1020"/>
        </w:trPr>
        <w:tc>
          <w:tcPr>
            <w:tcW w:w="71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2 </w:t>
            </w: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Озаглавьте   четвёртую часть текста.</w:t>
            </w:r>
          </w:p>
          <w:p w:rsidR="006D1F8F" w:rsidRPr="0094034D" w:rsidRDefault="006D1F8F" w:rsidP="006D1F8F">
            <w:pPr>
              <w:rPr>
                <w:rFonts w:ascii="Times New Roman" w:eastAsia="Calibri" w:hAnsi="Times New Roman" w:cs="Times New Roman"/>
                <w:sz w:val="24"/>
                <w:szCs w:val="24"/>
              </w:rPr>
            </w:pPr>
            <w:r w:rsidRPr="0094034D">
              <w:rPr>
                <w:rFonts w:ascii="Times New Roman" w:eastAsia="Times New Roman" w:hAnsi="Times New Roman" w:cs="Times New Roman"/>
                <w:sz w:val="24"/>
                <w:szCs w:val="24"/>
              </w:rPr>
              <w:t>Ответ:Любимое кушанье северных оленей.</w:t>
            </w:r>
            <w:r w:rsidRPr="0094034D">
              <w:rPr>
                <w:rFonts w:ascii="Times New Roman" w:eastAsia="Times New Roman" w:hAnsi="Times New Roman" w:cs="Times New Roman"/>
                <w:i/>
                <w:sz w:val="24"/>
                <w:szCs w:val="24"/>
              </w:rPr>
              <w:t>(обучающийся может дать другое название)</w:t>
            </w:r>
          </w:p>
        </w:tc>
        <w:tc>
          <w:tcPr>
            <w:tcW w:w="1271"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tc>
      </w:tr>
      <w:tr w:rsidR="006D1F8F" w:rsidRPr="0094034D" w:rsidTr="00611139">
        <w:trPr>
          <w:trHeight w:val="1141"/>
        </w:trPr>
        <w:tc>
          <w:tcPr>
            <w:tcW w:w="71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3 </w:t>
            </w: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Какая часть текста может быть названа: «Северный олень – быстрое животное»?</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4) седьмая;</w:t>
            </w:r>
          </w:p>
        </w:tc>
        <w:tc>
          <w:tcPr>
            <w:tcW w:w="1271"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tc>
      </w:tr>
      <w:tr w:rsidR="006D1F8F" w:rsidRPr="0094034D" w:rsidTr="00611139">
        <w:trPr>
          <w:trHeight w:val="862"/>
        </w:trPr>
        <w:tc>
          <w:tcPr>
            <w:tcW w:w="71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4 </w:t>
            </w: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Данный вид текста.</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2) научно-популярный;   </w:t>
            </w:r>
          </w:p>
        </w:tc>
        <w:tc>
          <w:tcPr>
            <w:tcW w:w="1271"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tc>
      </w:tr>
      <w:tr w:rsidR="006D1F8F" w:rsidRPr="003944E9" w:rsidTr="00611139">
        <w:trPr>
          <w:trHeight w:val="862"/>
        </w:trPr>
        <w:tc>
          <w:tcPr>
            <w:tcW w:w="71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5 </w:t>
            </w: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Используя информацию из текста, заполните таблицу. (Надо данные записывать цифрой).</w:t>
            </w:r>
          </w:p>
          <w:tbl>
            <w:tblPr>
              <w:tblStyle w:val="TableGrid"/>
              <w:tblW w:w="7935" w:type="dxa"/>
              <w:tblInd w:w="29" w:type="dxa"/>
              <w:tblLayout w:type="fixed"/>
              <w:tblCellMar>
                <w:top w:w="52" w:type="dxa"/>
                <w:left w:w="108" w:type="dxa"/>
                <w:right w:w="115" w:type="dxa"/>
              </w:tblCellMar>
              <w:tblLook w:val="04A0"/>
            </w:tblPr>
            <w:tblGrid>
              <w:gridCol w:w="5951"/>
              <w:gridCol w:w="1984"/>
            </w:tblGrid>
            <w:tr w:rsidR="006D1F8F" w:rsidRPr="0094034D" w:rsidTr="006D1F8F">
              <w:trPr>
                <w:trHeight w:val="536"/>
              </w:trPr>
              <w:tc>
                <w:tcPr>
                  <w:tcW w:w="5953"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Какой мороз может выдержать северный олень? </w:t>
                  </w:r>
                </w:p>
              </w:tc>
              <w:tc>
                <w:tcPr>
                  <w:tcW w:w="1985"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40 градусов </w:t>
                  </w:r>
                </w:p>
              </w:tc>
            </w:tr>
            <w:tr w:rsidR="006D1F8F" w:rsidRPr="0094034D" w:rsidTr="006D1F8F">
              <w:trPr>
                <w:trHeight w:val="538"/>
              </w:trPr>
              <w:tc>
                <w:tcPr>
                  <w:tcW w:w="5953"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Любимое кушанье оленя </w:t>
                  </w:r>
                </w:p>
              </w:tc>
              <w:tc>
                <w:tcPr>
                  <w:tcW w:w="1985"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Мох, ягель </w:t>
                  </w:r>
                </w:p>
              </w:tc>
            </w:tr>
            <w:tr w:rsidR="006D1F8F" w:rsidRPr="0094034D" w:rsidTr="006D1F8F">
              <w:trPr>
                <w:trHeight w:val="538"/>
              </w:trPr>
              <w:tc>
                <w:tcPr>
                  <w:tcW w:w="5953"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Вес оленя </w:t>
                  </w:r>
                </w:p>
              </w:tc>
              <w:tc>
                <w:tcPr>
                  <w:tcW w:w="1985"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150 кг </w:t>
                  </w:r>
                </w:p>
              </w:tc>
            </w:tr>
            <w:tr w:rsidR="006D1F8F" w:rsidRPr="0094034D" w:rsidTr="006D1F8F">
              <w:trPr>
                <w:trHeight w:val="538"/>
              </w:trPr>
              <w:tc>
                <w:tcPr>
                  <w:tcW w:w="5953"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Сколько километров может пробежать олень в день? </w:t>
                  </w:r>
                </w:p>
              </w:tc>
              <w:tc>
                <w:tcPr>
                  <w:tcW w:w="1985"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100 км в день </w:t>
                  </w:r>
                </w:p>
              </w:tc>
            </w:tr>
          </w:tbl>
          <w:p w:rsidR="006D1F8F" w:rsidRPr="0094034D" w:rsidRDefault="006D1F8F" w:rsidP="006D1F8F">
            <w:pPr>
              <w:rPr>
                <w:rFonts w:ascii="Times New Roman" w:eastAsia="Times New Roman" w:hAnsi="Times New Roman" w:cs="Times New Roman"/>
                <w:sz w:val="24"/>
                <w:szCs w:val="24"/>
              </w:rPr>
            </w:pPr>
          </w:p>
        </w:tc>
        <w:tc>
          <w:tcPr>
            <w:tcW w:w="1271"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p>
          <w:p w:rsidR="006D1F8F" w:rsidRPr="0094034D" w:rsidRDefault="006D1F8F" w:rsidP="006D1F8F">
            <w:pPr>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4 балла,</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по 1 баллу за каждый правильный ответ.</w:t>
            </w:r>
          </w:p>
        </w:tc>
      </w:tr>
      <w:tr w:rsidR="006D1F8F" w:rsidRPr="0094034D" w:rsidTr="00611139">
        <w:trPr>
          <w:trHeight w:val="423"/>
        </w:trPr>
        <w:tc>
          <w:tcPr>
            <w:tcW w:w="71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8367" w:type="dxa"/>
            <w:tcBorders>
              <w:top w:val="single" w:sz="4" w:space="0" w:color="000000"/>
              <w:left w:val="single" w:sz="4" w:space="0" w:color="000000"/>
              <w:bottom w:val="single" w:sz="4" w:space="0" w:color="000000"/>
              <w:right w:val="single" w:sz="4" w:space="0" w:color="auto"/>
            </w:tcBorders>
            <w:hideMark/>
          </w:tcPr>
          <w:p w:rsidR="006D1F8F" w:rsidRDefault="006D1F8F" w:rsidP="00611139">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Максимально:</w:t>
            </w:r>
          </w:p>
          <w:p w:rsidR="00611139" w:rsidRDefault="00611139" w:rsidP="00611139">
            <w:pPr>
              <w:rPr>
                <w:rFonts w:ascii="Times New Roman" w:eastAsia="Times New Roman" w:hAnsi="Times New Roman" w:cs="Times New Roman"/>
                <w:sz w:val="24"/>
                <w:szCs w:val="24"/>
              </w:rPr>
            </w:pPr>
          </w:p>
          <w:p w:rsidR="00611139" w:rsidRPr="0094034D" w:rsidRDefault="00611139" w:rsidP="00611139">
            <w:pPr>
              <w:rPr>
                <w:rFonts w:ascii="Times New Roman" w:eastAsia="Times New Roman" w:hAnsi="Times New Roman" w:cs="Times New Roman"/>
                <w:sz w:val="24"/>
                <w:szCs w:val="24"/>
              </w:rPr>
            </w:pPr>
          </w:p>
        </w:tc>
        <w:tc>
          <w:tcPr>
            <w:tcW w:w="1271"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8 баллов</w:t>
            </w:r>
          </w:p>
        </w:tc>
      </w:tr>
      <w:tr w:rsidR="006D1F8F" w:rsidRPr="0094034D" w:rsidTr="00611139">
        <w:trPr>
          <w:trHeight w:val="386"/>
        </w:trPr>
        <w:tc>
          <w:tcPr>
            <w:tcW w:w="71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Русский язык</w:t>
            </w:r>
          </w:p>
        </w:tc>
        <w:tc>
          <w:tcPr>
            <w:tcW w:w="1271"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p>
        </w:tc>
      </w:tr>
      <w:tr w:rsidR="006D1F8F" w:rsidRPr="0094034D" w:rsidTr="00611139">
        <w:trPr>
          <w:trHeight w:val="1159"/>
        </w:trPr>
        <w:tc>
          <w:tcPr>
            <w:tcW w:w="71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w:t>
            </w: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Отметьте правильный ответ группы слов, в которых все согласные звуки твёрдые.</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2) потомство, рога, жир;</w:t>
            </w:r>
          </w:p>
        </w:tc>
        <w:tc>
          <w:tcPr>
            <w:tcW w:w="1271"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p w:rsidR="006D1F8F" w:rsidRPr="0094034D" w:rsidRDefault="006D1F8F" w:rsidP="006D1F8F">
            <w:pPr>
              <w:rPr>
                <w:rFonts w:ascii="Times New Roman" w:eastAsia="Times New Roman" w:hAnsi="Times New Roman" w:cs="Times New Roman"/>
                <w:sz w:val="24"/>
                <w:szCs w:val="24"/>
              </w:rPr>
            </w:pPr>
          </w:p>
        </w:tc>
      </w:tr>
      <w:tr w:rsidR="006D1F8F" w:rsidRPr="003944E9" w:rsidTr="00611139">
        <w:trPr>
          <w:trHeight w:val="1116"/>
        </w:trPr>
        <w:tc>
          <w:tcPr>
            <w:tcW w:w="71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2</w:t>
            </w:r>
          </w:p>
        </w:tc>
        <w:tc>
          <w:tcPr>
            <w:tcW w:w="8367" w:type="dxa"/>
            <w:tcBorders>
              <w:top w:val="single" w:sz="4" w:space="0" w:color="000000"/>
              <w:left w:val="single" w:sz="4" w:space="0" w:color="000000"/>
              <w:bottom w:val="single" w:sz="4" w:space="0" w:color="000000"/>
              <w:right w:val="single" w:sz="4" w:space="0" w:color="auto"/>
            </w:tcBorders>
          </w:tcPr>
          <w:p w:rsidR="006D1F8F" w:rsidRPr="0094034D" w:rsidRDefault="006D1F8F" w:rsidP="006D1F8F">
            <w:pPr>
              <w:rPr>
                <w:rFonts w:ascii="Times New Roman" w:eastAsia="Times New Roman" w:hAnsi="Times New Roman" w:cs="Times New Roman"/>
                <w:bCs/>
                <w:sz w:val="24"/>
                <w:szCs w:val="24"/>
              </w:rPr>
            </w:pPr>
            <w:r w:rsidRPr="0094034D">
              <w:rPr>
                <w:rFonts w:ascii="Times New Roman" w:eastAsia="Times New Roman" w:hAnsi="Times New Roman" w:cs="Times New Roman"/>
                <w:sz w:val="24"/>
                <w:szCs w:val="24"/>
              </w:rPr>
              <w:t>Укажите количество букв и звуков.</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iCs/>
                <w:sz w:val="24"/>
                <w:szCs w:val="24"/>
              </w:rPr>
              <w:t xml:space="preserve"> ягель</w:t>
            </w:r>
            <w:r w:rsidRPr="0094034D">
              <w:rPr>
                <w:rFonts w:ascii="Times New Roman" w:eastAsia="Times New Roman" w:hAnsi="Times New Roman" w:cs="Times New Roman"/>
                <w:sz w:val="24"/>
                <w:szCs w:val="24"/>
              </w:rPr>
              <w:t xml:space="preserve"> __5___ букв, ____5_ звуков</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iCs/>
                <w:sz w:val="24"/>
                <w:szCs w:val="24"/>
              </w:rPr>
              <w:t xml:space="preserve"> дикие___5__</w:t>
            </w:r>
            <w:r w:rsidRPr="0094034D">
              <w:rPr>
                <w:rFonts w:ascii="Times New Roman" w:eastAsia="Times New Roman" w:hAnsi="Times New Roman" w:cs="Times New Roman"/>
                <w:sz w:val="24"/>
                <w:szCs w:val="24"/>
              </w:rPr>
              <w:t>букв, ____6__ звуков</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iCs/>
                <w:sz w:val="24"/>
                <w:szCs w:val="24"/>
              </w:rPr>
              <w:t xml:space="preserve">  олень</w:t>
            </w:r>
            <w:r w:rsidRPr="0094034D">
              <w:rPr>
                <w:rFonts w:ascii="Times New Roman" w:eastAsia="Times New Roman" w:hAnsi="Times New Roman" w:cs="Times New Roman"/>
                <w:sz w:val="24"/>
                <w:szCs w:val="24"/>
              </w:rPr>
              <w:t xml:space="preserve"> ___5__   букв, __4__ звуков </w:t>
            </w:r>
          </w:p>
          <w:p w:rsidR="006D1F8F" w:rsidRPr="0094034D" w:rsidRDefault="006D1F8F" w:rsidP="006D1F8F">
            <w:pPr>
              <w:rPr>
                <w:rFonts w:ascii="Times New Roman" w:eastAsia="Times New Roman" w:hAnsi="Times New Roman" w:cs="Times New Roman"/>
                <w:sz w:val="24"/>
                <w:szCs w:val="24"/>
              </w:rPr>
            </w:pPr>
          </w:p>
        </w:tc>
        <w:tc>
          <w:tcPr>
            <w:tcW w:w="1271"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3 балла,</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по 0,5 баллу за каждый правильный ответ.</w:t>
            </w:r>
          </w:p>
        </w:tc>
      </w:tr>
      <w:tr w:rsidR="006D1F8F" w:rsidRPr="0094034D" w:rsidTr="00611139">
        <w:trPr>
          <w:trHeight w:val="1044"/>
        </w:trPr>
        <w:tc>
          <w:tcPr>
            <w:tcW w:w="71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3</w:t>
            </w: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Буква –о- пропущена в словах группы:</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2) м….роз, м…локо;</w:t>
            </w:r>
            <w:r w:rsidRPr="0094034D">
              <w:rPr>
                <w:rFonts w:ascii="Times New Roman" w:eastAsia="Times New Roman" w:hAnsi="Times New Roman" w:cs="Times New Roman"/>
                <w:sz w:val="24"/>
                <w:szCs w:val="24"/>
              </w:rPr>
              <w:tab/>
            </w:r>
          </w:p>
        </w:tc>
        <w:tc>
          <w:tcPr>
            <w:tcW w:w="1271"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p w:rsidR="006D1F8F" w:rsidRPr="0094034D" w:rsidRDefault="006D1F8F" w:rsidP="006D1F8F">
            <w:pPr>
              <w:rPr>
                <w:rFonts w:ascii="Times New Roman" w:eastAsia="Times New Roman" w:hAnsi="Times New Roman" w:cs="Times New Roman"/>
                <w:sz w:val="24"/>
                <w:szCs w:val="24"/>
              </w:rPr>
            </w:pPr>
          </w:p>
        </w:tc>
      </w:tr>
      <w:tr w:rsidR="006D1F8F" w:rsidRPr="0094034D" w:rsidTr="00611139">
        <w:trPr>
          <w:trHeight w:val="265"/>
        </w:trPr>
        <w:tc>
          <w:tcPr>
            <w:tcW w:w="71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4</w:t>
            </w: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spacing w:line="360"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Отметьте слово, имеющее следующий состав:</w:t>
            </w:r>
          </w:p>
          <w:p w:rsidR="006D1F8F" w:rsidRPr="0094034D" w:rsidRDefault="006D1F8F" w:rsidP="006D1F8F">
            <w:pPr>
              <w:rPr>
                <w:rFonts w:ascii="Times New Roman" w:eastAsia="Times New Roman" w:hAnsi="Times New Roman" w:cs="Times New Roman"/>
                <w:sz w:val="24"/>
                <w:szCs w:val="24"/>
                <w:bdr w:val="single" w:sz="4" w:space="0" w:color="auto" w:frame="1"/>
              </w:rPr>
            </w:pPr>
            <w:r w:rsidRPr="0094034D">
              <w:rPr>
                <w:rFonts w:ascii="Times New Roman" w:eastAsia="Times New Roman" w:hAnsi="Times New Roman" w:cs="Times New Roman"/>
                <w:sz w:val="24"/>
                <w:szCs w:val="24"/>
                <w:bdr w:val="single" w:sz="4" w:space="0" w:color="auto" w:frame="1"/>
              </w:rPr>
              <w:t xml:space="preserve"> корень </w:t>
            </w:r>
            <w:r w:rsidRPr="0094034D">
              <w:rPr>
                <w:rFonts w:ascii="Times New Roman" w:eastAsia="Times New Roman" w:hAnsi="Times New Roman" w:cs="Times New Roman"/>
                <w:sz w:val="24"/>
                <w:szCs w:val="24"/>
              </w:rPr>
              <w:t xml:space="preserve">-   </w:t>
            </w:r>
            <w:r w:rsidRPr="0094034D">
              <w:rPr>
                <w:rFonts w:ascii="Times New Roman" w:eastAsia="Times New Roman" w:hAnsi="Times New Roman" w:cs="Times New Roman"/>
                <w:sz w:val="24"/>
                <w:szCs w:val="24"/>
                <w:bdr w:val="single" w:sz="4" w:space="0" w:color="auto" w:frame="1"/>
              </w:rPr>
              <w:t>суффикс</w:t>
            </w:r>
            <w:r w:rsidRPr="0094034D">
              <w:rPr>
                <w:rFonts w:ascii="Times New Roman" w:eastAsia="Times New Roman" w:hAnsi="Times New Roman" w:cs="Times New Roman"/>
                <w:sz w:val="24"/>
                <w:szCs w:val="24"/>
              </w:rPr>
              <w:t xml:space="preserve">-  </w:t>
            </w:r>
            <w:r w:rsidRPr="0094034D">
              <w:rPr>
                <w:rFonts w:ascii="Times New Roman" w:eastAsia="Times New Roman" w:hAnsi="Times New Roman" w:cs="Times New Roman"/>
                <w:sz w:val="24"/>
                <w:szCs w:val="24"/>
                <w:bdr w:val="single" w:sz="4" w:space="0" w:color="auto" w:frame="1"/>
              </w:rPr>
              <w:t>окончание</w:t>
            </w:r>
          </w:p>
          <w:p w:rsidR="006D1F8F" w:rsidRPr="0094034D" w:rsidRDefault="006D1F8F" w:rsidP="006D1F8F">
            <w:pPr>
              <w:spacing w:line="360"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3) северный;</w:t>
            </w:r>
          </w:p>
        </w:tc>
        <w:tc>
          <w:tcPr>
            <w:tcW w:w="1271"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p w:rsidR="006D1F8F" w:rsidRPr="0094034D" w:rsidRDefault="006D1F8F" w:rsidP="006D1F8F">
            <w:pPr>
              <w:rPr>
                <w:rFonts w:ascii="Times New Roman" w:eastAsia="Times New Roman" w:hAnsi="Times New Roman" w:cs="Times New Roman"/>
                <w:sz w:val="24"/>
                <w:szCs w:val="24"/>
              </w:rPr>
            </w:pPr>
          </w:p>
        </w:tc>
      </w:tr>
      <w:tr w:rsidR="006D1F8F" w:rsidRPr="0094034D" w:rsidTr="00611139">
        <w:trPr>
          <w:trHeight w:val="2483"/>
        </w:trPr>
        <w:tc>
          <w:tcPr>
            <w:tcW w:w="71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5</w:t>
            </w:r>
          </w:p>
        </w:tc>
        <w:tc>
          <w:tcPr>
            <w:tcW w:w="8367" w:type="dxa"/>
            <w:tcBorders>
              <w:top w:val="single" w:sz="4" w:space="0" w:color="000000"/>
              <w:left w:val="single" w:sz="4" w:space="0" w:color="000000"/>
              <w:bottom w:val="single" w:sz="4" w:space="0" w:color="000000"/>
              <w:right w:val="single" w:sz="4" w:space="0" w:color="auto"/>
            </w:tcBorders>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Заполните таблицу, указав те признаки прилагательных, которые ты изучил (род, падеж, число):</w:t>
            </w:r>
          </w:p>
          <w:p w:rsidR="006D1F8F" w:rsidRPr="0094034D" w:rsidRDefault="006D1F8F" w:rsidP="006D1F8F">
            <w:pPr>
              <w:rPr>
                <w:rFonts w:ascii="Times New Roman" w:eastAsia="Times New Roman" w:hAnsi="Times New Roman" w:cs="Times New Roman"/>
                <w:sz w:val="24"/>
                <w:szCs w:val="24"/>
              </w:rPr>
            </w:pPr>
          </w:p>
          <w:tbl>
            <w:tblPr>
              <w:tblW w:w="8085"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2"/>
              <w:gridCol w:w="1362"/>
              <w:gridCol w:w="1049"/>
              <w:gridCol w:w="1562"/>
            </w:tblGrid>
            <w:tr w:rsidR="006D1F8F" w:rsidRPr="0094034D" w:rsidTr="006D1F8F">
              <w:trPr>
                <w:trHeight w:val="341"/>
              </w:trPr>
              <w:tc>
                <w:tcPr>
                  <w:tcW w:w="4114"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0" w:line="276" w:lineRule="auto"/>
                    <w:jc w:val="center"/>
                    <w:rPr>
                      <w:rFonts w:ascii="Times New Roman" w:eastAsia="Times New Roman" w:hAnsi="Times New Roman" w:cs="Times New Roman"/>
                      <w:sz w:val="24"/>
                      <w:szCs w:val="24"/>
                      <w:lang w:val="ru-RU"/>
                    </w:rPr>
                  </w:pPr>
                  <w:r w:rsidRPr="0094034D">
                    <w:rPr>
                      <w:rFonts w:ascii="Times New Roman" w:eastAsia="Times New Roman" w:hAnsi="Times New Roman" w:cs="Times New Roman"/>
                      <w:sz w:val="24"/>
                      <w:szCs w:val="24"/>
                      <w:lang w:val="ru-RU"/>
                    </w:rPr>
                    <w:t>Имя прилагательное</w:t>
                  </w:r>
                </w:p>
                <w:p w:rsidR="006D1F8F" w:rsidRPr="0094034D" w:rsidRDefault="006D1F8F" w:rsidP="006D1F8F">
                  <w:pPr>
                    <w:spacing w:after="0" w:line="276" w:lineRule="auto"/>
                    <w:jc w:val="center"/>
                    <w:rPr>
                      <w:rFonts w:ascii="Times New Roman" w:eastAsia="Times New Roman" w:hAnsi="Times New Roman" w:cs="Times New Roman"/>
                      <w:sz w:val="24"/>
                      <w:szCs w:val="24"/>
                      <w:lang w:val="ru-RU"/>
                    </w:rPr>
                  </w:pPr>
                  <w:r w:rsidRPr="0094034D">
                    <w:rPr>
                      <w:rFonts w:ascii="Times New Roman" w:eastAsia="Times New Roman" w:hAnsi="Times New Roman" w:cs="Times New Roman"/>
                      <w:sz w:val="24"/>
                      <w:szCs w:val="24"/>
                      <w:lang w:val="ru-RU" w:eastAsia="ru-RU"/>
                    </w:rPr>
                    <w:t>(вместе с существительным).</w:t>
                  </w:r>
                </w:p>
              </w:tc>
              <w:tc>
                <w:tcPr>
                  <w:tcW w:w="1363"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before="100" w:beforeAutospacing="1" w:after="100" w:afterAutospacing="1" w:line="360" w:lineRule="auto"/>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Род</w:t>
                  </w:r>
                </w:p>
              </w:tc>
              <w:tc>
                <w:tcPr>
                  <w:tcW w:w="1050"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before="100" w:beforeAutospacing="1" w:after="100" w:afterAutospacing="1" w:line="360" w:lineRule="auto"/>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Падеж</w:t>
                  </w:r>
                </w:p>
              </w:tc>
              <w:tc>
                <w:tcPr>
                  <w:tcW w:w="1563"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before="100" w:beforeAutospacing="1" w:after="100" w:afterAutospacing="1" w:line="360" w:lineRule="auto"/>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Число</w:t>
                  </w:r>
                </w:p>
              </w:tc>
            </w:tr>
            <w:tr w:rsidR="006D1F8F" w:rsidRPr="0094034D" w:rsidTr="006D1F8F">
              <w:trPr>
                <w:trHeight w:val="384"/>
              </w:trPr>
              <w:tc>
                <w:tcPr>
                  <w:tcW w:w="4114"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0" w:line="360"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С удивительной (быстротой)</w:t>
                  </w:r>
                </w:p>
              </w:tc>
              <w:tc>
                <w:tcPr>
                  <w:tcW w:w="1363"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0" w:line="360"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ж.р.</w:t>
                  </w:r>
                </w:p>
              </w:tc>
              <w:tc>
                <w:tcPr>
                  <w:tcW w:w="1050"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0" w:line="360"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Т.п.</w:t>
                  </w:r>
                </w:p>
              </w:tc>
              <w:tc>
                <w:tcPr>
                  <w:tcW w:w="1563"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0" w:line="360"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ед.ч.</w:t>
                  </w:r>
                </w:p>
              </w:tc>
            </w:tr>
            <w:tr w:rsidR="006D1F8F" w:rsidRPr="0094034D" w:rsidTr="006D1F8F">
              <w:trPr>
                <w:trHeight w:val="392"/>
              </w:trPr>
              <w:tc>
                <w:tcPr>
                  <w:tcW w:w="4114"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0" w:line="360"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От лютого (мороза)</w:t>
                  </w:r>
                </w:p>
              </w:tc>
              <w:tc>
                <w:tcPr>
                  <w:tcW w:w="1363"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200" w:line="276" w:lineRule="auto"/>
                    <w:rPr>
                      <w:rFonts w:ascii="Times New Roman" w:eastAsia="Calibri" w:hAnsi="Times New Roman" w:cs="Times New Roman"/>
                      <w:sz w:val="24"/>
                      <w:szCs w:val="24"/>
                    </w:rPr>
                  </w:pPr>
                  <w:r w:rsidRPr="0094034D">
                    <w:rPr>
                      <w:rFonts w:ascii="Times New Roman" w:eastAsia="Times New Roman" w:hAnsi="Times New Roman" w:cs="Times New Roman"/>
                      <w:sz w:val="24"/>
                      <w:szCs w:val="24"/>
                    </w:rPr>
                    <w:t>м.р.</w:t>
                  </w:r>
                </w:p>
              </w:tc>
              <w:tc>
                <w:tcPr>
                  <w:tcW w:w="1050"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0" w:line="360"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Р.п.</w:t>
                  </w:r>
                </w:p>
              </w:tc>
              <w:tc>
                <w:tcPr>
                  <w:tcW w:w="1563"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0" w:line="360"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ед.ч.</w:t>
                  </w:r>
                </w:p>
              </w:tc>
            </w:tr>
            <w:tr w:rsidR="006D1F8F" w:rsidRPr="0094034D" w:rsidTr="006D1F8F">
              <w:trPr>
                <w:trHeight w:val="392"/>
              </w:trPr>
              <w:tc>
                <w:tcPr>
                  <w:tcW w:w="4114"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0" w:line="360"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В суровую (пору)</w:t>
                  </w:r>
                </w:p>
              </w:tc>
              <w:tc>
                <w:tcPr>
                  <w:tcW w:w="1363"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200" w:line="276" w:lineRule="auto"/>
                    <w:rPr>
                      <w:rFonts w:ascii="Times New Roman" w:eastAsia="Calibri" w:hAnsi="Times New Roman" w:cs="Times New Roman"/>
                      <w:sz w:val="24"/>
                      <w:szCs w:val="24"/>
                    </w:rPr>
                  </w:pPr>
                  <w:r w:rsidRPr="0094034D">
                    <w:rPr>
                      <w:rFonts w:ascii="Times New Roman" w:eastAsia="Times New Roman" w:hAnsi="Times New Roman" w:cs="Times New Roman"/>
                      <w:sz w:val="24"/>
                      <w:szCs w:val="24"/>
                    </w:rPr>
                    <w:t>ж.р.</w:t>
                  </w:r>
                </w:p>
              </w:tc>
              <w:tc>
                <w:tcPr>
                  <w:tcW w:w="1050"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0" w:line="360"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В.п.</w:t>
                  </w:r>
                </w:p>
              </w:tc>
              <w:tc>
                <w:tcPr>
                  <w:tcW w:w="1563"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0" w:line="360"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ед.ч.</w:t>
                  </w:r>
                </w:p>
              </w:tc>
            </w:tr>
          </w:tbl>
          <w:p w:rsidR="006D1F8F" w:rsidRPr="0094034D" w:rsidRDefault="006D1F8F" w:rsidP="006D1F8F">
            <w:pPr>
              <w:rPr>
                <w:rFonts w:ascii="Times New Roman" w:eastAsia="Times New Roman" w:hAnsi="Times New Roman" w:cs="Times New Roman"/>
                <w:sz w:val="24"/>
                <w:szCs w:val="24"/>
              </w:rPr>
            </w:pPr>
          </w:p>
        </w:tc>
        <w:tc>
          <w:tcPr>
            <w:tcW w:w="1271"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4 балла</w:t>
            </w:r>
          </w:p>
          <w:p w:rsidR="006D1F8F" w:rsidRPr="0094034D" w:rsidRDefault="006D1F8F" w:rsidP="006D1F8F">
            <w:pPr>
              <w:rPr>
                <w:rFonts w:ascii="Times New Roman" w:eastAsia="Times New Roman" w:hAnsi="Times New Roman" w:cs="Times New Roman"/>
                <w:sz w:val="24"/>
                <w:szCs w:val="24"/>
              </w:rPr>
            </w:pPr>
          </w:p>
        </w:tc>
      </w:tr>
      <w:tr w:rsidR="006D1F8F" w:rsidRPr="0094034D" w:rsidTr="00611139">
        <w:trPr>
          <w:trHeight w:val="423"/>
        </w:trPr>
        <w:tc>
          <w:tcPr>
            <w:tcW w:w="71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jc w:val="right"/>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Максимально:</w:t>
            </w:r>
          </w:p>
        </w:tc>
        <w:tc>
          <w:tcPr>
            <w:tcW w:w="1271"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10 баллов</w:t>
            </w:r>
          </w:p>
        </w:tc>
      </w:tr>
      <w:tr w:rsidR="006D1F8F" w:rsidRPr="0094034D" w:rsidTr="00611139">
        <w:trPr>
          <w:trHeight w:val="403"/>
        </w:trPr>
        <w:tc>
          <w:tcPr>
            <w:tcW w:w="71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Математика</w:t>
            </w:r>
          </w:p>
        </w:tc>
        <w:tc>
          <w:tcPr>
            <w:tcW w:w="1271"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p>
        </w:tc>
      </w:tr>
      <w:tr w:rsidR="006D1F8F" w:rsidRPr="0094034D" w:rsidTr="00611139">
        <w:trPr>
          <w:trHeight w:val="403"/>
        </w:trPr>
        <w:tc>
          <w:tcPr>
            <w:tcW w:w="71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w:t>
            </w: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spacing w:after="61" w:line="264"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Решите задачу. </w:t>
            </w:r>
          </w:p>
          <w:p w:rsidR="006D1F8F" w:rsidRPr="0094034D" w:rsidRDefault="006D1F8F" w:rsidP="006D1F8F">
            <w:pPr>
              <w:autoSpaceDE w:val="0"/>
              <w:autoSpaceDN w:val="0"/>
              <w:adjustRightInd w:val="0"/>
              <w:rPr>
                <w:rFonts w:ascii="Times New Roman" w:eastAsia="Times New Roman" w:hAnsi="Times New Roman" w:cs="Times New Roman"/>
                <w:iCs/>
                <w:sz w:val="24"/>
                <w:szCs w:val="24"/>
              </w:rPr>
            </w:pPr>
            <w:r w:rsidRPr="0094034D">
              <w:rPr>
                <w:rFonts w:ascii="Times New Roman" w:eastAsia="Times New Roman" w:hAnsi="Times New Roman" w:cs="Times New Roman"/>
                <w:sz w:val="24"/>
                <w:szCs w:val="24"/>
              </w:rPr>
              <w:t xml:space="preserve">Упряжка с оленями за 9 часов смогла преодолеть расстояние в 90 </w:t>
            </w:r>
            <w:r w:rsidRPr="0094034D">
              <w:rPr>
                <w:rFonts w:ascii="Times New Roman" w:eastAsia="Times New Roman" w:hAnsi="Times New Roman" w:cs="Times New Roman"/>
                <w:i/>
                <w:sz w:val="24"/>
                <w:szCs w:val="24"/>
              </w:rPr>
              <w:t>км</w:t>
            </w:r>
            <w:r w:rsidRPr="0094034D">
              <w:rPr>
                <w:rFonts w:ascii="Times New Roman" w:eastAsia="Times New Roman" w:hAnsi="Times New Roman" w:cs="Times New Roman"/>
                <w:sz w:val="24"/>
                <w:szCs w:val="24"/>
              </w:rPr>
              <w:t>, а вторая упряжка за это же время прошла 72</w:t>
            </w:r>
            <w:r w:rsidRPr="0094034D">
              <w:rPr>
                <w:rFonts w:ascii="Times New Roman" w:eastAsia="Times New Roman" w:hAnsi="Times New Roman" w:cs="Times New Roman"/>
                <w:i/>
                <w:sz w:val="24"/>
                <w:szCs w:val="24"/>
              </w:rPr>
              <w:t>км</w:t>
            </w:r>
            <w:r w:rsidRPr="0094034D">
              <w:rPr>
                <w:rFonts w:ascii="Times New Roman" w:eastAsia="Times New Roman" w:hAnsi="Times New Roman" w:cs="Times New Roman"/>
                <w:sz w:val="24"/>
                <w:szCs w:val="24"/>
              </w:rPr>
              <w:t xml:space="preserve">. </w:t>
            </w:r>
            <w:r w:rsidRPr="0094034D">
              <w:rPr>
                <w:rFonts w:ascii="Times New Roman" w:eastAsia="Times New Roman" w:hAnsi="Times New Roman" w:cs="Times New Roman"/>
                <w:iCs/>
                <w:sz w:val="24"/>
                <w:szCs w:val="24"/>
              </w:rPr>
              <w:t>На сколько больше скорость первой упряжки, чем второй?</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Отметьте правильное решение задачи:</w:t>
            </w:r>
          </w:p>
          <w:p w:rsidR="006D1F8F" w:rsidRPr="0094034D" w:rsidRDefault="006D1F8F" w:rsidP="006D1F8F">
            <w:pPr>
              <w:autoSpaceDE w:val="0"/>
              <w:autoSpaceDN w:val="0"/>
              <w:adjustRightInd w:val="0"/>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3) 90 : 9 – 72 : 9 = 2(км/ч)</w:t>
            </w:r>
          </w:p>
        </w:tc>
        <w:tc>
          <w:tcPr>
            <w:tcW w:w="1271"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p w:rsidR="006D1F8F" w:rsidRPr="0094034D" w:rsidRDefault="006D1F8F" w:rsidP="006D1F8F">
            <w:pPr>
              <w:rPr>
                <w:rFonts w:ascii="Times New Roman" w:eastAsia="Times New Roman" w:hAnsi="Times New Roman" w:cs="Times New Roman"/>
                <w:sz w:val="24"/>
                <w:szCs w:val="24"/>
              </w:rPr>
            </w:pPr>
          </w:p>
        </w:tc>
      </w:tr>
      <w:tr w:rsidR="006D1F8F" w:rsidRPr="0094034D" w:rsidTr="00611139">
        <w:trPr>
          <w:trHeight w:val="403"/>
        </w:trPr>
        <w:tc>
          <w:tcPr>
            <w:tcW w:w="71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2</w:t>
            </w: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Укажите, какая запись соответствует числу 3 400 020?</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Отметьте правильное решение задачи:</w:t>
            </w:r>
          </w:p>
          <w:p w:rsidR="006D1F8F" w:rsidRPr="0094034D" w:rsidRDefault="006D1F8F" w:rsidP="006D1F8F">
            <w:pPr>
              <w:tabs>
                <w:tab w:val="left" w:pos="540"/>
              </w:tabs>
              <w:rPr>
                <w:rFonts w:ascii="Times New Roman" w:eastAsia="Times New Roman" w:hAnsi="Times New Roman" w:cs="Times New Roman"/>
                <w:sz w:val="24"/>
                <w:szCs w:val="24"/>
              </w:rPr>
            </w:pPr>
            <w:r w:rsidRPr="0094034D">
              <w:rPr>
                <w:rFonts w:ascii="Times New Roman" w:eastAsia="Times New Roman" w:hAnsi="Times New Roman" w:cs="Times New Roman"/>
                <w:noProof/>
                <w:sz w:val="24"/>
                <w:szCs w:val="24"/>
              </w:rPr>
              <w:t xml:space="preserve">3) </w:t>
            </w:r>
            <w:r w:rsidRPr="0094034D">
              <w:rPr>
                <w:rFonts w:ascii="Times New Roman" w:eastAsia="Times New Roman" w:hAnsi="Times New Roman" w:cs="Times New Roman"/>
                <w:sz w:val="24"/>
                <w:szCs w:val="24"/>
              </w:rPr>
              <w:t>три миллиона четыреста тысяч двадцать;</w:t>
            </w:r>
          </w:p>
        </w:tc>
        <w:tc>
          <w:tcPr>
            <w:tcW w:w="1271"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p w:rsidR="006D1F8F" w:rsidRPr="0094034D" w:rsidRDefault="006D1F8F" w:rsidP="006D1F8F">
            <w:pPr>
              <w:rPr>
                <w:rFonts w:ascii="Times New Roman" w:eastAsia="Times New Roman" w:hAnsi="Times New Roman" w:cs="Times New Roman"/>
                <w:sz w:val="24"/>
                <w:szCs w:val="24"/>
              </w:rPr>
            </w:pPr>
          </w:p>
        </w:tc>
      </w:tr>
      <w:tr w:rsidR="006D1F8F" w:rsidRPr="003944E9" w:rsidTr="00611139">
        <w:trPr>
          <w:trHeight w:val="403"/>
        </w:trPr>
        <w:tc>
          <w:tcPr>
            <w:tcW w:w="71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3</w:t>
            </w: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Изучите таблицу и заполните её.</w:t>
            </w:r>
          </w:p>
          <w:tbl>
            <w:tblPr>
              <w:tblStyle w:val="TableGrid"/>
              <w:tblW w:w="7560" w:type="dxa"/>
              <w:tblInd w:w="458" w:type="dxa"/>
              <w:tblLayout w:type="fixed"/>
              <w:tblCellMar>
                <w:top w:w="21" w:type="dxa"/>
                <w:right w:w="115" w:type="dxa"/>
              </w:tblCellMar>
              <w:tblLook w:val="04A0"/>
            </w:tblPr>
            <w:tblGrid>
              <w:gridCol w:w="1676"/>
              <w:gridCol w:w="2078"/>
              <w:gridCol w:w="2078"/>
              <w:gridCol w:w="1728"/>
            </w:tblGrid>
            <w:tr w:rsidR="006D1F8F" w:rsidRPr="0094034D" w:rsidTr="006D1F8F">
              <w:trPr>
                <w:trHeight w:val="497"/>
              </w:trPr>
              <w:tc>
                <w:tcPr>
                  <w:tcW w:w="1676" w:type="dxa"/>
                  <w:vMerge w:val="restart"/>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Название  </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животного</w:t>
                  </w:r>
                </w:p>
              </w:tc>
              <w:tc>
                <w:tcPr>
                  <w:tcW w:w="2078" w:type="dxa"/>
                  <w:tcBorders>
                    <w:top w:val="single" w:sz="4" w:space="0" w:color="000000"/>
                    <w:left w:val="single" w:sz="4" w:space="0" w:color="000000"/>
                    <w:bottom w:val="single" w:sz="4" w:space="0" w:color="000000"/>
                    <w:right w:val="nil"/>
                  </w:tcBorders>
                  <w:vAlign w:val="bottom"/>
                </w:tcPr>
                <w:p w:rsidR="006D1F8F" w:rsidRPr="0094034D" w:rsidRDefault="006D1F8F" w:rsidP="006D1F8F">
                  <w:pPr>
                    <w:rPr>
                      <w:rFonts w:ascii="Times New Roman" w:eastAsia="Times New Roman" w:hAnsi="Times New Roman" w:cs="Times New Roman"/>
                      <w:sz w:val="24"/>
                      <w:szCs w:val="24"/>
                    </w:rPr>
                  </w:pPr>
                </w:p>
              </w:tc>
              <w:tc>
                <w:tcPr>
                  <w:tcW w:w="2078" w:type="dxa"/>
                  <w:tcBorders>
                    <w:top w:val="single" w:sz="4" w:space="0" w:color="000000"/>
                    <w:left w:val="nil"/>
                    <w:bottom w:val="single" w:sz="4" w:space="0" w:color="000000"/>
                    <w:right w:val="nil"/>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Вес животного (в кг)</w:t>
                  </w:r>
                </w:p>
              </w:tc>
              <w:tc>
                <w:tcPr>
                  <w:tcW w:w="1728" w:type="dxa"/>
                  <w:tcBorders>
                    <w:top w:val="single" w:sz="4" w:space="0" w:color="000000"/>
                    <w:left w:val="nil"/>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p>
              </w:tc>
            </w:tr>
            <w:tr w:rsidR="006D1F8F" w:rsidRPr="0094034D" w:rsidTr="006D1F8F">
              <w:trPr>
                <w:trHeight w:val="340"/>
              </w:trPr>
              <w:tc>
                <w:tcPr>
                  <w:tcW w:w="1676" w:type="dxa"/>
                  <w:vMerge/>
                  <w:tcBorders>
                    <w:top w:val="single" w:sz="4" w:space="0" w:color="000000"/>
                    <w:left w:val="single" w:sz="4" w:space="0" w:color="000000"/>
                    <w:bottom w:val="single" w:sz="4" w:space="0" w:color="000000"/>
                    <w:right w:val="single" w:sz="4" w:space="0" w:color="000000"/>
                  </w:tcBorders>
                  <w:vAlign w:val="center"/>
                  <w:hideMark/>
                </w:tcPr>
                <w:p w:rsidR="006D1F8F" w:rsidRPr="0094034D" w:rsidRDefault="006D1F8F" w:rsidP="006D1F8F">
                  <w:pPr>
                    <w:rPr>
                      <w:rFonts w:ascii="Times New Roman" w:eastAsia="Times New Roman" w:hAnsi="Times New Roman" w:cs="Times New Roman"/>
                      <w:sz w:val="24"/>
                      <w:szCs w:val="24"/>
                    </w:rPr>
                  </w:pPr>
                </w:p>
              </w:tc>
              <w:tc>
                <w:tcPr>
                  <w:tcW w:w="2078"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left="113"/>
                    <w:jc w:val="center"/>
                    <w:rPr>
                      <w:rFonts w:ascii="Times New Roman" w:eastAsia="Times New Roman" w:hAnsi="Times New Roman" w:cs="Times New Roman"/>
                      <w:sz w:val="24"/>
                      <w:szCs w:val="24"/>
                    </w:rPr>
                  </w:pPr>
                  <w:r w:rsidRPr="0094034D">
                    <w:rPr>
                      <w:rFonts w:ascii="Times New Roman" w:eastAsia="Times New Roman" w:hAnsi="Times New Roman" w:cs="Times New Roman"/>
                      <w:i/>
                      <w:sz w:val="24"/>
                      <w:szCs w:val="24"/>
                    </w:rPr>
                    <w:t xml:space="preserve">1 животное </w:t>
                  </w:r>
                </w:p>
              </w:tc>
              <w:tc>
                <w:tcPr>
                  <w:tcW w:w="2078"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left="119"/>
                    <w:jc w:val="center"/>
                    <w:rPr>
                      <w:rFonts w:ascii="Times New Roman" w:eastAsia="Times New Roman" w:hAnsi="Times New Roman" w:cs="Times New Roman"/>
                      <w:sz w:val="24"/>
                      <w:szCs w:val="24"/>
                    </w:rPr>
                  </w:pPr>
                  <w:r w:rsidRPr="0094034D">
                    <w:rPr>
                      <w:rFonts w:ascii="Times New Roman" w:eastAsia="Times New Roman" w:hAnsi="Times New Roman" w:cs="Times New Roman"/>
                      <w:i/>
                      <w:sz w:val="24"/>
                      <w:szCs w:val="24"/>
                    </w:rPr>
                    <w:t xml:space="preserve">3 животных </w:t>
                  </w:r>
                </w:p>
              </w:tc>
              <w:tc>
                <w:tcPr>
                  <w:tcW w:w="1728"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left="113"/>
                    <w:jc w:val="center"/>
                    <w:rPr>
                      <w:rFonts w:ascii="Times New Roman" w:eastAsia="Times New Roman" w:hAnsi="Times New Roman" w:cs="Times New Roman"/>
                      <w:sz w:val="24"/>
                      <w:szCs w:val="24"/>
                    </w:rPr>
                  </w:pPr>
                  <w:r w:rsidRPr="0094034D">
                    <w:rPr>
                      <w:rFonts w:ascii="Times New Roman" w:eastAsia="Times New Roman" w:hAnsi="Times New Roman" w:cs="Times New Roman"/>
                      <w:i/>
                      <w:sz w:val="24"/>
                      <w:szCs w:val="24"/>
                    </w:rPr>
                    <w:t xml:space="preserve">5 животных </w:t>
                  </w:r>
                </w:p>
              </w:tc>
            </w:tr>
            <w:tr w:rsidR="006D1F8F" w:rsidRPr="0094034D" w:rsidTr="006D1F8F">
              <w:trPr>
                <w:trHeight w:val="497"/>
              </w:trPr>
              <w:tc>
                <w:tcPr>
                  <w:tcW w:w="1676"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left="108"/>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Олень </w:t>
                  </w:r>
                </w:p>
              </w:tc>
              <w:tc>
                <w:tcPr>
                  <w:tcW w:w="2078"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left="113"/>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150 кг </w:t>
                  </w:r>
                </w:p>
              </w:tc>
              <w:tc>
                <w:tcPr>
                  <w:tcW w:w="2078"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left="118"/>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450 кг </w:t>
                  </w:r>
                </w:p>
              </w:tc>
              <w:tc>
                <w:tcPr>
                  <w:tcW w:w="1728"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left="113"/>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750 кг </w:t>
                  </w:r>
                </w:p>
              </w:tc>
            </w:tr>
            <w:tr w:rsidR="006D1F8F" w:rsidRPr="0094034D" w:rsidTr="006D1F8F">
              <w:trPr>
                <w:trHeight w:val="497"/>
              </w:trPr>
              <w:tc>
                <w:tcPr>
                  <w:tcW w:w="1676"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left="108"/>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Морж </w:t>
                  </w:r>
                </w:p>
              </w:tc>
              <w:tc>
                <w:tcPr>
                  <w:tcW w:w="2078"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left="112"/>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1300 кг </w:t>
                  </w:r>
                </w:p>
              </w:tc>
              <w:tc>
                <w:tcPr>
                  <w:tcW w:w="2078"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left="118"/>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3900 кг </w:t>
                  </w:r>
                </w:p>
              </w:tc>
              <w:tc>
                <w:tcPr>
                  <w:tcW w:w="1728"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left="113"/>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6500 кг </w:t>
                  </w:r>
                </w:p>
              </w:tc>
            </w:tr>
            <w:tr w:rsidR="006D1F8F" w:rsidRPr="0094034D" w:rsidTr="006D1F8F">
              <w:trPr>
                <w:trHeight w:val="497"/>
              </w:trPr>
              <w:tc>
                <w:tcPr>
                  <w:tcW w:w="1676"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left="108"/>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Пингвин </w:t>
                  </w:r>
                </w:p>
              </w:tc>
              <w:tc>
                <w:tcPr>
                  <w:tcW w:w="2078"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left="112"/>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40 кг </w:t>
                  </w:r>
                </w:p>
              </w:tc>
              <w:tc>
                <w:tcPr>
                  <w:tcW w:w="2078"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left="118"/>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120 кг </w:t>
                  </w:r>
                </w:p>
              </w:tc>
              <w:tc>
                <w:tcPr>
                  <w:tcW w:w="1728"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left="113"/>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200 кг </w:t>
                  </w:r>
                </w:p>
              </w:tc>
            </w:tr>
          </w:tbl>
          <w:p w:rsidR="006D1F8F" w:rsidRPr="0094034D" w:rsidRDefault="006D1F8F" w:rsidP="006D1F8F">
            <w:pPr>
              <w:rPr>
                <w:rFonts w:ascii="Times New Roman" w:eastAsia="Times New Roman" w:hAnsi="Times New Roman" w:cs="Times New Roman"/>
                <w:sz w:val="24"/>
                <w:szCs w:val="24"/>
              </w:rPr>
            </w:pPr>
          </w:p>
        </w:tc>
        <w:tc>
          <w:tcPr>
            <w:tcW w:w="1271"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3 балла,</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по 0,5 баллу за каждый правильный ответ.</w:t>
            </w:r>
          </w:p>
        </w:tc>
      </w:tr>
      <w:tr w:rsidR="006D1F8F" w:rsidRPr="003944E9" w:rsidTr="00611139">
        <w:trPr>
          <w:trHeight w:val="403"/>
        </w:trPr>
        <w:tc>
          <w:tcPr>
            <w:tcW w:w="71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4</w:t>
            </w: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spacing w:after="59" w:line="264"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В Таймырском заповеднике на участке поля квадратной формы поставили заграждение для осмотра оленей.  </w:t>
            </w:r>
          </w:p>
          <w:p w:rsidR="006D1F8F" w:rsidRPr="0094034D" w:rsidRDefault="006D1F8F" w:rsidP="006D1F8F">
            <w:pPr>
              <w:spacing w:after="68"/>
              <w:ind w:left="-15" w:firstLine="708"/>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Какова площадь этого участка, если длина всего забора 68 </w:t>
            </w:r>
            <w:r w:rsidRPr="0094034D">
              <w:rPr>
                <w:rFonts w:ascii="Times New Roman" w:eastAsia="Times New Roman" w:hAnsi="Times New Roman" w:cs="Times New Roman"/>
                <w:i/>
                <w:sz w:val="24"/>
                <w:szCs w:val="24"/>
              </w:rPr>
              <w:t>м</w:t>
            </w:r>
            <w:r w:rsidRPr="0094034D">
              <w:rPr>
                <w:rFonts w:ascii="Times New Roman" w:eastAsia="Times New Roman" w:hAnsi="Times New Roman" w:cs="Times New Roman"/>
                <w:sz w:val="24"/>
                <w:szCs w:val="24"/>
              </w:rPr>
              <w:t>? Запиши вычисления и ответ.</w:t>
            </w:r>
          </w:p>
          <w:p w:rsidR="006D1F8F" w:rsidRPr="0094034D" w:rsidRDefault="006D1F8F" w:rsidP="006D1F8F">
            <w:pPr>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Решение:1) 68:4=17(м.)-1 сторона участка</w:t>
            </w:r>
          </w:p>
          <w:p w:rsidR="006D1F8F" w:rsidRPr="0094034D" w:rsidRDefault="006D1F8F" w:rsidP="006D1F8F">
            <w:pPr>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                  2) 17х17=289 (м </w:t>
            </w:r>
            <w:r w:rsidRPr="0094034D">
              <w:rPr>
                <w:rFonts w:ascii="Times New Roman" w:eastAsia="Times New Roman" w:hAnsi="Times New Roman" w:cs="Times New Roman"/>
                <w:sz w:val="24"/>
                <w:szCs w:val="24"/>
                <w:vertAlign w:val="superscript"/>
              </w:rPr>
              <w:t>2)-</w:t>
            </w:r>
            <w:r w:rsidRPr="0094034D">
              <w:rPr>
                <w:rFonts w:ascii="Times New Roman" w:eastAsia="Times New Roman" w:hAnsi="Times New Roman" w:cs="Times New Roman"/>
                <w:sz w:val="24"/>
                <w:szCs w:val="24"/>
              </w:rPr>
              <w:t>S участка</w:t>
            </w:r>
          </w:p>
          <w:p w:rsidR="006D1F8F" w:rsidRPr="0094034D" w:rsidRDefault="006D1F8F" w:rsidP="006D1F8F">
            <w:pPr>
              <w:jc w:val="both"/>
              <w:rPr>
                <w:rFonts w:ascii="Times New Roman" w:eastAsia="Times New Roman" w:hAnsi="Times New Roman" w:cs="Times New Roman"/>
                <w:i/>
                <w:sz w:val="24"/>
                <w:szCs w:val="24"/>
              </w:rPr>
            </w:pPr>
            <w:r w:rsidRPr="0094034D">
              <w:rPr>
                <w:rFonts w:ascii="Times New Roman" w:eastAsia="Times New Roman" w:hAnsi="Times New Roman" w:cs="Times New Roman"/>
                <w:sz w:val="24"/>
                <w:szCs w:val="24"/>
              </w:rPr>
              <w:t xml:space="preserve">Ответ: S =289м </w:t>
            </w:r>
            <w:r w:rsidRPr="0094034D">
              <w:rPr>
                <w:rFonts w:ascii="Times New Roman" w:eastAsia="Times New Roman" w:hAnsi="Times New Roman" w:cs="Times New Roman"/>
                <w:sz w:val="24"/>
                <w:szCs w:val="24"/>
                <w:vertAlign w:val="superscript"/>
              </w:rPr>
              <w:t>2</w:t>
            </w:r>
          </w:p>
        </w:tc>
        <w:tc>
          <w:tcPr>
            <w:tcW w:w="1271"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2 балла,</w:t>
            </w:r>
          </w:p>
          <w:p w:rsidR="006D1F8F" w:rsidRPr="0094034D" w:rsidRDefault="006D1F8F" w:rsidP="006D1F8F">
            <w:pPr>
              <w:spacing w:after="63"/>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1 балл – допущена одна вычислительная ошибка. </w:t>
            </w:r>
          </w:p>
          <w:p w:rsidR="006D1F8F" w:rsidRPr="0094034D" w:rsidRDefault="006D1F8F" w:rsidP="006D1F8F">
            <w:pPr>
              <w:rPr>
                <w:rFonts w:ascii="Times New Roman" w:eastAsia="Times New Roman" w:hAnsi="Times New Roman" w:cs="Times New Roman"/>
                <w:sz w:val="24"/>
                <w:szCs w:val="24"/>
              </w:rPr>
            </w:pPr>
          </w:p>
        </w:tc>
      </w:tr>
      <w:tr w:rsidR="006D1F8F" w:rsidRPr="0094034D" w:rsidTr="00611139">
        <w:trPr>
          <w:trHeight w:val="403"/>
        </w:trPr>
        <w:tc>
          <w:tcPr>
            <w:tcW w:w="71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tabs>
                <w:tab w:val="left" w:pos="15"/>
              </w:tabs>
              <w:ind w:right="-45"/>
              <w:jc w:val="right"/>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Максимально:</w:t>
            </w:r>
          </w:p>
        </w:tc>
        <w:tc>
          <w:tcPr>
            <w:tcW w:w="1271"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7 баллов</w:t>
            </w:r>
          </w:p>
        </w:tc>
      </w:tr>
      <w:tr w:rsidR="006D1F8F" w:rsidRPr="0094034D" w:rsidTr="00611139">
        <w:trPr>
          <w:trHeight w:val="403"/>
        </w:trPr>
        <w:tc>
          <w:tcPr>
            <w:tcW w:w="71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tabs>
                <w:tab w:val="left" w:pos="15"/>
              </w:tabs>
              <w:ind w:right="-45"/>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Окружающий мир</w:t>
            </w:r>
          </w:p>
        </w:tc>
        <w:tc>
          <w:tcPr>
            <w:tcW w:w="1271"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p>
        </w:tc>
      </w:tr>
      <w:tr w:rsidR="006D1F8F" w:rsidRPr="0094034D" w:rsidTr="00611139">
        <w:trPr>
          <w:trHeight w:val="403"/>
        </w:trPr>
        <w:tc>
          <w:tcPr>
            <w:tcW w:w="71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w:t>
            </w:r>
          </w:p>
          <w:p w:rsidR="006D1F8F" w:rsidRPr="0094034D" w:rsidRDefault="006D1F8F" w:rsidP="006D1F8F">
            <w:pPr>
              <w:ind w:right="34"/>
              <w:jc w:val="center"/>
              <w:rPr>
                <w:rFonts w:ascii="Times New Roman" w:eastAsia="Times New Roman" w:hAnsi="Times New Roman" w:cs="Times New Roman"/>
                <w:sz w:val="24"/>
                <w:szCs w:val="24"/>
              </w:rPr>
            </w:pP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К какой группе животных можно отнести северного оленя по способу питания? Отметьте правильный ответ.</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2) растительноядный;</w:t>
            </w:r>
          </w:p>
        </w:tc>
        <w:tc>
          <w:tcPr>
            <w:tcW w:w="1271"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tc>
      </w:tr>
      <w:tr w:rsidR="006D1F8F" w:rsidRPr="0094034D" w:rsidTr="00611139">
        <w:trPr>
          <w:trHeight w:val="403"/>
        </w:trPr>
        <w:tc>
          <w:tcPr>
            <w:tcW w:w="71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2</w:t>
            </w: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spacing w:after="9" w:line="264" w:lineRule="auto"/>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Выберите растения, которыми питается северный олень. Отметьте правильный ответ.</w:t>
            </w:r>
          </w:p>
          <w:p w:rsidR="006D1F8F" w:rsidRPr="0094034D" w:rsidRDefault="006D1F8F" w:rsidP="006D1F8F">
            <w:pPr>
              <w:tabs>
                <w:tab w:val="left" w:pos="15"/>
              </w:tabs>
              <w:ind w:right="-45"/>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3) мхи;</w:t>
            </w:r>
          </w:p>
        </w:tc>
        <w:tc>
          <w:tcPr>
            <w:tcW w:w="1271"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tc>
      </w:tr>
      <w:tr w:rsidR="006D1F8F" w:rsidRPr="0094034D" w:rsidTr="00611139">
        <w:trPr>
          <w:trHeight w:val="403"/>
        </w:trPr>
        <w:tc>
          <w:tcPr>
            <w:tcW w:w="71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3</w:t>
            </w: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Что накапливает летом олень в организме, чтобы не протянуть ноги?Отметьте правильный ответ.</w:t>
            </w:r>
          </w:p>
          <w:p w:rsidR="006D1F8F" w:rsidRPr="0094034D" w:rsidRDefault="006D1F8F" w:rsidP="006D1F8F">
            <w:pPr>
              <w:tabs>
                <w:tab w:val="left" w:pos="15"/>
              </w:tabs>
              <w:ind w:right="-45"/>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3) минеральные соли.</w:t>
            </w:r>
            <w:r w:rsidRPr="0094034D">
              <w:rPr>
                <w:rFonts w:ascii="Times New Roman" w:eastAsia="Times New Roman" w:hAnsi="Times New Roman" w:cs="Times New Roman"/>
                <w:sz w:val="24"/>
                <w:szCs w:val="24"/>
              </w:rPr>
              <w:tab/>
            </w:r>
          </w:p>
        </w:tc>
        <w:tc>
          <w:tcPr>
            <w:tcW w:w="1271"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tc>
      </w:tr>
      <w:tr w:rsidR="006D1F8F" w:rsidRPr="003944E9" w:rsidTr="00611139">
        <w:trPr>
          <w:trHeight w:val="403"/>
        </w:trPr>
        <w:tc>
          <w:tcPr>
            <w:tcW w:w="71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4</w:t>
            </w: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tabs>
                <w:tab w:val="left" w:pos="15"/>
              </w:tabs>
              <w:ind w:right="-45"/>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Укажите для каждого из классов животных из первого столбца характерные </w:t>
            </w:r>
            <w:r w:rsidRPr="0094034D">
              <w:rPr>
                <w:rFonts w:ascii="Times New Roman" w:eastAsia="Times New Roman" w:hAnsi="Times New Roman" w:cs="Times New Roman"/>
                <w:sz w:val="24"/>
                <w:szCs w:val="24"/>
                <w:u w:val="single"/>
              </w:rPr>
              <w:t>весенние явления</w:t>
            </w:r>
            <w:r w:rsidRPr="0094034D">
              <w:rPr>
                <w:rFonts w:ascii="Times New Roman" w:eastAsia="Times New Roman" w:hAnsi="Times New Roman" w:cs="Times New Roman"/>
                <w:sz w:val="24"/>
                <w:szCs w:val="24"/>
              </w:rPr>
              <w:t xml:space="preserve"> в их жизни из второго.</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А) _____4______, Б) ______2______, В) _____1______</w:t>
            </w:r>
          </w:p>
        </w:tc>
        <w:tc>
          <w:tcPr>
            <w:tcW w:w="1271"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3 балла,</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по 1 баллу за каждый правильный ответ.</w:t>
            </w:r>
          </w:p>
        </w:tc>
      </w:tr>
      <w:tr w:rsidR="006D1F8F" w:rsidRPr="0094034D" w:rsidTr="00611139">
        <w:trPr>
          <w:trHeight w:val="403"/>
        </w:trPr>
        <w:tc>
          <w:tcPr>
            <w:tcW w:w="71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11139">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Максимально:</w:t>
            </w:r>
          </w:p>
        </w:tc>
        <w:tc>
          <w:tcPr>
            <w:tcW w:w="1271"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6 баллов</w:t>
            </w:r>
          </w:p>
        </w:tc>
      </w:tr>
      <w:tr w:rsidR="006D1F8F" w:rsidRPr="0094034D" w:rsidTr="00611139">
        <w:trPr>
          <w:trHeight w:val="403"/>
        </w:trPr>
        <w:tc>
          <w:tcPr>
            <w:tcW w:w="71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11139">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Основная часть (Базовая) Всего:</w:t>
            </w:r>
          </w:p>
        </w:tc>
        <w:tc>
          <w:tcPr>
            <w:tcW w:w="1271"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31 балл</w:t>
            </w:r>
          </w:p>
        </w:tc>
      </w:tr>
      <w:tr w:rsidR="006D1F8F" w:rsidRPr="0094034D" w:rsidTr="00611139">
        <w:trPr>
          <w:trHeight w:val="403"/>
        </w:trPr>
        <w:tc>
          <w:tcPr>
            <w:tcW w:w="71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11139">
            <w:pPr>
              <w:tabs>
                <w:tab w:val="left" w:pos="15"/>
              </w:tabs>
              <w:ind w:right="-45"/>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Дополнительная часть (повышенная)</w:t>
            </w:r>
          </w:p>
        </w:tc>
        <w:tc>
          <w:tcPr>
            <w:tcW w:w="1271"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p>
        </w:tc>
      </w:tr>
      <w:tr w:rsidR="006D1F8F" w:rsidRPr="0094034D" w:rsidTr="00611139">
        <w:trPr>
          <w:trHeight w:val="403"/>
        </w:trPr>
        <w:tc>
          <w:tcPr>
            <w:tcW w:w="71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tabs>
                <w:tab w:val="left" w:pos="15"/>
                <w:tab w:val="left" w:pos="2115"/>
              </w:tabs>
              <w:ind w:right="-45"/>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ab/>
              <w:t>Укажи предложение, в котором знаки препинания поставлены неверно. Отметьте правильный ответ.</w:t>
            </w:r>
          </w:p>
          <w:p w:rsidR="006D1F8F" w:rsidRPr="0094034D" w:rsidRDefault="006D1F8F" w:rsidP="006D1F8F">
            <w:pPr>
              <w:tabs>
                <w:tab w:val="left" w:pos="15"/>
                <w:tab w:val="left" w:pos="2115"/>
              </w:tabs>
              <w:ind w:right="-45"/>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3) Лебеди, и утки готовились к отлету в теплые страны.</w:t>
            </w:r>
          </w:p>
        </w:tc>
        <w:tc>
          <w:tcPr>
            <w:tcW w:w="1271"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tc>
      </w:tr>
      <w:tr w:rsidR="006D1F8F" w:rsidRPr="0094034D" w:rsidTr="00611139">
        <w:trPr>
          <w:trHeight w:val="403"/>
        </w:trPr>
        <w:tc>
          <w:tcPr>
            <w:tcW w:w="71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Эти часы  спешат на 1 ч 05 мин.</w:t>
            </w:r>
          </w:p>
          <w:p w:rsidR="006D1F8F" w:rsidRPr="0094034D" w:rsidRDefault="006D1F8F" w:rsidP="006D1F8F">
            <w:pPr>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Укажите правильное время.</w:t>
            </w:r>
          </w:p>
          <w:p w:rsidR="006D1F8F" w:rsidRPr="0094034D" w:rsidRDefault="006D1F8F" w:rsidP="006D1F8F">
            <w:pPr>
              <w:tabs>
                <w:tab w:val="left" w:pos="15"/>
              </w:tabs>
              <w:ind w:right="-45"/>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Г) 9 ч 10 мин;</w:t>
            </w:r>
          </w:p>
        </w:tc>
        <w:tc>
          <w:tcPr>
            <w:tcW w:w="1271"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tc>
      </w:tr>
      <w:tr w:rsidR="006D1F8F" w:rsidRPr="0094034D" w:rsidTr="00611139">
        <w:trPr>
          <w:trHeight w:val="403"/>
        </w:trPr>
        <w:tc>
          <w:tcPr>
            <w:tcW w:w="71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Напишите, как вы понимаете значение выделенного слова в предложении:</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«Отчасти, благодаря им, выносливость зверя феноменальна».</w:t>
            </w:r>
          </w:p>
          <w:p w:rsidR="006D1F8F" w:rsidRPr="0094034D" w:rsidRDefault="006D1F8F" w:rsidP="006D1F8F">
            <w:pPr>
              <w:rPr>
                <w:rFonts w:ascii="Times New Roman" w:eastAsia="Times New Roman" w:hAnsi="Times New Roman" w:cs="Times New Roman"/>
                <w:bCs/>
                <w:sz w:val="24"/>
                <w:szCs w:val="24"/>
              </w:rPr>
            </w:pPr>
            <w:r w:rsidRPr="0094034D">
              <w:rPr>
                <w:rFonts w:ascii="Times New Roman" w:eastAsia="Times New Roman" w:hAnsi="Times New Roman" w:cs="Times New Roman"/>
                <w:sz w:val="24"/>
                <w:szCs w:val="24"/>
              </w:rPr>
              <w:t xml:space="preserve">Феноменальна – значит, </w:t>
            </w:r>
            <w:r w:rsidRPr="0094034D">
              <w:rPr>
                <w:rFonts w:ascii="Times New Roman" w:eastAsia="Times New Roman" w:hAnsi="Times New Roman" w:cs="Times New Roman"/>
                <w:i/>
                <w:sz w:val="24"/>
                <w:szCs w:val="24"/>
              </w:rPr>
              <w:t xml:space="preserve">исключительна, редкостна, редка, необыкновенна, незаурядна, выдающаяся и т.п. </w:t>
            </w:r>
          </w:p>
        </w:tc>
        <w:tc>
          <w:tcPr>
            <w:tcW w:w="1271"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tc>
      </w:tr>
      <w:tr w:rsidR="006D1F8F" w:rsidRPr="0094034D" w:rsidTr="00611139">
        <w:trPr>
          <w:trHeight w:val="403"/>
        </w:trPr>
        <w:tc>
          <w:tcPr>
            <w:tcW w:w="71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836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11139">
            <w:pPr>
              <w:tabs>
                <w:tab w:val="left" w:pos="15"/>
              </w:tabs>
              <w:ind w:right="-45"/>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Максимально:</w:t>
            </w:r>
          </w:p>
        </w:tc>
        <w:tc>
          <w:tcPr>
            <w:tcW w:w="1271"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3 балла</w:t>
            </w:r>
          </w:p>
        </w:tc>
      </w:tr>
      <w:tr w:rsidR="006D1F8F" w:rsidRPr="0094034D" w:rsidTr="00611139">
        <w:trPr>
          <w:trHeight w:val="403"/>
        </w:trPr>
        <w:tc>
          <w:tcPr>
            <w:tcW w:w="71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8367" w:type="dxa"/>
            <w:tcBorders>
              <w:top w:val="single" w:sz="4" w:space="0" w:color="000000"/>
              <w:left w:val="single" w:sz="4" w:space="0" w:color="000000"/>
              <w:bottom w:val="single" w:sz="4" w:space="0" w:color="000000"/>
              <w:right w:val="single" w:sz="4" w:space="0" w:color="auto"/>
            </w:tcBorders>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Максимальный балл за всю работы —34 балла</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(за задания базового уровня сложности — 31 балл, </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повышенной сложности — 3 балла).</w:t>
            </w:r>
          </w:p>
          <w:p w:rsidR="006D1F8F" w:rsidRPr="0094034D" w:rsidRDefault="006D1F8F" w:rsidP="006D1F8F">
            <w:pPr>
              <w:jc w:val="right"/>
              <w:rPr>
                <w:rFonts w:ascii="Times New Roman" w:eastAsia="Times New Roman" w:hAnsi="Times New Roman" w:cs="Times New Roman"/>
                <w:sz w:val="24"/>
                <w:szCs w:val="24"/>
              </w:rPr>
            </w:pPr>
          </w:p>
          <w:p w:rsidR="006D1F8F" w:rsidRPr="0094034D" w:rsidRDefault="006D1F8F" w:rsidP="006D1F8F">
            <w:pPr>
              <w:tabs>
                <w:tab w:val="left" w:pos="15"/>
              </w:tabs>
              <w:ind w:right="-45"/>
              <w:rPr>
                <w:rFonts w:ascii="Times New Roman" w:eastAsia="Times New Roman" w:hAnsi="Times New Roman" w:cs="Times New Roman"/>
                <w:sz w:val="24"/>
                <w:szCs w:val="24"/>
              </w:rPr>
            </w:pPr>
          </w:p>
        </w:tc>
        <w:tc>
          <w:tcPr>
            <w:tcW w:w="1271"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p>
        </w:tc>
      </w:tr>
    </w:tbl>
    <w:p w:rsidR="006D1F8F" w:rsidRPr="0094034D" w:rsidRDefault="006D1F8F" w:rsidP="006D1F8F">
      <w:pPr>
        <w:spacing w:after="0" w:line="276" w:lineRule="auto"/>
        <w:ind w:right="11191"/>
        <w:rPr>
          <w:rFonts w:ascii="Times New Roman" w:eastAsia="Calibri" w:hAnsi="Times New Roman" w:cs="Times New Roman"/>
          <w:sz w:val="24"/>
          <w:szCs w:val="24"/>
          <w:lang w:val="ru-RU"/>
        </w:rPr>
      </w:pPr>
    </w:p>
    <w:p w:rsidR="006D1F8F" w:rsidRPr="0094034D" w:rsidRDefault="006D1F8F" w:rsidP="006D1F8F">
      <w:pPr>
        <w:spacing w:after="0" w:line="276" w:lineRule="auto"/>
        <w:ind w:left="-720" w:right="11191"/>
        <w:rPr>
          <w:rFonts w:ascii="Times New Roman" w:eastAsia="Calibri" w:hAnsi="Times New Roman" w:cs="Times New Roman"/>
          <w:sz w:val="24"/>
          <w:szCs w:val="24"/>
        </w:rPr>
      </w:pPr>
    </w:p>
    <w:tbl>
      <w:tblPr>
        <w:tblStyle w:val="TableGrid"/>
        <w:tblW w:w="9895" w:type="dxa"/>
        <w:tblInd w:w="-289" w:type="dxa"/>
        <w:tblLayout w:type="fixed"/>
        <w:tblCellMar>
          <w:top w:w="9" w:type="dxa"/>
          <w:left w:w="108" w:type="dxa"/>
          <w:right w:w="77" w:type="dxa"/>
        </w:tblCellMar>
        <w:tblLook w:val="04A0"/>
      </w:tblPr>
      <w:tblGrid>
        <w:gridCol w:w="681"/>
        <w:gridCol w:w="6237"/>
        <w:gridCol w:w="2977"/>
      </w:tblGrid>
      <w:tr w:rsidR="006D1F8F" w:rsidRPr="0094034D" w:rsidTr="005D02C2">
        <w:trPr>
          <w:trHeight w:val="573"/>
        </w:trPr>
        <w:tc>
          <w:tcPr>
            <w:tcW w:w="68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left="43"/>
              <w:rPr>
                <w:rFonts w:ascii="Times New Roman" w:eastAsia="Times New Roman" w:hAnsi="Times New Roman" w:cs="Times New Roman"/>
                <w:sz w:val="24"/>
                <w:szCs w:val="24"/>
              </w:rPr>
            </w:pPr>
            <w:r w:rsidRPr="0094034D">
              <w:rPr>
                <w:rFonts w:ascii="Times New Roman" w:eastAsia="Times New Roman" w:hAnsi="Times New Roman" w:cs="Times New Roman"/>
                <w:i/>
                <w:sz w:val="24"/>
                <w:szCs w:val="24"/>
              </w:rPr>
              <w:t>№ заданий</w:t>
            </w:r>
          </w:p>
        </w:tc>
        <w:tc>
          <w:tcPr>
            <w:tcW w:w="6237" w:type="dxa"/>
            <w:tcBorders>
              <w:top w:val="single" w:sz="4" w:space="0" w:color="000000"/>
              <w:left w:val="single" w:sz="4" w:space="0" w:color="000000"/>
              <w:bottom w:val="single" w:sz="4" w:space="0" w:color="000000"/>
              <w:right w:val="single" w:sz="4" w:space="0" w:color="auto"/>
            </w:tcBorders>
            <w:vAlign w:val="center"/>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i/>
                <w:sz w:val="24"/>
                <w:szCs w:val="24"/>
              </w:rPr>
              <w:t>Правильный ответ</w:t>
            </w:r>
          </w:p>
        </w:tc>
        <w:tc>
          <w:tcPr>
            <w:tcW w:w="2977" w:type="dxa"/>
            <w:tcBorders>
              <w:top w:val="single" w:sz="4" w:space="0" w:color="000000"/>
              <w:left w:val="single" w:sz="4" w:space="0" w:color="auto"/>
              <w:bottom w:val="single" w:sz="4" w:space="0" w:color="000000"/>
              <w:right w:val="single" w:sz="4" w:space="0" w:color="000000"/>
            </w:tcBorders>
            <w:vAlign w:val="center"/>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i/>
                <w:sz w:val="24"/>
                <w:szCs w:val="24"/>
              </w:rPr>
              <w:t>Кол-во баллов</w:t>
            </w:r>
          </w:p>
        </w:tc>
      </w:tr>
      <w:tr w:rsidR="006D1F8F" w:rsidRPr="0094034D" w:rsidTr="005D02C2">
        <w:trPr>
          <w:trHeight w:val="336"/>
        </w:trPr>
        <w:tc>
          <w:tcPr>
            <w:tcW w:w="9895" w:type="dxa"/>
            <w:gridSpan w:val="3"/>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i/>
                <w:sz w:val="24"/>
                <w:szCs w:val="24"/>
              </w:rPr>
            </w:pPr>
            <w:r w:rsidRPr="0094034D">
              <w:rPr>
                <w:rFonts w:ascii="Times New Roman" w:eastAsia="Times New Roman" w:hAnsi="Times New Roman" w:cs="Times New Roman"/>
                <w:i/>
                <w:sz w:val="24"/>
                <w:szCs w:val="24"/>
              </w:rPr>
              <w:t xml:space="preserve">Вариант 2 </w:t>
            </w:r>
          </w:p>
        </w:tc>
      </w:tr>
      <w:tr w:rsidR="006D1F8F" w:rsidRPr="0094034D" w:rsidTr="005D02C2">
        <w:trPr>
          <w:trHeight w:val="368"/>
        </w:trPr>
        <w:tc>
          <w:tcPr>
            <w:tcW w:w="68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left="43"/>
              <w:rPr>
                <w:rFonts w:ascii="Times New Roman" w:eastAsia="Times New Roman" w:hAnsi="Times New Roman" w:cs="Times New Roman"/>
                <w:i/>
                <w:sz w:val="24"/>
                <w:szCs w:val="24"/>
              </w:rPr>
            </w:pP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Основная часть (Базовая)</w:t>
            </w:r>
          </w:p>
        </w:tc>
        <w:tc>
          <w:tcPr>
            <w:tcW w:w="2977" w:type="dxa"/>
            <w:tcBorders>
              <w:top w:val="single" w:sz="4" w:space="0" w:color="000000"/>
              <w:left w:val="single" w:sz="4" w:space="0" w:color="auto"/>
              <w:bottom w:val="single" w:sz="4" w:space="0" w:color="000000"/>
              <w:right w:val="single" w:sz="4" w:space="0" w:color="000000"/>
            </w:tcBorders>
            <w:vAlign w:val="center"/>
          </w:tcPr>
          <w:p w:rsidR="006D1F8F" w:rsidRPr="0094034D" w:rsidRDefault="006D1F8F" w:rsidP="006D1F8F">
            <w:pPr>
              <w:ind w:right="34"/>
              <w:jc w:val="center"/>
              <w:rPr>
                <w:rFonts w:ascii="Times New Roman" w:eastAsia="Times New Roman" w:hAnsi="Times New Roman" w:cs="Times New Roman"/>
                <w:i/>
                <w:sz w:val="24"/>
                <w:szCs w:val="24"/>
              </w:rPr>
            </w:pPr>
          </w:p>
        </w:tc>
      </w:tr>
      <w:tr w:rsidR="006D1F8F" w:rsidRPr="0094034D" w:rsidTr="005D02C2">
        <w:trPr>
          <w:trHeight w:val="402"/>
        </w:trPr>
        <w:tc>
          <w:tcPr>
            <w:tcW w:w="68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left="43"/>
              <w:rPr>
                <w:rFonts w:ascii="Times New Roman" w:eastAsia="Times New Roman" w:hAnsi="Times New Roman" w:cs="Times New Roman"/>
                <w:i/>
                <w:sz w:val="24"/>
                <w:szCs w:val="24"/>
              </w:rPr>
            </w:pP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Литературное чтение</w:t>
            </w:r>
          </w:p>
        </w:tc>
        <w:tc>
          <w:tcPr>
            <w:tcW w:w="2977" w:type="dxa"/>
            <w:tcBorders>
              <w:top w:val="single" w:sz="4" w:space="0" w:color="000000"/>
              <w:left w:val="single" w:sz="4" w:space="0" w:color="auto"/>
              <w:bottom w:val="single" w:sz="4" w:space="0" w:color="000000"/>
              <w:right w:val="single" w:sz="4" w:space="0" w:color="000000"/>
            </w:tcBorders>
            <w:vAlign w:val="center"/>
          </w:tcPr>
          <w:p w:rsidR="006D1F8F" w:rsidRPr="0094034D" w:rsidRDefault="006D1F8F" w:rsidP="006D1F8F">
            <w:pPr>
              <w:ind w:right="34"/>
              <w:jc w:val="center"/>
              <w:rPr>
                <w:rFonts w:ascii="Times New Roman" w:eastAsia="Times New Roman" w:hAnsi="Times New Roman" w:cs="Times New Roman"/>
                <w:i/>
                <w:sz w:val="24"/>
                <w:szCs w:val="24"/>
              </w:rPr>
            </w:pPr>
          </w:p>
        </w:tc>
      </w:tr>
      <w:tr w:rsidR="006D1F8F" w:rsidRPr="0094034D" w:rsidTr="005D02C2">
        <w:trPr>
          <w:trHeight w:val="788"/>
        </w:trPr>
        <w:tc>
          <w:tcPr>
            <w:tcW w:w="68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1 </w:t>
            </w: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Сколько частей в этом тексте? Запишите цифрой.</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Ответ:</w:t>
            </w:r>
            <w:r w:rsidRPr="0094034D">
              <w:rPr>
                <w:rFonts w:ascii="Times New Roman" w:eastAsia="Times New Roman" w:hAnsi="Times New Roman" w:cs="Times New Roman"/>
                <w:sz w:val="24"/>
                <w:szCs w:val="24"/>
              </w:rPr>
              <w:tab/>
              <w:t>__5_</w:t>
            </w:r>
          </w:p>
        </w:tc>
        <w:tc>
          <w:tcPr>
            <w:tcW w:w="2977"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p w:rsidR="006D1F8F" w:rsidRPr="0094034D" w:rsidRDefault="006D1F8F" w:rsidP="006D1F8F">
            <w:pPr>
              <w:rPr>
                <w:rFonts w:ascii="Times New Roman" w:eastAsia="Times New Roman" w:hAnsi="Times New Roman" w:cs="Times New Roman"/>
                <w:sz w:val="24"/>
                <w:szCs w:val="24"/>
              </w:rPr>
            </w:pPr>
          </w:p>
          <w:p w:rsidR="006D1F8F" w:rsidRPr="0094034D" w:rsidRDefault="006D1F8F" w:rsidP="006D1F8F">
            <w:pPr>
              <w:ind w:firstLine="708"/>
              <w:rPr>
                <w:rFonts w:ascii="Times New Roman" w:eastAsia="Times New Roman" w:hAnsi="Times New Roman" w:cs="Times New Roman"/>
                <w:sz w:val="24"/>
                <w:szCs w:val="24"/>
              </w:rPr>
            </w:pPr>
          </w:p>
        </w:tc>
      </w:tr>
      <w:tr w:rsidR="006D1F8F" w:rsidRPr="0094034D" w:rsidTr="005D02C2">
        <w:trPr>
          <w:trHeight w:val="1020"/>
        </w:trPr>
        <w:tc>
          <w:tcPr>
            <w:tcW w:w="68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2 </w:t>
            </w: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Озаглавьте   четвёртую часть текста.</w:t>
            </w:r>
          </w:p>
          <w:p w:rsidR="006D1F8F" w:rsidRPr="0094034D" w:rsidRDefault="006D1F8F" w:rsidP="006D1F8F">
            <w:pPr>
              <w:rPr>
                <w:rFonts w:ascii="Times New Roman" w:eastAsia="Calibri" w:hAnsi="Times New Roman" w:cs="Times New Roman"/>
                <w:sz w:val="24"/>
                <w:szCs w:val="24"/>
              </w:rPr>
            </w:pPr>
            <w:r w:rsidRPr="0094034D">
              <w:rPr>
                <w:rFonts w:ascii="Times New Roman" w:eastAsia="Times New Roman" w:hAnsi="Times New Roman" w:cs="Times New Roman"/>
                <w:sz w:val="24"/>
                <w:szCs w:val="24"/>
              </w:rPr>
              <w:t>Ответ: Гнездование птиц.</w:t>
            </w:r>
            <w:r w:rsidRPr="0094034D">
              <w:rPr>
                <w:rFonts w:ascii="Times New Roman" w:eastAsia="Times New Roman" w:hAnsi="Times New Roman" w:cs="Times New Roman"/>
                <w:i/>
                <w:sz w:val="24"/>
                <w:szCs w:val="24"/>
              </w:rPr>
              <w:t>(обучающийся может дать другое название)</w:t>
            </w:r>
          </w:p>
        </w:tc>
        <w:tc>
          <w:tcPr>
            <w:tcW w:w="2977"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tc>
      </w:tr>
      <w:tr w:rsidR="006D1F8F" w:rsidRPr="0094034D" w:rsidTr="005D02C2">
        <w:trPr>
          <w:trHeight w:val="1141"/>
        </w:trPr>
        <w:tc>
          <w:tcPr>
            <w:tcW w:w="68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3 </w:t>
            </w: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Какая часть текста может быть названа: «Самцы пингвины –отличные няньки»?</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4) пятая;</w:t>
            </w:r>
          </w:p>
        </w:tc>
        <w:tc>
          <w:tcPr>
            <w:tcW w:w="2977"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tc>
      </w:tr>
      <w:tr w:rsidR="006D1F8F" w:rsidRPr="0094034D" w:rsidTr="005D02C2">
        <w:trPr>
          <w:trHeight w:val="862"/>
        </w:trPr>
        <w:tc>
          <w:tcPr>
            <w:tcW w:w="68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4 </w:t>
            </w: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Данный вид текста.</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2) научно-популярный;   </w:t>
            </w:r>
          </w:p>
        </w:tc>
        <w:tc>
          <w:tcPr>
            <w:tcW w:w="2977"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tc>
      </w:tr>
      <w:tr w:rsidR="006D1F8F" w:rsidRPr="003944E9" w:rsidTr="005D02C2">
        <w:trPr>
          <w:trHeight w:val="862"/>
        </w:trPr>
        <w:tc>
          <w:tcPr>
            <w:tcW w:w="68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5 </w:t>
            </w: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Используя информацию из текста, заполните таблицу. (Надо данные записывать цифрой).</w:t>
            </w:r>
          </w:p>
          <w:tbl>
            <w:tblPr>
              <w:tblStyle w:val="TableGrid"/>
              <w:tblW w:w="7935" w:type="dxa"/>
              <w:tblInd w:w="29" w:type="dxa"/>
              <w:tblLayout w:type="fixed"/>
              <w:tblCellMar>
                <w:top w:w="52" w:type="dxa"/>
                <w:left w:w="108" w:type="dxa"/>
                <w:right w:w="115" w:type="dxa"/>
              </w:tblCellMar>
              <w:tblLook w:val="04A0"/>
            </w:tblPr>
            <w:tblGrid>
              <w:gridCol w:w="4252"/>
              <w:gridCol w:w="3683"/>
            </w:tblGrid>
            <w:tr w:rsidR="006D1F8F" w:rsidRPr="0094034D" w:rsidTr="005D02C2">
              <w:trPr>
                <w:trHeight w:val="536"/>
              </w:trPr>
              <w:tc>
                <w:tcPr>
                  <w:tcW w:w="4252" w:type="dxa"/>
                  <w:tcBorders>
                    <w:top w:val="single" w:sz="4" w:space="0" w:color="000000"/>
                    <w:left w:val="single" w:sz="4" w:space="0" w:color="000000"/>
                    <w:bottom w:val="single" w:sz="4" w:space="0" w:color="000000"/>
                    <w:right w:val="single" w:sz="4" w:space="0" w:color="000000"/>
                  </w:tcBorders>
                  <w:vAlign w:val="center"/>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Вес императорского пингвина</w:t>
                  </w:r>
                </w:p>
              </w:tc>
              <w:tc>
                <w:tcPr>
                  <w:tcW w:w="3683"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40 кг</w:t>
                  </w:r>
                </w:p>
              </w:tc>
            </w:tr>
            <w:tr w:rsidR="006D1F8F" w:rsidRPr="0094034D" w:rsidTr="005D02C2">
              <w:trPr>
                <w:trHeight w:val="538"/>
              </w:trPr>
              <w:tc>
                <w:tcPr>
                  <w:tcW w:w="4252" w:type="dxa"/>
                  <w:tcBorders>
                    <w:top w:val="single" w:sz="4" w:space="0" w:color="000000"/>
                    <w:left w:val="single" w:sz="4" w:space="0" w:color="000000"/>
                    <w:bottom w:val="single" w:sz="4" w:space="0" w:color="000000"/>
                    <w:right w:val="single" w:sz="4" w:space="0" w:color="000000"/>
                  </w:tcBorders>
                  <w:vAlign w:val="center"/>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Где пингвины проводят более половины жизни</w:t>
                  </w:r>
                </w:p>
              </w:tc>
              <w:tc>
                <w:tcPr>
                  <w:tcW w:w="3683"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В воде </w:t>
                  </w:r>
                </w:p>
              </w:tc>
            </w:tr>
            <w:tr w:rsidR="006D1F8F" w:rsidRPr="0094034D" w:rsidTr="005D02C2">
              <w:trPr>
                <w:trHeight w:val="538"/>
              </w:trPr>
              <w:tc>
                <w:tcPr>
                  <w:tcW w:w="4252" w:type="dxa"/>
                  <w:tcBorders>
                    <w:top w:val="single" w:sz="4" w:space="0" w:color="000000"/>
                    <w:left w:val="single" w:sz="4" w:space="0" w:color="000000"/>
                    <w:bottom w:val="single" w:sz="4" w:space="0" w:color="000000"/>
                    <w:right w:val="single" w:sz="4" w:space="0" w:color="000000"/>
                  </w:tcBorders>
                  <w:vAlign w:val="center"/>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Скорость пингвина под водой</w:t>
                  </w:r>
                </w:p>
              </w:tc>
              <w:tc>
                <w:tcPr>
                  <w:tcW w:w="3683"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15 км/ч </w:t>
                  </w:r>
                </w:p>
              </w:tc>
            </w:tr>
            <w:tr w:rsidR="006D1F8F" w:rsidRPr="0094034D" w:rsidTr="005D02C2">
              <w:trPr>
                <w:trHeight w:val="538"/>
              </w:trPr>
              <w:tc>
                <w:tcPr>
                  <w:tcW w:w="4252" w:type="dxa"/>
                  <w:tcBorders>
                    <w:top w:val="single" w:sz="4" w:space="0" w:color="000000"/>
                    <w:left w:val="single" w:sz="4" w:space="0" w:color="000000"/>
                    <w:bottom w:val="single" w:sz="4" w:space="0" w:color="000000"/>
                    <w:right w:val="single" w:sz="4" w:space="0" w:color="000000"/>
                  </w:tcBorders>
                  <w:vAlign w:val="center"/>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Могут ли пингвины летать</w:t>
                  </w:r>
                </w:p>
              </w:tc>
              <w:tc>
                <w:tcPr>
                  <w:tcW w:w="3683"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нет </w:t>
                  </w:r>
                </w:p>
              </w:tc>
            </w:tr>
          </w:tbl>
          <w:p w:rsidR="006D1F8F" w:rsidRPr="0094034D" w:rsidRDefault="006D1F8F" w:rsidP="006D1F8F">
            <w:pPr>
              <w:rPr>
                <w:rFonts w:ascii="Times New Roman" w:eastAsia="Times New Roman" w:hAnsi="Times New Roman" w:cs="Times New Roman"/>
                <w:sz w:val="24"/>
                <w:szCs w:val="24"/>
              </w:rPr>
            </w:pPr>
          </w:p>
        </w:tc>
        <w:tc>
          <w:tcPr>
            <w:tcW w:w="2977"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p>
          <w:p w:rsidR="006D1F8F" w:rsidRPr="0094034D" w:rsidRDefault="006D1F8F" w:rsidP="005D02C2">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4 балла,</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по 1 баллу за каждый правильный ответ.</w:t>
            </w:r>
          </w:p>
        </w:tc>
      </w:tr>
      <w:tr w:rsidR="006D1F8F" w:rsidRPr="0094034D" w:rsidTr="005D02C2">
        <w:trPr>
          <w:trHeight w:val="423"/>
        </w:trPr>
        <w:tc>
          <w:tcPr>
            <w:tcW w:w="68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jc w:val="right"/>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Максимально:</w:t>
            </w:r>
          </w:p>
        </w:tc>
        <w:tc>
          <w:tcPr>
            <w:tcW w:w="2977"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8 баллов</w:t>
            </w:r>
          </w:p>
        </w:tc>
      </w:tr>
      <w:tr w:rsidR="006D1F8F" w:rsidRPr="0094034D" w:rsidTr="005D02C2">
        <w:trPr>
          <w:trHeight w:val="386"/>
        </w:trPr>
        <w:tc>
          <w:tcPr>
            <w:tcW w:w="68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Русский язык</w:t>
            </w:r>
          </w:p>
        </w:tc>
        <w:tc>
          <w:tcPr>
            <w:tcW w:w="2977"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p>
        </w:tc>
      </w:tr>
      <w:tr w:rsidR="006D1F8F" w:rsidRPr="0094034D" w:rsidTr="005D02C2">
        <w:trPr>
          <w:trHeight w:val="1159"/>
        </w:trPr>
        <w:tc>
          <w:tcPr>
            <w:tcW w:w="68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w:t>
            </w: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Отметьте правильный ответ группы слов, в которых все согласные звуки твёрдые.</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4) самка, лапа, кожа</w:t>
            </w:r>
          </w:p>
        </w:tc>
        <w:tc>
          <w:tcPr>
            <w:tcW w:w="2977"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p w:rsidR="006D1F8F" w:rsidRPr="0094034D" w:rsidRDefault="006D1F8F" w:rsidP="006D1F8F">
            <w:pPr>
              <w:rPr>
                <w:rFonts w:ascii="Times New Roman" w:eastAsia="Times New Roman" w:hAnsi="Times New Roman" w:cs="Times New Roman"/>
                <w:sz w:val="24"/>
                <w:szCs w:val="24"/>
              </w:rPr>
            </w:pPr>
          </w:p>
        </w:tc>
      </w:tr>
      <w:tr w:rsidR="006D1F8F" w:rsidRPr="003944E9" w:rsidTr="005D02C2">
        <w:trPr>
          <w:trHeight w:val="1116"/>
        </w:trPr>
        <w:tc>
          <w:tcPr>
            <w:tcW w:w="68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2</w:t>
            </w:r>
          </w:p>
        </w:tc>
        <w:tc>
          <w:tcPr>
            <w:tcW w:w="6237" w:type="dxa"/>
            <w:tcBorders>
              <w:top w:val="single" w:sz="4" w:space="0" w:color="000000"/>
              <w:left w:val="single" w:sz="4" w:space="0" w:color="000000"/>
              <w:bottom w:val="single" w:sz="4" w:space="0" w:color="000000"/>
              <w:right w:val="single" w:sz="4" w:space="0" w:color="auto"/>
            </w:tcBorders>
          </w:tcPr>
          <w:p w:rsidR="006D1F8F" w:rsidRPr="0094034D" w:rsidRDefault="006D1F8F" w:rsidP="006D1F8F">
            <w:pPr>
              <w:rPr>
                <w:rFonts w:ascii="Times New Roman" w:eastAsia="Times New Roman" w:hAnsi="Times New Roman" w:cs="Times New Roman"/>
                <w:bCs/>
                <w:sz w:val="24"/>
                <w:szCs w:val="24"/>
              </w:rPr>
            </w:pPr>
            <w:r w:rsidRPr="0094034D">
              <w:rPr>
                <w:rFonts w:ascii="Times New Roman" w:eastAsia="Times New Roman" w:hAnsi="Times New Roman" w:cs="Times New Roman"/>
                <w:sz w:val="24"/>
                <w:szCs w:val="24"/>
              </w:rPr>
              <w:t>Укажите количество букв и звуков.</w:t>
            </w:r>
          </w:p>
          <w:p w:rsidR="006D1F8F" w:rsidRPr="0094034D" w:rsidRDefault="006D1F8F" w:rsidP="006D1F8F">
            <w:pPr>
              <w:rPr>
                <w:rFonts w:ascii="Times New Roman" w:eastAsia="Times New Roman" w:hAnsi="Times New Roman" w:cs="Times New Roman"/>
                <w:sz w:val="24"/>
                <w:szCs w:val="24"/>
                <w:u w:val="single"/>
              </w:rPr>
            </w:pPr>
            <w:r w:rsidRPr="0094034D">
              <w:rPr>
                <w:rFonts w:ascii="Times New Roman" w:eastAsia="Times New Roman" w:hAnsi="Times New Roman" w:cs="Times New Roman"/>
                <w:iCs/>
                <w:sz w:val="24"/>
                <w:szCs w:val="24"/>
                <w:u w:val="single"/>
              </w:rPr>
              <w:t>Яйцо</w:t>
            </w:r>
            <w:r w:rsidRPr="0094034D">
              <w:rPr>
                <w:rFonts w:ascii="Times New Roman" w:eastAsia="Times New Roman" w:hAnsi="Times New Roman" w:cs="Times New Roman"/>
                <w:sz w:val="24"/>
                <w:szCs w:val="24"/>
                <w:u w:val="single"/>
              </w:rPr>
              <w:t xml:space="preserve">       4  букв,  5   звуков</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iCs/>
                <w:sz w:val="24"/>
                <w:szCs w:val="24"/>
              </w:rPr>
              <w:t>теряя</w:t>
            </w:r>
            <w:r w:rsidRPr="0094034D">
              <w:rPr>
                <w:rFonts w:ascii="Times New Roman" w:eastAsia="Times New Roman" w:hAnsi="Times New Roman" w:cs="Times New Roman"/>
                <w:iCs/>
                <w:sz w:val="24"/>
                <w:szCs w:val="24"/>
                <w:u w:val="single"/>
              </w:rPr>
              <w:t>_5   _</w:t>
            </w:r>
            <w:r w:rsidRPr="0094034D">
              <w:rPr>
                <w:rFonts w:ascii="Times New Roman" w:eastAsia="Times New Roman" w:hAnsi="Times New Roman" w:cs="Times New Roman"/>
                <w:sz w:val="24"/>
                <w:szCs w:val="24"/>
                <w:u w:val="single"/>
              </w:rPr>
              <w:t>букв, 6   звуков</w:t>
            </w:r>
          </w:p>
          <w:p w:rsidR="006D1F8F" w:rsidRPr="0094034D" w:rsidRDefault="006D1F8F" w:rsidP="006D1F8F">
            <w:pPr>
              <w:rPr>
                <w:rFonts w:ascii="Times New Roman" w:eastAsia="Times New Roman" w:hAnsi="Times New Roman" w:cs="Times New Roman"/>
                <w:sz w:val="24"/>
                <w:szCs w:val="24"/>
                <w:u w:val="single"/>
              </w:rPr>
            </w:pPr>
            <w:r w:rsidRPr="0094034D">
              <w:rPr>
                <w:rFonts w:ascii="Times New Roman" w:eastAsia="Times New Roman" w:hAnsi="Times New Roman" w:cs="Times New Roman"/>
                <w:iCs/>
                <w:sz w:val="24"/>
                <w:szCs w:val="24"/>
              </w:rPr>
              <w:t xml:space="preserve">линька    </w:t>
            </w:r>
            <w:r w:rsidRPr="0094034D">
              <w:rPr>
                <w:rFonts w:ascii="Times New Roman" w:eastAsia="Times New Roman" w:hAnsi="Times New Roman" w:cs="Times New Roman"/>
                <w:sz w:val="24"/>
                <w:szCs w:val="24"/>
                <w:u w:val="single"/>
              </w:rPr>
              <w:t xml:space="preserve">6     букв, 5     звуков </w:t>
            </w:r>
          </w:p>
          <w:p w:rsidR="006D1F8F" w:rsidRPr="0094034D" w:rsidRDefault="006D1F8F" w:rsidP="006D1F8F">
            <w:pPr>
              <w:rPr>
                <w:rFonts w:ascii="Times New Roman" w:eastAsia="Times New Roman" w:hAnsi="Times New Roman" w:cs="Times New Roman"/>
                <w:sz w:val="24"/>
                <w:szCs w:val="24"/>
              </w:rPr>
            </w:pPr>
          </w:p>
        </w:tc>
        <w:tc>
          <w:tcPr>
            <w:tcW w:w="2977"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5D02C2">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3 балла,</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по 0,5 баллу за каждый правильный ответ.</w:t>
            </w:r>
          </w:p>
        </w:tc>
      </w:tr>
      <w:tr w:rsidR="006D1F8F" w:rsidRPr="0094034D" w:rsidTr="005D02C2">
        <w:trPr>
          <w:trHeight w:val="1044"/>
        </w:trPr>
        <w:tc>
          <w:tcPr>
            <w:tcW w:w="68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3</w:t>
            </w: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Буква –о- пропущена в словах группы:</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2) гол…с, к…лонии</w:t>
            </w:r>
          </w:p>
        </w:tc>
        <w:tc>
          <w:tcPr>
            <w:tcW w:w="2977"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p w:rsidR="006D1F8F" w:rsidRPr="0094034D" w:rsidRDefault="006D1F8F" w:rsidP="006D1F8F">
            <w:pPr>
              <w:rPr>
                <w:rFonts w:ascii="Times New Roman" w:eastAsia="Times New Roman" w:hAnsi="Times New Roman" w:cs="Times New Roman"/>
                <w:sz w:val="24"/>
                <w:szCs w:val="24"/>
              </w:rPr>
            </w:pPr>
          </w:p>
        </w:tc>
      </w:tr>
      <w:tr w:rsidR="006D1F8F" w:rsidRPr="0094034D" w:rsidTr="005D02C2">
        <w:trPr>
          <w:trHeight w:val="265"/>
        </w:trPr>
        <w:tc>
          <w:tcPr>
            <w:tcW w:w="68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4</w:t>
            </w: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spacing w:line="360"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Отметьте слово, имеющее следующий состав:</w:t>
            </w:r>
          </w:p>
          <w:p w:rsidR="006D1F8F" w:rsidRPr="0094034D" w:rsidRDefault="006D1F8F" w:rsidP="006D1F8F">
            <w:pPr>
              <w:rPr>
                <w:rFonts w:ascii="Times New Roman" w:eastAsia="Times New Roman" w:hAnsi="Times New Roman" w:cs="Times New Roman"/>
                <w:sz w:val="24"/>
                <w:szCs w:val="24"/>
                <w:bdr w:val="single" w:sz="4" w:space="0" w:color="auto" w:frame="1"/>
              </w:rPr>
            </w:pPr>
            <w:r w:rsidRPr="0094034D">
              <w:rPr>
                <w:rFonts w:ascii="Times New Roman" w:eastAsia="Times New Roman" w:hAnsi="Times New Roman" w:cs="Times New Roman"/>
                <w:sz w:val="24"/>
                <w:szCs w:val="24"/>
                <w:bdr w:val="single" w:sz="4" w:space="0" w:color="auto" w:frame="1"/>
              </w:rPr>
              <w:t xml:space="preserve"> корень </w:t>
            </w:r>
            <w:r w:rsidRPr="0094034D">
              <w:rPr>
                <w:rFonts w:ascii="Times New Roman" w:eastAsia="Times New Roman" w:hAnsi="Times New Roman" w:cs="Times New Roman"/>
                <w:sz w:val="24"/>
                <w:szCs w:val="24"/>
              </w:rPr>
              <w:t xml:space="preserve">-   </w:t>
            </w:r>
            <w:r w:rsidRPr="0094034D">
              <w:rPr>
                <w:rFonts w:ascii="Times New Roman" w:eastAsia="Times New Roman" w:hAnsi="Times New Roman" w:cs="Times New Roman"/>
                <w:sz w:val="24"/>
                <w:szCs w:val="24"/>
                <w:bdr w:val="single" w:sz="4" w:space="0" w:color="auto" w:frame="1"/>
              </w:rPr>
              <w:t>суффикс</w:t>
            </w:r>
            <w:r w:rsidRPr="0094034D">
              <w:rPr>
                <w:rFonts w:ascii="Times New Roman" w:eastAsia="Times New Roman" w:hAnsi="Times New Roman" w:cs="Times New Roman"/>
                <w:sz w:val="24"/>
                <w:szCs w:val="24"/>
              </w:rPr>
              <w:t xml:space="preserve">-  </w:t>
            </w:r>
            <w:r w:rsidRPr="0094034D">
              <w:rPr>
                <w:rFonts w:ascii="Times New Roman" w:eastAsia="Times New Roman" w:hAnsi="Times New Roman" w:cs="Times New Roman"/>
                <w:sz w:val="24"/>
                <w:szCs w:val="24"/>
                <w:bdr w:val="single" w:sz="4" w:space="0" w:color="auto" w:frame="1"/>
              </w:rPr>
              <w:t>окончание</w:t>
            </w:r>
          </w:p>
          <w:p w:rsidR="006D1F8F" w:rsidRPr="0094034D" w:rsidRDefault="006D1F8F" w:rsidP="00E214FE">
            <w:pPr>
              <w:numPr>
                <w:ilvl w:val="0"/>
                <w:numId w:val="104"/>
              </w:numPr>
              <w:spacing w:line="360" w:lineRule="auto"/>
              <w:contextualSpacing/>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шажки;</w:t>
            </w:r>
          </w:p>
        </w:tc>
        <w:tc>
          <w:tcPr>
            <w:tcW w:w="2977"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p w:rsidR="006D1F8F" w:rsidRPr="0094034D" w:rsidRDefault="006D1F8F" w:rsidP="006D1F8F">
            <w:pPr>
              <w:rPr>
                <w:rFonts w:ascii="Times New Roman" w:eastAsia="Times New Roman" w:hAnsi="Times New Roman" w:cs="Times New Roman"/>
                <w:sz w:val="24"/>
                <w:szCs w:val="24"/>
              </w:rPr>
            </w:pPr>
          </w:p>
        </w:tc>
      </w:tr>
      <w:tr w:rsidR="006D1F8F" w:rsidRPr="0094034D" w:rsidTr="005D02C2">
        <w:trPr>
          <w:trHeight w:val="2483"/>
        </w:trPr>
        <w:tc>
          <w:tcPr>
            <w:tcW w:w="68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5</w:t>
            </w:r>
          </w:p>
        </w:tc>
        <w:tc>
          <w:tcPr>
            <w:tcW w:w="6237" w:type="dxa"/>
            <w:tcBorders>
              <w:top w:val="single" w:sz="4" w:space="0" w:color="000000"/>
              <w:left w:val="single" w:sz="4" w:space="0" w:color="000000"/>
              <w:bottom w:val="single" w:sz="4" w:space="0" w:color="000000"/>
              <w:right w:val="single" w:sz="4" w:space="0" w:color="auto"/>
            </w:tcBorders>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Заполните таблицу, указав те признаки прилагательных, которые ты изучил (род, падеж, число):</w:t>
            </w:r>
          </w:p>
          <w:p w:rsidR="006D1F8F" w:rsidRPr="0094034D" w:rsidRDefault="006D1F8F" w:rsidP="006D1F8F">
            <w:pPr>
              <w:rPr>
                <w:rFonts w:ascii="Times New Roman" w:eastAsia="Times New Roman" w:hAnsi="Times New Roman" w:cs="Times New Roman"/>
                <w:sz w:val="24"/>
                <w:szCs w:val="24"/>
              </w:rPr>
            </w:pPr>
          </w:p>
          <w:tbl>
            <w:tblPr>
              <w:tblW w:w="8085"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0"/>
              <w:gridCol w:w="992"/>
              <w:gridCol w:w="992"/>
              <w:gridCol w:w="2841"/>
            </w:tblGrid>
            <w:tr w:rsidR="006D1F8F" w:rsidRPr="0094034D" w:rsidTr="0000217F">
              <w:trPr>
                <w:trHeight w:val="341"/>
              </w:trPr>
              <w:tc>
                <w:tcPr>
                  <w:tcW w:w="3260"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0" w:line="276" w:lineRule="auto"/>
                    <w:jc w:val="center"/>
                    <w:rPr>
                      <w:rFonts w:ascii="Times New Roman" w:eastAsia="Times New Roman" w:hAnsi="Times New Roman" w:cs="Times New Roman"/>
                      <w:sz w:val="24"/>
                      <w:szCs w:val="24"/>
                      <w:lang w:val="ru-RU"/>
                    </w:rPr>
                  </w:pPr>
                  <w:r w:rsidRPr="0094034D">
                    <w:rPr>
                      <w:rFonts w:ascii="Times New Roman" w:eastAsia="Times New Roman" w:hAnsi="Times New Roman" w:cs="Times New Roman"/>
                      <w:sz w:val="24"/>
                      <w:szCs w:val="24"/>
                      <w:lang w:val="ru-RU"/>
                    </w:rPr>
                    <w:t>Имя прилагательное</w:t>
                  </w:r>
                </w:p>
                <w:p w:rsidR="006D1F8F" w:rsidRPr="0094034D" w:rsidRDefault="006D1F8F" w:rsidP="006D1F8F">
                  <w:pPr>
                    <w:spacing w:after="0" w:line="276" w:lineRule="auto"/>
                    <w:jc w:val="center"/>
                    <w:rPr>
                      <w:rFonts w:ascii="Times New Roman" w:eastAsia="Times New Roman" w:hAnsi="Times New Roman" w:cs="Times New Roman"/>
                      <w:sz w:val="24"/>
                      <w:szCs w:val="24"/>
                      <w:lang w:val="ru-RU"/>
                    </w:rPr>
                  </w:pPr>
                  <w:r w:rsidRPr="0094034D">
                    <w:rPr>
                      <w:rFonts w:ascii="Times New Roman" w:eastAsia="Times New Roman" w:hAnsi="Times New Roman" w:cs="Times New Roman"/>
                      <w:sz w:val="24"/>
                      <w:szCs w:val="24"/>
                      <w:lang w:val="ru-RU" w:eastAsia="ru-RU"/>
                    </w:rPr>
                    <w:t>(вместе с существительным).</w:t>
                  </w:r>
                </w:p>
              </w:tc>
              <w:tc>
                <w:tcPr>
                  <w:tcW w:w="992"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before="100" w:beforeAutospacing="1" w:after="100" w:afterAutospacing="1" w:line="360" w:lineRule="auto"/>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Род</w:t>
                  </w:r>
                </w:p>
              </w:tc>
              <w:tc>
                <w:tcPr>
                  <w:tcW w:w="992"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before="100" w:beforeAutospacing="1" w:after="100" w:afterAutospacing="1" w:line="360" w:lineRule="auto"/>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Падеж</w:t>
                  </w:r>
                </w:p>
              </w:tc>
              <w:tc>
                <w:tcPr>
                  <w:tcW w:w="2841" w:type="dxa"/>
                  <w:tcBorders>
                    <w:top w:val="single" w:sz="4" w:space="0" w:color="auto"/>
                    <w:left w:val="single" w:sz="4" w:space="0" w:color="auto"/>
                    <w:bottom w:val="single" w:sz="4" w:space="0" w:color="auto"/>
                    <w:right w:val="single" w:sz="4" w:space="0" w:color="auto"/>
                  </w:tcBorders>
                  <w:hideMark/>
                </w:tcPr>
                <w:p w:rsidR="006D1F8F" w:rsidRPr="0094034D" w:rsidRDefault="006D1F8F" w:rsidP="0094034D">
                  <w:pPr>
                    <w:spacing w:before="100" w:beforeAutospacing="1" w:after="100" w:afterAutospacing="1" w:line="360" w:lineRule="auto"/>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Число</w:t>
                  </w:r>
                </w:p>
              </w:tc>
            </w:tr>
            <w:tr w:rsidR="006D1F8F" w:rsidRPr="0094034D" w:rsidTr="0000217F">
              <w:trPr>
                <w:trHeight w:val="384"/>
              </w:trPr>
              <w:tc>
                <w:tcPr>
                  <w:tcW w:w="3260"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0" w:line="360"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В водной  (стихии)</w:t>
                  </w:r>
                </w:p>
              </w:tc>
              <w:tc>
                <w:tcPr>
                  <w:tcW w:w="992"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0" w:line="360"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ж.р.</w:t>
                  </w:r>
                </w:p>
              </w:tc>
              <w:tc>
                <w:tcPr>
                  <w:tcW w:w="992"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0" w:line="360"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Т.п.</w:t>
                  </w:r>
                </w:p>
              </w:tc>
              <w:tc>
                <w:tcPr>
                  <w:tcW w:w="2841"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0" w:line="360"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ед.ч.</w:t>
                  </w:r>
                </w:p>
              </w:tc>
            </w:tr>
            <w:tr w:rsidR="006D1F8F" w:rsidRPr="0094034D" w:rsidTr="0000217F">
              <w:trPr>
                <w:trHeight w:val="392"/>
              </w:trPr>
              <w:tc>
                <w:tcPr>
                  <w:tcW w:w="3260"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0" w:line="360"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Арктического (лета)</w:t>
                  </w:r>
                </w:p>
              </w:tc>
              <w:tc>
                <w:tcPr>
                  <w:tcW w:w="992"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200" w:line="276" w:lineRule="auto"/>
                    <w:rPr>
                      <w:rFonts w:ascii="Times New Roman" w:eastAsia="Calibri" w:hAnsi="Times New Roman" w:cs="Times New Roman"/>
                      <w:sz w:val="24"/>
                      <w:szCs w:val="24"/>
                    </w:rPr>
                  </w:pPr>
                  <w:r w:rsidRPr="0094034D">
                    <w:rPr>
                      <w:rFonts w:ascii="Times New Roman" w:eastAsia="Times New Roman" w:hAnsi="Times New Roman" w:cs="Times New Roman"/>
                      <w:sz w:val="24"/>
                      <w:szCs w:val="24"/>
                    </w:rPr>
                    <w:t>с.р.</w:t>
                  </w:r>
                </w:p>
              </w:tc>
              <w:tc>
                <w:tcPr>
                  <w:tcW w:w="992"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0" w:line="360"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Р.п.</w:t>
                  </w:r>
                </w:p>
              </w:tc>
              <w:tc>
                <w:tcPr>
                  <w:tcW w:w="2841"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0" w:line="360"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ед.ч.</w:t>
                  </w:r>
                </w:p>
              </w:tc>
            </w:tr>
            <w:tr w:rsidR="006D1F8F" w:rsidRPr="0094034D" w:rsidTr="0000217F">
              <w:trPr>
                <w:trHeight w:val="392"/>
              </w:trPr>
              <w:tc>
                <w:tcPr>
                  <w:tcW w:w="3260"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0" w:line="360"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Крупный (пингвин)</w:t>
                  </w:r>
                </w:p>
              </w:tc>
              <w:tc>
                <w:tcPr>
                  <w:tcW w:w="992"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200" w:line="276" w:lineRule="auto"/>
                    <w:rPr>
                      <w:rFonts w:ascii="Times New Roman" w:eastAsia="Calibri" w:hAnsi="Times New Roman" w:cs="Times New Roman"/>
                      <w:sz w:val="24"/>
                      <w:szCs w:val="24"/>
                    </w:rPr>
                  </w:pPr>
                  <w:r w:rsidRPr="0094034D">
                    <w:rPr>
                      <w:rFonts w:ascii="Times New Roman" w:eastAsia="Times New Roman" w:hAnsi="Times New Roman" w:cs="Times New Roman"/>
                      <w:sz w:val="24"/>
                      <w:szCs w:val="24"/>
                    </w:rPr>
                    <w:t>м.р.</w:t>
                  </w:r>
                </w:p>
              </w:tc>
              <w:tc>
                <w:tcPr>
                  <w:tcW w:w="992"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0" w:line="360"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И.п.</w:t>
                  </w:r>
                </w:p>
              </w:tc>
              <w:tc>
                <w:tcPr>
                  <w:tcW w:w="2841" w:type="dxa"/>
                  <w:tcBorders>
                    <w:top w:val="single" w:sz="4" w:space="0" w:color="auto"/>
                    <w:left w:val="single" w:sz="4" w:space="0" w:color="auto"/>
                    <w:bottom w:val="single" w:sz="4" w:space="0" w:color="auto"/>
                    <w:right w:val="single" w:sz="4" w:space="0" w:color="auto"/>
                  </w:tcBorders>
                  <w:hideMark/>
                </w:tcPr>
                <w:p w:rsidR="006D1F8F" w:rsidRPr="0094034D" w:rsidRDefault="006D1F8F" w:rsidP="006D1F8F">
                  <w:pPr>
                    <w:spacing w:after="0" w:line="360"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ед.ч</w:t>
                  </w:r>
                </w:p>
              </w:tc>
            </w:tr>
          </w:tbl>
          <w:p w:rsidR="006D1F8F" w:rsidRPr="0094034D" w:rsidRDefault="006D1F8F" w:rsidP="006D1F8F">
            <w:pPr>
              <w:rPr>
                <w:rFonts w:ascii="Times New Roman" w:eastAsia="Times New Roman" w:hAnsi="Times New Roman" w:cs="Times New Roman"/>
                <w:sz w:val="24"/>
                <w:szCs w:val="24"/>
              </w:rPr>
            </w:pPr>
          </w:p>
        </w:tc>
        <w:tc>
          <w:tcPr>
            <w:tcW w:w="2977" w:type="dxa"/>
            <w:tcBorders>
              <w:top w:val="single" w:sz="4" w:space="0" w:color="000000"/>
              <w:left w:val="single" w:sz="4" w:space="0" w:color="auto"/>
              <w:bottom w:val="single" w:sz="4" w:space="0" w:color="000000"/>
              <w:right w:val="single" w:sz="4" w:space="0" w:color="000000"/>
            </w:tcBorders>
          </w:tcPr>
          <w:p w:rsidR="006D1F8F" w:rsidRPr="0094034D" w:rsidRDefault="006D1F8F" w:rsidP="005D02C2">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4 балла</w:t>
            </w:r>
          </w:p>
          <w:p w:rsidR="006D1F8F" w:rsidRPr="0094034D" w:rsidRDefault="006D1F8F" w:rsidP="006D1F8F">
            <w:pPr>
              <w:rPr>
                <w:rFonts w:ascii="Times New Roman" w:eastAsia="Times New Roman" w:hAnsi="Times New Roman" w:cs="Times New Roman"/>
                <w:sz w:val="24"/>
                <w:szCs w:val="24"/>
              </w:rPr>
            </w:pPr>
          </w:p>
        </w:tc>
      </w:tr>
      <w:tr w:rsidR="006D1F8F" w:rsidRPr="0094034D" w:rsidTr="005D02C2">
        <w:trPr>
          <w:trHeight w:val="423"/>
        </w:trPr>
        <w:tc>
          <w:tcPr>
            <w:tcW w:w="68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5D02C2">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Максимально:</w:t>
            </w:r>
          </w:p>
        </w:tc>
        <w:tc>
          <w:tcPr>
            <w:tcW w:w="2977"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5D02C2">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10 баллов</w:t>
            </w:r>
          </w:p>
        </w:tc>
      </w:tr>
      <w:tr w:rsidR="006D1F8F" w:rsidRPr="0094034D" w:rsidTr="005D02C2">
        <w:trPr>
          <w:trHeight w:val="403"/>
        </w:trPr>
        <w:tc>
          <w:tcPr>
            <w:tcW w:w="68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Математика</w:t>
            </w:r>
          </w:p>
        </w:tc>
        <w:tc>
          <w:tcPr>
            <w:tcW w:w="2977"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p>
        </w:tc>
      </w:tr>
      <w:tr w:rsidR="006D1F8F" w:rsidRPr="0094034D" w:rsidTr="005D02C2">
        <w:trPr>
          <w:trHeight w:val="403"/>
        </w:trPr>
        <w:tc>
          <w:tcPr>
            <w:tcW w:w="68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w:t>
            </w: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spacing w:after="61" w:line="264" w:lineRule="auto"/>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Решите задачу. </w:t>
            </w:r>
          </w:p>
          <w:p w:rsidR="006D1F8F" w:rsidRPr="0094034D" w:rsidRDefault="006D1F8F" w:rsidP="006D1F8F">
            <w:pPr>
              <w:autoSpaceDE w:val="0"/>
              <w:autoSpaceDN w:val="0"/>
              <w:adjustRightInd w:val="0"/>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Скорость императорского пингвина по воде 20 км/ч, а скорость белухи 45 км/ч. Кто быстрее и на сколько доплывет до айсберга, если расстояние от берега до айсберга 180 км? </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Отметьте правильное решение задачи:</w:t>
            </w:r>
          </w:p>
          <w:p w:rsidR="006D1F8F" w:rsidRPr="0094034D" w:rsidRDefault="006D1F8F" w:rsidP="00E214FE">
            <w:pPr>
              <w:numPr>
                <w:ilvl w:val="0"/>
                <w:numId w:val="104"/>
              </w:numPr>
              <w:autoSpaceDE w:val="0"/>
              <w:autoSpaceDN w:val="0"/>
              <w:adjustRightInd w:val="0"/>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180: 20 -180:45  = 5   (ч)</w:t>
            </w:r>
          </w:p>
        </w:tc>
        <w:tc>
          <w:tcPr>
            <w:tcW w:w="2977"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p w:rsidR="006D1F8F" w:rsidRPr="0094034D" w:rsidRDefault="006D1F8F" w:rsidP="006D1F8F">
            <w:pPr>
              <w:rPr>
                <w:rFonts w:ascii="Times New Roman" w:eastAsia="Times New Roman" w:hAnsi="Times New Roman" w:cs="Times New Roman"/>
                <w:sz w:val="24"/>
                <w:szCs w:val="24"/>
              </w:rPr>
            </w:pPr>
          </w:p>
        </w:tc>
      </w:tr>
      <w:tr w:rsidR="006D1F8F" w:rsidRPr="0094034D" w:rsidTr="005D02C2">
        <w:trPr>
          <w:trHeight w:val="403"/>
        </w:trPr>
        <w:tc>
          <w:tcPr>
            <w:tcW w:w="68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2</w:t>
            </w: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Укажите, какая запись соответствует числу 3 400 020?</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Отметьте правильное решение задачи:</w:t>
            </w:r>
          </w:p>
          <w:p w:rsidR="006D1F8F" w:rsidRPr="0094034D" w:rsidRDefault="006D1F8F" w:rsidP="006D1F8F">
            <w:pPr>
              <w:tabs>
                <w:tab w:val="left" w:pos="540"/>
              </w:tabs>
              <w:rPr>
                <w:rFonts w:ascii="Times New Roman" w:eastAsia="Times New Roman" w:hAnsi="Times New Roman" w:cs="Times New Roman"/>
                <w:sz w:val="24"/>
                <w:szCs w:val="24"/>
              </w:rPr>
            </w:pPr>
            <w:r w:rsidRPr="0094034D">
              <w:rPr>
                <w:rFonts w:ascii="Times New Roman" w:eastAsia="Times New Roman" w:hAnsi="Times New Roman" w:cs="Times New Roman"/>
                <w:noProof/>
                <w:sz w:val="24"/>
                <w:szCs w:val="24"/>
              </w:rPr>
              <w:t xml:space="preserve">3) </w:t>
            </w:r>
            <w:r w:rsidRPr="0094034D">
              <w:rPr>
                <w:rFonts w:ascii="Times New Roman" w:eastAsia="Times New Roman" w:hAnsi="Times New Roman" w:cs="Times New Roman"/>
                <w:sz w:val="24"/>
                <w:szCs w:val="24"/>
              </w:rPr>
              <w:t>три миллиона четыреста тысяч двадцать;</w:t>
            </w:r>
          </w:p>
        </w:tc>
        <w:tc>
          <w:tcPr>
            <w:tcW w:w="2977"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p w:rsidR="006D1F8F" w:rsidRPr="0094034D" w:rsidRDefault="006D1F8F" w:rsidP="006D1F8F">
            <w:pPr>
              <w:rPr>
                <w:rFonts w:ascii="Times New Roman" w:eastAsia="Times New Roman" w:hAnsi="Times New Roman" w:cs="Times New Roman"/>
                <w:sz w:val="24"/>
                <w:szCs w:val="24"/>
              </w:rPr>
            </w:pPr>
          </w:p>
        </w:tc>
      </w:tr>
      <w:tr w:rsidR="006D1F8F" w:rsidRPr="003944E9" w:rsidTr="005D02C2">
        <w:trPr>
          <w:trHeight w:val="403"/>
        </w:trPr>
        <w:tc>
          <w:tcPr>
            <w:tcW w:w="68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3</w:t>
            </w: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Изучите таблицу и заполните её.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58"/>
              <w:gridCol w:w="1859"/>
              <w:gridCol w:w="1859"/>
              <w:gridCol w:w="1859"/>
            </w:tblGrid>
            <w:tr w:rsidR="006D1F8F" w:rsidRPr="0094034D" w:rsidTr="006D1F8F">
              <w:trPr>
                <w:trHeight w:val="346"/>
              </w:trPr>
              <w:tc>
                <w:tcPr>
                  <w:tcW w:w="1858" w:type="dxa"/>
                  <w:vMerge w:val="restart"/>
                  <w:tcBorders>
                    <w:top w:val="single" w:sz="4" w:space="0" w:color="auto"/>
                    <w:left w:val="single" w:sz="4" w:space="0" w:color="auto"/>
                    <w:bottom w:val="single" w:sz="4" w:space="0" w:color="auto"/>
                    <w:right w:val="single" w:sz="4" w:space="0" w:color="auto"/>
                  </w:tcBorders>
                  <w:vAlign w:val="center"/>
                  <w:hideMark/>
                </w:tcPr>
                <w:p w:rsidR="006D1F8F" w:rsidRPr="0094034D" w:rsidRDefault="006D1F8F" w:rsidP="006D1F8F">
                  <w:pPr>
                    <w:spacing w:after="0" w:line="240" w:lineRule="auto"/>
                    <w:jc w:val="center"/>
                    <w:rPr>
                      <w:rFonts w:ascii="Times New Roman" w:eastAsia="Calibri" w:hAnsi="Times New Roman" w:cs="Times New Roman"/>
                      <w:sz w:val="24"/>
                      <w:szCs w:val="24"/>
                    </w:rPr>
                  </w:pPr>
                  <w:r w:rsidRPr="0094034D">
                    <w:rPr>
                      <w:rFonts w:ascii="Times New Roman" w:eastAsia="Calibri" w:hAnsi="Times New Roman" w:cs="Times New Roman"/>
                      <w:sz w:val="24"/>
                      <w:szCs w:val="24"/>
                    </w:rPr>
                    <w:t>Название</w:t>
                  </w:r>
                </w:p>
              </w:tc>
              <w:tc>
                <w:tcPr>
                  <w:tcW w:w="5576" w:type="dxa"/>
                  <w:gridSpan w:val="3"/>
                  <w:tcBorders>
                    <w:top w:val="single" w:sz="4" w:space="0" w:color="auto"/>
                    <w:left w:val="single" w:sz="4" w:space="0" w:color="auto"/>
                    <w:bottom w:val="single" w:sz="4" w:space="0" w:color="auto"/>
                    <w:right w:val="single" w:sz="4" w:space="0" w:color="auto"/>
                  </w:tcBorders>
                  <w:vAlign w:val="center"/>
                  <w:hideMark/>
                </w:tcPr>
                <w:p w:rsidR="006D1F8F" w:rsidRPr="0094034D" w:rsidRDefault="006D1F8F" w:rsidP="006D1F8F">
                  <w:pPr>
                    <w:spacing w:after="0" w:line="240" w:lineRule="auto"/>
                    <w:jc w:val="center"/>
                    <w:rPr>
                      <w:rFonts w:ascii="Times New Roman" w:eastAsia="Calibri" w:hAnsi="Times New Roman" w:cs="Times New Roman"/>
                      <w:sz w:val="24"/>
                      <w:szCs w:val="24"/>
                    </w:rPr>
                  </w:pPr>
                  <w:r w:rsidRPr="0094034D">
                    <w:rPr>
                      <w:rFonts w:ascii="Times New Roman" w:eastAsia="Calibri" w:hAnsi="Times New Roman" w:cs="Times New Roman"/>
                      <w:sz w:val="24"/>
                      <w:szCs w:val="24"/>
                    </w:rPr>
                    <w:t>Вес животного в (кг)</w:t>
                  </w:r>
                </w:p>
              </w:tc>
            </w:tr>
            <w:tr w:rsidR="006D1F8F" w:rsidRPr="0094034D" w:rsidTr="006D1F8F">
              <w:trPr>
                <w:trHeight w:val="158"/>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6D1F8F" w:rsidRPr="0094034D" w:rsidRDefault="006D1F8F" w:rsidP="006D1F8F">
                  <w:pPr>
                    <w:spacing w:after="0" w:line="240" w:lineRule="auto"/>
                    <w:rPr>
                      <w:rFonts w:ascii="Times New Roman" w:eastAsia="Calibri" w:hAnsi="Times New Roman" w:cs="Times New Roman"/>
                      <w:sz w:val="24"/>
                      <w:szCs w:val="24"/>
                    </w:rPr>
                  </w:pPr>
                </w:p>
              </w:tc>
              <w:tc>
                <w:tcPr>
                  <w:tcW w:w="1859" w:type="dxa"/>
                  <w:tcBorders>
                    <w:top w:val="single" w:sz="4" w:space="0" w:color="auto"/>
                    <w:left w:val="single" w:sz="4" w:space="0" w:color="auto"/>
                    <w:bottom w:val="single" w:sz="4" w:space="0" w:color="auto"/>
                    <w:right w:val="single" w:sz="4" w:space="0" w:color="auto"/>
                  </w:tcBorders>
                  <w:vAlign w:val="center"/>
                  <w:hideMark/>
                </w:tcPr>
                <w:p w:rsidR="006D1F8F" w:rsidRPr="0094034D" w:rsidRDefault="006D1F8F" w:rsidP="006D1F8F">
                  <w:pPr>
                    <w:spacing w:after="0" w:line="240" w:lineRule="auto"/>
                    <w:jc w:val="center"/>
                    <w:rPr>
                      <w:rFonts w:ascii="Times New Roman" w:eastAsia="Calibri" w:hAnsi="Times New Roman" w:cs="Times New Roman"/>
                      <w:sz w:val="24"/>
                      <w:szCs w:val="24"/>
                    </w:rPr>
                  </w:pPr>
                  <w:r w:rsidRPr="0094034D">
                    <w:rPr>
                      <w:rFonts w:ascii="Times New Roman" w:eastAsia="Calibri" w:hAnsi="Times New Roman" w:cs="Times New Roman"/>
                      <w:sz w:val="24"/>
                      <w:szCs w:val="24"/>
                    </w:rPr>
                    <w:t>1 животное</w:t>
                  </w:r>
                </w:p>
              </w:tc>
              <w:tc>
                <w:tcPr>
                  <w:tcW w:w="1859" w:type="dxa"/>
                  <w:tcBorders>
                    <w:top w:val="single" w:sz="4" w:space="0" w:color="auto"/>
                    <w:left w:val="single" w:sz="4" w:space="0" w:color="auto"/>
                    <w:bottom w:val="single" w:sz="4" w:space="0" w:color="auto"/>
                    <w:right w:val="single" w:sz="4" w:space="0" w:color="auto"/>
                  </w:tcBorders>
                  <w:vAlign w:val="center"/>
                  <w:hideMark/>
                </w:tcPr>
                <w:p w:rsidR="006D1F8F" w:rsidRPr="0094034D" w:rsidRDefault="006D1F8F" w:rsidP="006D1F8F">
                  <w:pPr>
                    <w:spacing w:after="0" w:line="240" w:lineRule="auto"/>
                    <w:jc w:val="center"/>
                    <w:rPr>
                      <w:rFonts w:ascii="Times New Roman" w:eastAsia="Calibri" w:hAnsi="Times New Roman" w:cs="Times New Roman"/>
                      <w:sz w:val="24"/>
                      <w:szCs w:val="24"/>
                    </w:rPr>
                  </w:pPr>
                  <w:r w:rsidRPr="0094034D">
                    <w:rPr>
                      <w:rFonts w:ascii="Times New Roman" w:eastAsia="Calibri" w:hAnsi="Times New Roman" w:cs="Times New Roman"/>
                      <w:sz w:val="24"/>
                      <w:szCs w:val="24"/>
                    </w:rPr>
                    <w:t>3 животных</w:t>
                  </w:r>
                </w:p>
              </w:tc>
              <w:tc>
                <w:tcPr>
                  <w:tcW w:w="1859" w:type="dxa"/>
                  <w:tcBorders>
                    <w:top w:val="single" w:sz="4" w:space="0" w:color="auto"/>
                    <w:left w:val="single" w:sz="4" w:space="0" w:color="auto"/>
                    <w:bottom w:val="single" w:sz="4" w:space="0" w:color="auto"/>
                    <w:right w:val="single" w:sz="4" w:space="0" w:color="auto"/>
                  </w:tcBorders>
                  <w:vAlign w:val="center"/>
                  <w:hideMark/>
                </w:tcPr>
                <w:p w:rsidR="006D1F8F" w:rsidRPr="0094034D" w:rsidRDefault="006D1F8F" w:rsidP="006D1F8F">
                  <w:pPr>
                    <w:spacing w:after="0" w:line="240" w:lineRule="auto"/>
                    <w:jc w:val="center"/>
                    <w:rPr>
                      <w:rFonts w:ascii="Times New Roman" w:eastAsia="Calibri" w:hAnsi="Times New Roman" w:cs="Times New Roman"/>
                      <w:sz w:val="24"/>
                      <w:szCs w:val="24"/>
                    </w:rPr>
                  </w:pPr>
                  <w:r w:rsidRPr="0094034D">
                    <w:rPr>
                      <w:rFonts w:ascii="Times New Roman" w:eastAsia="Calibri" w:hAnsi="Times New Roman" w:cs="Times New Roman"/>
                      <w:sz w:val="24"/>
                      <w:szCs w:val="24"/>
                    </w:rPr>
                    <w:t>5 животных</w:t>
                  </w:r>
                </w:p>
              </w:tc>
            </w:tr>
            <w:tr w:rsidR="006D1F8F" w:rsidRPr="0094034D" w:rsidTr="006D1F8F">
              <w:trPr>
                <w:trHeight w:val="346"/>
              </w:trPr>
              <w:tc>
                <w:tcPr>
                  <w:tcW w:w="1858" w:type="dxa"/>
                  <w:tcBorders>
                    <w:top w:val="single" w:sz="4" w:space="0" w:color="auto"/>
                    <w:left w:val="single" w:sz="4" w:space="0" w:color="auto"/>
                    <w:bottom w:val="single" w:sz="4" w:space="0" w:color="auto"/>
                    <w:right w:val="single" w:sz="4" w:space="0" w:color="auto"/>
                  </w:tcBorders>
                  <w:vAlign w:val="center"/>
                  <w:hideMark/>
                </w:tcPr>
                <w:p w:rsidR="006D1F8F" w:rsidRPr="0094034D" w:rsidRDefault="006D1F8F" w:rsidP="006D1F8F">
                  <w:pPr>
                    <w:spacing w:after="0" w:line="240" w:lineRule="auto"/>
                    <w:jc w:val="center"/>
                    <w:rPr>
                      <w:rFonts w:ascii="Times New Roman" w:eastAsia="Calibri" w:hAnsi="Times New Roman" w:cs="Times New Roman"/>
                      <w:sz w:val="24"/>
                      <w:szCs w:val="24"/>
                    </w:rPr>
                  </w:pPr>
                  <w:r w:rsidRPr="0094034D">
                    <w:rPr>
                      <w:rFonts w:ascii="Times New Roman" w:eastAsia="Calibri" w:hAnsi="Times New Roman" w:cs="Times New Roman"/>
                      <w:sz w:val="24"/>
                      <w:szCs w:val="24"/>
                    </w:rPr>
                    <w:t>Пингвин</w:t>
                  </w:r>
                </w:p>
              </w:tc>
              <w:tc>
                <w:tcPr>
                  <w:tcW w:w="1859" w:type="dxa"/>
                  <w:tcBorders>
                    <w:top w:val="single" w:sz="4" w:space="0" w:color="auto"/>
                    <w:left w:val="single" w:sz="4" w:space="0" w:color="auto"/>
                    <w:bottom w:val="single" w:sz="4" w:space="0" w:color="auto"/>
                    <w:right w:val="single" w:sz="4" w:space="0" w:color="auto"/>
                  </w:tcBorders>
                  <w:vAlign w:val="center"/>
                  <w:hideMark/>
                </w:tcPr>
                <w:p w:rsidR="006D1F8F" w:rsidRPr="0094034D" w:rsidRDefault="006D1F8F" w:rsidP="006D1F8F">
                  <w:pPr>
                    <w:spacing w:after="0" w:line="240" w:lineRule="auto"/>
                    <w:jc w:val="center"/>
                    <w:rPr>
                      <w:rFonts w:ascii="Times New Roman" w:eastAsia="Calibri" w:hAnsi="Times New Roman" w:cs="Times New Roman"/>
                      <w:sz w:val="24"/>
                      <w:szCs w:val="24"/>
                    </w:rPr>
                  </w:pPr>
                  <w:r w:rsidRPr="0094034D">
                    <w:rPr>
                      <w:rFonts w:ascii="Times New Roman" w:eastAsia="Calibri" w:hAnsi="Times New Roman" w:cs="Times New Roman"/>
                      <w:sz w:val="24"/>
                      <w:szCs w:val="24"/>
                    </w:rPr>
                    <w:t>40 кг</w:t>
                  </w:r>
                </w:p>
              </w:tc>
              <w:tc>
                <w:tcPr>
                  <w:tcW w:w="1859" w:type="dxa"/>
                  <w:tcBorders>
                    <w:top w:val="single" w:sz="4" w:space="0" w:color="auto"/>
                    <w:left w:val="single" w:sz="4" w:space="0" w:color="auto"/>
                    <w:bottom w:val="single" w:sz="4" w:space="0" w:color="auto"/>
                    <w:right w:val="single" w:sz="4" w:space="0" w:color="auto"/>
                  </w:tcBorders>
                  <w:vAlign w:val="center"/>
                  <w:hideMark/>
                </w:tcPr>
                <w:p w:rsidR="006D1F8F" w:rsidRPr="0094034D" w:rsidRDefault="006D1F8F" w:rsidP="006D1F8F">
                  <w:pPr>
                    <w:spacing w:after="0" w:line="240" w:lineRule="auto"/>
                    <w:jc w:val="center"/>
                    <w:rPr>
                      <w:rFonts w:ascii="Times New Roman" w:eastAsia="Calibri" w:hAnsi="Times New Roman" w:cs="Times New Roman"/>
                      <w:sz w:val="24"/>
                      <w:szCs w:val="24"/>
                    </w:rPr>
                  </w:pPr>
                  <w:r w:rsidRPr="0094034D">
                    <w:rPr>
                      <w:rFonts w:ascii="Times New Roman" w:eastAsia="Calibri" w:hAnsi="Times New Roman" w:cs="Times New Roman"/>
                      <w:sz w:val="24"/>
                      <w:szCs w:val="24"/>
                    </w:rPr>
                    <w:t>120кг</w:t>
                  </w:r>
                </w:p>
              </w:tc>
              <w:tc>
                <w:tcPr>
                  <w:tcW w:w="1859" w:type="dxa"/>
                  <w:tcBorders>
                    <w:top w:val="single" w:sz="4" w:space="0" w:color="auto"/>
                    <w:left w:val="single" w:sz="4" w:space="0" w:color="auto"/>
                    <w:bottom w:val="single" w:sz="4" w:space="0" w:color="auto"/>
                    <w:right w:val="single" w:sz="4" w:space="0" w:color="auto"/>
                  </w:tcBorders>
                  <w:vAlign w:val="center"/>
                  <w:hideMark/>
                </w:tcPr>
                <w:p w:rsidR="006D1F8F" w:rsidRPr="0094034D" w:rsidRDefault="006D1F8F" w:rsidP="006D1F8F">
                  <w:pPr>
                    <w:spacing w:after="0" w:line="240" w:lineRule="auto"/>
                    <w:jc w:val="center"/>
                    <w:rPr>
                      <w:rFonts w:ascii="Times New Roman" w:eastAsia="Calibri" w:hAnsi="Times New Roman" w:cs="Times New Roman"/>
                      <w:sz w:val="24"/>
                      <w:szCs w:val="24"/>
                    </w:rPr>
                  </w:pPr>
                  <w:r w:rsidRPr="0094034D">
                    <w:rPr>
                      <w:rFonts w:ascii="Times New Roman" w:eastAsia="Calibri" w:hAnsi="Times New Roman" w:cs="Times New Roman"/>
                      <w:sz w:val="24"/>
                      <w:szCs w:val="24"/>
                    </w:rPr>
                    <w:t>200кг</w:t>
                  </w:r>
                </w:p>
              </w:tc>
            </w:tr>
            <w:tr w:rsidR="006D1F8F" w:rsidRPr="0094034D" w:rsidTr="006D1F8F">
              <w:trPr>
                <w:trHeight w:val="346"/>
              </w:trPr>
              <w:tc>
                <w:tcPr>
                  <w:tcW w:w="1858" w:type="dxa"/>
                  <w:tcBorders>
                    <w:top w:val="single" w:sz="4" w:space="0" w:color="auto"/>
                    <w:left w:val="single" w:sz="4" w:space="0" w:color="auto"/>
                    <w:bottom w:val="single" w:sz="4" w:space="0" w:color="auto"/>
                    <w:right w:val="single" w:sz="4" w:space="0" w:color="auto"/>
                  </w:tcBorders>
                  <w:vAlign w:val="center"/>
                  <w:hideMark/>
                </w:tcPr>
                <w:p w:rsidR="006D1F8F" w:rsidRPr="0094034D" w:rsidRDefault="006D1F8F" w:rsidP="006D1F8F">
                  <w:pPr>
                    <w:spacing w:after="0" w:line="240" w:lineRule="auto"/>
                    <w:jc w:val="center"/>
                    <w:rPr>
                      <w:rFonts w:ascii="Times New Roman" w:eastAsia="Calibri" w:hAnsi="Times New Roman" w:cs="Times New Roman"/>
                      <w:sz w:val="24"/>
                      <w:szCs w:val="24"/>
                    </w:rPr>
                  </w:pPr>
                  <w:r w:rsidRPr="0094034D">
                    <w:rPr>
                      <w:rFonts w:ascii="Times New Roman" w:eastAsia="Calibri" w:hAnsi="Times New Roman" w:cs="Times New Roman"/>
                      <w:sz w:val="24"/>
                      <w:szCs w:val="24"/>
                    </w:rPr>
                    <w:t>Дельфин</w:t>
                  </w:r>
                </w:p>
              </w:tc>
              <w:tc>
                <w:tcPr>
                  <w:tcW w:w="1859" w:type="dxa"/>
                  <w:tcBorders>
                    <w:top w:val="single" w:sz="4" w:space="0" w:color="auto"/>
                    <w:left w:val="single" w:sz="4" w:space="0" w:color="auto"/>
                    <w:bottom w:val="single" w:sz="4" w:space="0" w:color="auto"/>
                    <w:right w:val="single" w:sz="4" w:space="0" w:color="auto"/>
                  </w:tcBorders>
                  <w:vAlign w:val="center"/>
                  <w:hideMark/>
                </w:tcPr>
                <w:p w:rsidR="006D1F8F" w:rsidRPr="0094034D" w:rsidRDefault="006D1F8F" w:rsidP="006D1F8F">
                  <w:pPr>
                    <w:spacing w:after="0" w:line="240" w:lineRule="auto"/>
                    <w:jc w:val="center"/>
                    <w:rPr>
                      <w:rFonts w:ascii="Times New Roman" w:eastAsia="Calibri" w:hAnsi="Times New Roman" w:cs="Times New Roman"/>
                      <w:sz w:val="24"/>
                      <w:szCs w:val="24"/>
                    </w:rPr>
                  </w:pPr>
                  <w:r w:rsidRPr="0094034D">
                    <w:rPr>
                      <w:rFonts w:ascii="Times New Roman" w:eastAsia="Calibri" w:hAnsi="Times New Roman" w:cs="Times New Roman"/>
                      <w:sz w:val="24"/>
                      <w:szCs w:val="24"/>
                    </w:rPr>
                    <w:t>140кг</w:t>
                  </w:r>
                </w:p>
              </w:tc>
              <w:tc>
                <w:tcPr>
                  <w:tcW w:w="1859" w:type="dxa"/>
                  <w:tcBorders>
                    <w:top w:val="single" w:sz="4" w:space="0" w:color="auto"/>
                    <w:left w:val="single" w:sz="4" w:space="0" w:color="auto"/>
                    <w:bottom w:val="single" w:sz="4" w:space="0" w:color="auto"/>
                    <w:right w:val="single" w:sz="4" w:space="0" w:color="auto"/>
                  </w:tcBorders>
                  <w:vAlign w:val="center"/>
                  <w:hideMark/>
                </w:tcPr>
                <w:p w:rsidR="006D1F8F" w:rsidRPr="0094034D" w:rsidRDefault="006D1F8F" w:rsidP="006D1F8F">
                  <w:pPr>
                    <w:spacing w:after="0" w:line="240" w:lineRule="auto"/>
                    <w:jc w:val="center"/>
                    <w:rPr>
                      <w:rFonts w:ascii="Times New Roman" w:eastAsia="Calibri" w:hAnsi="Times New Roman" w:cs="Times New Roman"/>
                      <w:sz w:val="24"/>
                      <w:szCs w:val="24"/>
                    </w:rPr>
                  </w:pPr>
                  <w:r w:rsidRPr="0094034D">
                    <w:rPr>
                      <w:rFonts w:ascii="Times New Roman" w:eastAsia="Calibri" w:hAnsi="Times New Roman" w:cs="Times New Roman"/>
                      <w:sz w:val="24"/>
                      <w:szCs w:val="24"/>
                    </w:rPr>
                    <w:t>420 кг</w:t>
                  </w:r>
                </w:p>
              </w:tc>
              <w:tc>
                <w:tcPr>
                  <w:tcW w:w="1859" w:type="dxa"/>
                  <w:tcBorders>
                    <w:top w:val="single" w:sz="4" w:space="0" w:color="auto"/>
                    <w:left w:val="single" w:sz="4" w:space="0" w:color="auto"/>
                    <w:bottom w:val="single" w:sz="4" w:space="0" w:color="auto"/>
                    <w:right w:val="single" w:sz="4" w:space="0" w:color="auto"/>
                  </w:tcBorders>
                  <w:vAlign w:val="center"/>
                  <w:hideMark/>
                </w:tcPr>
                <w:p w:rsidR="006D1F8F" w:rsidRPr="0094034D" w:rsidRDefault="006D1F8F" w:rsidP="006D1F8F">
                  <w:pPr>
                    <w:spacing w:after="0" w:line="240" w:lineRule="auto"/>
                    <w:jc w:val="center"/>
                    <w:rPr>
                      <w:rFonts w:ascii="Times New Roman" w:eastAsia="Calibri" w:hAnsi="Times New Roman" w:cs="Times New Roman"/>
                      <w:sz w:val="24"/>
                      <w:szCs w:val="24"/>
                    </w:rPr>
                  </w:pPr>
                  <w:r w:rsidRPr="0094034D">
                    <w:rPr>
                      <w:rFonts w:ascii="Times New Roman" w:eastAsia="Calibri" w:hAnsi="Times New Roman" w:cs="Times New Roman"/>
                      <w:sz w:val="24"/>
                      <w:szCs w:val="24"/>
                    </w:rPr>
                    <w:t>700кг</w:t>
                  </w:r>
                </w:p>
              </w:tc>
            </w:tr>
            <w:tr w:rsidR="006D1F8F" w:rsidRPr="0094034D" w:rsidTr="006D1F8F">
              <w:trPr>
                <w:trHeight w:val="346"/>
              </w:trPr>
              <w:tc>
                <w:tcPr>
                  <w:tcW w:w="1858" w:type="dxa"/>
                  <w:tcBorders>
                    <w:top w:val="single" w:sz="4" w:space="0" w:color="auto"/>
                    <w:left w:val="single" w:sz="4" w:space="0" w:color="auto"/>
                    <w:bottom w:val="single" w:sz="4" w:space="0" w:color="auto"/>
                    <w:right w:val="single" w:sz="4" w:space="0" w:color="auto"/>
                  </w:tcBorders>
                  <w:vAlign w:val="center"/>
                  <w:hideMark/>
                </w:tcPr>
                <w:p w:rsidR="006D1F8F" w:rsidRPr="0094034D" w:rsidRDefault="006D1F8F" w:rsidP="006D1F8F">
                  <w:pPr>
                    <w:spacing w:after="0" w:line="240" w:lineRule="auto"/>
                    <w:jc w:val="center"/>
                    <w:rPr>
                      <w:rFonts w:ascii="Times New Roman" w:eastAsia="Calibri" w:hAnsi="Times New Roman" w:cs="Times New Roman"/>
                      <w:sz w:val="24"/>
                      <w:szCs w:val="24"/>
                    </w:rPr>
                  </w:pPr>
                  <w:r w:rsidRPr="0094034D">
                    <w:rPr>
                      <w:rFonts w:ascii="Times New Roman" w:eastAsia="Calibri" w:hAnsi="Times New Roman" w:cs="Times New Roman"/>
                      <w:sz w:val="24"/>
                      <w:szCs w:val="24"/>
                    </w:rPr>
                    <w:t>Чайка</w:t>
                  </w:r>
                </w:p>
              </w:tc>
              <w:tc>
                <w:tcPr>
                  <w:tcW w:w="1859" w:type="dxa"/>
                  <w:tcBorders>
                    <w:top w:val="single" w:sz="4" w:space="0" w:color="auto"/>
                    <w:left w:val="single" w:sz="4" w:space="0" w:color="auto"/>
                    <w:bottom w:val="single" w:sz="4" w:space="0" w:color="auto"/>
                    <w:right w:val="single" w:sz="4" w:space="0" w:color="auto"/>
                  </w:tcBorders>
                  <w:vAlign w:val="center"/>
                  <w:hideMark/>
                </w:tcPr>
                <w:p w:rsidR="006D1F8F" w:rsidRPr="0094034D" w:rsidRDefault="006D1F8F" w:rsidP="006D1F8F">
                  <w:pPr>
                    <w:spacing w:after="0" w:line="240" w:lineRule="auto"/>
                    <w:jc w:val="center"/>
                    <w:rPr>
                      <w:rFonts w:ascii="Times New Roman" w:eastAsia="Calibri" w:hAnsi="Times New Roman" w:cs="Times New Roman"/>
                      <w:sz w:val="24"/>
                      <w:szCs w:val="24"/>
                    </w:rPr>
                  </w:pPr>
                  <w:r w:rsidRPr="0094034D">
                    <w:rPr>
                      <w:rFonts w:ascii="Times New Roman" w:eastAsia="Calibri" w:hAnsi="Times New Roman" w:cs="Times New Roman"/>
                      <w:sz w:val="24"/>
                      <w:szCs w:val="24"/>
                    </w:rPr>
                    <w:t>13кг</w:t>
                  </w:r>
                </w:p>
              </w:tc>
              <w:tc>
                <w:tcPr>
                  <w:tcW w:w="1859" w:type="dxa"/>
                  <w:tcBorders>
                    <w:top w:val="single" w:sz="4" w:space="0" w:color="auto"/>
                    <w:left w:val="single" w:sz="4" w:space="0" w:color="auto"/>
                    <w:bottom w:val="single" w:sz="4" w:space="0" w:color="auto"/>
                    <w:right w:val="single" w:sz="4" w:space="0" w:color="auto"/>
                  </w:tcBorders>
                  <w:vAlign w:val="center"/>
                  <w:hideMark/>
                </w:tcPr>
                <w:p w:rsidR="006D1F8F" w:rsidRPr="0094034D" w:rsidRDefault="006D1F8F" w:rsidP="006D1F8F">
                  <w:pPr>
                    <w:spacing w:after="0" w:line="240" w:lineRule="auto"/>
                    <w:jc w:val="center"/>
                    <w:rPr>
                      <w:rFonts w:ascii="Times New Roman" w:eastAsia="Calibri" w:hAnsi="Times New Roman" w:cs="Times New Roman"/>
                      <w:sz w:val="24"/>
                      <w:szCs w:val="24"/>
                    </w:rPr>
                  </w:pPr>
                  <w:r w:rsidRPr="0094034D">
                    <w:rPr>
                      <w:rFonts w:ascii="Times New Roman" w:eastAsia="Calibri" w:hAnsi="Times New Roman" w:cs="Times New Roman"/>
                      <w:sz w:val="24"/>
                      <w:szCs w:val="24"/>
                    </w:rPr>
                    <w:t>39 кг</w:t>
                  </w:r>
                </w:p>
              </w:tc>
              <w:tc>
                <w:tcPr>
                  <w:tcW w:w="1859" w:type="dxa"/>
                  <w:tcBorders>
                    <w:top w:val="single" w:sz="4" w:space="0" w:color="auto"/>
                    <w:left w:val="single" w:sz="4" w:space="0" w:color="auto"/>
                    <w:bottom w:val="single" w:sz="4" w:space="0" w:color="auto"/>
                    <w:right w:val="single" w:sz="4" w:space="0" w:color="auto"/>
                  </w:tcBorders>
                  <w:vAlign w:val="center"/>
                  <w:hideMark/>
                </w:tcPr>
                <w:p w:rsidR="006D1F8F" w:rsidRPr="0094034D" w:rsidRDefault="006D1F8F" w:rsidP="006D1F8F">
                  <w:pPr>
                    <w:spacing w:after="0" w:line="240" w:lineRule="auto"/>
                    <w:jc w:val="center"/>
                    <w:rPr>
                      <w:rFonts w:ascii="Times New Roman" w:eastAsia="Calibri" w:hAnsi="Times New Roman" w:cs="Times New Roman"/>
                      <w:sz w:val="24"/>
                      <w:szCs w:val="24"/>
                    </w:rPr>
                  </w:pPr>
                  <w:r w:rsidRPr="0094034D">
                    <w:rPr>
                      <w:rFonts w:ascii="Times New Roman" w:eastAsia="Calibri" w:hAnsi="Times New Roman" w:cs="Times New Roman"/>
                      <w:sz w:val="24"/>
                      <w:szCs w:val="24"/>
                    </w:rPr>
                    <w:t>65 кг</w:t>
                  </w:r>
                </w:p>
              </w:tc>
            </w:tr>
          </w:tbl>
          <w:p w:rsidR="006D1F8F" w:rsidRPr="0094034D" w:rsidRDefault="006D1F8F" w:rsidP="006D1F8F">
            <w:pPr>
              <w:rPr>
                <w:rFonts w:ascii="Times New Roman" w:eastAsia="Times New Roman" w:hAnsi="Times New Roman" w:cs="Times New Roman"/>
                <w:sz w:val="24"/>
                <w:szCs w:val="24"/>
              </w:rPr>
            </w:pPr>
          </w:p>
        </w:tc>
        <w:tc>
          <w:tcPr>
            <w:tcW w:w="2977"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3 балла,</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по 0,5 баллу за каждый правильный ответ.</w:t>
            </w:r>
          </w:p>
        </w:tc>
      </w:tr>
      <w:tr w:rsidR="006D1F8F" w:rsidRPr="003944E9" w:rsidTr="005D02C2">
        <w:trPr>
          <w:trHeight w:val="403"/>
        </w:trPr>
        <w:tc>
          <w:tcPr>
            <w:tcW w:w="68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4</w:t>
            </w:r>
          </w:p>
        </w:tc>
        <w:tc>
          <w:tcPr>
            <w:tcW w:w="6237" w:type="dxa"/>
            <w:tcBorders>
              <w:top w:val="single" w:sz="4" w:space="0" w:color="000000"/>
              <w:left w:val="single" w:sz="4" w:space="0" w:color="000000"/>
              <w:bottom w:val="single" w:sz="4" w:space="0" w:color="000000"/>
              <w:right w:val="single" w:sz="4" w:space="0" w:color="auto"/>
            </w:tcBorders>
          </w:tcPr>
          <w:p w:rsidR="006D1F8F" w:rsidRPr="0094034D" w:rsidRDefault="006D1F8F" w:rsidP="006D1F8F">
            <w:pPr>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На участке леса квадратной формы поставили заграждение. Какова площадь этого участка, если длина забора 32 метра?</w:t>
            </w:r>
          </w:p>
          <w:p w:rsidR="006D1F8F" w:rsidRPr="0094034D" w:rsidRDefault="006D1F8F" w:rsidP="006D1F8F">
            <w:pPr>
              <w:jc w:val="both"/>
              <w:rPr>
                <w:rFonts w:ascii="Times New Roman" w:eastAsia="Times New Roman" w:hAnsi="Times New Roman" w:cs="Times New Roman"/>
                <w:sz w:val="24"/>
                <w:szCs w:val="24"/>
              </w:rPr>
            </w:pPr>
          </w:p>
          <w:p w:rsidR="006D1F8F" w:rsidRPr="0094034D" w:rsidRDefault="006D1F8F" w:rsidP="006D1F8F">
            <w:pPr>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Решение:1) 32 :4=8 (м.)-1 сторона участка</w:t>
            </w:r>
          </w:p>
          <w:p w:rsidR="006D1F8F" w:rsidRPr="0094034D" w:rsidRDefault="006D1F8F" w:rsidP="006D1F8F">
            <w:pPr>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                  2) 8 х8 =64 (м </w:t>
            </w:r>
            <w:r w:rsidRPr="0094034D">
              <w:rPr>
                <w:rFonts w:ascii="Times New Roman" w:eastAsia="Times New Roman" w:hAnsi="Times New Roman" w:cs="Times New Roman"/>
                <w:sz w:val="24"/>
                <w:szCs w:val="24"/>
                <w:vertAlign w:val="superscript"/>
              </w:rPr>
              <w:t>2)-</w:t>
            </w:r>
            <w:r w:rsidRPr="0094034D">
              <w:rPr>
                <w:rFonts w:ascii="Times New Roman" w:eastAsia="Times New Roman" w:hAnsi="Times New Roman" w:cs="Times New Roman"/>
                <w:sz w:val="24"/>
                <w:szCs w:val="24"/>
              </w:rPr>
              <w:t>S участка</w:t>
            </w:r>
          </w:p>
          <w:p w:rsidR="006D1F8F" w:rsidRPr="0094034D" w:rsidRDefault="006D1F8F" w:rsidP="006D1F8F">
            <w:pPr>
              <w:jc w:val="both"/>
              <w:rPr>
                <w:rFonts w:ascii="Times New Roman" w:eastAsia="Times New Roman" w:hAnsi="Times New Roman" w:cs="Times New Roman"/>
                <w:i/>
                <w:sz w:val="24"/>
                <w:szCs w:val="24"/>
              </w:rPr>
            </w:pPr>
            <w:r w:rsidRPr="0094034D">
              <w:rPr>
                <w:rFonts w:ascii="Times New Roman" w:eastAsia="Times New Roman" w:hAnsi="Times New Roman" w:cs="Times New Roman"/>
                <w:sz w:val="24"/>
                <w:szCs w:val="24"/>
              </w:rPr>
              <w:t xml:space="preserve">Ответ: S =64 м </w:t>
            </w:r>
            <w:r w:rsidRPr="0094034D">
              <w:rPr>
                <w:rFonts w:ascii="Times New Roman" w:eastAsia="Times New Roman" w:hAnsi="Times New Roman" w:cs="Times New Roman"/>
                <w:sz w:val="24"/>
                <w:szCs w:val="24"/>
                <w:vertAlign w:val="superscript"/>
              </w:rPr>
              <w:t>2</w:t>
            </w:r>
          </w:p>
        </w:tc>
        <w:tc>
          <w:tcPr>
            <w:tcW w:w="2977"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2 балла,</w:t>
            </w:r>
          </w:p>
          <w:p w:rsidR="006D1F8F" w:rsidRPr="0094034D" w:rsidRDefault="006D1F8F" w:rsidP="006D1F8F">
            <w:pPr>
              <w:spacing w:after="63"/>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1 балл – допущена одна вычислительная ошибка. </w:t>
            </w:r>
          </w:p>
          <w:p w:rsidR="006D1F8F" w:rsidRPr="0094034D" w:rsidRDefault="006D1F8F" w:rsidP="006D1F8F">
            <w:pPr>
              <w:rPr>
                <w:rFonts w:ascii="Times New Roman" w:eastAsia="Times New Roman" w:hAnsi="Times New Roman" w:cs="Times New Roman"/>
                <w:sz w:val="24"/>
                <w:szCs w:val="24"/>
              </w:rPr>
            </w:pPr>
          </w:p>
        </w:tc>
      </w:tr>
      <w:tr w:rsidR="006D1F8F" w:rsidRPr="0094034D" w:rsidTr="005D02C2">
        <w:trPr>
          <w:trHeight w:val="403"/>
        </w:trPr>
        <w:tc>
          <w:tcPr>
            <w:tcW w:w="68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94034D">
            <w:pPr>
              <w:tabs>
                <w:tab w:val="left" w:pos="15"/>
              </w:tabs>
              <w:ind w:right="-45"/>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Максимально:</w:t>
            </w:r>
          </w:p>
        </w:tc>
        <w:tc>
          <w:tcPr>
            <w:tcW w:w="2977"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7 баллов</w:t>
            </w:r>
          </w:p>
        </w:tc>
      </w:tr>
      <w:tr w:rsidR="006D1F8F" w:rsidRPr="0094034D" w:rsidTr="005D02C2">
        <w:trPr>
          <w:trHeight w:val="403"/>
        </w:trPr>
        <w:tc>
          <w:tcPr>
            <w:tcW w:w="68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tabs>
                <w:tab w:val="left" w:pos="15"/>
              </w:tabs>
              <w:ind w:right="-45"/>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Окружающий мир</w:t>
            </w:r>
          </w:p>
        </w:tc>
        <w:tc>
          <w:tcPr>
            <w:tcW w:w="2977"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p>
        </w:tc>
      </w:tr>
      <w:tr w:rsidR="006D1F8F" w:rsidRPr="0094034D" w:rsidTr="005D02C2">
        <w:trPr>
          <w:trHeight w:val="403"/>
        </w:trPr>
        <w:tc>
          <w:tcPr>
            <w:tcW w:w="68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w:t>
            </w:r>
          </w:p>
          <w:p w:rsidR="006D1F8F" w:rsidRPr="0094034D" w:rsidRDefault="006D1F8F" w:rsidP="006D1F8F">
            <w:pPr>
              <w:ind w:right="34"/>
              <w:jc w:val="center"/>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К какой группе животных можно отнести северного оленя по способу питания? Отметьте правильный ответ.</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 хищники;</w:t>
            </w:r>
          </w:p>
        </w:tc>
        <w:tc>
          <w:tcPr>
            <w:tcW w:w="2977"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tc>
      </w:tr>
      <w:tr w:rsidR="006D1F8F" w:rsidRPr="0094034D" w:rsidTr="005D02C2">
        <w:trPr>
          <w:trHeight w:val="403"/>
        </w:trPr>
        <w:tc>
          <w:tcPr>
            <w:tcW w:w="68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2</w:t>
            </w: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spacing w:after="9" w:line="264" w:lineRule="auto"/>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Выберите растения, которыми питается северный олень. Отметьте правильный ответ.</w:t>
            </w:r>
          </w:p>
          <w:p w:rsidR="006D1F8F" w:rsidRPr="0094034D" w:rsidRDefault="006D1F8F" w:rsidP="006D1F8F">
            <w:pPr>
              <w:tabs>
                <w:tab w:val="left" w:pos="15"/>
              </w:tabs>
              <w:ind w:right="-45"/>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2) рыба;</w:t>
            </w:r>
          </w:p>
        </w:tc>
        <w:tc>
          <w:tcPr>
            <w:tcW w:w="2977"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tc>
      </w:tr>
      <w:tr w:rsidR="006D1F8F" w:rsidRPr="0094034D" w:rsidTr="005D02C2">
        <w:trPr>
          <w:trHeight w:val="403"/>
        </w:trPr>
        <w:tc>
          <w:tcPr>
            <w:tcW w:w="68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3</w:t>
            </w: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Что накапливает летом олень в организме, чтобы не протянуть ноги?Отметьте правильный ответ.</w:t>
            </w:r>
          </w:p>
          <w:p w:rsidR="006D1F8F" w:rsidRPr="0094034D" w:rsidRDefault="006D1F8F" w:rsidP="00E214FE">
            <w:pPr>
              <w:numPr>
                <w:ilvl w:val="0"/>
                <w:numId w:val="105"/>
              </w:numPr>
              <w:tabs>
                <w:tab w:val="left" w:pos="15"/>
              </w:tabs>
              <w:ind w:right="-45"/>
              <w:contextualSpacing/>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вес .</w:t>
            </w:r>
            <w:r w:rsidRPr="0094034D">
              <w:rPr>
                <w:rFonts w:ascii="Times New Roman" w:eastAsia="Times New Roman" w:hAnsi="Times New Roman" w:cs="Times New Roman"/>
                <w:sz w:val="24"/>
                <w:szCs w:val="24"/>
              </w:rPr>
              <w:tab/>
            </w:r>
          </w:p>
        </w:tc>
        <w:tc>
          <w:tcPr>
            <w:tcW w:w="2977"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tc>
      </w:tr>
      <w:tr w:rsidR="006D1F8F" w:rsidRPr="003944E9" w:rsidTr="005D02C2">
        <w:trPr>
          <w:trHeight w:val="403"/>
        </w:trPr>
        <w:tc>
          <w:tcPr>
            <w:tcW w:w="681" w:type="dxa"/>
            <w:tcBorders>
              <w:top w:val="single" w:sz="4" w:space="0" w:color="000000"/>
              <w:left w:val="single" w:sz="4" w:space="0" w:color="000000"/>
              <w:bottom w:val="single" w:sz="4" w:space="0" w:color="000000"/>
              <w:right w:val="single" w:sz="4" w:space="0" w:color="000000"/>
            </w:tcBorders>
            <w:hideMark/>
          </w:tcPr>
          <w:p w:rsidR="006D1F8F" w:rsidRPr="0094034D" w:rsidRDefault="006D1F8F" w:rsidP="006D1F8F">
            <w:pPr>
              <w:ind w:right="34"/>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4</w:t>
            </w: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tabs>
                <w:tab w:val="left" w:pos="15"/>
              </w:tabs>
              <w:ind w:right="-45"/>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Укажите для каждого из классов животных из первого столбца характерные </w:t>
            </w:r>
            <w:r w:rsidRPr="0094034D">
              <w:rPr>
                <w:rFonts w:ascii="Times New Roman" w:eastAsia="Times New Roman" w:hAnsi="Times New Roman" w:cs="Times New Roman"/>
                <w:sz w:val="24"/>
                <w:szCs w:val="24"/>
                <w:u w:val="single"/>
              </w:rPr>
              <w:t>осенние  явления</w:t>
            </w:r>
            <w:r w:rsidRPr="0094034D">
              <w:rPr>
                <w:rFonts w:ascii="Times New Roman" w:eastAsia="Times New Roman" w:hAnsi="Times New Roman" w:cs="Times New Roman"/>
                <w:sz w:val="24"/>
                <w:szCs w:val="24"/>
              </w:rPr>
              <w:t xml:space="preserve"> в их жизни из второго.</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А) _____4______, Б) ______5______, В) _____6______</w:t>
            </w:r>
          </w:p>
        </w:tc>
        <w:tc>
          <w:tcPr>
            <w:tcW w:w="2977"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D9578B">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3 балла,</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по 1 баллу за каждый правильный ответ.</w:t>
            </w:r>
          </w:p>
        </w:tc>
      </w:tr>
      <w:tr w:rsidR="006D1F8F" w:rsidRPr="0094034D" w:rsidTr="005D02C2">
        <w:trPr>
          <w:trHeight w:val="403"/>
        </w:trPr>
        <w:tc>
          <w:tcPr>
            <w:tcW w:w="68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94034D">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Максимально:</w:t>
            </w:r>
          </w:p>
        </w:tc>
        <w:tc>
          <w:tcPr>
            <w:tcW w:w="2977"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6 баллов</w:t>
            </w:r>
          </w:p>
        </w:tc>
      </w:tr>
      <w:tr w:rsidR="006D1F8F" w:rsidRPr="0094034D" w:rsidTr="005D02C2">
        <w:trPr>
          <w:trHeight w:val="403"/>
        </w:trPr>
        <w:tc>
          <w:tcPr>
            <w:tcW w:w="68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jc w:val="right"/>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Основная часть (Базовая) Всего:</w:t>
            </w:r>
          </w:p>
        </w:tc>
        <w:tc>
          <w:tcPr>
            <w:tcW w:w="2977"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31 балл</w:t>
            </w:r>
          </w:p>
        </w:tc>
      </w:tr>
      <w:tr w:rsidR="006D1F8F" w:rsidRPr="0094034D" w:rsidTr="005D02C2">
        <w:trPr>
          <w:trHeight w:val="403"/>
        </w:trPr>
        <w:tc>
          <w:tcPr>
            <w:tcW w:w="68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tabs>
                <w:tab w:val="left" w:pos="15"/>
              </w:tabs>
              <w:ind w:right="-45"/>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Дополнительная часть (повышенная)</w:t>
            </w:r>
          </w:p>
        </w:tc>
        <w:tc>
          <w:tcPr>
            <w:tcW w:w="2977"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p>
        </w:tc>
      </w:tr>
      <w:tr w:rsidR="006D1F8F" w:rsidRPr="0094034D" w:rsidTr="005D02C2">
        <w:trPr>
          <w:trHeight w:val="403"/>
        </w:trPr>
        <w:tc>
          <w:tcPr>
            <w:tcW w:w="68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tabs>
                <w:tab w:val="left" w:pos="15"/>
                <w:tab w:val="left" w:pos="2115"/>
              </w:tabs>
              <w:ind w:right="-45"/>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ab/>
              <w:t>Укажи предложение, в котором знаки препинания поставлены неверно. Отметьте правильный ответ.</w:t>
            </w:r>
          </w:p>
          <w:p w:rsidR="006D1F8F" w:rsidRPr="0094034D" w:rsidRDefault="006D1F8F" w:rsidP="00E214FE">
            <w:pPr>
              <w:numPr>
                <w:ilvl w:val="0"/>
                <w:numId w:val="106"/>
              </w:numPr>
              <w:contextualSpacing/>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Лес был гремучим, и страшным.</w:t>
            </w:r>
          </w:p>
        </w:tc>
        <w:tc>
          <w:tcPr>
            <w:tcW w:w="2977"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tc>
      </w:tr>
      <w:tr w:rsidR="006D1F8F" w:rsidRPr="0094034D" w:rsidTr="005D02C2">
        <w:trPr>
          <w:trHeight w:val="403"/>
        </w:trPr>
        <w:tc>
          <w:tcPr>
            <w:tcW w:w="68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Эти часы  спешат на 1 ч 05 мин.</w:t>
            </w:r>
          </w:p>
          <w:p w:rsidR="006D1F8F" w:rsidRPr="0094034D" w:rsidRDefault="006D1F8F" w:rsidP="006D1F8F">
            <w:pPr>
              <w:jc w:val="both"/>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Укажите правильное время.</w:t>
            </w:r>
          </w:p>
          <w:p w:rsidR="006D1F8F" w:rsidRPr="0094034D" w:rsidRDefault="006D1F8F" w:rsidP="006D1F8F">
            <w:pPr>
              <w:tabs>
                <w:tab w:val="left" w:pos="15"/>
              </w:tabs>
              <w:ind w:right="-45"/>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в) 9 ч 05 мин;</w:t>
            </w:r>
          </w:p>
        </w:tc>
        <w:tc>
          <w:tcPr>
            <w:tcW w:w="2977"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tc>
      </w:tr>
      <w:tr w:rsidR="006D1F8F" w:rsidRPr="0094034D" w:rsidTr="005D02C2">
        <w:trPr>
          <w:trHeight w:val="403"/>
        </w:trPr>
        <w:tc>
          <w:tcPr>
            <w:tcW w:w="68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Напишите, как вы понимаете значение выделенного слова в предложении:</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«Летать эти древние птицы не могут, но зато отлично плавают».</w:t>
            </w:r>
          </w:p>
          <w:p w:rsidR="006D1F8F" w:rsidRPr="0094034D" w:rsidRDefault="006D1F8F" w:rsidP="006D1F8F">
            <w:pPr>
              <w:rPr>
                <w:rFonts w:ascii="Times New Roman" w:eastAsia="Times New Roman" w:hAnsi="Times New Roman" w:cs="Times New Roman"/>
                <w:bCs/>
                <w:sz w:val="24"/>
                <w:szCs w:val="24"/>
              </w:rPr>
            </w:pPr>
            <w:r w:rsidRPr="0094034D">
              <w:rPr>
                <w:rFonts w:ascii="Times New Roman" w:eastAsia="Times New Roman" w:hAnsi="Times New Roman" w:cs="Times New Roman"/>
                <w:sz w:val="24"/>
                <w:szCs w:val="24"/>
              </w:rPr>
              <w:t xml:space="preserve">Древние – </w:t>
            </w:r>
            <w:r w:rsidRPr="0094034D">
              <w:rPr>
                <w:rFonts w:ascii="Times New Roman" w:eastAsia="Times New Roman" w:hAnsi="Times New Roman" w:cs="Times New Roman"/>
                <w:sz w:val="24"/>
                <w:szCs w:val="24"/>
                <w:u w:val="single"/>
              </w:rPr>
              <w:t>значит, старые, давнишние</w:t>
            </w:r>
          </w:p>
        </w:tc>
        <w:tc>
          <w:tcPr>
            <w:tcW w:w="2977"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1балл</w:t>
            </w:r>
          </w:p>
        </w:tc>
      </w:tr>
      <w:tr w:rsidR="006D1F8F" w:rsidRPr="0094034D" w:rsidTr="005D02C2">
        <w:trPr>
          <w:trHeight w:val="403"/>
        </w:trPr>
        <w:tc>
          <w:tcPr>
            <w:tcW w:w="68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auto"/>
            </w:tcBorders>
            <w:hideMark/>
          </w:tcPr>
          <w:p w:rsidR="006D1F8F" w:rsidRPr="0094034D" w:rsidRDefault="006D1F8F" w:rsidP="006D1F8F">
            <w:pPr>
              <w:tabs>
                <w:tab w:val="left" w:pos="15"/>
              </w:tabs>
              <w:ind w:right="-45"/>
              <w:jc w:val="right"/>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Максимально:</w:t>
            </w:r>
          </w:p>
        </w:tc>
        <w:tc>
          <w:tcPr>
            <w:tcW w:w="2977" w:type="dxa"/>
            <w:tcBorders>
              <w:top w:val="single" w:sz="4" w:space="0" w:color="000000"/>
              <w:left w:val="single" w:sz="4" w:space="0" w:color="auto"/>
              <w:bottom w:val="single" w:sz="4" w:space="0" w:color="000000"/>
              <w:right w:val="single" w:sz="4" w:space="0" w:color="000000"/>
            </w:tcBorders>
            <w:hideMark/>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3 балла</w:t>
            </w:r>
          </w:p>
        </w:tc>
      </w:tr>
      <w:tr w:rsidR="006D1F8F" w:rsidRPr="0094034D" w:rsidTr="005D02C2">
        <w:trPr>
          <w:trHeight w:val="403"/>
        </w:trPr>
        <w:tc>
          <w:tcPr>
            <w:tcW w:w="681" w:type="dxa"/>
            <w:tcBorders>
              <w:top w:val="single" w:sz="4" w:space="0" w:color="000000"/>
              <w:left w:val="single" w:sz="4" w:space="0" w:color="000000"/>
              <w:bottom w:val="single" w:sz="4" w:space="0" w:color="000000"/>
              <w:right w:val="single" w:sz="4" w:space="0" w:color="000000"/>
            </w:tcBorders>
          </w:tcPr>
          <w:p w:rsidR="006D1F8F" w:rsidRPr="0094034D" w:rsidRDefault="006D1F8F" w:rsidP="006D1F8F">
            <w:pPr>
              <w:ind w:right="34"/>
              <w:jc w:val="center"/>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auto"/>
            </w:tcBorders>
          </w:tcPr>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Максимальный балл за всю работы —34 балла</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 xml:space="preserve">(за задания базового уровня сложности — 31 балл, </w:t>
            </w:r>
          </w:p>
          <w:p w:rsidR="006D1F8F" w:rsidRPr="0094034D" w:rsidRDefault="006D1F8F" w:rsidP="006D1F8F">
            <w:pP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rPr>
              <w:t>повышенной сложности — 3 балла).</w:t>
            </w:r>
          </w:p>
          <w:p w:rsidR="006D1F8F" w:rsidRPr="0094034D" w:rsidRDefault="006D1F8F" w:rsidP="006D1F8F">
            <w:pPr>
              <w:jc w:val="right"/>
              <w:rPr>
                <w:rFonts w:ascii="Times New Roman" w:eastAsia="Times New Roman" w:hAnsi="Times New Roman" w:cs="Times New Roman"/>
                <w:sz w:val="24"/>
                <w:szCs w:val="24"/>
              </w:rPr>
            </w:pPr>
          </w:p>
          <w:p w:rsidR="006D1F8F" w:rsidRPr="0094034D" w:rsidRDefault="006D1F8F" w:rsidP="006D1F8F">
            <w:pPr>
              <w:tabs>
                <w:tab w:val="left" w:pos="15"/>
              </w:tabs>
              <w:ind w:right="-45"/>
              <w:rPr>
                <w:rFonts w:ascii="Times New Roman" w:eastAsia="Times New Roman" w:hAnsi="Times New Roman" w:cs="Times New Roman"/>
                <w:sz w:val="24"/>
                <w:szCs w:val="24"/>
              </w:rPr>
            </w:pPr>
          </w:p>
        </w:tc>
        <w:tc>
          <w:tcPr>
            <w:tcW w:w="2977" w:type="dxa"/>
            <w:tcBorders>
              <w:top w:val="single" w:sz="4" w:space="0" w:color="000000"/>
              <w:left w:val="single" w:sz="4" w:space="0" w:color="auto"/>
              <w:bottom w:val="single" w:sz="4" w:space="0" w:color="000000"/>
              <w:right w:val="single" w:sz="4" w:space="0" w:color="000000"/>
            </w:tcBorders>
          </w:tcPr>
          <w:p w:rsidR="006D1F8F" w:rsidRPr="0094034D" w:rsidRDefault="006D1F8F" w:rsidP="006D1F8F">
            <w:pPr>
              <w:rPr>
                <w:rFonts w:ascii="Times New Roman" w:eastAsia="Times New Roman" w:hAnsi="Times New Roman" w:cs="Times New Roman"/>
                <w:sz w:val="24"/>
                <w:szCs w:val="24"/>
              </w:rPr>
            </w:pPr>
          </w:p>
        </w:tc>
      </w:tr>
    </w:tbl>
    <w:p w:rsidR="006D1F8F" w:rsidRPr="0094034D" w:rsidRDefault="006D1F8F" w:rsidP="006D1F8F">
      <w:pPr>
        <w:spacing w:after="0" w:line="240" w:lineRule="auto"/>
        <w:jc w:val="center"/>
        <w:rPr>
          <w:rFonts w:ascii="Times New Roman" w:eastAsia="Times New Roman" w:hAnsi="Times New Roman" w:cs="Times New Roman"/>
          <w:sz w:val="24"/>
          <w:szCs w:val="24"/>
        </w:rPr>
      </w:pPr>
    </w:p>
    <w:p w:rsidR="006D1F8F" w:rsidRPr="0094034D" w:rsidRDefault="006D1F8F" w:rsidP="006D1F8F">
      <w:pPr>
        <w:spacing w:after="0" w:line="240" w:lineRule="auto"/>
        <w:jc w:val="center"/>
        <w:rPr>
          <w:rFonts w:ascii="Times New Roman" w:eastAsia="Times New Roman" w:hAnsi="Times New Roman" w:cs="Times New Roman"/>
          <w:sz w:val="24"/>
          <w:szCs w:val="24"/>
          <w:lang w:val="ru-RU"/>
        </w:rPr>
      </w:pPr>
      <w:r w:rsidRPr="0094034D">
        <w:rPr>
          <w:rFonts w:ascii="Times New Roman" w:eastAsia="Times New Roman" w:hAnsi="Times New Roman" w:cs="Times New Roman"/>
          <w:sz w:val="24"/>
          <w:szCs w:val="24"/>
          <w:lang w:val="ru-RU"/>
        </w:rPr>
        <w:t>Перевод в пятибалльную шкалу осуществляется по соответствующей схеме.</w:t>
      </w:r>
    </w:p>
    <w:p w:rsidR="006D1F8F" w:rsidRPr="0094034D" w:rsidRDefault="006D1F8F" w:rsidP="006D1F8F">
      <w:pPr>
        <w:spacing w:after="0" w:line="240" w:lineRule="auto"/>
        <w:rPr>
          <w:rFonts w:ascii="Times New Roman" w:eastAsia="Times New Roman" w:hAnsi="Times New Roman" w:cs="Times New Roman"/>
          <w:sz w:val="24"/>
          <w:szCs w:val="24"/>
          <w:lang w:val="ru-RU"/>
        </w:rPr>
      </w:pPr>
    </w:p>
    <w:tbl>
      <w:tblPr>
        <w:tblW w:w="9000" w:type="dxa"/>
        <w:jc w:val="center"/>
        <w:tblCellSpacing w:w="7" w:type="dxa"/>
        <w:tblCellMar>
          <w:top w:w="45" w:type="dxa"/>
          <w:left w:w="45" w:type="dxa"/>
          <w:bottom w:w="45" w:type="dxa"/>
          <w:right w:w="45" w:type="dxa"/>
        </w:tblCellMar>
        <w:tblLook w:val="00A0"/>
      </w:tblPr>
      <w:tblGrid>
        <w:gridCol w:w="3003"/>
        <w:gridCol w:w="3153"/>
        <w:gridCol w:w="2844"/>
      </w:tblGrid>
      <w:tr w:rsidR="006D1F8F" w:rsidRPr="0094034D" w:rsidTr="006D1F8F">
        <w:trPr>
          <w:tblCellSpacing w:w="7" w:type="dxa"/>
          <w:jc w:val="center"/>
        </w:trPr>
        <w:tc>
          <w:tcPr>
            <w:tcW w:w="9000" w:type="dxa"/>
            <w:tcBorders>
              <w:top w:val="single" w:sz="6" w:space="0" w:color="000000"/>
              <w:left w:val="single" w:sz="6" w:space="0" w:color="000000"/>
              <w:bottom w:val="single" w:sz="6" w:space="0" w:color="000000"/>
              <w:right w:val="single" w:sz="6" w:space="0" w:color="000000"/>
            </w:tcBorders>
            <w:vAlign w:val="center"/>
            <w:hideMark/>
          </w:tcPr>
          <w:p w:rsidR="006D1F8F" w:rsidRPr="0094034D" w:rsidRDefault="006D1F8F" w:rsidP="006D1F8F">
            <w:pPr>
              <w:spacing w:after="0" w:line="276" w:lineRule="auto"/>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lang w:val="ru-RU"/>
              </w:rPr>
              <w:t>Качество освоения программы</w:t>
            </w:r>
          </w:p>
        </w:tc>
        <w:tc>
          <w:tcPr>
            <w:tcW w:w="9000" w:type="dxa"/>
            <w:tcBorders>
              <w:top w:val="single" w:sz="6" w:space="0" w:color="000000"/>
              <w:left w:val="single" w:sz="6" w:space="0" w:color="000000"/>
              <w:bottom w:val="single" w:sz="6" w:space="0" w:color="000000"/>
              <w:right w:val="single" w:sz="6" w:space="0" w:color="000000"/>
            </w:tcBorders>
            <w:vAlign w:val="center"/>
            <w:hideMark/>
          </w:tcPr>
          <w:p w:rsidR="006D1F8F" w:rsidRPr="0094034D" w:rsidRDefault="006D1F8F" w:rsidP="006D1F8F">
            <w:pPr>
              <w:spacing w:after="0" w:line="276" w:lineRule="auto"/>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lang w:val="ru-RU"/>
              </w:rPr>
              <w:t>Уровень достижений</w:t>
            </w:r>
          </w:p>
        </w:tc>
        <w:tc>
          <w:tcPr>
            <w:tcW w:w="9000" w:type="dxa"/>
            <w:tcBorders>
              <w:top w:val="single" w:sz="6" w:space="0" w:color="000000"/>
              <w:left w:val="single" w:sz="6" w:space="0" w:color="000000"/>
              <w:bottom w:val="single" w:sz="6" w:space="0" w:color="000000"/>
              <w:right w:val="single" w:sz="6" w:space="0" w:color="000000"/>
            </w:tcBorders>
            <w:vAlign w:val="center"/>
            <w:hideMark/>
          </w:tcPr>
          <w:p w:rsidR="006D1F8F" w:rsidRPr="0094034D" w:rsidRDefault="006D1F8F" w:rsidP="006D1F8F">
            <w:pPr>
              <w:spacing w:after="0" w:line="276" w:lineRule="auto"/>
              <w:jc w:val="center"/>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lang w:val="ru-RU"/>
              </w:rPr>
              <w:t>Отметка в 5 балльной шкале</w:t>
            </w:r>
          </w:p>
        </w:tc>
      </w:tr>
      <w:tr w:rsidR="006D1F8F" w:rsidRPr="0094034D" w:rsidTr="006D1F8F">
        <w:trPr>
          <w:tblCellSpacing w:w="7" w:type="dxa"/>
          <w:jc w:val="center"/>
        </w:trPr>
        <w:tc>
          <w:tcPr>
            <w:tcW w:w="9000" w:type="dxa"/>
            <w:tcBorders>
              <w:top w:val="single" w:sz="6" w:space="0" w:color="000000"/>
              <w:left w:val="single" w:sz="6" w:space="0" w:color="000000"/>
              <w:bottom w:val="single" w:sz="6" w:space="0" w:color="000000"/>
              <w:right w:val="single" w:sz="6" w:space="0" w:color="000000"/>
            </w:tcBorders>
            <w:vAlign w:val="center"/>
            <w:hideMark/>
          </w:tcPr>
          <w:p w:rsidR="006D1F8F" w:rsidRPr="0094034D" w:rsidRDefault="006D1F8F" w:rsidP="006D1F8F">
            <w:pPr>
              <w:spacing w:after="0" w:line="276" w:lineRule="auto"/>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lang w:val="ru-RU"/>
              </w:rPr>
              <w:t>90-100%</w:t>
            </w:r>
          </w:p>
        </w:tc>
        <w:tc>
          <w:tcPr>
            <w:tcW w:w="9000" w:type="dxa"/>
            <w:tcBorders>
              <w:top w:val="single" w:sz="6" w:space="0" w:color="000000"/>
              <w:left w:val="single" w:sz="6" w:space="0" w:color="000000"/>
              <w:bottom w:val="single" w:sz="6" w:space="0" w:color="000000"/>
              <w:right w:val="single" w:sz="6" w:space="0" w:color="000000"/>
            </w:tcBorders>
            <w:vAlign w:val="center"/>
            <w:hideMark/>
          </w:tcPr>
          <w:p w:rsidR="006D1F8F" w:rsidRPr="0094034D" w:rsidRDefault="006D1F8F" w:rsidP="006D1F8F">
            <w:pPr>
              <w:spacing w:after="0" w:line="276" w:lineRule="auto"/>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lang w:val="ru-RU"/>
              </w:rPr>
              <w:t>высокий</w:t>
            </w:r>
          </w:p>
        </w:tc>
        <w:tc>
          <w:tcPr>
            <w:tcW w:w="9000" w:type="dxa"/>
            <w:tcBorders>
              <w:top w:val="single" w:sz="6" w:space="0" w:color="000000"/>
              <w:left w:val="single" w:sz="6" w:space="0" w:color="000000"/>
              <w:bottom w:val="single" w:sz="6" w:space="0" w:color="000000"/>
              <w:right w:val="single" w:sz="6" w:space="0" w:color="000000"/>
            </w:tcBorders>
            <w:vAlign w:val="center"/>
            <w:hideMark/>
          </w:tcPr>
          <w:p w:rsidR="006D1F8F" w:rsidRPr="0094034D" w:rsidRDefault="006D1F8F" w:rsidP="006D1F8F">
            <w:pPr>
              <w:spacing w:after="0" w:line="276" w:lineRule="auto"/>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lang w:val="ru-RU"/>
              </w:rPr>
              <w:t>«5»</w:t>
            </w:r>
          </w:p>
        </w:tc>
      </w:tr>
      <w:tr w:rsidR="006D1F8F" w:rsidRPr="0094034D" w:rsidTr="006D1F8F">
        <w:trPr>
          <w:tblCellSpacing w:w="7" w:type="dxa"/>
          <w:jc w:val="center"/>
        </w:trPr>
        <w:tc>
          <w:tcPr>
            <w:tcW w:w="9000" w:type="dxa"/>
            <w:tcBorders>
              <w:top w:val="single" w:sz="6" w:space="0" w:color="000000"/>
              <w:left w:val="single" w:sz="6" w:space="0" w:color="000000"/>
              <w:bottom w:val="single" w:sz="6" w:space="0" w:color="000000"/>
              <w:right w:val="single" w:sz="6" w:space="0" w:color="000000"/>
            </w:tcBorders>
            <w:vAlign w:val="center"/>
            <w:hideMark/>
          </w:tcPr>
          <w:p w:rsidR="006D1F8F" w:rsidRPr="0094034D" w:rsidRDefault="006D1F8F" w:rsidP="006D1F8F">
            <w:pPr>
              <w:spacing w:after="0" w:line="276" w:lineRule="auto"/>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lang w:val="ru-RU"/>
              </w:rPr>
              <w:t>66 -89%</w:t>
            </w:r>
          </w:p>
        </w:tc>
        <w:tc>
          <w:tcPr>
            <w:tcW w:w="9000" w:type="dxa"/>
            <w:tcBorders>
              <w:top w:val="single" w:sz="6" w:space="0" w:color="000000"/>
              <w:left w:val="single" w:sz="6" w:space="0" w:color="000000"/>
              <w:bottom w:val="single" w:sz="6" w:space="0" w:color="000000"/>
              <w:right w:val="single" w:sz="6" w:space="0" w:color="000000"/>
            </w:tcBorders>
            <w:vAlign w:val="center"/>
            <w:hideMark/>
          </w:tcPr>
          <w:p w:rsidR="006D1F8F" w:rsidRPr="0094034D" w:rsidRDefault="006D1F8F" w:rsidP="006D1F8F">
            <w:pPr>
              <w:spacing w:after="0" w:line="276" w:lineRule="auto"/>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lang w:val="ru-RU"/>
              </w:rPr>
              <w:t>повышенный</w:t>
            </w:r>
          </w:p>
        </w:tc>
        <w:tc>
          <w:tcPr>
            <w:tcW w:w="9000" w:type="dxa"/>
            <w:tcBorders>
              <w:top w:val="single" w:sz="6" w:space="0" w:color="000000"/>
              <w:left w:val="single" w:sz="6" w:space="0" w:color="000000"/>
              <w:bottom w:val="single" w:sz="6" w:space="0" w:color="000000"/>
              <w:right w:val="single" w:sz="6" w:space="0" w:color="000000"/>
            </w:tcBorders>
            <w:vAlign w:val="center"/>
            <w:hideMark/>
          </w:tcPr>
          <w:p w:rsidR="006D1F8F" w:rsidRPr="0094034D" w:rsidRDefault="006D1F8F" w:rsidP="006D1F8F">
            <w:pPr>
              <w:spacing w:after="0" w:line="276" w:lineRule="auto"/>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lang w:val="ru-RU"/>
              </w:rPr>
              <w:t>«4»</w:t>
            </w:r>
          </w:p>
        </w:tc>
      </w:tr>
      <w:tr w:rsidR="006D1F8F" w:rsidRPr="0094034D" w:rsidTr="006D1F8F">
        <w:trPr>
          <w:tblCellSpacing w:w="7" w:type="dxa"/>
          <w:jc w:val="center"/>
        </w:trPr>
        <w:tc>
          <w:tcPr>
            <w:tcW w:w="9000" w:type="dxa"/>
            <w:tcBorders>
              <w:top w:val="single" w:sz="6" w:space="0" w:color="000000"/>
              <w:left w:val="single" w:sz="6" w:space="0" w:color="000000"/>
              <w:bottom w:val="single" w:sz="6" w:space="0" w:color="000000"/>
              <w:right w:val="single" w:sz="6" w:space="0" w:color="000000"/>
            </w:tcBorders>
            <w:vAlign w:val="center"/>
            <w:hideMark/>
          </w:tcPr>
          <w:p w:rsidR="006D1F8F" w:rsidRPr="0094034D" w:rsidRDefault="006D1F8F" w:rsidP="006D1F8F">
            <w:pPr>
              <w:spacing w:after="0" w:line="276" w:lineRule="auto"/>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lang w:val="ru-RU"/>
              </w:rPr>
              <w:t>50 -65 %</w:t>
            </w:r>
          </w:p>
        </w:tc>
        <w:tc>
          <w:tcPr>
            <w:tcW w:w="9000" w:type="dxa"/>
            <w:tcBorders>
              <w:top w:val="single" w:sz="6" w:space="0" w:color="000000"/>
              <w:left w:val="single" w:sz="6" w:space="0" w:color="000000"/>
              <w:bottom w:val="single" w:sz="6" w:space="0" w:color="000000"/>
              <w:right w:val="single" w:sz="6" w:space="0" w:color="000000"/>
            </w:tcBorders>
            <w:vAlign w:val="center"/>
            <w:hideMark/>
          </w:tcPr>
          <w:p w:rsidR="006D1F8F" w:rsidRPr="0094034D" w:rsidRDefault="006D1F8F" w:rsidP="006D1F8F">
            <w:pPr>
              <w:spacing w:after="0" w:line="276" w:lineRule="auto"/>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lang w:val="ru-RU"/>
              </w:rPr>
              <w:t>средний</w:t>
            </w:r>
          </w:p>
        </w:tc>
        <w:tc>
          <w:tcPr>
            <w:tcW w:w="9000" w:type="dxa"/>
            <w:tcBorders>
              <w:top w:val="single" w:sz="6" w:space="0" w:color="000000"/>
              <w:left w:val="single" w:sz="6" w:space="0" w:color="000000"/>
              <w:bottom w:val="single" w:sz="6" w:space="0" w:color="000000"/>
              <w:right w:val="single" w:sz="6" w:space="0" w:color="000000"/>
            </w:tcBorders>
            <w:vAlign w:val="center"/>
            <w:hideMark/>
          </w:tcPr>
          <w:p w:rsidR="006D1F8F" w:rsidRPr="0094034D" w:rsidRDefault="006D1F8F" w:rsidP="006D1F8F">
            <w:pPr>
              <w:spacing w:after="0" w:line="276" w:lineRule="auto"/>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lang w:val="ru-RU"/>
              </w:rPr>
              <w:t>«3»</w:t>
            </w:r>
          </w:p>
        </w:tc>
      </w:tr>
      <w:tr w:rsidR="006D1F8F" w:rsidRPr="0094034D" w:rsidTr="006D1F8F">
        <w:trPr>
          <w:tblCellSpacing w:w="7" w:type="dxa"/>
          <w:jc w:val="center"/>
        </w:trPr>
        <w:tc>
          <w:tcPr>
            <w:tcW w:w="9000" w:type="dxa"/>
            <w:tcBorders>
              <w:top w:val="single" w:sz="6" w:space="0" w:color="000000"/>
              <w:left w:val="single" w:sz="6" w:space="0" w:color="000000"/>
              <w:bottom w:val="single" w:sz="6" w:space="0" w:color="000000"/>
              <w:right w:val="single" w:sz="6" w:space="0" w:color="000000"/>
            </w:tcBorders>
            <w:vAlign w:val="center"/>
            <w:hideMark/>
          </w:tcPr>
          <w:p w:rsidR="006D1F8F" w:rsidRPr="0094034D" w:rsidRDefault="006D1F8F" w:rsidP="006D1F8F">
            <w:pPr>
              <w:spacing w:after="0" w:line="276" w:lineRule="auto"/>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lang w:val="ru-RU"/>
              </w:rPr>
              <w:t>меньше 50%</w:t>
            </w:r>
          </w:p>
        </w:tc>
        <w:tc>
          <w:tcPr>
            <w:tcW w:w="9000" w:type="dxa"/>
            <w:tcBorders>
              <w:top w:val="single" w:sz="6" w:space="0" w:color="000000"/>
              <w:left w:val="single" w:sz="6" w:space="0" w:color="000000"/>
              <w:bottom w:val="single" w:sz="6" w:space="0" w:color="000000"/>
              <w:right w:val="single" w:sz="6" w:space="0" w:color="000000"/>
            </w:tcBorders>
            <w:vAlign w:val="center"/>
            <w:hideMark/>
          </w:tcPr>
          <w:p w:rsidR="006D1F8F" w:rsidRPr="0094034D" w:rsidRDefault="006D1F8F" w:rsidP="006D1F8F">
            <w:pPr>
              <w:spacing w:after="0" w:line="276" w:lineRule="auto"/>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lang w:val="ru-RU"/>
              </w:rPr>
              <w:t>ниже среднего</w:t>
            </w:r>
          </w:p>
        </w:tc>
        <w:tc>
          <w:tcPr>
            <w:tcW w:w="9000" w:type="dxa"/>
            <w:tcBorders>
              <w:top w:val="single" w:sz="6" w:space="0" w:color="000000"/>
              <w:left w:val="single" w:sz="6" w:space="0" w:color="000000"/>
              <w:bottom w:val="single" w:sz="6" w:space="0" w:color="000000"/>
              <w:right w:val="single" w:sz="6" w:space="0" w:color="000000"/>
            </w:tcBorders>
            <w:vAlign w:val="center"/>
            <w:hideMark/>
          </w:tcPr>
          <w:p w:rsidR="006D1F8F" w:rsidRPr="0094034D" w:rsidRDefault="006D1F8F" w:rsidP="006D1F8F">
            <w:pPr>
              <w:spacing w:after="0" w:line="276" w:lineRule="auto"/>
              <w:rPr>
                <w:rFonts w:ascii="Times New Roman" w:eastAsia="Times New Roman" w:hAnsi="Times New Roman" w:cs="Times New Roman"/>
                <w:sz w:val="24"/>
                <w:szCs w:val="24"/>
              </w:rPr>
            </w:pPr>
            <w:r w:rsidRPr="0094034D">
              <w:rPr>
                <w:rFonts w:ascii="Times New Roman" w:eastAsia="Times New Roman" w:hAnsi="Times New Roman" w:cs="Times New Roman"/>
                <w:sz w:val="24"/>
                <w:szCs w:val="24"/>
                <w:lang w:val="ru-RU"/>
              </w:rPr>
              <w:t>«2»</w:t>
            </w:r>
          </w:p>
        </w:tc>
      </w:tr>
    </w:tbl>
    <w:p w:rsidR="006D1F8F" w:rsidRPr="0094034D" w:rsidRDefault="006D1F8F" w:rsidP="006D1F8F">
      <w:pPr>
        <w:spacing w:after="200" w:line="276" w:lineRule="auto"/>
        <w:rPr>
          <w:rFonts w:ascii="Times New Roman" w:eastAsia="Calibri" w:hAnsi="Times New Roman" w:cs="Times New Roman"/>
          <w:sz w:val="24"/>
          <w:szCs w:val="24"/>
        </w:rPr>
      </w:pPr>
    </w:p>
    <w:p w:rsidR="006D1F8F" w:rsidRPr="0094034D" w:rsidRDefault="006D1F8F" w:rsidP="006D1F8F">
      <w:pPr>
        <w:spacing w:after="0" w:line="240" w:lineRule="auto"/>
        <w:rPr>
          <w:rFonts w:ascii="Times New Roman" w:eastAsia="Calibri" w:hAnsi="Times New Roman" w:cs="Times New Roman"/>
          <w:sz w:val="24"/>
          <w:szCs w:val="24"/>
          <w:lang w:val="ru-RU"/>
        </w:rPr>
      </w:pPr>
      <w:r w:rsidRPr="0094034D">
        <w:rPr>
          <w:rFonts w:ascii="Times New Roman" w:eastAsia="Times New Roman" w:hAnsi="Times New Roman" w:cs="Times New Roman"/>
          <w:sz w:val="24"/>
          <w:szCs w:val="24"/>
          <w:lang w:val="ru-RU"/>
        </w:rPr>
        <w:t>Оценка «5» - 31-34</w:t>
      </w:r>
      <w:r w:rsidRPr="0094034D">
        <w:rPr>
          <w:rFonts w:ascii="Times New Roman" w:eastAsia="Calibri" w:hAnsi="Times New Roman" w:cs="Times New Roman"/>
          <w:sz w:val="24"/>
          <w:szCs w:val="24"/>
          <w:lang w:val="ru-RU"/>
        </w:rPr>
        <w:t xml:space="preserve"> баллов</w:t>
      </w:r>
    </w:p>
    <w:p w:rsidR="006D1F8F" w:rsidRPr="0094034D" w:rsidRDefault="006D1F8F" w:rsidP="006D1F8F">
      <w:pPr>
        <w:spacing w:after="0" w:line="240" w:lineRule="auto"/>
        <w:rPr>
          <w:rFonts w:ascii="Times New Roman" w:eastAsia="Calibri" w:hAnsi="Times New Roman" w:cs="Times New Roman"/>
          <w:sz w:val="24"/>
          <w:szCs w:val="24"/>
          <w:lang w:val="ru-RU"/>
        </w:rPr>
      </w:pPr>
      <w:r w:rsidRPr="0094034D">
        <w:rPr>
          <w:rFonts w:ascii="Times New Roman" w:eastAsia="Times New Roman" w:hAnsi="Times New Roman" w:cs="Times New Roman"/>
          <w:sz w:val="24"/>
          <w:szCs w:val="24"/>
          <w:lang w:val="ru-RU"/>
        </w:rPr>
        <w:t>Оценка «4» - 23 -30</w:t>
      </w:r>
      <w:r w:rsidRPr="0094034D">
        <w:rPr>
          <w:rFonts w:ascii="Times New Roman" w:eastAsia="Calibri" w:hAnsi="Times New Roman" w:cs="Times New Roman"/>
          <w:sz w:val="24"/>
          <w:szCs w:val="24"/>
          <w:lang w:val="ru-RU"/>
        </w:rPr>
        <w:t xml:space="preserve"> баллов</w:t>
      </w:r>
    </w:p>
    <w:p w:rsidR="006D1F8F" w:rsidRPr="0094034D" w:rsidRDefault="006D1F8F" w:rsidP="006D1F8F">
      <w:pPr>
        <w:spacing w:after="0" w:line="240" w:lineRule="auto"/>
        <w:rPr>
          <w:rFonts w:ascii="Times New Roman" w:eastAsia="Calibri" w:hAnsi="Times New Roman" w:cs="Times New Roman"/>
          <w:sz w:val="24"/>
          <w:szCs w:val="24"/>
          <w:lang w:val="ru-RU"/>
        </w:rPr>
      </w:pPr>
      <w:r w:rsidRPr="0094034D">
        <w:rPr>
          <w:rFonts w:ascii="Times New Roman" w:eastAsia="Times New Roman" w:hAnsi="Times New Roman" w:cs="Times New Roman"/>
          <w:sz w:val="24"/>
          <w:szCs w:val="24"/>
          <w:lang w:val="ru-RU"/>
        </w:rPr>
        <w:t>Оценка «3» - 17-22</w:t>
      </w:r>
      <w:r w:rsidRPr="0094034D">
        <w:rPr>
          <w:rFonts w:ascii="Times New Roman" w:eastAsia="Calibri" w:hAnsi="Times New Roman" w:cs="Times New Roman"/>
          <w:sz w:val="24"/>
          <w:szCs w:val="24"/>
          <w:lang w:val="ru-RU"/>
        </w:rPr>
        <w:t xml:space="preserve"> баллов </w:t>
      </w:r>
    </w:p>
    <w:p w:rsidR="006D1F8F" w:rsidRPr="0094034D" w:rsidRDefault="006D1F8F" w:rsidP="006D1F8F">
      <w:pPr>
        <w:spacing w:after="0" w:line="240" w:lineRule="auto"/>
        <w:rPr>
          <w:rFonts w:ascii="Times New Roman" w:eastAsia="Times New Roman" w:hAnsi="Times New Roman" w:cs="Times New Roman"/>
          <w:sz w:val="24"/>
          <w:szCs w:val="24"/>
          <w:lang w:val="ru-RU"/>
        </w:rPr>
      </w:pPr>
      <w:r w:rsidRPr="0094034D">
        <w:rPr>
          <w:rFonts w:ascii="Times New Roman" w:eastAsia="Times New Roman" w:hAnsi="Times New Roman" w:cs="Times New Roman"/>
          <w:sz w:val="24"/>
          <w:szCs w:val="24"/>
          <w:lang w:val="ru-RU"/>
        </w:rPr>
        <w:t>Оценка «2» - менее 17 баллов</w:t>
      </w:r>
    </w:p>
    <w:p w:rsidR="006D1F8F" w:rsidRPr="006D1F8F" w:rsidRDefault="006D1F8F" w:rsidP="006D1F8F">
      <w:pPr>
        <w:spacing w:after="0" w:line="240" w:lineRule="auto"/>
        <w:rPr>
          <w:rFonts w:ascii="Times New Roman" w:eastAsia="Times New Roman" w:hAnsi="Times New Roman" w:cs="Times New Roman"/>
          <w:b/>
          <w:sz w:val="24"/>
          <w:szCs w:val="24"/>
          <w:lang w:val="ru-RU"/>
        </w:rPr>
      </w:pPr>
    </w:p>
    <w:p w:rsidR="006D1F8F" w:rsidRPr="006D1F8F" w:rsidRDefault="006D1F8F" w:rsidP="006D1F8F">
      <w:pPr>
        <w:spacing w:after="200" w:line="276" w:lineRule="auto"/>
        <w:rPr>
          <w:rFonts w:ascii="Times New Roman" w:eastAsia="Calibri" w:hAnsi="Times New Roman" w:cs="Times New Roman"/>
          <w:b/>
          <w:sz w:val="24"/>
          <w:szCs w:val="24"/>
          <w:lang w:val="ru-RU"/>
        </w:rPr>
      </w:pPr>
    </w:p>
    <w:p w:rsidR="006D1F8F" w:rsidRPr="006D1F8F" w:rsidRDefault="006D1F8F" w:rsidP="006D1F8F">
      <w:pPr>
        <w:spacing w:after="200" w:line="276" w:lineRule="auto"/>
        <w:jc w:val="center"/>
        <w:rPr>
          <w:rFonts w:ascii="Times New Roman" w:eastAsia="Calibri" w:hAnsi="Times New Roman" w:cs="Times New Roman"/>
          <w:b/>
          <w:sz w:val="24"/>
          <w:szCs w:val="24"/>
        </w:rPr>
      </w:pPr>
      <w:r w:rsidRPr="006D1F8F">
        <w:rPr>
          <w:rFonts w:ascii="Times New Roman" w:eastAsia="Calibri" w:hAnsi="Times New Roman" w:cs="Times New Roman"/>
          <w:b/>
          <w:sz w:val="24"/>
          <w:szCs w:val="24"/>
        </w:rPr>
        <w:t xml:space="preserve">Анализ выполнения комплексной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5"/>
        <w:gridCol w:w="2089"/>
        <w:gridCol w:w="2157"/>
      </w:tblGrid>
      <w:tr w:rsidR="006D1F8F" w:rsidRPr="006D1F8F" w:rsidTr="006D1F8F">
        <w:trPr>
          <w:trHeight w:val="345"/>
        </w:trPr>
        <w:tc>
          <w:tcPr>
            <w:tcW w:w="0" w:type="auto"/>
            <w:tcBorders>
              <w:top w:val="single" w:sz="4" w:space="0" w:color="auto"/>
              <w:left w:val="single" w:sz="4" w:space="0" w:color="auto"/>
              <w:bottom w:val="single" w:sz="4" w:space="0" w:color="auto"/>
              <w:right w:val="single" w:sz="4" w:space="0" w:color="auto"/>
            </w:tcBorders>
            <w:vAlign w:val="center"/>
            <w:hideMark/>
          </w:tcPr>
          <w:p w:rsidR="006D1F8F" w:rsidRPr="006D1F8F" w:rsidRDefault="006D1F8F" w:rsidP="006D1F8F">
            <w:pPr>
              <w:spacing w:after="0" w:line="276" w:lineRule="auto"/>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lang w:val="ru-RU"/>
              </w:rPr>
              <w:t>Контролируемый элемент</w:t>
            </w:r>
          </w:p>
        </w:tc>
        <w:tc>
          <w:tcPr>
            <w:tcW w:w="2089"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lang w:val="ru-RU"/>
              </w:rPr>
              <w:t>Чел.</w:t>
            </w:r>
          </w:p>
        </w:tc>
        <w:tc>
          <w:tcPr>
            <w:tcW w:w="2157"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lang w:val="ru-RU"/>
              </w:rPr>
              <w:t>%</w:t>
            </w: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Всего в классе</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Писали работу</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3944E9" w:rsidTr="006D1F8F">
        <w:trPr>
          <w:trHeight w:val="637"/>
        </w:trPr>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lang w:val="ru-RU"/>
              </w:rPr>
            </w:pPr>
            <w:r w:rsidRPr="006D1F8F">
              <w:rPr>
                <w:rFonts w:ascii="Times New Roman" w:eastAsia="Times New Roman" w:hAnsi="Times New Roman" w:cs="Times New Roman"/>
                <w:sz w:val="24"/>
                <w:szCs w:val="24"/>
                <w:lang w:val="ru-RU"/>
              </w:rPr>
              <w:t xml:space="preserve">Выполнили без ошибок в комплексной работе задания базового уровня </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lang w:val="ru-RU"/>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lang w:val="ru-RU"/>
              </w:rPr>
            </w:pPr>
          </w:p>
        </w:tc>
      </w:tr>
      <w:tr w:rsidR="006D1F8F" w:rsidRPr="003944E9"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lang w:val="ru-RU"/>
              </w:rPr>
            </w:pPr>
            <w:r w:rsidRPr="006D1F8F">
              <w:rPr>
                <w:rFonts w:ascii="Times New Roman" w:eastAsia="Times New Roman" w:hAnsi="Times New Roman" w:cs="Times New Roman"/>
                <w:sz w:val="24"/>
                <w:szCs w:val="24"/>
                <w:lang w:val="ru-RU"/>
              </w:rPr>
              <w:t>Выполнили без ошибок в комплексной работе задания повышенного уровня</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lang w:val="ru-RU"/>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lang w:val="ru-RU"/>
              </w:rPr>
            </w:pPr>
          </w:p>
        </w:tc>
      </w:tr>
      <w:tr w:rsidR="006D1F8F" w:rsidRPr="003944E9"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lang w:val="ru-RU"/>
              </w:rPr>
            </w:pPr>
            <w:r w:rsidRPr="006D1F8F">
              <w:rPr>
                <w:rFonts w:ascii="Times New Roman" w:eastAsia="Times New Roman" w:hAnsi="Times New Roman" w:cs="Times New Roman"/>
                <w:sz w:val="24"/>
                <w:szCs w:val="24"/>
                <w:lang w:val="ru-RU"/>
              </w:rPr>
              <w:t>Всю комплексную работу выполнили без ошибок</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lang w:val="ru-RU"/>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lang w:val="ru-RU"/>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15– 31 баллов – освоили базовый уровень</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3944E9"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lang w:val="ru-RU"/>
              </w:rPr>
            </w:pPr>
            <w:r w:rsidRPr="006D1F8F">
              <w:rPr>
                <w:rFonts w:ascii="Times New Roman" w:eastAsia="Times New Roman" w:hAnsi="Times New Roman" w:cs="Times New Roman"/>
                <w:sz w:val="24"/>
                <w:szCs w:val="24"/>
                <w:lang w:val="ru-RU"/>
              </w:rPr>
              <w:t>31– 34 баллов – освоили базовый и повышенный уровни</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lang w:val="ru-RU"/>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lang w:val="ru-RU"/>
              </w:rPr>
            </w:pPr>
          </w:p>
        </w:tc>
      </w:tr>
      <w:tr w:rsidR="006D1F8F" w:rsidRPr="003944E9"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lang w:val="ru-RU"/>
              </w:rPr>
            </w:pPr>
            <w:r w:rsidRPr="006D1F8F">
              <w:rPr>
                <w:rFonts w:ascii="Times New Roman" w:eastAsia="Times New Roman" w:hAnsi="Times New Roman" w:cs="Times New Roman"/>
                <w:sz w:val="24"/>
                <w:szCs w:val="24"/>
                <w:lang w:val="ru-RU"/>
              </w:rPr>
              <w:t>Менее 15 баллов – не освоили базовый уровень</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lang w:val="ru-RU"/>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lang w:val="ru-RU"/>
              </w:rPr>
            </w:pPr>
          </w:p>
        </w:tc>
      </w:tr>
      <w:tr w:rsidR="006D1F8F" w:rsidRPr="003944E9"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lang w:val="ru-RU"/>
              </w:rPr>
            </w:pPr>
            <w:r w:rsidRPr="006D1F8F">
              <w:rPr>
                <w:rFonts w:ascii="Times New Roman" w:eastAsia="Times New Roman" w:hAnsi="Times New Roman" w:cs="Times New Roman"/>
                <w:sz w:val="24"/>
                <w:szCs w:val="24"/>
                <w:lang w:val="ru-RU"/>
              </w:rPr>
              <w:t>Получили дополнительные баллы за самостоятельное выполнение работы</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lang w:val="ru-RU"/>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lang w:val="ru-RU"/>
              </w:rPr>
            </w:pPr>
          </w:p>
        </w:tc>
      </w:tr>
      <w:tr w:rsidR="006D1F8F" w:rsidRPr="006D1F8F" w:rsidTr="006D1F8F">
        <w:tc>
          <w:tcPr>
            <w:tcW w:w="9571" w:type="dxa"/>
            <w:gridSpan w:val="3"/>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jc w:val="center"/>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lang w:val="ru-RU"/>
              </w:rPr>
              <w:t>Литературное чтение</w:t>
            </w:r>
          </w:p>
        </w:tc>
      </w:tr>
      <w:tr w:rsidR="006D1F8F" w:rsidRPr="006D1F8F" w:rsidTr="006D1F8F">
        <w:tc>
          <w:tcPr>
            <w:tcW w:w="9571" w:type="dxa"/>
            <w:gridSpan w:val="3"/>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lang w:val="ru-RU"/>
              </w:rPr>
              <w:t xml:space="preserve">                         Правильно выполнили задания:</w:t>
            </w: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Правильно выполнили задание №1</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Правильно выполнили задание №2</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Правильно выполнили задание №3</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Правильно выполнили задание №4</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Правильно выполнили задание №5</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9571" w:type="dxa"/>
            <w:gridSpan w:val="3"/>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lang w:val="ru-RU"/>
              </w:rPr>
              <w:t xml:space="preserve">                                Допустили ошибки на:</w:t>
            </w: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№1</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№2</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№3</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№4</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№5</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9571" w:type="dxa"/>
            <w:gridSpan w:val="3"/>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jc w:val="center"/>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lang w:val="ru-RU"/>
              </w:rPr>
              <w:t>Русский язык</w:t>
            </w:r>
          </w:p>
        </w:tc>
      </w:tr>
      <w:tr w:rsidR="006D1F8F" w:rsidRPr="006D1F8F" w:rsidTr="006D1F8F">
        <w:tc>
          <w:tcPr>
            <w:tcW w:w="9571" w:type="dxa"/>
            <w:gridSpan w:val="3"/>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lang w:val="ru-RU"/>
              </w:rPr>
              <w:t xml:space="preserve">                   Правильно выполнили задания:</w:t>
            </w: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Правильно выполнили задание №1</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tabs>
                <w:tab w:val="center" w:pos="936"/>
              </w:tabs>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Правильно выполнили задание №2</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Правильно выполнили задание №3</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Правильно выполнили задание №4</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Правильно выполнили задание №5</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9571" w:type="dxa"/>
            <w:gridSpan w:val="3"/>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lang w:val="ru-RU"/>
              </w:rPr>
              <w:t xml:space="preserve">                       Допустили ошибки на:</w:t>
            </w: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№1</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№2</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№3</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№4</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№5</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9571" w:type="dxa"/>
            <w:gridSpan w:val="3"/>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jc w:val="center"/>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lang w:val="ru-RU"/>
              </w:rPr>
              <w:t>Математика</w:t>
            </w:r>
          </w:p>
        </w:tc>
      </w:tr>
      <w:tr w:rsidR="006D1F8F" w:rsidRPr="006D1F8F" w:rsidTr="006D1F8F">
        <w:tc>
          <w:tcPr>
            <w:tcW w:w="9571" w:type="dxa"/>
            <w:gridSpan w:val="3"/>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lang w:val="ru-RU"/>
              </w:rPr>
              <w:t xml:space="preserve">                 Правильно выполнили задания:</w:t>
            </w: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 xml:space="preserve">Правильно выполнили задание №1 </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Правильно выполнили задание №2</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Правильно выполнили задание №3</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Правильно выполнили задание №4</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9571" w:type="dxa"/>
            <w:gridSpan w:val="3"/>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lang w:val="ru-RU"/>
              </w:rPr>
              <w:t xml:space="preserve">                  Допустили ошибки на:</w:t>
            </w: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 xml:space="preserve">№1 </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№2</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№3</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№4</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9571" w:type="dxa"/>
            <w:gridSpan w:val="3"/>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jc w:val="center"/>
              <w:rPr>
                <w:rFonts w:ascii="Times New Roman" w:eastAsia="Times New Roman" w:hAnsi="Times New Roman" w:cs="Times New Roman"/>
                <w:b/>
                <w:sz w:val="24"/>
                <w:szCs w:val="24"/>
                <w:lang w:val="ru-RU"/>
              </w:rPr>
            </w:pPr>
          </w:p>
          <w:p w:rsidR="006D1F8F" w:rsidRPr="006D1F8F" w:rsidRDefault="006D1F8F" w:rsidP="006D1F8F">
            <w:pPr>
              <w:spacing w:after="0" w:line="276" w:lineRule="auto"/>
              <w:jc w:val="center"/>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lang w:val="ru-RU"/>
              </w:rPr>
              <w:t>Окружающий мир</w:t>
            </w:r>
          </w:p>
        </w:tc>
      </w:tr>
      <w:tr w:rsidR="006D1F8F" w:rsidRPr="006D1F8F" w:rsidTr="006D1F8F">
        <w:tc>
          <w:tcPr>
            <w:tcW w:w="9571" w:type="dxa"/>
            <w:gridSpan w:val="3"/>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b/>
                <w:sz w:val="24"/>
                <w:szCs w:val="24"/>
                <w:lang w:val="ru-RU"/>
              </w:rPr>
              <w:t xml:space="preserve">               Правильно выполнили задания</w:t>
            </w:r>
            <w:r w:rsidRPr="006D1F8F">
              <w:rPr>
                <w:rFonts w:ascii="Times New Roman" w:eastAsia="Times New Roman" w:hAnsi="Times New Roman" w:cs="Times New Roman"/>
                <w:sz w:val="24"/>
                <w:szCs w:val="24"/>
                <w:lang w:val="ru-RU"/>
              </w:rPr>
              <w:t>:</w:t>
            </w: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Правильно выполнили задание №1</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Правильно выполнили задание №2</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Правильно выполнили задание №3</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Правильно выполнили задание №4</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9571" w:type="dxa"/>
            <w:gridSpan w:val="3"/>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lang w:val="ru-RU"/>
              </w:rPr>
              <w:t xml:space="preserve">                   Допустили ошибки на:</w:t>
            </w: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№1</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№2</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№3</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№4</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9571" w:type="dxa"/>
            <w:gridSpan w:val="3"/>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jc w:val="center"/>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lang w:val="ru-RU"/>
              </w:rPr>
              <w:t>Дополнительная часть</w:t>
            </w:r>
          </w:p>
        </w:tc>
      </w:tr>
      <w:tr w:rsidR="006D1F8F" w:rsidRPr="006D1F8F" w:rsidTr="006D1F8F">
        <w:tc>
          <w:tcPr>
            <w:tcW w:w="9571" w:type="dxa"/>
            <w:gridSpan w:val="3"/>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lang w:val="ru-RU"/>
              </w:rPr>
              <w:t xml:space="preserve">                     Правильно выполнили задания:</w:t>
            </w: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Правильно выполнили задание №1</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Правильно выполнили задание №2</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Правильно выполнили задание №3</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9571" w:type="dxa"/>
            <w:gridSpan w:val="3"/>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b/>
                <w:sz w:val="24"/>
                <w:szCs w:val="24"/>
              </w:rPr>
            </w:pPr>
            <w:r w:rsidRPr="006D1F8F">
              <w:rPr>
                <w:rFonts w:ascii="Times New Roman" w:eastAsia="Times New Roman" w:hAnsi="Times New Roman" w:cs="Times New Roman"/>
                <w:b/>
                <w:sz w:val="24"/>
                <w:szCs w:val="24"/>
                <w:lang w:val="ru-RU"/>
              </w:rPr>
              <w:t xml:space="preserve">                    Допустили ошибки на:</w:t>
            </w: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№1</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№2</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r w:rsidR="006D1F8F" w:rsidRPr="006D1F8F" w:rsidTr="006D1F8F">
        <w:tc>
          <w:tcPr>
            <w:tcW w:w="5325" w:type="dxa"/>
            <w:tcBorders>
              <w:top w:val="single" w:sz="4" w:space="0" w:color="auto"/>
              <w:left w:val="single" w:sz="4" w:space="0" w:color="auto"/>
              <w:bottom w:val="single" w:sz="4" w:space="0" w:color="auto"/>
              <w:right w:val="single" w:sz="4" w:space="0" w:color="auto"/>
            </w:tcBorders>
            <w:hideMark/>
          </w:tcPr>
          <w:p w:rsidR="006D1F8F" w:rsidRPr="006D1F8F" w:rsidRDefault="006D1F8F" w:rsidP="006D1F8F">
            <w:pPr>
              <w:spacing w:after="0" w:line="276" w:lineRule="auto"/>
              <w:rPr>
                <w:rFonts w:ascii="Times New Roman" w:eastAsia="Times New Roman" w:hAnsi="Times New Roman" w:cs="Times New Roman"/>
                <w:sz w:val="24"/>
                <w:szCs w:val="24"/>
              </w:rPr>
            </w:pPr>
            <w:r w:rsidRPr="006D1F8F">
              <w:rPr>
                <w:rFonts w:ascii="Times New Roman" w:eastAsia="Times New Roman" w:hAnsi="Times New Roman" w:cs="Times New Roman"/>
                <w:sz w:val="24"/>
                <w:szCs w:val="24"/>
                <w:lang w:val="ru-RU"/>
              </w:rPr>
              <w:t>№3</w:t>
            </w:r>
          </w:p>
        </w:tc>
        <w:tc>
          <w:tcPr>
            <w:tcW w:w="2089"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6D1F8F" w:rsidRPr="006D1F8F" w:rsidRDefault="006D1F8F" w:rsidP="006D1F8F">
            <w:pPr>
              <w:spacing w:after="0" w:line="276" w:lineRule="auto"/>
              <w:rPr>
                <w:rFonts w:ascii="Times New Roman" w:eastAsia="Times New Roman" w:hAnsi="Times New Roman" w:cs="Times New Roman"/>
                <w:sz w:val="24"/>
                <w:szCs w:val="24"/>
              </w:rPr>
            </w:pPr>
          </w:p>
        </w:tc>
      </w:tr>
    </w:tbl>
    <w:p w:rsidR="006D1F8F" w:rsidRPr="006D1F8F" w:rsidRDefault="006D1F8F" w:rsidP="006D1F8F">
      <w:pPr>
        <w:spacing w:after="200" w:line="276" w:lineRule="auto"/>
        <w:rPr>
          <w:rFonts w:ascii="Calibri" w:eastAsia="Calibri" w:hAnsi="Calibri" w:cs="Times New Roman"/>
          <w:sz w:val="22"/>
          <w:szCs w:val="22"/>
        </w:rPr>
      </w:pPr>
    </w:p>
    <w:p w:rsidR="00FD50CC" w:rsidRPr="00FD50CC" w:rsidRDefault="00FD50CC" w:rsidP="00FD50CC">
      <w:pPr>
        <w:spacing w:after="200" w:line="276" w:lineRule="auto"/>
        <w:rPr>
          <w:rFonts w:ascii="Calibri" w:eastAsia="Calibri" w:hAnsi="Calibri" w:cs="Times New Roman"/>
          <w:sz w:val="22"/>
          <w:szCs w:val="22"/>
          <w:lang w:val="ru-RU"/>
        </w:rPr>
      </w:pPr>
    </w:p>
    <w:p w:rsidR="001E7517" w:rsidRPr="001E7517" w:rsidRDefault="001E7517" w:rsidP="001E7517">
      <w:pPr>
        <w:spacing w:after="0" w:line="240" w:lineRule="auto"/>
        <w:jc w:val="both"/>
        <w:rPr>
          <w:rFonts w:ascii="Times New Roman" w:eastAsia="Times New Roman" w:hAnsi="Times New Roman" w:cs="Times New Roman"/>
          <w:b/>
          <w:sz w:val="24"/>
          <w:szCs w:val="24"/>
          <w:lang w:val="ru-RU"/>
        </w:rPr>
      </w:pPr>
    </w:p>
    <w:p w:rsidR="000C7E7E" w:rsidRPr="000C7E7E" w:rsidRDefault="000C7E7E" w:rsidP="000C7E7E">
      <w:pPr>
        <w:rPr>
          <w:rFonts w:ascii="Times New Roman" w:eastAsia="Times New Roman" w:hAnsi="Times New Roman" w:cs="Times New Roman"/>
          <w:sz w:val="24"/>
          <w:szCs w:val="24"/>
        </w:rPr>
      </w:pPr>
    </w:p>
    <w:p w:rsidR="00944C4C" w:rsidRPr="00B141E9" w:rsidRDefault="00944C4C" w:rsidP="001B259C">
      <w:pPr>
        <w:rPr>
          <w:lang w:val="ru-RU"/>
        </w:rPr>
      </w:pPr>
    </w:p>
    <w:sectPr w:rsidR="00944C4C" w:rsidRPr="00B141E9" w:rsidSect="001E7517">
      <w:type w:val="continuous"/>
      <w:pgSz w:w="11906" w:h="16383"/>
      <w:pgMar w:top="1134" w:right="850" w:bottom="1134"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5B90" w:rsidRDefault="00475B90" w:rsidP="00B15259">
      <w:pPr>
        <w:spacing w:after="0" w:line="240" w:lineRule="auto"/>
      </w:pPr>
      <w:r>
        <w:separator/>
      </w:r>
    </w:p>
  </w:endnote>
  <w:endnote w:type="continuationSeparator" w:id="1">
    <w:p w:rsidR="00475B90" w:rsidRDefault="00475B90" w:rsidP="00B152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SchoolBookSanPin-Italic">
    <w:panose1 w:val="00000000000000000000"/>
    <w:charset w:val="CC"/>
    <w:family w:val="auto"/>
    <w:notTrueType/>
    <w:pitch w:val="default"/>
    <w:sig w:usb0="00000201" w:usb1="00000000" w:usb2="00000000" w:usb3="00000000" w:csb0="00000004" w:csb1="00000000"/>
  </w:font>
  <w:font w:name="SchoolBookSanPin">
    <w:altName w:val="Calibri"/>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5B90" w:rsidRDefault="00475B90" w:rsidP="00B15259">
      <w:pPr>
        <w:spacing w:after="0" w:line="240" w:lineRule="auto"/>
      </w:pPr>
      <w:r>
        <w:separator/>
      </w:r>
    </w:p>
  </w:footnote>
  <w:footnote w:type="continuationSeparator" w:id="1">
    <w:p w:rsidR="00475B90" w:rsidRDefault="00475B90" w:rsidP="00B152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572" w:firstLine="680"/>
      </w:pPr>
      <w:rPr>
        <w:rFonts w:ascii="Times New Roman" w:hAnsi="Times New Roman" w:hint="default"/>
      </w:rPr>
    </w:lvl>
    <w:lvl w:ilvl="1">
      <w:start w:val="1"/>
      <w:numFmt w:val="bullet"/>
      <w:lvlText w:val=""/>
      <w:lvlJc w:val="left"/>
      <w:pPr>
        <w:tabs>
          <w:tab w:val="num" w:pos="828"/>
        </w:tabs>
        <w:ind w:left="1188" w:hanging="360"/>
      </w:pPr>
      <w:rPr>
        <w:rFonts w:ascii="Symbol" w:hAnsi="Symbol" w:hint="default"/>
      </w:rPr>
    </w:lvl>
    <w:lvl w:ilvl="2">
      <w:start w:val="1"/>
      <w:numFmt w:val="bullet"/>
      <w:lvlText w:val="o"/>
      <w:lvlJc w:val="left"/>
      <w:pPr>
        <w:tabs>
          <w:tab w:val="num" w:pos="1548"/>
        </w:tabs>
        <w:ind w:left="1908" w:hanging="360"/>
      </w:pPr>
      <w:rPr>
        <w:rFonts w:ascii="Courier New" w:hAnsi="Courier New" w:hint="default"/>
      </w:rPr>
    </w:lvl>
    <w:lvl w:ilvl="3">
      <w:start w:val="1"/>
      <w:numFmt w:val="bullet"/>
      <w:lvlText w:val=""/>
      <w:lvlJc w:val="left"/>
      <w:pPr>
        <w:tabs>
          <w:tab w:val="num" w:pos="2268"/>
        </w:tabs>
        <w:ind w:left="2628" w:hanging="360"/>
      </w:pPr>
      <w:rPr>
        <w:rFonts w:ascii="Wingdings" w:hAnsi="Wingdings" w:hint="default"/>
      </w:rPr>
    </w:lvl>
    <w:lvl w:ilvl="4">
      <w:start w:val="1"/>
      <w:numFmt w:val="bullet"/>
      <w:lvlText w:val=""/>
      <w:lvlJc w:val="left"/>
      <w:pPr>
        <w:tabs>
          <w:tab w:val="num" w:pos="2988"/>
        </w:tabs>
        <w:ind w:left="3348" w:hanging="360"/>
      </w:pPr>
      <w:rPr>
        <w:rFonts w:ascii="Wingdings" w:hAnsi="Wingdings" w:hint="default"/>
      </w:rPr>
    </w:lvl>
    <w:lvl w:ilvl="5">
      <w:start w:val="1"/>
      <w:numFmt w:val="bullet"/>
      <w:lvlText w:val=""/>
      <w:lvlJc w:val="left"/>
      <w:pPr>
        <w:tabs>
          <w:tab w:val="num" w:pos="3708"/>
        </w:tabs>
        <w:ind w:left="4068" w:hanging="360"/>
      </w:pPr>
      <w:rPr>
        <w:rFonts w:ascii="Symbol" w:hAnsi="Symbol" w:hint="default"/>
      </w:rPr>
    </w:lvl>
    <w:lvl w:ilvl="6">
      <w:start w:val="1"/>
      <w:numFmt w:val="bullet"/>
      <w:lvlText w:val="o"/>
      <w:lvlJc w:val="left"/>
      <w:pPr>
        <w:tabs>
          <w:tab w:val="num" w:pos="4428"/>
        </w:tabs>
        <w:ind w:left="4788" w:hanging="360"/>
      </w:pPr>
      <w:rPr>
        <w:rFonts w:ascii="Courier New" w:hAnsi="Courier New" w:hint="default"/>
      </w:rPr>
    </w:lvl>
    <w:lvl w:ilvl="7">
      <w:start w:val="1"/>
      <w:numFmt w:val="bullet"/>
      <w:lvlText w:val=""/>
      <w:lvlJc w:val="left"/>
      <w:pPr>
        <w:tabs>
          <w:tab w:val="num" w:pos="5148"/>
        </w:tabs>
        <w:ind w:left="5508" w:hanging="360"/>
      </w:pPr>
      <w:rPr>
        <w:rFonts w:ascii="Wingdings" w:hAnsi="Wingdings" w:hint="default"/>
      </w:rPr>
    </w:lvl>
    <w:lvl w:ilvl="8">
      <w:start w:val="1"/>
      <w:numFmt w:val="bullet"/>
      <w:lvlText w:val=""/>
      <w:lvlJc w:val="left"/>
      <w:pPr>
        <w:tabs>
          <w:tab w:val="num" w:pos="5868"/>
        </w:tabs>
        <w:ind w:left="6228" w:hanging="360"/>
      </w:pPr>
      <w:rPr>
        <w:rFonts w:ascii="Wingdings" w:hAnsi="Wingdings" w:hint="default"/>
      </w:rPr>
    </w:lvl>
  </w:abstractNum>
  <w:abstractNum w:abstractNumId="1">
    <w:nsid w:val="FFFFFF7E"/>
    <w:multiLevelType w:val="singleLevel"/>
    <w:tmpl w:val="FB12693A"/>
    <w:lvl w:ilvl="0">
      <w:start w:val="1"/>
      <w:numFmt w:val="decimal"/>
      <w:pStyle w:val="31"/>
      <w:lvlText w:val="%1."/>
      <w:lvlJc w:val="left"/>
      <w:pPr>
        <w:tabs>
          <w:tab w:val="num" w:pos="1080"/>
        </w:tabs>
        <w:ind w:left="1080" w:hanging="360"/>
      </w:pPr>
    </w:lvl>
  </w:abstractNum>
  <w:abstractNum w:abstractNumId="2">
    <w:nsid w:val="FFFFFF7F"/>
    <w:multiLevelType w:val="singleLevel"/>
    <w:tmpl w:val="38441652"/>
    <w:lvl w:ilvl="0">
      <w:start w:val="1"/>
      <w:numFmt w:val="decimal"/>
      <w:pStyle w:val="210"/>
      <w:lvlText w:val="%1."/>
      <w:lvlJc w:val="left"/>
      <w:pPr>
        <w:tabs>
          <w:tab w:val="num" w:pos="720"/>
        </w:tabs>
        <w:ind w:left="720" w:hanging="360"/>
      </w:pPr>
    </w:lvl>
  </w:abstractNum>
  <w:abstractNum w:abstractNumId="3">
    <w:nsid w:val="FFFFFF82"/>
    <w:multiLevelType w:val="singleLevel"/>
    <w:tmpl w:val="F3EAFDEC"/>
    <w:lvl w:ilvl="0">
      <w:start w:val="1"/>
      <w:numFmt w:val="bullet"/>
      <w:pStyle w:val="310"/>
      <w:lvlText w:val=""/>
      <w:lvlJc w:val="left"/>
      <w:pPr>
        <w:tabs>
          <w:tab w:val="num" w:pos="1080"/>
        </w:tabs>
        <w:ind w:left="1080" w:hanging="360"/>
      </w:pPr>
      <w:rPr>
        <w:rFonts w:ascii="Symbol" w:hAnsi="Symbol" w:hint="default"/>
      </w:rPr>
    </w:lvl>
  </w:abstractNum>
  <w:abstractNum w:abstractNumId="4">
    <w:nsid w:val="FFFFFF83"/>
    <w:multiLevelType w:val="singleLevel"/>
    <w:tmpl w:val="3D1EFFD4"/>
    <w:lvl w:ilvl="0">
      <w:start w:val="1"/>
      <w:numFmt w:val="bullet"/>
      <w:pStyle w:val="211"/>
      <w:lvlText w:val=""/>
      <w:lvlJc w:val="left"/>
      <w:pPr>
        <w:tabs>
          <w:tab w:val="num" w:pos="720"/>
        </w:tabs>
        <w:ind w:left="720" w:hanging="360"/>
      </w:pPr>
      <w:rPr>
        <w:rFonts w:ascii="Symbol" w:hAnsi="Symbol" w:hint="default"/>
      </w:rPr>
    </w:lvl>
  </w:abstractNum>
  <w:abstractNum w:abstractNumId="5">
    <w:nsid w:val="FFFFFF88"/>
    <w:multiLevelType w:val="singleLevel"/>
    <w:tmpl w:val="D0A62B40"/>
    <w:lvl w:ilvl="0">
      <w:start w:val="1"/>
      <w:numFmt w:val="decimal"/>
      <w:pStyle w:val="1"/>
      <w:lvlText w:val="%1."/>
      <w:lvlJc w:val="left"/>
      <w:pPr>
        <w:tabs>
          <w:tab w:val="num" w:pos="360"/>
        </w:tabs>
        <w:ind w:left="360" w:hanging="360"/>
      </w:pPr>
    </w:lvl>
  </w:abstractNum>
  <w:abstractNum w:abstractNumId="6">
    <w:nsid w:val="FFFFFF89"/>
    <w:multiLevelType w:val="singleLevel"/>
    <w:tmpl w:val="29761A62"/>
    <w:lvl w:ilvl="0">
      <w:start w:val="1"/>
      <w:numFmt w:val="bullet"/>
      <w:pStyle w:val="a"/>
      <w:lvlText w:val=""/>
      <w:lvlJc w:val="left"/>
      <w:pPr>
        <w:tabs>
          <w:tab w:val="num" w:pos="360"/>
        </w:tabs>
        <w:ind w:left="360" w:hanging="360"/>
      </w:pPr>
      <w:rPr>
        <w:rFonts w:ascii="Symbol" w:hAnsi="Symbol" w:hint="default"/>
      </w:rPr>
    </w:lvl>
  </w:abstractNum>
  <w:abstractNum w:abstractNumId="7">
    <w:nsid w:val="00155AB5"/>
    <w:multiLevelType w:val="multilevel"/>
    <w:tmpl w:val="3F20F9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E452C2"/>
    <w:multiLevelType w:val="multilevel"/>
    <w:tmpl w:val="5BF8C9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045F61"/>
    <w:multiLevelType w:val="multilevel"/>
    <w:tmpl w:val="BCDCBE84"/>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07730504"/>
    <w:multiLevelType w:val="multilevel"/>
    <w:tmpl w:val="150486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1075EF"/>
    <w:multiLevelType w:val="multilevel"/>
    <w:tmpl w:val="2AA2E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8351CE4"/>
    <w:multiLevelType w:val="hybridMultilevel"/>
    <w:tmpl w:val="A75276E8"/>
    <w:lvl w:ilvl="0" w:tplc="7966D35A">
      <w:start w:val="1"/>
      <w:numFmt w:val="decimal"/>
      <w:lvlText w:val="%1)"/>
      <w:lvlJc w:val="left"/>
      <w:pPr>
        <w:ind w:left="720" w:hanging="360"/>
      </w:pPr>
      <w:rPr>
        <w:color w:val="FF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092E481C"/>
    <w:multiLevelType w:val="multilevel"/>
    <w:tmpl w:val="430448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E19059C"/>
    <w:multiLevelType w:val="multilevel"/>
    <w:tmpl w:val="DB1EC9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43396C"/>
    <w:multiLevelType w:val="hybridMultilevel"/>
    <w:tmpl w:val="3814BFC2"/>
    <w:lvl w:ilvl="0" w:tplc="0142950A">
      <w:start w:val="1"/>
      <w:numFmt w:val="decimal"/>
      <w:lvlText w:val="%1."/>
      <w:lvlJc w:val="left"/>
      <w:pPr>
        <w:ind w:left="720" w:hanging="360"/>
      </w:pPr>
      <w:rPr>
        <w:b/>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34E4F3C"/>
    <w:multiLevelType w:val="multilevel"/>
    <w:tmpl w:val="022A4D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3526BDA"/>
    <w:multiLevelType w:val="hybridMultilevel"/>
    <w:tmpl w:val="894A4930"/>
    <w:lvl w:ilvl="0" w:tplc="859E84D0">
      <w:start w:val="17"/>
      <w:numFmt w:val="decimal"/>
      <w:lvlText w:val="%1."/>
      <w:lvlJc w:val="left"/>
      <w:pPr>
        <w:ind w:left="720" w:hanging="360"/>
      </w:pPr>
      <w:rPr>
        <w:rFonts w:eastAsia="Times New Roman"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57A2D7C"/>
    <w:multiLevelType w:val="hybridMultilevel"/>
    <w:tmpl w:val="B9068A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170F4250"/>
    <w:multiLevelType w:val="hybridMultilevel"/>
    <w:tmpl w:val="E2488292"/>
    <w:lvl w:ilvl="0" w:tplc="04190001">
      <w:start w:val="1"/>
      <w:numFmt w:val="decimal"/>
      <w:lvlText w:val="%1."/>
      <w:lvlJc w:val="left"/>
      <w:pPr>
        <w:ind w:left="360" w:hanging="360"/>
      </w:pPr>
      <w:rPr>
        <w:rFonts w:cs="Times New Roman" w:hint="default"/>
        <w:b/>
      </w:rPr>
    </w:lvl>
    <w:lvl w:ilvl="1" w:tplc="04190003" w:tentative="1">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20">
    <w:nsid w:val="17C5118D"/>
    <w:multiLevelType w:val="multilevel"/>
    <w:tmpl w:val="0824AE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970022D"/>
    <w:multiLevelType w:val="multilevel"/>
    <w:tmpl w:val="5148C5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A1664FA"/>
    <w:multiLevelType w:val="multilevel"/>
    <w:tmpl w:val="2F4836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A97563E"/>
    <w:multiLevelType w:val="multilevel"/>
    <w:tmpl w:val="852EA2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B1F3330"/>
    <w:multiLevelType w:val="multilevel"/>
    <w:tmpl w:val="C8A276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CAF0CED"/>
    <w:multiLevelType w:val="multilevel"/>
    <w:tmpl w:val="06EA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D377CEA"/>
    <w:multiLevelType w:val="hybridMultilevel"/>
    <w:tmpl w:val="D49AC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E1C3EAD"/>
    <w:multiLevelType w:val="hybridMultilevel"/>
    <w:tmpl w:val="6212B42C"/>
    <w:lvl w:ilvl="0" w:tplc="31F86FF4">
      <w:start w:val="1"/>
      <w:numFmt w:val="decimal"/>
      <w:pStyle w:val="10"/>
      <w:lvlText w:val="%1."/>
      <w:lvlJc w:val="left"/>
      <w:pPr>
        <w:ind w:left="5605"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8">
    <w:nsid w:val="1EB55008"/>
    <w:multiLevelType w:val="multilevel"/>
    <w:tmpl w:val="0EE01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F2746C9"/>
    <w:multiLevelType w:val="multilevel"/>
    <w:tmpl w:val="88B658C0"/>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1F425515"/>
    <w:multiLevelType w:val="multilevel"/>
    <w:tmpl w:val="7D7A1950"/>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1FFD6B98"/>
    <w:multiLevelType w:val="multilevel"/>
    <w:tmpl w:val="D6A8A2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0BF019B"/>
    <w:multiLevelType w:val="multilevel"/>
    <w:tmpl w:val="86EA31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13071B9"/>
    <w:multiLevelType w:val="hybridMultilevel"/>
    <w:tmpl w:val="FC561318"/>
    <w:lvl w:ilvl="0" w:tplc="948EB55C">
      <w:start w:val="17"/>
      <w:numFmt w:val="decimal"/>
      <w:lvlText w:val="%1."/>
      <w:lvlJc w:val="left"/>
      <w:pPr>
        <w:ind w:left="720" w:hanging="360"/>
      </w:pPr>
      <w:rPr>
        <w:rFonts w:eastAsia="Times New Roman"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2171316C"/>
    <w:multiLevelType w:val="multilevel"/>
    <w:tmpl w:val="662E5C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23175AB"/>
    <w:multiLevelType w:val="multilevel"/>
    <w:tmpl w:val="C1A0B0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3D848B7"/>
    <w:multiLevelType w:val="multilevel"/>
    <w:tmpl w:val="D18A42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5B4189B"/>
    <w:multiLevelType w:val="multilevel"/>
    <w:tmpl w:val="5DDE7C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6025295"/>
    <w:multiLevelType w:val="hybridMultilevel"/>
    <w:tmpl w:val="8BDE6408"/>
    <w:lvl w:ilvl="0" w:tplc="4476F7DE">
      <w:start w:val="5"/>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39">
    <w:nsid w:val="2634406D"/>
    <w:multiLevelType w:val="multilevel"/>
    <w:tmpl w:val="C16CF8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6F11CE0"/>
    <w:multiLevelType w:val="hybridMultilevel"/>
    <w:tmpl w:val="9F8065CE"/>
    <w:lvl w:ilvl="0" w:tplc="BBFC58CA">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1">
    <w:nsid w:val="28712E10"/>
    <w:multiLevelType w:val="hybridMultilevel"/>
    <w:tmpl w:val="8DBABDCA"/>
    <w:lvl w:ilvl="0" w:tplc="F6AA7A86">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2">
    <w:nsid w:val="28F74750"/>
    <w:multiLevelType w:val="multilevel"/>
    <w:tmpl w:val="1A0225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9D6251C"/>
    <w:multiLevelType w:val="multilevel"/>
    <w:tmpl w:val="990601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C2553AD"/>
    <w:multiLevelType w:val="multilevel"/>
    <w:tmpl w:val="AAD43008"/>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2C5C0994"/>
    <w:multiLevelType w:val="hybridMultilevel"/>
    <w:tmpl w:val="A0E4D4F2"/>
    <w:lvl w:ilvl="0" w:tplc="896C54D4">
      <w:start w:val="1"/>
      <w:numFmt w:val="decimal"/>
      <w:lvlText w:val="%1."/>
      <w:lvlJc w:val="left"/>
      <w:pPr>
        <w:ind w:left="540" w:hanging="360"/>
      </w:pPr>
      <w:rPr>
        <w:rFonts w:cs="Times New Roman" w:hint="default"/>
      </w:rPr>
    </w:lvl>
    <w:lvl w:ilvl="1" w:tplc="04090003" w:tentative="1">
      <w:start w:val="1"/>
      <w:numFmt w:val="lowerLetter"/>
      <w:lvlText w:val="%2."/>
      <w:lvlJc w:val="left"/>
      <w:pPr>
        <w:ind w:left="-54" w:hanging="360"/>
      </w:pPr>
      <w:rPr>
        <w:rFonts w:cs="Times New Roman"/>
      </w:rPr>
    </w:lvl>
    <w:lvl w:ilvl="2" w:tplc="04090005" w:tentative="1">
      <w:start w:val="1"/>
      <w:numFmt w:val="lowerRoman"/>
      <w:lvlText w:val="%3."/>
      <w:lvlJc w:val="right"/>
      <w:pPr>
        <w:ind w:left="666" w:hanging="180"/>
      </w:pPr>
      <w:rPr>
        <w:rFonts w:cs="Times New Roman"/>
      </w:rPr>
    </w:lvl>
    <w:lvl w:ilvl="3" w:tplc="04090001" w:tentative="1">
      <w:start w:val="1"/>
      <w:numFmt w:val="decimal"/>
      <w:lvlText w:val="%4."/>
      <w:lvlJc w:val="left"/>
      <w:pPr>
        <w:ind w:left="1386" w:hanging="360"/>
      </w:pPr>
      <w:rPr>
        <w:rFonts w:cs="Times New Roman"/>
      </w:rPr>
    </w:lvl>
    <w:lvl w:ilvl="4" w:tplc="04090003" w:tentative="1">
      <w:start w:val="1"/>
      <w:numFmt w:val="lowerLetter"/>
      <w:lvlText w:val="%5."/>
      <w:lvlJc w:val="left"/>
      <w:pPr>
        <w:ind w:left="2106" w:hanging="360"/>
      </w:pPr>
      <w:rPr>
        <w:rFonts w:cs="Times New Roman"/>
      </w:rPr>
    </w:lvl>
    <w:lvl w:ilvl="5" w:tplc="04090005" w:tentative="1">
      <w:start w:val="1"/>
      <w:numFmt w:val="lowerRoman"/>
      <w:lvlText w:val="%6."/>
      <w:lvlJc w:val="right"/>
      <w:pPr>
        <w:ind w:left="2826" w:hanging="180"/>
      </w:pPr>
      <w:rPr>
        <w:rFonts w:cs="Times New Roman"/>
      </w:rPr>
    </w:lvl>
    <w:lvl w:ilvl="6" w:tplc="04090001" w:tentative="1">
      <w:start w:val="1"/>
      <w:numFmt w:val="decimal"/>
      <w:lvlText w:val="%7."/>
      <w:lvlJc w:val="left"/>
      <w:pPr>
        <w:ind w:left="3546" w:hanging="360"/>
      </w:pPr>
      <w:rPr>
        <w:rFonts w:cs="Times New Roman"/>
      </w:rPr>
    </w:lvl>
    <w:lvl w:ilvl="7" w:tplc="04090003" w:tentative="1">
      <w:start w:val="1"/>
      <w:numFmt w:val="lowerLetter"/>
      <w:lvlText w:val="%8."/>
      <w:lvlJc w:val="left"/>
      <w:pPr>
        <w:ind w:left="4266" w:hanging="360"/>
      </w:pPr>
      <w:rPr>
        <w:rFonts w:cs="Times New Roman"/>
      </w:rPr>
    </w:lvl>
    <w:lvl w:ilvl="8" w:tplc="04090005" w:tentative="1">
      <w:start w:val="1"/>
      <w:numFmt w:val="lowerRoman"/>
      <w:lvlText w:val="%9."/>
      <w:lvlJc w:val="right"/>
      <w:pPr>
        <w:ind w:left="4986" w:hanging="180"/>
      </w:pPr>
      <w:rPr>
        <w:rFonts w:cs="Times New Roman"/>
      </w:rPr>
    </w:lvl>
  </w:abstractNum>
  <w:abstractNum w:abstractNumId="46">
    <w:nsid w:val="2F993961"/>
    <w:multiLevelType w:val="multilevel"/>
    <w:tmpl w:val="12B63F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FBA3F8D"/>
    <w:multiLevelType w:val="multilevel"/>
    <w:tmpl w:val="64BE2F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1A42C99"/>
    <w:multiLevelType w:val="multilevel"/>
    <w:tmpl w:val="3D880C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3D10B6C"/>
    <w:multiLevelType w:val="multilevel"/>
    <w:tmpl w:val="A622D5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55F4182"/>
    <w:multiLevelType w:val="hybridMultilevel"/>
    <w:tmpl w:val="82380B30"/>
    <w:lvl w:ilvl="0" w:tplc="F1D894EA">
      <w:start w:val="1"/>
      <w:numFmt w:val="decimal"/>
      <w:lvlText w:val="%1)"/>
      <w:lvlJc w:val="left"/>
      <w:pPr>
        <w:ind w:left="720" w:hanging="360"/>
      </w:pPr>
      <w:rPr>
        <w:rFonts w:eastAsia="Times New Roman"/>
        <w:color w:val="FF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38832769"/>
    <w:multiLevelType w:val="multilevel"/>
    <w:tmpl w:val="612C7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9BD37ED"/>
    <w:multiLevelType w:val="multilevel"/>
    <w:tmpl w:val="5FC68B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DA17AC7"/>
    <w:multiLevelType w:val="multilevel"/>
    <w:tmpl w:val="05FCEF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E7A7E1D"/>
    <w:multiLevelType w:val="multilevel"/>
    <w:tmpl w:val="F87C49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E993DE7"/>
    <w:multiLevelType w:val="multilevel"/>
    <w:tmpl w:val="1A3002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1227C58"/>
    <w:multiLevelType w:val="multilevel"/>
    <w:tmpl w:val="21506D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1DE1A81"/>
    <w:multiLevelType w:val="multilevel"/>
    <w:tmpl w:val="E1D8B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30E2C29"/>
    <w:multiLevelType w:val="multilevel"/>
    <w:tmpl w:val="B966F3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4523E98"/>
    <w:multiLevelType w:val="multilevel"/>
    <w:tmpl w:val="29F64D5A"/>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47211191"/>
    <w:multiLevelType w:val="multilevel"/>
    <w:tmpl w:val="558AE8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75006D0"/>
    <w:multiLevelType w:val="multilevel"/>
    <w:tmpl w:val="0D7EF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7DD2474"/>
    <w:multiLevelType w:val="multilevel"/>
    <w:tmpl w:val="440854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BB35F60"/>
    <w:multiLevelType w:val="multilevel"/>
    <w:tmpl w:val="4BA6B8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D575ADA"/>
    <w:multiLevelType w:val="multilevel"/>
    <w:tmpl w:val="31E0B6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F89774D"/>
    <w:multiLevelType w:val="multilevel"/>
    <w:tmpl w:val="0FDCAF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FE422A1"/>
    <w:multiLevelType w:val="multilevel"/>
    <w:tmpl w:val="4D80AF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77D1157"/>
    <w:multiLevelType w:val="hybridMultilevel"/>
    <w:tmpl w:val="85126A96"/>
    <w:lvl w:ilvl="0" w:tplc="896C54D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5B907D1F"/>
    <w:multiLevelType w:val="multilevel"/>
    <w:tmpl w:val="D00048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D6B2060"/>
    <w:multiLevelType w:val="multilevel"/>
    <w:tmpl w:val="5FD8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EBC0EC7"/>
    <w:multiLevelType w:val="multilevel"/>
    <w:tmpl w:val="1688E7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183287B"/>
    <w:multiLevelType w:val="multilevel"/>
    <w:tmpl w:val="836063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20943DB"/>
    <w:multiLevelType w:val="multilevel"/>
    <w:tmpl w:val="ECF62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31F5C5F"/>
    <w:multiLevelType w:val="multilevel"/>
    <w:tmpl w:val="EFE60F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34938EF"/>
    <w:multiLevelType w:val="multilevel"/>
    <w:tmpl w:val="D180D0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5082728"/>
    <w:multiLevelType w:val="multilevel"/>
    <w:tmpl w:val="BCA44E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52D3096"/>
    <w:multiLevelType w:val="multilevel"/>
    <w:tmpl w:val="60B8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53B53F4"/>
    <w:multiLevelType w:val="multilevel"/>
    <w:tmpl w:val="DB644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55361ED"/>
    <w:multiLevelType w:val="multilevel"/>
    <w:tmpl w:val="19F64D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63F4033"/>
    <w:multiLevelType w:val="multilevel"/>
    <w:tmpl w:val="4F980A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924521E"/>
    <w:multiLevelType w:val="multilevel"/>
    <w:tmpl w:val="FC90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AF33CBD"/>
    <w:multiLevelType w:val="multilevel"/>
    <w:tmpl w:val="B23AF4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C9900AB"/>
    <w:multiLevelType w:val="hybridMultilevel"/>
    <w:tmpl w:val="A0E4D4F2"/>
    <w:lvl w:ilvl="0" w:tplc="896C54D4">
      <w:start w:val="1"/>
      <w:numFmt w:val="decimal"/>
      <w:lvlText w:val="%1."/>
      <w:lvlJc w:val="left"/>
      <w:pPr>
        <w:ind w:left="540" w:hanging="360"/>
      </w:pPr>
      <w:rPr>
        <w:rFonts w:cs="Times New Roman" w:hint="default"/>
      </w:rPr>
    </w:lvl>
    <w:lvl w:ilvl="1" w:tplc="04090003" w:tentative="1">
      <w:start w:val="1"/>
      <w:numFmt w:val="lowerLetter"/>
      <w:lvlText w:val="%2."/>
      <w:lvlJc w:val="left"/>
      <w:pPr>
        <w:ind w:left="-54" w:hanging="360"/>
      </w:pPr>
      <w:rPr>
        <w:rFonts w:cs="Times New Roman"/>
      </w:rPr>
    </w:lvl>
    <w:lvl w:ilvl="2" w:tplc="04090005" w:tentative="1">
      <w:start w:val="1"/>
      <w:numFmt w:val="lowerRoman"/>
      <w:lvlText w:val="%3."/>
      <w:lvlJc w:val="right"/>
      <w:pPr>
        <w:ind w:left="666" w:hanging="180"/>
      </w:pPr>
      <w:rPr>
        <w:rFonts w:cs="Times New Roman"/>
      </w:rPr>
    </w:lvl>
    <w:lvl w:ilvl="3" w:tplc="04090001" w:tentative="1">
      <w:start w:val="1"/>
      <w:numFmt w:val="decimal"/>
      <w:lvlText w:val="%4."/>
      <w:lvlJc w:val="left"/>
      <w:pPr>
        <w:ind w:left="1386" w:hanging="360"/>
      </w:pPr>
      <w:rPr>
        <w:rFonts w:cs="Times New Roman"/>
      </w:rPr>
    </w:lvl>
    <w:lvl w:ilvl="4" w:tplc="04090003" w:tentative="1">
      <w:start w:val="1"/>
      <w:numFmt w:val="lowerLetter"/>
      <w:lvlText w:val="%5."/>
      <w:lvlJc w:val="left"/>
      <w:pPr>
        <w:ind w:left="2106" w:hanging="360"/>
      </w:pPr>
      <w:rPr>
        <w:rFonts w:cs="Times New Roman"/>
      </w:rPr>
    </w:lvl>
    <w:lvl w:ilvl="5" w:tplc="04090005" w:tentative="1">
      <w:start w:val="1"/>
      <w:numFmt w:val="lowerRoman"/>
      <w:lvlText w:val="%6."/>
      <w:lvlJc w:val="right"/>
      <w:pPr>
        <w:ind w:left="2826" w:hanging="180"/>
      </w:pPr>
      <w:rPr>
        <w:rFonts w:cs="Times New Roman"/>
      </w:rPr>
    </w:lvl>
    <w:lvl w:ilvl="6" w:tplc="04090001" w:tentative="1">
      <w:start w:val="1"/>
      <w:numFmt w:val="decimal"/>
      <w:lvlText w:val="%7."/>
      <w:lvlJc w:val="left"/>
      <w:pPr>
        <w:ind w:left="3546" w:hanging="360"/>
      </w:pPr>
      <w:rPr>
        <w:rFonts w:cs="Times New Roman"/>
      </w:rPr>
    </w:lvl>
    <w:lvl w:ilvl="7" w:tplc="04090003" w:tentative="1">
      <w:start w:val="1"/>
      <w:numFmt w:val="lowerLetter"/>
      <w:lvlText w:val="%8."/>
      <w:lvlJc w:val="left"/>
      <w:pPr>
        <w:ind w:left="4266" w:hanging="360"/>
      </w:pPr>
      <w:rPr>
        <w:rFonts w:cs="Times New Roman"/>
      </w:rPr>
    </w:lvl>
    <w:lvl w:ilvl="8" w:tplc="04090005" w:tentative="1">
      <w:start w:val="1"/>
      <w:numFmt w:val="lowerRoman"/>
      <w:lvlText w:val="%9."/>
      <w:lvlJc w:val="right"/>
      <w:pPr>
        <w:ind w:left="4986" w:hanging="180"/>
      </w:pPr>
      <w:rPr>
        <w:rFonts w:cs="Times New Roman"/>
      </w:rPr>
    </w:lvl>
  </w:abstractNum>
  <w:abstractNum w:abstractNumId="83">
    <w:nsid w:val="6CD61617"/>
    <w:multiLevelType w:val="multilevel"/>
    <w:tmpl w:val="2B50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D744376"/>
    <w:multiLevelType w:val="multilevel"/>
    <w:tmpl w:val="712C30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DEB29B8"/>
    <w:multiLevelType w:val="hybridMultilevel"/>
    <w:tmpl w:val="BCFC835A"/>
    <w:lvl w:ilvl="0" w:tplc="04190001">
      <w:start w:val="1"/>
      <w:numFmt w:val="decimal"/>
      <w:pStyle w:val="3"/>
      <w:lvlText w:val="%1."/>
      <w:lvlJc w:val="left"/>
      <w:pPr>
        <w:ind w:left="644" w:hanging="360"/>
      </w:pPr>
      <w:rPr>
        <w:rFonts w:cs="Times New Roman"/>
        <w:b/>
      </w:rPr>
    </w:lvl>
    <w:lvl w:ilvl="1" w:tplc="04190003" w:tentative="1">
      <w:start w:val="1"/>
      <w:numFmt w:val="lowerLetter"/>
      <w:lvlText w:val="%2."/>
      <w:lvlJc w:val="left"/>
      <w:pPr>
        <w:ind w:left="1364" w:hanging="360"/>
      </w:pPr>
      <w:rPr>
        <w:rFonts w:cs="Times New Roman"/>
      </w:rPr>
    </w:lvl>
    <w:lvl w:ilvl="2" w:tplc="04190005" w:tentative="1">
      <w:start w:val="1"/>
      <w:numFmt w:val="lowerRoman"/>
      <w:lvlText w:val="%3."/>
      <w:lvlJc w:val="right"/>
      <w:pPr>
        <w:ind w:left="2084" w:hanging="180"/>
      </w:pPr>
      <w:rPr>
        <w:rFonts w:cs="Times New Roman"/>
      </w:rPr>
    </w:lvl>
    <w:lvl w:ilvl="3" w:tplc="04190001" w:tentative="1">
      <w:start w:val="1"/>
      <w:numFmt w:val="decimal"/>
      <w:lvlText w:val="%4."/>
      <w:lvlJc w:val="left"/>
      <w:pPr>
        <w:ind w:left="2804" w:hanging="360"/>
      </w:pPr>
      <w:rPr>
        <w:rFonts w:cs="Times New Roman"/>
      </w:rPr>
    </w:lvl>
    <w:lvl w:ilvl="4" w:tplc="04190003" w:tentative="1">
      <w:start w:val="1"/>
      <w:numFmt w:val="lowerLetter"/>
      <w:lvlText w:val="%5."/>
      <w:lvlJc w:val="left"/>
      <w:pPr>
        <w:ind w:left="3524" w:hanging="360"/>
      </w:pPr>
      <w:rPr>
        <w:rFonts w:cs="Times New Roman"/>
      </w:rPr>
    </w:lvl>
    <w:lvl w:ilvl="5" w:tplc="04190005" w:tentative="1">
      <w:start w:val="1"/>
      <w:numFmt w:val="lowerRoman"/>
      <w:lvlText w:val="%6."/>
      <w:lvlJc w:val="right"/>
      <w:pPr>
        <w:ind w:left="4244" w:hanging="180"/>
      </w:pPr>
      <w:rPr>
        <w:rFonts w:cs="Times New Roman"/>
      </w:rPr>
    </w:lvl>
    <w:lvl w:ilvl="6" w:tplc="04190001" w:tentative="1">
      <w:start w:val="1"/>
      <w:numFmt w:val="decimal"/>
      <w:lvlText w:val="%7."/>
      <w:lvlJc w:val="left"/>
      <w:pPr>
        <w:ind w:left="4964" w:hanging="360"/>
      </w:pPr>
      <w:rPr>
        <w:rFonts w:cs="Times New Roman"/>
      </w:rPr>
    </w:lvl>
    <w:lvl w:ilvl="7" w:tplc="04190003" w:tentative="1">
      <w:start w:val="1"/>
      <w:numFmt w:val="lowerLetter"/>
      <w:lvlText w:val="%8."/>
      <w:lvlJc w:val="left"/>
      <w:pPr>
        <w:ind w:left="5684" w:hanging="360"/>
      </w:pPr>
      <w:rPr>
        <w:rFonts w:cs="Times New Roman"/>
      </w:rPr>
    </w:lvl>
    <w:lvl w:ilvl="8" w:tplc="04190005" w:tentative="1">
      <w:start w:val="1"/>
      <w:numFmt w:val="lowerRoman"/>
      <w:lvlText w:val="%9."/>
      <w:lvlJc w:val="right"/>
      <w:pPr>
        <w:ind w:left="6404" w:hanging="180"/>
      </w:pPr>
      <w:rPr>
        <w:rFonts w:cs="Times New Roman"/>
      </w:rPr>
    </w:lvl>
  </w:abstractNum>
  <w:abstractNum w:abstractNumId="86">
    <w:nsid w:val="6E2963BE"/>
    <w:multiLevelType w:val="multilevel"/>
    <w:tmpl w:val="69C08A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E847AA0"/>
    <w:multiLevelType w:val="multilevel"/>
    <w:tmpl w:val="57A26E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F7823BF"/>
    <w:multiLevelType w:val="hybridMultilevel"/>
    <w:tmpl w:val="D5FE07CC"/>
    <w:lvl w:ilvl="0" w:tplc="91D66A5E">
      <w:start w:val="1"/>
      <w:numFmt w:val="decimal"/>
      <w:lvlText w:val="%1"/>
      <w:lvlJc w:val="left"/>
      <w:pPr>
        <w:ind w:left="4260" w:hanging="360"/>
      </w:pPr>
      <w:rPr>
        <w:rFonts w:cs="Times New Roman" w:hint="default"/>
      </w:rPr>
    </w:lvl>
    <w:lvl w:ilvl="1" w:tplc="04190019" w:tentative="1">
      <w:start w:val="1"/>
      <w:numFmt w:val="lowerLetter"/>
      <w:lvlText w:val="%2."/>
      <w:lvlJc w:val="left"/>
      <w:pPr>
        <w:ind w:left="4980" w:hanging="360"/>
      </w:pPr>
      <w:rPr>
        <w:rFonts w:cs="Times New Roman"/>
      </w:rPr>
    </w:lvl>
    <w:lvl w:ilvl="2" w:tplc="0419001B" w:tentative="1">
      <w:start w:val="1"/>
      <w:numFmt w:val="lowerRoman"/>
      <w:lvlText w:val="%3."/>
      <w:lvlJc w:val="right"/>
      <w:pPr>
        <w:ind w:left="5700" w:hanging="180"/>
      </w:pPr>
      <w:rPr>
        <w:rFonts w:cs="Times New Roman"/>
      </w:rPr>
    </w:lvl>
    <w:lvl w:ilvl="3" w:tplc="0419000F" w:tentative="1">
      <w:start w:val="1"/>
      <w:numFmt w:val="decimal"/>
      <w:lvlText w:val="%4."/>
      <w:lvlJc w:val="left"/>
      <w:pPr>
        <w:ind w:left="6420" w:hanging="360"/>
      </w:pPr>
      <w:rPr>
        <w:rFonts w:cs="Times New Roman"/>
      </w:rPr>
    </w:lvl>
    <w:lvl w:ilvl="4" w:tplc="04190019" w:tentative="1">
      <w:start w:val="1"/>
      <w:numFmt w:val="lowerLetter"/>
      <w:lvlText w:val="%5."/>
      <w:lvlJc w:val="left"/>
      <w:pPr>
        <w:ind w:left="7140" w:hanging="360"/>
      </w:pPr>
      <w:rPr>
        <w:rFonts w:cs="Times New Roman"/>
      </w:rPr>
    </w:lvl>
    <w:lvl w:ilvl="5" w:tplc="0419001B" w:tentative="1">
      <w:start w:val="1"/>
      <w:numFmt w:val="lowerRoman"/>
      <w:lvlText w:val="%6."/>
      <w:lvlJc w:val="right"/>
      <w:pPr>
        <w:ind w:left="7860" w:hanging="180"/>
      </w:pPr>
      <w:rPr>
        <w:rFonts w:cs="Times New Roman"/>
      </w:rPr>
    </w:lvl>
    <w:lvl w:ilvl="6" w:tplc="0419000F" w:tentative="1">
      <w:start w:val="1"/>
      <w:numFmt w:val="decimal"/>
      <w:lvlText w:val="%7."/>
      <w:lvlJc w:val="left"/>
      <w:pPr>
        <w:ind w:left="8580" w:hanging="360"/>
      </w:pPr>
      <w:rPr>
        <w:rFonts w:cs="Times New Roman"/>
      </w:rPr>
    </w:lvl>
    <w:lvl w:ilvl="7" w:tplc="04190019" w:tentative="1">
      <w:start w:val="1"/>
      <w:numFmt w:val="lowerLetter"/>
      <w:lvlText w:val="%8."/>
      <w:lvlJc w:val="left"/>
      <w:pPr>
        <w:ind w:left="9300" w:hanging="360"/>
      </w:pPr>
      <w:rPr>
        <w:rFonts w:cs="Times New Roman"/>
      </w:rPr>
    </w:lvl>
    <w:lvl w:ilvl="8" w:tplc="0419001B" w:tentative="1">
      <w:start w:val="1"/>
      <w:numFmt w:val="lowerRoman"/>
      <w:lvlText w:val="%9."/>
      <w:lvlJc w:val="right"/>
      <w:pPr>
        <w:ind w:left="10020" w:hanging="180"/>
      </w:pPr>
      <w:rPr>
        <w:rFonts w:cs="Times New Roman"/>
      </w:rPr>
    </w:lvl>
  </w:abstractNum>
  <w:abstractNum w:abstractNumId="89">
    <w:nsid w:val="715639A3"/>
    <w:multiLevelType w:val="multilevel"/>
    <w:tmpl w:val="A2A048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20C7983"/>
    <w:multiLevelType w:val="multilevel"/>
    <w:tmpl w:val="D2E42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28A6576"/>
    <w:multiLevelType w:val="multilevel"/>
    <w:tmpl w:val="53DA22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2C12F0B"/>
    <w:multiLevelType w:val="multilevel"/>
    <w:tmpl w:val="ECD673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5B86D54"/>
    <w:multiLevelType w:val="multilevel"/>
    <w:tmpl w:val="088A1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5F628A4"/>
    <w:multiLevelType w:val="multilevel"/>
    <w:tmpl w:val="983A8E2E"/>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5">
    <w:nsid w:val="765624D4"/>
    <w:multiLevelType w:val="multilevel"/>
    <w:tmpl w:val="22B625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6E75A8A"/>
    <w:multiLevelType w:val="multilevel"/>
    <w:tmpl w:val="5964D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82D20C1"/>
    <w:multiLevelType w:val="multilevel"/>
    <w:tmpl w:val="67EAF8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92E1E37"/>
    <w:multiLevelType w:val="hybridMultilevel"/>
    <w:tmpl w:val="9B941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9422CED"/>
    <w:multiLevelType w:val="hybridMultilevel"/>
    <w:tmpl w:val="B252A20C"/>
    <w:lvl w:ilvl="0" w:tplc="193C6452">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0">
    <w:nsid w:val="7AB7006E"/>
    <w:multiLevelType w:val="hybridMultilevel"/>
    <w:tmpl w:val="E2043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B36144F"/>
    <w:multiLevelType w:val="multilevel"/>
    <w:tmpl w:val="9FECB7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BA717A7"/>
    <w:multiLevelType w:val="hybridMultilevel"/>
    <w:tmpl w:val="D1FC3DB8"/>
    <w:lvl w:ilvl="0" w:tplc="64F6886A">
      <w:start w:val="17"/>
      <w:numFmt w:val="decimal"/>
      <w:lvlText w:val="%1."/>
      <w:lvlJc w:val="left"/>
      <w:pPr>
        <w:ind w:left="720" w:hanging="360"/>
      </w:pPr>
      <w:rPr>
        <w:rFonts w:eastAsia="Times New Roman"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nsid w:val="7CF80F98"/>
    <w:multiLevelType w:val="multilevel"/>
    <w:tmpl w:val="F49204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DBF683C"/>
    <w:multiLevelType w:val="multilevel"/>
    <w:tmpl w:val="3A78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E560852"/>
    <w:multiLevelType w:val="hybridMultilevel"/>
    <w:tmpl w:val="AE764FB0"/>
    <w:lvl w:ilvl="0" w:tplc="F5E27298">
      <w:numFmt w:val="bullet"/>
      <w:lvlText w:val="•"/>
      <w:lvlJc w:val="left"/>
      <w:pPr>
        <w:ind w:left="1440" w:hanging="360"/>
      </w:pPr>
      <w:rPr>
        <w:rFont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8"/>
  </w:num>
  <w:num w:numId="2">
    <w:abstractNumId w:val="52"/>
  </w:num>
  <w:num w:numId="3">
    <w:abstractNumId w:val="35"/>
  </w:num>
  <w:num w:numId="4">
    <w:abstractNumId w:val="46"/>
  </w:num>
  <w:num w:numId="5">
    <w:abstractNumId w:val="36"/>
  </w:num>
  <w:num w:numId="6">
    <w:abstractNumId w:val="34"/>
  </w:num>
  <w:num w:numId="7">
    <w:abstractNumId w:val="101"/>
  </w:num>
  <w:num w:numId="8">
    <w:abstractNumId w:val="70"/>
  </w:num>
  <w:num w:numId="9">
    <w:abstractNumId w:val="87"/>
  </w:num>
  <w:num w:numId="10">
    <w:abstractNumId w:val="49"/>
  </w:num>
  <w:num w:numId="11">
    <w:abstractNumId w:val="47"/>
  </w:num>
  <w:num w:numId="12">
    <w:abstractNumId w:val="62"/>
  </w:num>
  <w:num w:numId="13">
    <w:abstractNumId w:val="31"/>
  </w:num>
  <w:num w:numId="14">
    <w:abstractNumId w:val="97"/>
  </w:num>
  <w:num w:numId="15">
    <w:abstractNumId w:val="63"/>
  </w:num>
  <w:num w:numId="16">
    <w:abstractNumId w:val="64"/>
  </w:num>
  <w:num w:numId="17">
    <w:abstractNumId w:val="7"/>
  </w:num>
  <w:num w:numId="18">
    <w:abstractNumId w:val="78"/>
  </w:num>
  <w:num w:numId="19">
    <w:abstractNumId w:val="79"/>
  </w:num>
  <w:num w:numId="20">
    <w:abstractNumId w:val="13"/>
  </w:num>
  <w:num w:numId="21">
    <w:abstractNumId w:val="56"/>
  </w:num>
  <w:num w:numId="22">
    <w:abstractNumId w:val="40"/>
  </w:num>
  <w:num w:numId="23">
    <w:abstractNumId w:val="29"/>
  </w:num>
  <w:num w:numId="24">
    <w:abstractNumId w:val="44"/>
  </w:num>
  <w:num w:numId="25">
    <w:abstractNumId w:val="59"/>
  </w:num>
  <w:num w:numId="26">
    <w:abstractNumId w:val="94"/>
  </w:num>
  <w:num w:numId="27">
    <w:abstractNumId w:val="9"/>
  </w:num>
  <w:num w:numId="28">
    <w:abstractNumId w:val="30"/>
  </w:num>
  <w:num w:numId="29">
    <w:abstractNumId w:val="21"/>
  </w:num>
  <w:num w:numId="30">
    <w:abstractNumId w:val="55"/>
  </w:num>
  <w:num w:numId="31">
    <w:abstractNumId w:val="66"/>
  </w:num>
  <w:num w:numId="32">
    <w:abstractNumId w:val="32"/>
  </w:num>
  <w:num w:numId="33">
    <w:abstractNumId w:val="39"/>
  </w:num>
  <w:num w:numId="34">
    <w:abstractNumId w:val="68"/>
  </w:num>
  <w:num w:numId="35">
    <w:abstractNumId w:val="42"/>
  </w:num>
  <w:num w:numId="36">
    <w:abstractNumId w:val="75"/>
  </w:num>
  <w:num w:numId="37">
    <w:abstractNumId w:val="22"/>
  </w:num>
  <w:num w:numId="38">
    <w:abstractNumId w:val="103"/>
  </w:num>
  <w:num w:numId="39">
    <w:abstractNumId w:val="86"/>
  </w:num>
  <w:num w:numId="40">
    <w:abstractNumId w:val="28"/>
  </w:num>
  <w:num w:numId="41">
    <w:abstractNumId w:val="61"/>
  </w:num>
  <w:num w:numId="42">
    <w:abstractNumId w:val="77"/>
  </w:num>
  <w:num w:numId="43">
    <w:abstractNumId w:val="25"/>
  </w:num>
  <w:num w:numId="44">
    <w:abstractNumId w:val="69"/>
  </w:num>
  <w:num w:numId="45">
    <w:abstractNumId w:val="83"/>
  </w:num>
  <w:num w:numId="46">
    <w:abstractNumId w:val="57"/>
  </w:num>
  <w:num w:numId="47">
    <w:abstractNumId w:val="72"/>
  </w:num>
  <w:num w:numId="48">
    <w:abstractNumId w:val="80"/>
  </w:num>
  <w:num w:numId="49">
    <w:abstractNumId w:val="104"/>
  </w:num>
  <w:num w:numId="50">
    <w:abstractNumId w:val="51"/>
  </w:num>
  <w:num w:numId="51">
    <w:abstractNumId w:val="76"/>
  </w:num>
  <w:num w:numId="52">
    <w:abstractNumId w:val="11"/>
  </w:num>
  <w:num w:numId="53">
    <w:abstractNumId w:val="93"/>
  </w:num>
  <w:num w:numId="54">
    <w:abstractNumId w:val="96"/>
  </w:num>
  <w:num w:numId="55">
    <w:abstractNumId w:val="90"/>
  </w:num>
  <w:num w:numId="56">
    <w:abstractNumId w:val="73"/>
  </w:num>
  <w:num w:numId="57">
    <w:abstractNumId w:val="81"/>
  </w:num>
  <w:num w:numId="58">
    <w:abstractNumId w:val="95"/>
  </w:num>
  <w:num w:numId="59">
    <w:abstractNumId w:val="48"/>
  </w:num>
  <w:num w:numId="60">
    <w:abstractNumId w:val="91"/>
  </w:num>
  <w:num w:numId="61">
    <w:abstractNumId w:val="74"/>
  </w:num>
  <w:num w:numId="62">
    <w:abstractNumId w:val="65"/>
  </w:num>
  <w:num w:numId="63">
    <w:abstractNumId w:val="60"/>
  </w:num>
  <w:num w:numId="64">
    <w:abstractNumId w:val="54"/>
  </w:num>
  <w:num w:numId="65">
    <w:abstractNumId w:val="84"/>
  </w:num>
  <w:num w:numId="66">
    <w:abstractNumId w:val="37"/>
  </w:num>
  <w:num w:numId="67">
    <w:abstractNumId w:val="92"/>
  </w:num>
  <w:num w:numId="68">
    <w:abstractNumId w:val="14"/>
  </w:num>
  <w:num w:numId="69">
    <w:abstractNumId w:val="71"/>
  </w:num>
  <w:num w:numId="70">
    <w:abstractNumId w:val="43"/>
  </w:num>
  <w:num w:numId="71">
    <w:abstractNumId w:val="10"/>
  </w:num>
  <w:num w:numId="72">
    <w:abstractNumId w:val="23"/>
  </w:num>
  <w:num w:numId="73">
    <w:abstractNumId w:val="8"/>
  </w:num>
  <w:num w:numId="74">
    <w:abstractNumId w:val="53"/>
  </w:num>
  <w:num w:numId="75">
    <w:abstractNumId w:val="24"/>
  </w:num>
  <w:num w:numId="76">
    <w:abstractNumId w:val="58"/>
  </w:num>
  <w:num w:numId="77">
    <w:abstractNumId w:val="16"/>
  </w:num>
  <w:num w:numId="78">
    <w:abstractNumId w:val="89"/>
  </w:num>
  <w:num w:numId="79">
    <w:abstractNumId w:val="20"/>
  </w:num>
  <w:num w:numId="80">
    <w:abstractNumId w:val="100"/>
  </w:num>
  <w:num w:numId="81">
    <w:abstractNumId w:val="26"/>
  </w:num>
  <w:num w:numId="82">
    <w:abstractNumId w:val="85"/>
  </w:num>
  <w:num w:numId="83">
    <w:abstractNumId w:val="27"/>
  </w:num>
  <w:num w:numId="84">
    <w:abstractNumId w:val="0"/>
  </w:num>
  <w:num w:numId="85">
    <w:abstractNumId w:val="6"/>
  </w:num>
  <w:num w:numId="86">
    <w:abstractNumId w:val="98"/>
  </w:num>
  <w:num w:numId="87">
    <w:abstractNumId w:val="4"/>
  </w:num>
  <w:num w:numId="88">
    <w:abstractNumId w:val="3"/>
  </w:num>
  <w:num w:numId="89">
    <w:abstractNumId w:val="5"/>
  </w:num>
  <w:num w:numId="90">
    <w:abstractNumId w:val="2"/>
  </w:num>
  <w:num w:numId="91">
    <w:abstractNumId w:val="1"/>
  </w:num>
  <w:num w:numId="92">
    <w:abstractNumId w:val="105"/>
  </w:num>
  <w:num w:numId="93">
    <w:abstractNumId w:val="99"/>
  </w:num>
  <w:num w:numId="94">
    <w:abstractNumId w:val="88"/>
  </w:num>
  <w:num w:numId="95">
    <w:abstractNumId w:val="19"/>
  </w:num>
  <w:num w:numId="96">
    <w:abstractNumId w:val="102"/>
  </w:num>
  <w:num w:numId="97">
    <w:abstractNumId w:val="17"/>
  </w:num>
  <w:num w:numId="98">
    <w:abstractNumId w:val="33"/>
  </w:num>
  <w:num w:numId="99">
    <w:abstractNumId w:val="67"/>
  </w:num>
  <w:num w:numId="100">
    <w:abstractNumId w:val="41"/>
  </w:num>
  <w:num w:numId="101">
    <w:abstractNumId w:val="45"/>
  </w:num>
  <w:num w:numId="102">
    <w:abstractNumId w:val="82"/>
  </w:num>
  <w:num w:numId="1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useFELayout/>
  </w:compat>
  <w:rsids>
    <w:rsidRoot w:val="00CB7680"/>
    <w:rsid w:val="0000217F"/>
    <w:rsid w:val="000038A7"/>
    <w:rsid w:val="00016F6A"/>
    <w:rsid w:val="00017C99"/>
    <w:rsid w:val="00023D5B"/>
    <w:rsid w:val="00081158"/>
    <w:rsid w:val="00082A08"/>
    <w:rsid w:val="000B050A"/>
    <w:rsid w:val="000C7E7E"/>
    <w:rsid w:val="00110FE1"/>
    <w:rsid w:val="0012403A"/>
    <w:rsid w:val="00154632"/>
    <w:rsid w:val="00157095"/>
    <w:rsid w:val="00161CFB"/>
    <w:rsid w:val="00180AB0"/>
    <w:rsid w:val="001A55C3"/>
    <w:rsid w:val="001B259C"/>
    <w:rsid w:val="001B7A12"/>
    <w:rsid w:val="001C2EDA"/>
    <w:rsid w:val="001E7517"/>
    <w:rsid w:val="00202F36"/>
    <w:rsid w:val="00237CDB"/>
    <w:rsid w:val="00247947"/>
    <w:rsid w:val="00254CAA"/>
    <w:rsid w:val="00261A30"/>
    <w:rsid w:val="0026796A"/>
    <w:rsid w:val="00273B5E"/>
    <w:rsid w:val="002770DC"/>
    <w:rsid w:val="002804AC"/>
    <w:rsid w:val="00293F9A"/>
    <w:rsid w:val="002A54A2"/>
    <w:rsid w:val="002B0232"/>
    <w:rsid w:val="002C524F"/>
    <w:rsid w:val="002D3B4D"/>
    <w:rsid w:val="002E2130"/>
    <w:rsid w:val="002F56C1"/>
    <w:rsid w:val="00363DBC"/>
    <w:rsid w:val="003771E0"/>
    <w:rsid w:val="003944E9"/>
    <w:rsid w:val="003B00F9"/>
    <w:rsid w:val="003E01F1"/>
    <w:rsid w:val="00407004"/>
    <w:rsid w:val="00411421"/>
    <w:rsid w:val="00450EE8"/>
    <w:rsid w:val="00455574"/>
    <w:rsid w:val="0046724E"/>
    <w:rsid w:val="00475B90"/>
    <w:rsid w:val="004B1A67"/>
    <w:rsid w:val="004B654D"/>
    <w:rsid w:val="004E74BE"/>
    <w:rsid w:val="004F3E59"/>
    <w:rsid w:val="00522A7A"/>
    <w:rsid w:val="005467F8"/>
    <w:rsid w:val="00576306"/>
    <w:rsid w:val="005B2B18"/>
    <w:rsid w:val="005B323E"/>
    <w:rsid w:val="005D02C2"/>
    <w:rsid w:val="00611139"/>
    <w:rsid w:val="00620363"/>
    <w:rsid w:val="0064059D"/>
    <w:rsid w:val="00641775"/>
    <w:rsid w:val="00647F46"/>
    <w:rsid w:val="00665BC6"/>
    <w:rsid w:val="00681F28"/>
    <w:rsid w:val="00682372"/>
    <w:rsid w:val="006B757B"/>
    <w:rsid w:val="006C2FF9"/>
    <w:rsid w:val="006D1F8F"/>
    <w:rsid w:val="006D2B20"/>
    <w:rsid w:val="006D7075"/>
    <w:rsid w:val="006E092A"/>
    <w:rsid w:val="00703CE9"/>
    <w:rsid w:val="00714E14"/>
    <w:rsid w:val="00723ADC"/>
    <w:rsid w:val="0074512B"/>
    <w:rsid w:val="0076180B"/>
    <w:rsid w:val="00790CDE"/>
    <w:rsid w:val="007C46A3"/>
    <w:rsid w:val="007D3208"/>
    <w:rsid w:val="00801FDE"/>
    <w:rsid w:val="00806E49"/>
    <w:rsid w:val="00816476"/>
    <w:rsid w:val="008339CA"/>
    <w:rsid w:val="008418D3"/>
    <w:rsid w:val="00841A7D"/>
    <w:rsid w:val="00845B3D"/>
    <w:rsid w:val="00885916"/>
    <w:rsid w:val="008E364A"/>
    <w:rsid w:val="008F3B39"/>
    <w:rsid w:val="008F420E"/>
    <w:rsid w:val="0094034D"/>
    <w:rsid w:val="00943D54"/>
    <w:rsid w:val="00944C4C"/>
    <w:rsid w:val="009539C5"/>
    <w:rsid w:val="00960AB0"/>
    <w:rsid w:val="009620BA"/>
    <w:rsid w:val="00973ADB"/>
    <w:rsid w:val="009D1F2B"/>
    <w:rsid w:val="009E4FB0"/>
    <w:rsid w:val="00A16DBD"/>
    <w:rsid w:val="00A3249F"/>
    <w:rsid w:val="00A3570D"/>
    <w:rsid w:val="00A54599"/>
    <w:rsid w:val="00A73752"/>
    <w:rsid w:val="00A83419"/>
    <w:rsid w:val="00AB13CF"/>
    <w:rsid w:val="00AD3C1A"/>
    <w:rsid w:val="00AE43C9"/>
    <w:rsid w:val="00AF3D19"/>
    <w:rsid w:val="00B052CB"/>
    <w:rsid w:val="00B11611"/>
    <w:rsid w:val="00B141E9"/>
    <w:rsid w:val="00B15259"/>
    <w:rsid w:val="00B17F22"/>
    <w:rsid w:val="00B300C3"/>
    <w:rsid w:val="00B42D2A"/>
    <w:rsid w:val="00B907FD"/>
    <w:rsid w:val="00BA6CE6"/>
    <w:rsid w:val="00BA6ECB"/>
    <w:rsid w:val="00BC1253"/>
    <w:rsid w:val="00BD07F5"/>
    <w:rsid w:val="00BD2145"/>
    <w:rsid w:val="00C02D4A"/>
    <w:rsid w:val="00C14E2F"/>
    <w:rsid w:val="00C3025B"/>
    <w:rsid w:val="00C73CE5"/>
    <w:rsid w:val="00C74FE3"/>
    <w:rsid w:val="00C843C5"/>
    <w:rsid w:val="00CB7680"/>
    <w:rsid w:val="00CF41FF"/>
    <w:rsid w:val="00D0790B"/>
    <w:rsid w:val="00D3022E"/>
    <w:rsid w:val="00D67FA0"/>
    <w:rsid w:val="00D91B92"/>
    <w:rsid w:val="00D9578B"/>
    <w:rsid w:val="00DD483E"/>
    <w:rsid w:val="00DF5A5C"/>
    <w:rsid w:val="00E01EB2"/>
    <w:rsid w:val="00E214FE"/>
    <w:rsid w:val="00E54757"/>
    <w:rsid w:val="00E602BC"/>
    <w:rsid w:val="00E81DF2"/>
    <w:rsid w:val="00EB4007"/>
    <w:rsid w:val="00EB74CF"/>
    <w:rsid w:val="00EC5EFD"/>
    <w:rsid w:val="00ED1413"/>
    <w:rsid w:val="00EE0BFA"/>
    <w:rsid w:val="00EE614E"/>
    <w:rsid w:val="00EF33C5"/>
    <w:rsid w:val="00EF366A"/>
    <w:rsid w:val="00F038F9"/>
    <w:rsid w:val="00F11A6C"/>
    <w:rsid w:val="00F3336E"/>
    <w:rsid w:val="00F3643E"/>
    <w:rsid w:val="00F45251"/>
    <w:rsid w:val="00F65E7C"/>
    <w:rsid w:val="00FA29FA"/>
    <w:rsid w:val="00FB6DC3"/>
    <w:rsid w:val="00FD365B"/>
    <w:rsid w:val="00FD50CC"/>
    <w:rsid w:val="00FE1E52"/>
    <w:rsid w:val="00FE36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caption" w:uiPriority="35" w:qFormat="1"/>
    <w:lsdException w:name="Title" w:semiHidden="0" w:unhideWhenUsed="0" w:qFormat="1"/>
    <w:lsdException w:name="Default Paragraph Font" w:uiPriority="1"/>
    <w:lsdException w:name="Body Text"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0">
    <w:name w:val="Normal"/>
    <w:qFormat/>
    <w:rsid w:val="006E092A"/>
  </w:style>
  <w:style w:type="paragraph" w:styleId="11">
    <w:name w:val="heading 1"/>
    <w:basedOn w:val="a0"/>
    <w:next w:val="a0"/>
    <w:link w:val="12"/>
    <w:uiPriority w:val="9"/>
    <w:qFormat/>
    <w:rsid w:val="006E092A"/>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2">
    <w:name w:val="heading 2"/>
    <w:basedOn w:val="a0"/>
    <w:next w:val="a0"/>
    <w:link w:val="20"/>
    <w:unhideWhenUsed/>
    <w:qFormat/>
    <w:rsid w:val="006E092A"/>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30">
    <w:name w:val="heading 3"/>
    <w:basedOn w:val="a0"/>
    <w:next w:val="a0"/>
    <w:link w:val="32"/>
    <w:unhideWhenUsed/>
    <w:qFormat/>
    <w:rsid w:val="006E092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0"/>
    <w:next w:val="a0"/>
    <w:link w:val="40"/>
    <w:unhideWhenUsed/>
    <w:qFormat/>
    <w:rsid w:val="006E092A"/>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0"/>
    <w:next w:val="a0"/>
    <w:link w:val="50"/>
    <w:unhideWhenUsed/>
    <w:qFormat/>
    <w:rsid w:val="006E092A"/>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0"/>
    <w:next w:val="a0"/>
    <w:link w:val="60"/>
    <w:unhideWhenUsed/>
    <w:qFormat/>
    <w:rsid w:val="006E092A"/>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0"/>
    <w:next w:val="a0"/>
    <w:link w:val="70"/>
    <w:uiPriority w:val="99"/>
    <w:unhideWhenUsed/>
    <w:qFormat/>
    <w:rsid w:val="006E092A"/>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0"/>
    <w:next w:val="a0"/>
    <w:link w:val="80"/>
    <w:uiPriority w:val="99"/>
    <w:unhideWhenUsed/>
    <w:qFormat/>
    <w:rsid w:val="006E092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0"/>
    <w:next w:val="a0"/>
    <w:link w:val="90"/>
    <w:uiPriority w:val="99"/>
    <w:unhideWhenUsed/>
    <w:qFormat/>
    <w:rsid w:val="006E092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841CD9"/>
    <w:pPr>
      <w:tabs>
        <w:tab w:val="center" w:pos="4680"/>
        <w:tab w:val="right" w:pos="9360"/>
      </w:tabs>
    </w:pPr>
  </w:style>
  <w:style w:type="character" w:customStyle="1" w:styleId="a5">
    <w:name w:val="Верхний колонтитул Знак"/>
    <w:basedOn w:val="a1"/>
    <w:link w:val="a4"/>
    <w:uiPriority w:val="99"/>
    <w:rsid w:val="00841CD9"/>
  </w:style>
  <w:style w:type="character" w:customStyle="1" w:styleId="12">
    <w:name w:val="Заголовок 1 Знак"/>
    <w:basedOn w:val="a1"/>
    <w:link w:val="11"/>
    <w:uiPriority w:val="9"/>
    <w:rsid w:val="006E092A"/>
    <w:rPr>
      <w:rFonts w:asciiTheme="majorHAnsi" w:eastAsiaTheme="majorEastAsia" w:hAnsiTheme="majorHAnsi" w:cstheme="majorBidi"/>
      <w:color w:val="2E74B5" w:themeColor="accent1" w:themeShade="BF"/>
      <w:sz w:val="36"/>
      <w:szCs w:val="36"/>
    </w:rPr>
  </w:style>
  <w:style w:type="character" w:customStyle="1" w:styleId="20">
    <w:name w:val="Заголовок 2 Знак"/>
    <w:basedOn w:val="a1"/>
    <w:link w:val="2"/>
    <w:rsid w:val="006E092A"/>
    <w:rPr>
      <w:rFonts w:asciiTheme="majorHAnsi" w:eastAsiaTheme="majorEastAsia" w:hAnsiTheme="majorHAnsi" w:cstheme="majorBidi"/>
      <w:color w:val="2E74B5" w:themeColor="accent1" w:themeShade="BF"/>
      <w:sz w:val="28"/>
      <w:szCs w:val="28"/>
    </w:rPr>
  </w:style>
  <w:style w:type="character" w:customStyle="1" w:styleId="32">
    <w:name w:val="Заголовок 3 Знак"/>
    <w:basedOn w:val="a1"/>
    <w:link w:val="30"/>
    <w:rsid w:val="006E092A"/>
    <w:rPr>
      <w:rFonts w:asciiTheme="majorHAnsi" w:eastAsiaTheme="majorEastAsia" w:hAnsiTheme="majorHAnsi" w:cstheme="majorBidi"/>
      <w:color w:val="404040" w:themeColor="text1" w:themeTint="BF"/>
      <w:sz w:val="26"/>
      <w:szCs w:val="26"/>
    </w:rPr>
  </w:style>
  <w:style w:type="character" w:customStyle="1" w:styleId="40">
    <w:name w:val="Заголовок 4 Знак"/>
    <w:basedOn w:val="a1"/>
    <w:link w:val="4"/>
    <w:rsid w:val="006E092A"/>
    <w:rPr>
      <w:rFonts w:asciiTheme="majorHAnsi" w:eastAsiaTheme="majorEastAsia" w:hAnsiTheme="majorHAnsi" w:cstheme="majorBidi"/>
      <w:sz w:val="24"/>
      <w:szCs w:val="24"/>
    </w:rPr>
  </w:style>
  <w:style w:type="paragraph" w:styleId="a6">
    <w:name w:val="Normal Indent"/>
    <w:basedOn w:val="a0"/>
    <w:uiPriority w:val="99"/>
    <w:unhideWhenUsed/>
    <w:rsid w:val="00841CD9"/>
    <w:pPr>
      <w:ind w:left="720"/>
    </w:pPr>
  </w:style>
  <w:style w:type="paragraph" w:styleId="a7">
    <w:name w:val="Subtitle"/>
    <w:basedOn w:val="a0"/>
    <w:next w:val="a0"/>
    <w:link w:val="a8"/>
    <w:uiPriority w:val="11"/>
    <w:qFormat/>
    <w:rsid w:val="006E092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8">
    <w:name w:val="Подзаголовок Знак"/>
    <w:basedOn w:val="a1"/>
    <w:link w:val="a7"/>
    <w:uiPriority w:val="11"/>
    <w:rsid w:val="006E092A"/>
    <w:rPr>
      <w:rFonts w:asciiTheme="majorHAnsi" w:eastAsiaTheme="majorEastAsia" w:hAnsiTheme="majorHAnsi" w:cstheme="majorBidi"/>
      <w:color w:val="404040" w:themeColor="text1" w:themeTint="BF"/>
      <w:sz w:val="30"/>
      <w:szCs w:val="30"/>
    </w:rPr>
  </w:style>
  <w:style w:type="paragraph" w:styleId="a9">
    <w:name w:val="Title"/>
    <w:basedOn w:val="a0"/>
    <w:next w:val="a0"/>
    <w:link w:val="aa"/>
    <w:uiPriority w:val="99"/>
    <w:qFormat/>
    <w:rsid w:val="006E092A"/>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aa">
    <w:name w:val="Название Знак"/>
    <w:basedOn w:val="a1"/>
    <w:link w:val="a9"/>
    <w:uiPriority w:val="99"/>
    <w:rsid w:val="006E092A"/>
    <w:rPr>
      <w:rFonts w:asciiTheme="majorHAnsi" w:eastAsiaTheme="majorEastAsia" w:hAnsiTheme="majorHAnsi" w:cstheme="majorBidi"/>
      <w:color w:val="2E74B5" w:themeColor="accent1" w:themeShade="BF"/>
      <w:spacing w:val="-7"/>
      <w:sz w:val="80"/>
      <w:szCs w:val="80"/>
    </w:rPr>
  </w:style>
  <w:style w:type="character" w:styleId="ab">
    <w:name w:val="Emphasis"/>
    <w:basedOn w:val="a1"/>
    <w:uiPriority w:val="20"/>
    <w:qFormat/>
    <w:rsid w:val="006E092A"/>
    <w:rPr>
      <w:i/>
      <w:iCs/>
    </w:rPr>
  </w:style>
  <w:style w:type="character" w:styleId="ac">
    <w:name w:val="Hyperlink"/>
    <w:basedOn w:val="a1"/>
    <w:unhideWhenUsed/>
    <w:rsid w:val="00161CFB"/>
    <w:rPr>
      <w:color w:val="0563C1" w:themeColor="hyperlink"/>
      <w:u w:val="single"/>
    </w:rPr>
  </w:style>
  <w:style w:type="table" w:styleId="ad">
    <w:name w:val="Table Grid"/>
    <w:basedOn w:val="a2"/>
    <w:uiPriority w:val="59"/>
    <w:rsid w:val="00161C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caption"/>
    <w:basedOn w:val="a0"/>
    <w:next w:val="a0"/>
    <w:uiPriority w:val="35"/>
    <w:unhideWhenUsed/>
    <w:qFormat/>
    <w:rsid w:val="006E092A"/>
    <w:pPr>
      <w:spacing w:line="240" w:lineRule="auto"/>
    </w:pPr>
    <w:rPr>
      <w:b/>
      <w:bCs/>
      <w:color w:val="404040" w:themeColor="text1" w:themeTint="BF"/>
      <w:sz w:val="20"/>
      <w:szCs w:val="20"/>
    </w:rPr>
  </w:style>
  <w:style w:type="paragraph" w:styleId="af">
    <w:name w:val="List Paragraph"/>
    <w:basedOn w:val="a0"/>
    <w:link w:val="af0"/>
    <w:uiPriority w:val="34"/>
    <w:qFormat/>
    <w:rsid w:val="003E01F1"/>
    <w:pPr>
      <w:ind w:left="720"/>
      <w:contextualSpacing/>
    </w:pPr>
  </w:style>
  <w:style w:type="paragraph" w:styleId="af1">
    <w:name w:val="Body Text"/>
    <w:basedOn w:val="a0"/>
    <w:link w:val="af2"/>
    <w:uiPriority w:val="99"/>
    <w:qFormat/>
    <w:rsid w:val="003E01F1"/>
    <w:pPr>
      <w:widowControl w:val="0"/>
      <w:autoSpaceDE w:val="0"/>
      <w:autoSpaceDN w:val="0"/>
      <w:spacing w:after="0" w:line="240" w:lineRule="auto"/>
      <w:ind w:left="526"/>
    </w:pPr>
    <w:rPr>
      <w:rFonts w:ascii="Times New Roman" w:eastAsia="Times New Roman" w:hAnsi="Times New Roman" w:cs="Times New Roman"/>
      <w:sz w:val="24"/>
      <w:szCs w:val="24"/>
      <w:lang w:val="ru-RU"/>
    </w:rPr>
  </w:style>
  <w:style w:type="character" w:customStyle="1" w:styleId="af2">
    <w:name w:val="Основной текст Знак"/>
    <w:basedOn w:val="a1"/>
    <w:link w:val="af1"/>
    <w:uiPriority w:val="99"/>
    <w:rsid w:val="003E01F1"/>
    <w:rPr>
      <w:rFonts w:ascii="Times New Roman" w:eastAsia="Times New Roman" w:hAnsi="Times New Roman" w:cs="Times New Roman"/>
      <w:sz w:val="24"/>
      <w:szCs w:val="24"/>
      <w:lang w:val="ru-RU"/>
    </w:rPr>
  </w:style>
  <w:style w:type="paragraph" w:styleId="af3">
    <w:name w:val="Balloon Text"/>
    <w:basedOn w:val="a0"/>
    <w:link w:val="af4"/>
    <w:uiPriority w:val="99"/>
    <w:unhideWhenUsed/>
    <w:rsid w:val="00BD07F5"/>
    <w:pPr>
      <w:spacing w:after="0" w:line="240" w:lineRule="auto"/>
    </w:pPr>
    <w:rPr>
      <w:rFonts w:ascii="Segoe UI" w:hAnsi="Segoe UI" w:cs="Segoe UI"/>
      <w:sz w:val="18"/>
      <w:szCs w:val="18"/>
    </w:rPr>
  </w:style>
  <w:style w:type="character" w:customStyle="1" w:styleId="af4">
    <w:name w:val="Текст выноски Знак"/>
    <w:basedOn w:val="a1"/>
    <w:link w:val="af3"/>
    <w:uiPriority w:val="99"/>
    <w:rsid w:val="00BD07F5"/>
    <w:rPr>
      <w:rFonts w:ascii="Segoe UI" w:hAnsi="Segoe UI" w:cs="Segoe UI"/>
      <w:sz w:val="18"/>
      <w:szCs w:val="18"/>
    </w:rPr>
  </w:style>
  <w:style w:type="character" w:customStyle="1" w:styleId="50">
    <w:name w:val="Заголовок 5 Знак"/>
    <w:basedOn w:val="a1"/>
    <w:link w:val="5"/>
    <w:rsid w:val="006E092A"/>
    <w:rPr>
      <w:rFonts w:asciiTheme="majorHAnsi" w:eastAsiaTheme="majorEastAsia" w:hAnsiTheme="majorHAnsi" w:cstheme="majorBidi"/>
      <w:i/>
      <w:iCs/>
      <w:sz w:val="22"/>
      <w:szCs w:val="22"/>
    </w:rPr>
  </w:style>
  <w:style w:type="character" w:customStyle="1" w:styleId="60">
    <w:name w:val="Заголовок 6 Знак"/>
    <w:basedOn w:val="a1"/>
    <w:link w:val="6"/>
    <w:rsid w:val="006E092A"/>
    <w:rPr>
      <w:rFonts w:asciiTheme="majorHAnsi" w:eastAsiaTheme="majorEastAsia" w:hAnsiTheme="majorHAnsi" w:cstheme="majorBidi"/>
      <w:color w:val="595959" w:themeColor="text1" w:themeTint="A6"/>
    </w:rPr>
  </w:style>
  <w:style w:type="character" w:customStyle="1" w:styleId="70">
    <w:name w:val="Заголовок 7 Знак"/>
    <w:basedOn w:val="a1"/>
    <w:link w:val="7"/>
    <w:uiPriority w:val="99"/>
    <w:rsid w:val="006E092A"/>
    <w:rPr>
      <w:rFonts w:asciiTheme="majorHAnsi" w:eastAsiaTheme="majorEastAsia" w:hAnsiTheme="majorHAnsi" w:cstheme="majorBidi"/>
      <w:i/>
      <w:iCs/>
      <w:color w:val="595959" w:themeColor="text1" w:themeTint="A6"/>
    </w:rPr>
  </w:style>
  <w:style w:type="character" w:customStyle="1" w:styleId="80">
    <w:name w:val="Заголовок 8 Знак"/>
    <w:basedOn w:val="a1"/>
    <w:link w:val="8"/>
    <w:uiPriority w:val="99"/>
    <w:rsid w:val="006E092A"/>
    <w:rPr>
      <w:rFonts w:asciiTheme="majorHAnsi" w:eastAsiaTheme="majorEastAsia" w:hAnsiTheme="majorHAnsi" w:cstheme="majorBidi"/>
      <w:smallCaps/>
      <w:color w:val="595959" w:themeColor="text1" w:themeTint="A6"/>
    </w:rPr>
  </w:style>
  <w:style w:type="character" w:customStyle="1" w:styleId="90">
    <w:name w:val="Заголовок 9 Знак"/>
    <w:basedOn w:val="a1"/>
    <w:link w:val="9"/>
    <w:uiPriority w:val="99"/>
    <w:rsid w:val="006E092A"/>
    <w:rPr>
      <w:rFonts w:asciiTheme="majorHAnsi" w:eastAsiaTheme="majorEastAsia" w:hAnsiTheme="majorHAnsi" w:cstheme="majorBidi"/>
      <w:i/>
      <w:iCs/>
      <w:smallCaps/>
      <w:color w:val="595959" w:themeColor="text1" w:themeTint="A6"/>
    </w:rPr>
  </w:style>
  <w:style w:type="character" w:styleId="af5">
    <w:name w:val="Strong"/>
    <w:basedOn w:val="a1"/>
    <w:uiPriority w:val="22"/>
    <w:qFormat/>
    <w:rsid w:val="006E092A"/>
    <w:rPr>
      <w:b/>
      <w:bCs/>
    </w:rPr>
  </w:style>
  <w:style w:type="paragraph" w:styleId="af6">
    <w:name w:val="No Spacing"/>
    <w:aliases w:val="No Spacing"/>
    <w:link w:val="af7"/>
    <w:uiPriority w:val="1"/>
    <w:qFormat/>
    <w:rsid w:val="006E092A"/>
    <w:pPr>
      <w:spacing w:after="0" w:line="240" w:lineRule="auto"/>
    </w:pPr>
  </w:style>
  <w:style w:type="paragraph" w:styleId="22">
    <w:name w:val="Quote"/>
    <w:basedOn w:val="a0"/>
    <w:next w:val="a0"/>
    <w:link w:val="23"/>
    <w:uiPriority w:val="29"/>
    <w:qFormat/>
    <w:rsid w:val="006E092A"/>
    <w:pPr>
      <w:spacing w:before="240" w:after="240" w:line="252" w:lineRule="auto"/>
      <w:ind w:left="864" w:right="864"/>
      <w:jc w:val="center"/>
    </w:pPr>
    <w:rPr>
      <w:i/>
      <w:iCs/>
    </w:rPr>
  </w:style>
  <w:style w:type="character" w:customStyle="1" w:styleId="23">
    <w:name w:val="Цитата 2 Знак"/>
    <w:basedOn w:val="a1"/>
    <w:link w:val="22"/>
    <w:uiPriority w:val="29"/>
    <w:rsid w:val="006E092A"/>
    <w:rPr>
      <w:i/>
      <w:iCs/>
    </w:rPr>
  </w:style>
  <w:style w:type="paragraph" w:styleId="af8">
    <w:name w:val="Intense Quote"/>
    <w:basedOn w:val="a0"/>
    <w:next w:val="a0"/>
    <w:link w:val="af9"/>
    <w:uiPriority w:val="30"/>
    <w:qFormat/>
    <w:rsid w:val="006E092A"/>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af9">
    <w:name w:val="Выделенная цитата Знак"/>
    <w:basedOn w:val="a1"/>
    <w:link w:val="af8"/>
    <w:uiPriority w:val="30"/>
    <w:rsid w:val="006E092A"/>
    <w:rPr>
      <w:rFonts w:asciiTheme="majorHAnsi" w:eastAsiaTheme="majorEastAsia" w:hAnsiTheme="majorHAnsi" w:cstheme="majorBidi"/>
      <w:color w:val="5B9BD5" w:themeColor="accent1"/>
      <w:sz w:val="28"/>
      <w:szCs w:val="28"/>
    </w:rPr>
  </w:style>
  <w:style w:type="character" w:styleId="afa">
    <w:name w:val="Subtle Emphasis"/>
    <w:basedOn w:val="a1"/>
    <w:uiPriority w:val="19"/>
    <w:qFormat/>
    <w:rsid w:val="006E092A"/>
    <w:rPr>
      <w:i/>
      <w:iCs/>
      <w:color w:val="595959" w:themeColor="text1" w:themeTint="A6"/>
    </w:rPr>
  </w:style>
  <w:style w:type="character" w:styleId="afb">
    <w:name w:val="Intense Emphasis"/>
    <w:basedOn w:val="a1"/>
    <w:uiPriority w:val="21"/>
    <w:qFormat/>
    <w:rsid w:val="006E092A"/>
    <w:rPr>
      <w:b/>
      <w:bCs/>
      <w:i/>
      <w:iCs/>
    </w:rPr>
  </w:style>
  <w:style w:type="character" w:styleId="afc">
    <w:name w:val="Subtle Reference"/>
    <w:basedOn w:val="a1"/>
    <w:uiPriority w:val="31"/>
    <w:qFormat/>
    <w:rsid w:val="006E092A"/>
    <w:rPr>
      <w:smallCaps/>
      <w:color w:val="404040" w:themeColor="text1" w:themeTint="BF"/>
    </w:rPr>
  </w:style>
  <w:style w:type="character" w:styleId="afd">
    <w:name w:val="Intense Reference"/>
    <w:basedOn w:val="a1"/>
    <w:uiPriority w:val="32"/>
    <w:qFormat/>
    <w:rsid w:val="006E092A"/>
    <w:rPr>
      <w:b/>
      <w:bCs/>
      <w:smallCaps/>
      <w:u w:val="single"/>
    </w:rPr>
  </w:style>
  <w:style w:type="character" w:styleId="afe">
    <w:name w:val="Book Title"/>
    <w:basedOn w:val="a1"/>
    <w:uiPriority w:val="33"/>
    <w:qFormat/>
    <w:rsid w:val="006E092A"/>
    <w:rPr>
      <w:b/>
      <w:bCs/>
      <w:smallCaps/>
    </w:rPr>
  </w:style>
  <w:style w:type="paragraph" w:styleId="aff">
    <w:name w:val="TOC Heading"/>
    <w:basedOn w:val="11"/>
    <w:next w:val="a0"/>
    <w:uiPriority w:val="39"/>
    <w:semiHidden/>
    <w:unhideWhenUsed/>
    <w:qFormat/>
    <w:rsid w:val="006E092A"/>
    <w:pPr>
      <w:outlineLvl w:val="9"/>
    </w:pPr>
  </w:style>
  <w:style w:type="paragraph" w:styleId="aff0">
    <w:name w:val="footer"/>
    <w:basedOn w:val="a0"/>
    <w:link w:val="aff1"/>
    <w:uiPriority w:val="99"/>
    <w:unhideWhenUsed/>
    <w:rsid w:val="00B15259"/>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B15259"/>
  </w:style>
  <w:style w:type="table" w:customStyle="1" w:styleId="13">
    <w:name w:val="Сетка таблицы1"/>
    <w:basedOn w:val="a2"/>
    <w:next w:val="ad"/>
    <w:uiPriority w:val="39"/>
    <w:rsid w:val="00576306"/>
    <w:pPr>
      <w:spacing w:after="0" w:line="240" w:lineRule="auto"/>
    </w:pPr>
    <w:rPr>
      <w:rFonts w:eastAsia="Calibr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d"/>
    <w:uiPriority w:val="59"/>
    <w:rsid w:val="00576306"/>
    <w:pPr>
      <w:spacing w:after="0" w:line="240" w:lineRule="auto"/>
    </w:pPr>
    <w:rPr>
      <w:rFonts w:eastAsia="Times New Roman"/>
      <w:sz w:val="22"/>
      <w:szCs w:val="22"/>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
    <w:name w:val="Нет списка1"/>
    <w:next w:val="a3"/>
    <w:semiHidden/>
    <w:rsid w:val="00FB6DC3"/>
  </w:style>
  <w:style w:type="table" w:customStyle="1" w:styleId="24">
    <w:name w:val="Сетка таблицы2"/>
    <w:basedOn w:val="a2"/>
    <w:next w:val="ad"/>
    <w:rsid w:val="00FB6DC3"/>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5">
    <w:name w:val="Абзац списка1"/>
    <w:basedOn w:val="a0"/>
    <w:link w:val="ListParagraphChar"/>
    <w:uiPriority w:val="99"/>
    <w:rsid w:val="00FB6DC3"/>
    <w:pPr>
      <w:ind w:left="720"/>
      <w:contextualSpacing/>
    </w:pPr>
    <w:rPr>
      <w:rFonts w:ascii="Calibri" w:eastAsia="Calibri" w:hAnsi="Calibri" w:cs="Times New Roman"/>
      <w:lang w:val="ru-RU" w:eastAsia="ru-RU"/>
    </w:rPr>
  </w:style>
  <w:style w:type="paragraph" w:styleId="aff2">
    <w:name w:val="Normal (Web)"/>
    <w:basedOn w:val="a0"/>
    <w:uiPriority w:val="99"/>
    <w:rsid w:val="00FB6DC3"/>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customStyle="1" w:styleId="ListParagraphChar">
    <w:name w:val="List Paragraph Char"/>
    <w:link w:val="15"/>
    <w:locked/>
    <w:rsid w:val="00FB6DC3"/>
    <w:rPr>
      <w:rFonts w:ascii="Calibri" w:eastAsia="Calibri" w:hAnsi="Calibri" w:cs="Times New Roman"/>
      <w:lang w:val="ru-RU" w:eastAsia="ru-RU"/>
    </w:rPr>
  </w:style>
  <w:style w:type="paragraph" w:customStyle="1" w:styleId="3">
    <w:name w:val="3номер"/>
    <w:basedOn w:val="a0"/>
    <w:link w:val="33"/>
    <w:uiPriority w:val="99"/>
    <w:qFormat/>
    <w:rsid w:val="00FB6DC3"/>
    <w:pPr>
      <w:numPr>
        <w:numId w:val="82"/>
      </w:numPr>
      <w:tabs>
        <w:tab w:val="left" w:pos="0"/>
        <w:tab w:val="left" w:pos="851"/>
      </w:tabs>
      <w:spacing w:after="160" w:line="256" w:lineRule="auto"/>
      <w:jc w:val="both"/>
    </w:pPr>
    <w:rPr>
      <w:rFonts w:ascii="Calibri" w:eastAsia="Times New Roman" w:hAnsi="Calibri" w:cs="Times New Roman"/>
      <w:sz w:val="24"/>
      <w:szCs w:val="24"/>
      <w:lang w:val="ru-RU" w:eastAsia="ru-RU"/>
    </w:rPr>
  </w:style>
  <w:style w:type="character" w:customStyle="1" w:styleId="33">
    <w:name w:val="3номер Знак"/>
    <w:link w:val="3"/>
    <w:uiPriority w:val="99"/>
    <w:locked/>
    <w:rsid w:val="00FB6DC3"/>
    <w:rPr>
      <w:rFonts w:ascii="Calibri" w:eastAsia="Times New Roman" w:hAnsi="Calibri" w:cs="Times New Roman"/>
      <w:sz w:val="24"/>
      <w:szCs w:val="24"/>
      <w:lang w:val="ru-RU" w:eastAsia="ru-RU"/>
    </w:rPr>
  </w:style>
  <w:style w:type="paragraph" w:customStyle="1" w:styleId="16">
    <w:name w:val="1"/>
    <w:basedOn w:val="a0"/>
    <w:link w:val="17"/>
    <w:qFormat/>
    <w:rsid w:val="00FB6DC3"/>
    <w:pPr>
      <w:tabs>
        <w:tab w:val="left" w:pos="993"/>
      </w:tabs>
      <w:spacing w:after="160" w:line="256" w:lineRule="auto"/>
      <w:jc w:val="both"/>
    </w:pPr>
    <w:rPr>
      <w:rFonts w:ascii="Calibri" w:eastAsia="Times New Roman" w:hAnsi="Calibri" w:cs="Times New Roman"/>
      <w:sz w:val="24"/>
      <w:szCs w:val="28"/>
      <w:lang w:val="ru-RU" w:eastAsia="ru-RU"/>
    </w:rPr>
  </w:style>
  <w:style w:type="character" w:customStyle="1" w:styleId="17">
    <w:name w:val="1 Знак"/>
    <w:link w:val="16"/>
    <w:locked/>
    <w:rsid w:val="00FB6DC3"/>
    <w:rPr>
      <w:rFonts w:ascii="Calibri" w:eastAsia="Times New Roman" w:hAnsi="Calibri" w:cs="Times New Roman"/>
      <w:sz w:val="24"/>
      <w:szCs w:val="28"/>
      <w:lang w:val="ru-RU" w:eastAsia="ru-RU"/>
    </w:rPr>
  </w:style>
  <w:style w:type="paragraph" w:customStyle="1" w:styleId="10">
    <w:name w:val="1_Номер"/>
    <w:basedOn w:val="15"/>
    <w:link w:val="18"/>
    <w:uiPriority w:val="99"/>
    <w:qFormat/>
    <w:rsid w:val="00FB6DC3"/>
    <w:pPr>
      <w:numPr>
        <w:numId w:val="83"/>
      </w:numPr>
      <w:spacing w:after="160" w:line="256" w:lineRule="auto"/>
      <w:jc w:val="both"/>
    </w:pPr>
    <w:rPr>
      <w:rFonts w:eastAsia="Times New Roman"/>
      <w:sz w:val="24"/>
      <w:szCs w:val="24"/>
    </w:rPr>
  </w:style>
  <w:style w:type="character" w:customStyle="1" w:styleId="18">
    <w:name w:val="1_Номер Знак"/>
    <w:link w:val="10"/>
    <w:uiPriority w:val="99"/>
    <w:locked/>
    <w:rsid w:val="00FB6DC3"/>
    <w:rPr>
      <w:rFonts w:ascii="Calibri" w:eastAsia="Times New Roman" w:hAnsi="Calibri" w:cs="Times New Roman"/>
      <w:sz w:val="24"/>
      <w:szCs w:val="24"/>
      <w:lang w:val="ru-RU" w:eastAsia="ru-RU"/>
    </w:rPr>
  </w:style>
  <w:style w:type="paragraph" w:customStyle="1" w:styleId="311">
    <w:name w:val="Заголовок 31"/>
    <w:basedOn w:val="a0"/>
    <w:next w:val="a0"/>
    <w:uiPriority w:val="1"/>
    <w:qFormat/>
    <w:rsid w:val="00FB6DC3"/>
    <w:pPr>
      <w:keepNext/>
      <w:keepLines/>
      <w:spacing w:before="40" w:after="0" w:line="259" w:lineRule="auto"/>
      <w:outlineLvl w:val="2"/>
    </w:pPr>
    <w:rPr>
      <w:rFonts w:ascii="Cambria" w:eastAsia="Calibri" w:hAnsi="Cambria" w:cs="Times New Roman"/>
      <w:color w:val="243F60"/>
      <w:sz w:val="24"/>
      <w:szCs w:val="24"/>
      <w:lang w:val="ru-RU"/>
    </w:rPr>
  </w:style>
  <w:style w:type="paragraph" w:customStyle="1" w:styleId="19">
    <w:name w:val="Без интервала1"/>
    <w:aliases w:val="основа"/>
    <w:link w:val="NoSpacingChar"/>
    <w:rsid w:val="00FB6DC3"/>
    <w:pPr>
      <w:spacing w:after="0" w:line="240" w:lineRule="auto"/>
      <w:ind w:firstLine="284"/>
      <w:jc w:val="both"/>
    </w:pPr>
    <w:rPr>
      <w:rFonts w:ascii="Calibri" w:eastAsia="Times New Roman" w:hAnsi="Calibri" w:cs="Times New Roman"/>
      <w:sz w:val="22"/>
      <w:szCs w:val="22"/>
      <w:lang w:val="ru-RU"/>
    </w:rPr>
  </w:style>
  <w:style w:type="character" w:customStyle="1" w:styleId="NoSpacingChar">
    <w:name w:val="No Spacing Char"/>
    <w:aliases w:val="основа Char"/>
    <w:link w:val="19"/>
    <w:locked/>
    <w:rsid w:val="00FB6DC3"/>
    <w:rPr>
      <w:rFonts w:ascii="Calibri" w:eastAsia="Times New Roman" w:hAnsi="Calibri" w:cs="Times New Roman"/>
      <w:sz w:val="22"/>
      <w:szCs w:val="22"/>
      <w:lang w:val="ru-RU"/>
    </w:rPr>
  </w:style>
  <w:style w:type="paragraph" w:customStyle="1" w:styleId="aff3">
    <w:name w:val="Основной"/>
    <w:basedOn w:val="a0"/>
    <w:link w:val="aff4"/>
    <w:rsid w:val="00FB6DC3"/>
    <w:pPr>
      <w:autoSpaceDE w:val="0"/>
      <w:autoSpaceDN w:val="0"/>
      <w:adjustRightInd w:val="0"/>
      <w:spacing w:after="0" w:line="214" w:lineRule="atLeast"/>
      <w:ind w:firstLine="283"/>
      <w:jc w:val="both"/>
      <w:textAlignment w:val="center"/>
    </w:pPr>
    <w:rPr>
      <w:rFonts w:ascii="NewtonCSanPin" w:eastAsia="Calibri" w:hAnsi="NewtonCSanPin" w:cs="Times New Roman"/>
      <w:color w:val="000000"/>
      <w:lang w:val="ru-RU" w:eastAsia="ru-RU"/>
    </w:rPr>
  </w:style>
  <w:style w:type="character" w:customStyle="1" w:styleId="aff4">
    <w:name w:val="Основной Знак"/>
    <w:link w:val="aff3"/>
    <w:locked/>
    <w:rsid w:val="00FB6DC3"/>
    <w:rPr>
      <w:rFonts w:ascii="NewtonCSanPin" w:eastAsia="Calibri" w:hAnsi="NewtonCSanPin" w:cs="Times New Roman"/>
      <w:color w:val="000000"/>
      <w:lang w:val="ru-RU" w:eastAsia="ru-RU"/>
    </w:rPr>
  </w:style>
  <w:style w:type="paragraph" w:customStyle="1" w:styleId="41">
    <w:name w:val="Заг 4"/>
    <w:basedOn w:val="a0"/>
    <w:uiPriority w:val="99"/>
    <w:rsid w:val="00FB6DC3"/>
    <w:pPr>
      <w:keepNext/>
      <w:autoSpaceDE w:val="0"/>
      <w:autoSpaceDN w:val="0"/>
      <w:adjustRightInd w:val="0"/>
      <w:spacing w:before="255" w:after="113" w:line="240" w:lineRule="atLeast"/>
      <w:jc w:val="center"/>
      <w:textAlignment w:val="center"/>
    </w:pPr>
    <w:rPr>
      <w:rFonts w:ascii="PragmaticaC" w:eastAsia="Calibri" w:hAnsi="PragmaticaC" w:cs="PragmaticaC"/>
      <w:i/>
      <w:iCs/>
      <w:color w:val="000000"/>
      <w:sz w:val="23"/>
      <w:szCs w:val="23"/>
      <w:lang w:val="ru-RU" w:eastAsia="ru-RU"/>
    </w:rPr>
  </w:style>
  <w:style w:type="paragraph" w:customStyle="1" w:styleId="21">
    <w:name w:val="Средняя сетка 21"/>
    <w:basedOn w:val="a0"/>
    <w:uiPriority w:val="1"/>
    <w:qFormat/>
    <w:rsid w:val="00FB6DC3"/>
    <w:pPr>
      <w:numPr>
        <w:numId w:val="84"/>
      </w:numPr>
      <w:spacing w:after="0" w:line="360" w:lineRule="auto"/>
      <w:contextualSpacing/>
      <w:jc w:val="both"/>
      <w:outlineLvl w:val="1"/>
    </w:pPr>
    <w:rPr>
      <w:rFonts w:ascii="Times New Roman" w:eastAsia="Calibri" w:hAnsi="Times New Roman" w:cs="Times New Roman"/>
      <w:sz w:val="28"/>
      <w:szCs w:val="24"/>
      <w:lang w:val="ru-RU" w:eastAsia="ru-RU"/>
    </w:rPr>
  </w:style>
  <w:style w:type="character" w:customStyle="1" w:styleId="Zag11">
    <w:name w:val="Zag_11"/>
    <w:rsid w:val="00FB6DC3"/>
  </w:style>
  <w:style w:type="paragraph" w:customStyle="1" w:styleId="aff5">
    <w:name w:val="Буллит"/>
    <w:basedOn w:val="a0"/>
    <w:link w:val="aff6"/>
    <w:rsid w:val="00FB6DC3"/>
    <w:pPr>
      <w:autoSpaceDE w:val="0"/>
      <w:autoSpaceDN w:val="0"/>
      <w:adjustRightInd w:val="0"/>
      <w:spacing w:after="0" w:line="214" w:lineRule="atLeast"/>
      <w:ind w:firstLine="244"/>
      <w:jc w:val="both"/>
      <w:textAlignment w:val="center"/>
    </w:pPr>
    <w:rPr>
      <w:rFonts w:ascii="NewtonCSanPin" w:eastAsia="Calibri" w:hAnsi="NewtonCSanPin" w:cs="Times New Roman"/>
      <w:color w:val="000000"/>
      <w:lang w:val="ru-RU" w:eastAsia="ru-RU"/>
    </w:rPr>
  </w:style>
  <w:style w:type="character" w:customStyle="1" w:styleId="aff6">
    <w:name w:val="Буллит Знак"/>
    <w:link w:val="aff5"/>
    <w:locked/>
    <w:rsid w:val="00FB6DC3"/>
    <w:rPr>
      <w:rFonts w:ascii="NewtonCSanPin" w:eastAsia="Calibri" w:hAnsi="NewtonCSanPin" w:cs="Times New Roman"/>
      <w:color w:val="000000"/>
      <w:lang w:val="ru-RU" w:eastAsia="ru-RU"/>
    </w:rPr>
  </w:style>
  <w:style w:type="paragraph" w:customStyle="1" w:styleId="aff7">
    <w:name w:val="Буллит Курсив"/>
    <w:basedOn w:val="aff5"/>
    <w:link w:val="aff8"/>
    <w:uiPriority w:val="99"/>
    <w:rsid w:val="00FB6DC3"/>
    <w:rPr>
      <w:i/>
      <w:iCs/>
    </w:rPr>
  </w:style>
  <w:style w:type="character" w:customStyle="1" w:styleId="aff8">
    <w:name w:val="Буллит Курсив Знак"/>
    <w:link w:val="aff7"/>
    <w:uiPriority w:val="99"/>
    <w:locked/>
    <w:rsid w:val="00FB6DC3"/>
    <w:rPr>
      <w:rFonts w:ascii="NewtonCSanPin" w:eastAsia="Calibri" w:hAnsi="NewtonCSanPin" w:cs="Times New Roman"/>
      <w:i/>
      <w:iCs/>
      <w:color w:val="000000"/>
      <w:lang w:val="ru-RU" w:eastAsia="ru-RU"/>
    </w:rPr>
  </w:style>
  <w:style w:type="paragraph" w:customStyle="1" w:styleId="ConsPlusNormal">
    <w:name w:val="ConsPlusNormal"/>
    <w:uiPriority w:val="99"/>
    <w:rsid w:val="00FB6DC3"/>
    <w:pPr>
      <w:widowControl w:val="0"/>
      <w:autoSpaceDE w:val="0"/>
      <w:autoSpaceDN w:val="0"/>
      <w:adjustRightInd w:val="0"/>
      <w:spacing w:after="0" w:line="240" w:lineRule="auto"/>
    </w:pPr>
    <w:rPr>
      <w:rFonts w:ascii="Arial" w:eastAsia="Calibri" w:hAnsi="Arial" w:cs="Arial"/>
      <w:sz w:val="20"/>
      <w:szCs w:val="20"/>
      <w:lang w:val="ru-RU" w:eastAsia="ru-RU"/>
    </w:rPr>
  </w:style>
  <w:style w:type="paragraph" w:customStyle="1" w:styleId="212">
    <w:name w:val="Заголовок 21"/>
    <w:basedOn w:val="a0"/>
    <w:next w:val="a0"/>
    <w:uiPriority w:val="1"/>
    <w:qFormat/>
    <w:rsid w:val="00FB6DC3"/>
    <w:pPr>
      <w:keepNext/>
      <w:keepLines/>
      <w:spacing w:before="40" w:after="0" w:line="259" w:lineRule="auto"/>
      <w:outlineLvl w:val="1"/>
    </w:pPr>
    <w:rPr>
      <w:rFonts w:ascii="Cambria" w:eastAsia="Calibri" w:hAnsi="Cambria" w:cs="Times New Roman"/>
      <w:color w:val="365F91"/>
      <w:sz w:val="26"/>
      <w:szCs w:val="26"/>
      <w:lang w:val="ru-RU"/>
    </w:rPr>
  </w:style>
  <w:style w:type="paragraph" w:customStyle="1" w:styleId="NoSpacing1">
    <w:name w:val="No Spacing1"/>
    <w:next w:val="19"/>
    <w:uiPriority w:val="1"/>
    <w:qFormat/>
    <w:rsid w:val="00FB6DC3"/>
    <w:pPr>
      <w:spacing w:after="0" w:line="240" w:lineRule="auto"/>
      <w:ind w:firstLine="284"/>
      <w:jc w:val="both"/>
    </w:pPr>
    <w:rPr>
      <w:rFonts w:ascii="Calibri" w:eastAsia="Times New Roman" w:hAnsi="Calibri" w:cs="Times New Roman"/>
      <w:sz w:val="22"/>
      <w:szCs w:val="22"/>
      <w:lang w:val="ru-RU"/>
    </w:rPr>
  </w:style>
  <w:style w:type="paragraph" w:customStyle="1" w:styleId="aff9">
    <w:name w:val="Курсив"/>
    <w:basedOn w:val="aff3"/>
    <w:uiPriority w:val="99"/>
    <w:rsid w:val="00FB6DC3"/>
    <w:rPr>
      <w:i/>
      <w:iCs/>
    </w:rPr>
  </w:style>
  <w:style w:type="paragraph" w:customStyle="1" w:styleId="formattext">
    <w:name w:val="formattext"/>
    <w:basedOn w:val="a0"/>
    <w:uiPriority w:val="99"/>
    <w:rsid w:val="00FB6DC3"/>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c0">
    <w:name w:val="c0"/>
    <w:basedOn w:val="a0"/>
    <w:uiPriority w:val="99"/>
    <w:rsid w:val="00FB6DC3"/>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customStyle="1" w:styleId="c1c2">
    <w:name w:val="c1 c2"/>
    <w:rsid w:val="00FB6DC3"/>
    <w:rPr>
      <w:rFonts w:cs="Times New Roman"/>
    </w:rPr>
  </w:style>
  <w:style w:type="character" w:customStyle="1" w:styleId="c1">
    <w:name w:val="c1"/>
    <w:rsid w:val="00FB6DC3"/>
    <w:rPr>
      <w:rFonts w:cs="Times New Roman"/>
    </w:rPr>
  </w:style>
  <w:style w:type="paragraph" w:customStyle="1" w:styleId="c5c0">
    <w:name w:val="c5 c0"/>
    <w:basedOn w:val="a0"/>
    <w:uiPriority w:val="99"/>
    <w:rsid w:val="00FB6DC3"/>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c0c5">
    <w:name w:val="c0 c5"/>
    <w:basedOn w:val="a0"/>
    <w:uiPriority w:val="99"/>
    <w:rsid w:val="00FB6DC3"/>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ParagraphStyle">
    <w:name w:val="Paragraph Style"/>
    <w:uiPriority w:val="99"/>
    <w:rsid w:val="00FB6DC3"/>
    <w:pPr>
      <w:autoSpaceDE w:val="0"/>
      <w:autoSpaceDN w:val="0"/>
      <w:adjustRightInd w:val="0"/>
      <w:spacing w:after="0" w:line="240" w:lineRule="auto"/>
    </w:pPr>
    <w:rPr>
      <w:rFonts w:ascii="Arial" w:eastAsia="Calibri" w:hAnsi="Arial" w:cs="Arial"/>
      <w:sz w:val="24"/>
      <w:szCs w:val="24"/>
      <w:lang w:val="ru-RU" w:eastAsia="ru-RU"/>
    </w:rPr>
  </w:style>
  <w:style w:type="table" w:customStyle="1" w:styleId="120">
    <w:name w:val="Сетка таблицы12"/>
    <w:rsid w:val="00FB6DC3"/>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
    <w:rsid w:val="00FB6DC3"/>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rsid w:val="00FB6DC3"/>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a">
    <w:name w:val="annotation text"/>
    <w:basedOn w:val="a0"/>
    <w:link w:val="affb"/>
    <w:uiPriority w:val="99"/>
    <w:rsid w:val="00FB6DC3"/>
    <w:pPr>
      <w:spacing w:after="0" w:line="240" w:lineRule="auto"/>
    </w:pPr>
    <w:rPr>
      <w:rFonts w:ascii="Times New Roman" w:eastAsia="Calibri" w:hAnsi="Times New Roman" w:cs="Times New Roman"/>
      <w:sz w:val="20"/>
      <w:szCs w:val="20"/>
      <w:lang w:val="ru-RU" w:eastAsia="ru-RU"/>
    </w:rPr>
  </w:style>
  <w:style w:type="character" w:customStyle="1" w:styleId="affb">
    <w:name w:val="Текст примечания Знак"/>
    <w:basedOn w:val="a1"/>
    <w:link w:val="affa"/>
    <w:uiPriority w:val="99"/>
    <w:rsid w:val="00FB6DC3"/>
    <w:rPr>
      <w:rFonts w:ascii="Times New Roman" w:eastAsia="Calibri" w:hAnsi="Times New Roman" w:cs="Times New Roman"/>
      <w:sz w:val="20"/>
      <w:szCs w:val="20"/>
      <w:lang w:val="ru-RU" w:eastAsia="ru-RU"/>
    </w:rPr>
  </w:style>
  <w:style w:type="paragraph" w:customStyle="1" w:styleId="Zag3">
    <w:name w:val="Zag_3"/>
    <w:basedOn w:val="a0"/>
    <w:uiPriority w:val="99"/>
    <w:rsid w:val="00FB6DC3"/>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eastAsia="ru-RU"/>
    </w:rPr>
  </w:style>
  <w:style w:type="character" w:customStyle="1" w:styleId="1a">
    <w:name w:val="Гиперссылка1"/>
    <w:uiPriority w:val="99"/>
    <w:rsid w:val="00FB6DC3"/>
    <w:rPr>
      <w:rFonts w:cs="Times New Roman"/>
      <w:color w:val="0000FF"/>
      <w:u w:val="single"/>
    </w:rPr>
  </w:style>
  <w:style w:type="paragraph" w:customStyle="1" w:styleId="Default">
    <w:name w:val="Default"/>
    <w:uiPriority w:val="99"/>
    <w:rsid w:val="00FB6DC3"/>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paragraph" w:customStyle="1" w:styleId="TableParagraph">
    <w:name w:val="Table Paragraph"/>
    <w:basedOn w:val="a0"/>
    <w:uiPriority w:val="1"/>
    <w:qFormat/>
    <w:rsid w:val="00FB6DC3"/>
    <w:pPr>
      <w:widowControl w:val="0"/>
      <w:autoSpaceDE w:val="0"/>
      <w:autoSpaceDN w:val="0"/>
      <w:spacing w:after="0" w:line="240" w:lineRule="auto"/>
      <w:ind w:left="105"/>
    </w:pPr>
    <w:rPr>
      <w:rFonts w:ascii="Times New Roman" w:eastAsia="Calibri" w:hAnsi="Times New Roman" w:cs="Times New Roman"/>
      <w:sz w:val="22"/>
      <w:szCs w:val="22"/>
    </w:rPr>
  </w:style>
  <w:style w:type="table" w:customStyle="1" w:styleId="TableNormal1">
    <w:name w:val="Table Normal1"/>
    <w:rsid w:val="00FB6DC3"/>
    <w:pPr>
      <w:widowControl w:val="0"/>
      <w:autoSpaceDE w:val="0"/>
      <w:autoSpaceDN w:val="0"/>
      <w:spacing w:after="0" w:line="240" w:lineRule="auto"/>
    </w:pPr>
    <w:rPr>
      <w:rFonts w:ascii="Calibri" w:eastAsia="Times New Roman" w:hAnsi="Calibri" w:cs="Times New Roman"/>
      <w:sz w:val="22"/>
      <w:szCs w:val="22"/>
    </w:rPr>
    <w:tblPr>
      <w:tblInd w:w="0" w:type="dxa"/>
      <w:tblCellMar>
        <w:top w:w="0" w:type="dxa"/>
        <w:left w:w="0" w:type="dxa"/>
        <w:bottom w:w="0" w:type="dxa"/>
        <w:right w:w="0" w:type="dxa"/>
      </w:tblCellMar>
    </w:tblPr>
  </w:style>
  <w:style w:type="paragraph" w:customStyle="1" w:styleId="111">
    <w:name w:val="Заголовок 11"/>
    <w:basedOn w:val="a0"/>
    <w:uiPriority w:val="1"/>
    <w:qFormat/>
    <w:rsid w:val="00FB6DC3"/>
    <w:pPr>
      <w:widowControl w:val="0"/>
      <w:autoSpaceDE w:val="0"/>
      <w:autoSpaceDN w:val="0"/>
      <w:spacing w:after="0" w:line="240" w:lineRule="auto"/>
      <w:ind w:left="1179"/>
      <w:outlineLvl w:val="1"/>
    </w:pPr>
    <w:rPr>
      <w:rFonts w:ascii="Times New Roman" w:eastAsia="Calibri" w:hAnsi="Times New Roman" w:cs="Times New Roman"/>
      <w:b/>
      <w:bCs/>
      <w:sz w:val="28"/>
      <w:szCs w:val="28"/>
    </w:rPr>
  </w:style>
  <w:style w:type="paragraph" w:customStyle="1" w:styleId="410">
    <w:name w:val="Заголовок 41"/>
    <w:basedOn w:val="a0"/>
    <w:uiPriority w:val="1"/>
    <w:qFormat/>
    <w:rsid w:val="00FB6DC3"/>
    <w:pPr>
      <w:widowControl w:val="0"/>
      <w:autoSpaceDE w:val="0"/>
      <w:autoSpaceDN w:val="0"/>
      <w:spacing w:before="8" w:after="0" w:line="272" w:lineRule="exact"/>
      <w:ind w:left="1040"/>
      <w:outlineLvl w:val="4"/>
    </w:pPr>
    <w:rPr>
      <w:rFonts w:ascii="Times New Roman" w:eastAsia="Calibri" w:hAnsi="Times New Roman" w:cs="Times New Roman"/>
      <w:b/>
      <w:bCs/>
      <w:i/>
      <w:sz w:val="24"/>
      <w:szCs w:val="24"/>
    </w:rPr>
  </w:style>
  <w:style w:type="character" w:customStyle="1" w:styleId="214">
    <w:name w:val="Заголовок 2 Знак1"/>
    <w:uiPriority w:val="9"/>
    <w:semiHidden/>
    <w:rsid w:val="00FB6DC3"/>
    <w:rPr>
      <w:rFonts w:ascii="Cambria" w:hAnsi="Cambria" w:cs="Times New Roman"/>
      <w:color w:val="365F91"/>
      <w:sz w:val="26"/>
      <w:szCs w:val="26"/>
    </w:rPr>
  </w:style>
  <w:style w:type="character" w:customStyle="1" w:styleId="312">
    <w:name w:val="Заголовок 3 Знак1"/>
    <w:uiPriority w:val="9"/>
    <w:semiHidden/>
    <w:rsid w:val="00FB6DC3"/>
    <w:rPr>
      <w:rFonts w:ascii="Cambria" w:hAnsi="Cambria" w:cs="Times New Roman"/>
      <w:color w:val="243F60"/>
      <w:sz w:val="24"/>
      <w:szCs w:val="24"/>
    </w:rPr>
  </w:style>
  <w:style w:type="table" w:customStyle="1" w:styleId="42">
    <w:name w:val="Сетка таблицы4"/>
    <w:rsid w:val="00FB6DC3"/>
    <w:pPr>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Основной текст с отступом Знак1"/>
    <w:uiPriority w:val="99"/>
    <w:semiHidden/>
    <w:rsid w:val="00FB6DC3"/>
    <w:rPr>
      <w:rFonts w:cs="Times New Roman"/>
    </w:rPr>
  </w:style>
  <w:style w:type="paragraph" w:styleId="affc">
    <w:name w:val="Document Map"/>
    <w:basedOn w:val="a0"/>
    <w:link w:val="affd"/>
    <w:uiPriority w:val="99"/>
    <w:semiHidden/>
    <w:rsid w:val="00FB6DC3"/>
    <w:pPr>
      <w:spacing w:after="0" w:line="240" w:lineRule="auto"/>
    </w:pPr>
    <w:rPr>
      <w:rFonts w:ascii="Times New Roman" w:eastAsia="Calibri" w:hAnsi="Times New Roman" w:cs="Times New Roman"/>
      <w:sz w:val="24"/>
      <w:szCs w:val="24"/>
      <w:lang w:val="ru-RU" w:eastAsia="ru-RU"/>
    </w:rPr>
  </w:style>
  <w:style w:type="character" w:customStyle="1" w:styleId="affd">
    <w:name w:val="Схема документа Знак"/>
    <w:basedOn w:val="a1"/>
    <w:link w:val="affc"/>
    <w:uiPriority w:val="99"/>
    <w:semiHidden/>
    <w:rsid w:val="00FB6DC3"/>
    <w:rPr>
      <w:rFonts w:ascii="Times New Roman" w:eastAsia="Calibri" w:hAnsi="Times New Roman" w:cs="Times New Roman"/>
      <w:sz w:val="24"/>
      <w:szCs w:val="24"/>
      <w:lang w:val="ru-RU" w:eastAsia="ru-RU"/>
    </w:rPr>
  </w:style>
  <w:style w:type="character" w:customStyle="1" w:styleId="c12">
    <w:name w:val="c12"/>
    <w:uiPriority w:val="99"/>
    <w:rsid w:val="00FB6DC3"/>
    <w:rPr>
      <w:rFonts w:cs="Times New Roman"/>
    </w:rPr>
  </w:style>
  <w:style w:type="paragraph" w:customStyle="1" w:styleId="c14">
    <w:name w:val="c14"/>
    <w:basedOn w:val="a0"/>
    <w:uiPriority w:val="99"/>
    <w:rsid w:val="00FB6DC3"/>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customStyle="1" w:styleId="c5">
    <w:name w:val="c5"/>
    <w:rsid w:val="00FB6DC3"/>
  </w:style>
  <w:style w:type="paragraph" w:customStyle="1" w:styleId="c2">
    <w:name w:val="c2"/>
    <w:basedOn w:val="a0"/>
    <w:uiPriority w:val="99"/>
    <w:rsid w:val="00FB6DC3"/>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c9c18">
    <w:name w:val="c9 c18"/>
    <w:basedOn w:val="a0"/>
    <w:uiPriority w:val="99"/>
    <w:rsid w:val="00FB6DC3"/>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customStyle="1" w:styleId="c7">
    <w:name w:val="c7"/>
    <w:rsid w:val="00FB6DC3"/>
    <w:rPr>
      <w:rFonts w:cs="Times New Roman"/>
    </w:rPr>
  </w:style>
  <w:style w:type="paragraph" w:customStyle="1" w:styleId="1c">
    <w:name w:val="Абзац списка1"/>
    <w:basedOn w:val="a0"/>
    <w:rsid w:val="00FB6DC3"/>
    <w:pPr>
      <w:spacing w:after="200" w:line="276" w:lineRule="auto"/>
      <w:ind w:left="720"/>
      <w:contextualSpacing/>
    </w:pPr>
    <w:rPr>
      <w:rFonts w:ascii="Calibri" w:eastAsia="Calibri" w:hAnsi="Calibri" w:cs="Times New Roman"/>
      <w:sz w:val="22"/>
      <w:szCs w:val="22"/>
      <w:lang w:val="ru-RU"/>
    </w:rPr>
  </w:style>
  <w:style w:type="character" w:customStyle="1" w:styleId="ff1">
    <w:name w:val="ff1"/>
    <w:rsid w:val="00FB6DC3"/>
    <w:rPr>
      <w:rFonts w:cs="Times New Roman"/>
    </w:rPr>
  </w:style>
  <w:style w:type="paragraph" w:customStyle="1" w:styleId="c4">
    <w:name w:val="c4"/>
    <w:basedOn w:val="a0"/>
    <w:uiPriority w:val="99"/>
    <w:rsid w:val="00FB6DC3"/>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customStyle="1" w:styleId="1d">
    <w:name w:val="Основной шрифт абзаца1"/>
    <w:rsid w:val="00FB6DC3"/>
  </w:style>
  <w:style w:type="paragraph" w:styleId="affe">
    <w:name w:val="Body Text Indent"/>
    <w:basedOn w:val="a0"/>
    <w:link w:val="afff"/>
    <w:uiPriority w:val="99"/>
    <w:rsid w:val="00FB6DC3"/>
    <w:pPr>
      <w:suppressAutoHyphens/>
      <w:spacing w:after="0" w:line="240" w:lineRule="auto"/>
      <w:jc w:val="both"/>
    </w:pPr>
    <w:rPr>
      <w:rFonts w:ascii="Times New Roman" w:eastAsia="Calibri" w:hAnsi="Times New Roman" w:cs="Times New Roman"/>
      <w:sz w:val="24"/>
      <w:szCs w:val="24"/>
      <w:lang w:val="ru-RU" w:eastAsia="zh-CN"/>
    </w:rPr>
  </w:style>
  <w:style w:type="character" w:customStyle="1" w:styleId="afff">
    <w:name w:val="Основной текст с отступом Знак"/>
    <w:basedOn w:val="a1"/>
    <w:link w:val="affe"/>
    <w:uiPriority w:val="99"/>
    <w:rsid w:val="00FB6DC3"/>
    <w:rPr>
      <w:rFonts w:ascii="Times New Roman" w:eastAsia="Calibri" w:hAnsi="Times New Roman" w:cs="Times New Roman"/>
      <w:sz w:val="24"/>
      <w:szCs w:val="24"/>
      <w:lang w:val="ru-RU" w:eastAsia="zh-CN"/>
    </w:rPr>
  </w:style>
  <w:style w:type="paragraph" w:customStyle="1" w:styleId="320">
    <w:name w:val="Основной текст 32"/>
    <w:basedOn w:val="a0"/>
    <w:uiPriority w:val="99"/>
    <w:rsid w:val="00FB6DC3"/>
    <w:pPr>
      <w:widowControl w:val="0"/>
      <w:suppressAutoHyphens/>
      <w:spacing w:after="0" w:line="240" w:lineRule="auto"/>
    </w:pPr>
    <w:rPr>
      <w:rFonts w:ascii="Times New Roman" w:eastAsia="Calibri" w:hAnsi="Times New Roman" w:cs="Times New Roman"/>
      <w:sz w:val="22"/>
      <w:szCs w:val="22"/>
      <w:lang w:val="ru-RU" w:eastAsia="zh-CN"/>
    </w:rPr>
  </w:style>
  <w:style w:type="paragraph" w:styleId="25">
    <w:name w:val="Body Text Indent 2"/>
    <w:basedOn w:val="a0"/>
    <w:link w:val="26"/>
    <w:uiPriority w:val="99"/>
    <w:rsid w:val="00FB6DC3"/>
    <w:pPr>
      <w:spacing w:after="0" w:line="240" w:lineRule="auto"/>
      <w:ind w:firstLine="720"/>
      <w:jc w:val="both"/>
    </w:pPr>
    <w:rPr>
      <w:rFonts w:ascii="Times New Roman" w:eastAsia="Calibri" w:hAnsi="Times New Roman" w:cs="Times New Roman"/>
      <w:sz w:val="24"/>
      <w:szCs w:val="24"/>
      <w:lang w:val="ru-RU"/>
    </w:rPr>
  </w:style>
  <w:style w:type="character" w:customStyle="1" w:styleId="26">
    <w:name w:val="Основной текст с отступом 2 Знак"/>
    <w:basedOn w:val="a1"/>
    <w:link w:val="25"/>
    <w:uiPriority w:val="99"/>
    <w:rsid w:val="00FB6DC3"/>
    <w:rPr>
      <w:rFonts w:ascii="Times New Roman" w:eastAsia="Calibri" w:hAnsi="Times New Roman" w:cs="Times New Roman"/>
      <w:sz w:val="24"/>
      <w:szCs w:val="24"/>
      <w:lang w:val="ru-RU"/>
    </w:rPr>
  </w:style>
  <w:style w:type="paragraph" w:styleId="35">
    <w:name w:val="Body Text 3"/>
    <w:basedOn w:val="a0"/>
    <w:link w:val="36"/>
    <w:uiPriority w:val="99"/>
    <w:rsid w:val="00FB6DC3"/>
    <w:pPr>
      <w:widowControl w:val="0"/>
      <w:spacing w:after="0" w:line="240" w:lineRule="auto"/>
    </w:pPr>
    <w:rPr>
      <w:rFonts w:ascii="Times New Roman" w:eastAsia="Calibri" w:hAnsi="Times New Roman" w:cs="Times New Roman"/>
      <w:sz w:val="22"/>
      <w:szCs w:val="22"/>
      <w:lang w:val="ru-RU" w:eastAsia="ru-RU"/>
    </w:rPr>
  </w:style>
  <w:style w:type="character" w:customStyle="1" w:styleId="36">
    <w:name w:val="Основной текст 3 Знак"/>
    <w:basedOn w:val="a1"/>
    <w:link w:val="35"/>
    <w:uiPriority w:val="99"/>
    <w:rsid w:val="00FB6DC3"/>
    <w:rPr>
      <w:rFonts w:ascii="Times New Roman" w:eastAsia="Calibri" w:hAnsi="Times New Roman" w:cs="Times New Roman"/>
      <w:sz w:val="22"/>
      <w:szCs w:val="22"/>
      <w:lang w:val="ru-RU" w:eastAsia="ru-RU"/>
    </w:rPr>
  </w:style>
  <w:style w:type="paragraph" w:styleId="afff0">
    <w:name w:val="Block Text"/>
    <w:basedOn w:val="a0"/>
    <w:uiPriority w:val="99"/>
    <w:rsid w:val="00FB6DC3"/>
    <w:pPr>
      <w:shd w:val="clear" w:color="auto" w:fill="FFFFFF"/>
      <w:spacing w:after="0" w:line="252" w:lineRule="exact"/>
      <w:ind w:left="14" w:right="-5" w:firstLine="166"/>
    </w:pPr>
    <w:rPr>
      <w:rFonts w:ascii="Times New Roman" w:eastAsia="Calibri" w:hAnsi="Times New Roman" w:cs="Times New Roman"/>
      <w:sz w:val="22"/>
      <w:szCs w:val="22"/>
      <w:lang w:val="ru-RU" w:eastAsia="ru-RU"/>
    </w:rPr>
  </w:style>
  <w:style w:type="paragraph" w:styleId="37">
    <w:name w:val="Body Text Indent 3"/>
    <w:basedOn w:val="a0"/>
    <w:link w:val="38"/>
    <w:uiPriority w:val="99"/>
    <w:rsid w:val="00FB6DC3"/>
    <w:pPr>
      <w:tabs>
        <w:tab w:val="left" w:pos="284"/>
      </w:tabs>
      <w:spacing w:after="0" w:line="240" w:lineRule="auto"/>
      <w:ind w:left="142"/>
    </w:pPr>
    <w:rPr>
      <w:rFonts w:ascii="Times New Roman" w:eastAsia="Calibri" w:hAnsi="Times New Roman" w:cs="Times New Roman"/>
      <w:sz w:val="24"/>
      <w:szCs w:val="24"/>
      <w:lang w:val="ru-RU" w:eastAsia="ru-RU"/>
    </w:rPr>
  </w:style>
  <w:style w:type="character" w:customStyle="1" w:styleId="38">
    <w:name w:val="Основной текст с отступом 3 Знак"/>
    <w:basedOn w:val="a1"/>
    <w:link w:val="37"/>
    <w:uiPriority w:val="99"/>
    <w:rsid w:val="00FB6DC3"/>
    <w:rPr>
      <w:rFonts w:ascii="Times New Roman" w:eastAsia="Calibri" w:hAnsi="Times New Roman" w:cs="Times New Roman"/>
      <w:sz w:val="24"/>
      <w:szCs w:val="24"/>
      <w:lang w:val="ru-RU" w:eastAsia="ru-RU"/>
    </w:rPr>
  </w:style>
  <w:style w:type="paragraph" w:customStyle="1" w:styleId="39">
    <w:name w:val="Заголовок 3+"/>
    <w:basedOn w:val="a0"/>
    <w:uiPriority w:val="99"/>
    <w:rsid w:val="00FB6DC3"/>
    <w:pPr>
      <w:widowControl w:val="0"/>
      <w:overflowPunct w:val="0"/>
      <w:autoSpaceDE w:val="0"/>
      <w:autoSpaceDN w:val="0"/>
      <w:adjustRightInd w:val="0"/>
      <w:spacing w:before="240" w:after="0" w:line="240" w:lineRule="auto"/>
      <w:jc w:val="center"/>
    </w:pPr>
    <w:rPr>
      <w:rFonts w:ascii="Times New Roman" w:eastAsia="Calibri" w:hAnsi="Times New Roman" w:cs="Times New Roman"/>
      <w:b/>
      <w:sz w:val="28"/>
      <w:szCs w:val="20"/>
      <w:lang w:val="ru-RU" w:eastAsia="ru-RU"/>
    </w:rPr>
  </w:style>
  <w:style w:type="paragraph" w:customStyle="1" w:styleId="1e">
    <w:name w:val="Стиль1"/>
    <w:basedOn w:val="a0"/>
    <w:uiPriority w:val="99"/>
    <w:rsid w:val="00FB6DC3"/>
    <w:pPr>
      <w:spacing w:after="0" w:line="360" w:lineRule="auto"/>
      <w:jc w:val="both"/>
    </w:pPr>
    <w:rPr>
      <w:rFonts w:ascii="Times New Roman" w:eastAsia="Times New Roman" w:hAnsi="Times New Roman" w:cs="Times New Roman"/>
      <w:sz w:val="24"/>
      <w:szCs w:val="24"/>
      <w:lang w:val="ru-RU" w:eastAsia="ru-RU"/>
    </w:rPr>
  </w:style>
  <w:style w:type="character" w:customStyle="1" w:styleId="afff1">
    <w:name w:val="Основной текст + Полужирный"/>
    <w:rsid w:val="00FB6DC3"/>
    <w:rPr>
      <w:rFonts w:ascii="Times New Roman" w:hAnsi="Times New Roman"/>
      <w:b/>
      <w:spacing w:val="0"/>
      <w:sz w:val="17"/>
    </w:rPr>
  </w:style>
  <w:style w:type="character" w:customStyle="1" w:styleId="3a">
    <w:name w:val="Основной текст (3)_"/>
    <w:link w:val="313"/>
    <w:locked/>
    <w:rsid w:val="00FB6DC3"/>
    <w:rPr>
      <w:rFonts w:ascii="Bookman Old Style" w:hAnsi="Bookman Old Style"/>
      <w:sz w:val="15"/>
      <w:shd w:val="clear" w:color="auto" w:fill="FFFFFF"/>
    </w:rPr>
  </w:style>
  <w:style w:type="paragraph" w:customStyle="1" w:styleId="313">
    <w:name w:val="Основной текст (3)1"/>
    <w:basedOn w:val="a0"/>
    <w:link w:val="3a"/>
    <w:rsid w:val="00FB6DC3"/>
    <w:pPr>
      <w:shd w:val="clear" w:color="auto" w:fill="FFFFFF"/>
      <w:spacing w:after="240" w:line="86" w:lineRule="exact"/>
      <w:jc w:val="both"/>
    </w:pPr>
    <w:rPr>
      <w:rFonts w:ascii="Bookman Old Style" w:hAnsi="Bookman Old Style"/>
      <w:sz w:val="15"/>
    </w:rPr>
  </w:style>
  <w:style w:type="character" w:customStyle="1" w:styleId="3b">
    <w:name w:val="Основной текст (3)"/>
    <w:rsid w:val="00FB6DC3"/>
    <w:rPr>
      <w:rFonts w:ascii="Bookman Old Style" w:hAnsi="Bookman Old Style" w:cs="Times New Roman"/>
      <w:sz w:val="15"/>
      <w:szCs w:val="15"/>
      <w:shd w:val="clear" w:color="auto" w:fill="FFFFFF"/>
    </w:rPr>
  </w:style>
  <w:style w:type="character" w:customStyle="1" w:styleId="38pt">
    <w:name w:val="Основной текст (3) + 8 pt"/>
    <w:rsid w:val="00FB6DC3"/>
    <w:rPr>
      <w:rFonts w:ascii="Bookman Old Style" w:hAnsi="Bookman Old Style"/>
      <w:sz w:val="16"/>
      <w:shd w:val="clear" w:color="auto" w:fill="FFFFFF"/>
    </w:rPr>
  </w:style>
  <w:style w:type="character" w:customStyle="1" w:styleId="81">
    <w:name w:val="Основной текст (8)_"/>
    <w:link w:val="810"/>
    <w:locked/>
    <w:rsid w:val="00FB6DC3"/>
    <w:rPr>
      <w:rFonts w:ascii="Bookman Old Style" w:hAnsi="Bookman Old Style"/>
      <w:sz w:val="16"/>
      <w:shd w:val="clear" w:color="auto" w:fill="FFFFFF"/>
    </w:rPr>
  </w:style>
  <w:style w:type="paragraph" w:customStyle="1" w:styleId="810">
    <w:name w:val="Основной текст (8)1"/>
    <w:basedOn w:val="a0"/>
    <w:link w:val="81"/>
    <w:rsid w:val="00FB6DC3"/>
    <w:pPr>
      <w:shd w:val="clear" w:color="auto" w:fill="FFFFFF"/>
      <w:spacing w:after="60" w:line="130" w:lineRule="exact"/>
      <w:jc w:val="both"/>
    </w:pPr>
    <w:rPr>
      <w:rFonts w:ascii="Bookman Old Style" w:hAnsi="Bookman Old Style"/>
      <w:sz w:val="16"/>
    </w:rPr>
  </w:style>
  <w:style w:type="character" w:customStyle="1" w:styleId="82">
    <w:name w:val="Основной текст (8)"/>
    <w:rsid w:val="00FB6DC3"/>
    <w:rPr>
      <w:rFonts w:ascii="Bookman Old Style" w:hAnsi="Bookman Old Style" w:cs="Times New Roman"/>
      <w:sz w:val="16"/>
      <w:szCs w:val="16"/>
      <w:shd w:val="clear" w:color="auto" w:fill="FFFFFF"/>
    </w:rPr>
  </w:style>
  <w:style w:type="character" w:customStyle="1" w:styleId="87">
    <w:name w:val="Основной текст (8) + 7"/>
    <w:aliases w:val="5 pt2"/>
    <w:rsid w:val="00FB6DC3"/>
    <w:rPr>
      <w:rFonts w:ascii="Bookman Old Style" w:hAnsi="Bookman Old Style"/>
      <w:sz w:val="15"/>
      <w:shd w:val="clear" w:color="auto" w:fill="FFFFFF"/>
    </w:rPr>
  </w:style>
  <w:style w:type="character" w:customStyle="1" w:styleId="9pt">
    <w:name w:val="Основной текст + 9 pt"/>
    <w:rsid w:val="00FB6DC3"/>
    <w:rPr>
      <w:rFonts w:ascii="Times New Roman" w:hAnsi="Times New Roman"/>
      <w:i/>
      <w:spacing w:val="0"/>
      <w:sz w:val="18"/>
    </w:rPr>
  </w:style>
  <w:style w:type="character" w:customStyle="1" w:styleId="1f">
    <w:name w:val="Основной текст + Полужирный1"/>
    <w:rsid w:val="00FB6DC3"/>
    <w:rPr>
      <w:rFonts w:ascii="Times New Roman" w:hAnsi="Times New Roman"/>
      <w:b/>
      <w:spacing w:val="0"/>
      <w:sz w:val="17"/>
    </w:rPr>
  </w:style>
  <w:style w:type="character" w:customStyle="1" w:styleId="200">
    <w:name w:val="Основной текст (20)_"/>
    <w:link w:val="201"/>
    <w:locked/>
    <w:rsid w:val="00FB6DC3"/>
    <w:rPr>
      <w:spacing w:val="10"/>
      <w:sz w:val="15"/>
      <w:shd w:val="clear" w:color="auto" w:fill="FFFFFF"/>
    </w:rPr>
  </w:style>
  <w:style w:type="paragraph" w:customStyle="1" w:styleId="201">
    <w:name w:val="Основной текст (20)"/>
    <w:basedOn w:val="a0"/>
    <w:link w:val="200"/>
    <w:rsid w:val="00FB6DC3"/>
    <w:pPr>
      <w:shd w:val="clear" w:color="auto" w:fill="FFFFFF"/>
      <w:spacing w:before="60" w:after="420" w:line="240" w:lineRule="atLeast"/>
    </w:pPr>
    <w:rPr>
      <w:spacing w:val="10"/>
      <w:sz w:val="15"/>
    </w:rPr>
  </w:style>
  <w:style w:type="character" w:customStyle="1" w:styleId="208">
    <w:name w:val="Основной текст (20) + 8"/>
    <w:aliases w:val="5 pt1,Полужирный,Интервал 0 pt"/>
    <w:rsid w:val="00FB6DC3"/>
    <w:rPr>
      <w:b/>
      <w:spacing w:val="0"/>
      <w:sz w:val="17"/>
      <w:shd w:val="clear" w:color="auto" w:fill="FFFFFF"/>
    </w:rPr>
  </w:style>
  <w:style w:type="paragraph" w:customStyle="1" w:styleId="Style3">
    <w:name w:val="Style3"/>
    <w:basedOn w:val="a0"/>
    <w:uiPriority w:val="99"/>
    <w:rsid w:val="00FB6DC3"/>
    <w:pPr>
      <w:widowControl w:val="0"/>
      <w:autoSpaceDE w:val="0"/>
      <w:autoSpaceDN w:val="0"/>
      <w:adjustRightInd w:val="0"/>
      <w:spacing w:after="0" w:line="240" w:lineRule="auto"/>
      <w:jc w:val="both"/>
    </w:pPr>
    <w:rPr>
      <w:rFonts w:ascii="Arial" w:eastAsia="Calibri" w:hAnsi="Arial" w:cs="Arial"/>
      <w:sz w:val="24"/>
      <w:szCs w:val="24"/>
      <w:lang w:val="ru-RU" w:eastAsia="ru-RU"/>
    </w:rPr>
  </w:style>
  <w:style w:type="paragraph" w:customStyle="1" w:styleId="Style4">
    <w:name w:val="Style4"/>
    <w:basedOn w:val="a0"/>
    <w:uiPriority w:val="99"/>
    <w:rsid w:val="00FB6DC3"/>
    <w:pPr>
      <w:widowControl w:val="0"/>
      <w:autoSpaceDE w:val="0"/>
      <w:autoSpaceDN w:val="0"/>
      <w:adjustRightInd w:val="0"/>
      <w:spacing w:after="0" w:line="202" w:lineRule="exact"/>
      <w:ind w:firstLine="298"/>
      <w:jc w:val="both"/>
    </w:pPr>
    <w:rPr>
      <w:rFonts w:ascii="Arial" w:eastAsia="Calibri" w:hAnsi="Arial" w:cs="Arial"/>
      <w:sz w:val="24"/>
      <w:szCs w:val="24"/>
      <w:lang w:val="ru-RU" w:eastAsia="ru-RU"/>
    </w:rPr>
  </w:style>
  <w:style w:type="paragraph" w:customStyle="1" w:styleId="Style7">
    <w:name w:val="Style7"/>
    <w:basedOn w:val="a0"/>
    <w:uiPriority w:val="99"/>
    <w:rsid w:val="00FB6DC3"/>
    <w:pPr>
      <w:widowControl w:val="0"/>
      <w:autoSpaceDE w:val="0"/>
      <w:autoSpaceDN w:val="0"/>
      <w:adjustRightInd w:val="0"/>
      <w:spacing w:after="0" w:line="240" w:lineRule="auto"/>
    </w:pPr>
    <w:rPr>
      <w:rFonts w:ascii="Arial" w:eastAsia="Calibri" w:hAnsi="Arial" w:cs="Arial"/>
      <w:sz w:val="24"/>
      <w:szCs w:val="24"/>
      <w:lang w:val="ru-RU" w:eastAsia="ru-RU"/>
    </w:rPr>
  </w:style>
  <w:style w:type="paragraph" w:customStyle="1" w:styleId="Style16">
    <w:name w:val="Style16"/>
    <w:basedOn w:val="a0"/>
    <w:uiPriority w:val="99"/>
    <w:rsid w:val="00FB6DC3"/>
    <w:pPr>
      <w:widowControl w:val="0"/>
      <w:autoSpaceDE w:val="0"/>
      <w:autoSpaceDN w:val="0"/>
      <w:adjustRightInd w:val="0"/>
      <w:spacing w:after="0" w:line="202" w:lineRule="exact"/>
      <w:ind w:firstLine="283"/>
      <w:jc w:val="both"/>
    </w:pPr>
    <w:rPr>
      <w:rFonts w:ascii="Arial" w:eastAsia="Calibri" w:hAnsi="Arial" w:cs="Arial"/>
      <w:sz w:val="24"/>
      <w:szCs w:val="24"/>
      <w:lang w:val="ru-RU" w:eastAsia="ru-RU"/>
    </w:rPr>
  </w:style>
  <w:style w:type="character" w:customStyle="1" w:styleId="FontStyle21">
    <w:name w:val="Font Style21"/>
    <w:rsid w:val="00FB6DC3"/>
    <w:rPr>
      <w:rFonts w:ascii="Times New Roman" w:hAnsi="Times New Roman"/>
      <w:sz w:val="20"/>
    </w:rPr>
  </w:style>
  <w:style w:type="character" w:customStyle="1" w:styleId="FontStyle22">
    <w:name w:val="Font Style22"/>
    <w:rsid w:val="00FB6DC3"/>
    <w:rPr>
      <w:rFonts w:ascii="Arial" w:hAnsi="Arial"/>
      <w:b/>
      <w:sz w:val="18"/>
    </w:rPr>
  </w:style>
  <w:style w:type="paragraph" w:customStyle="1" w:styleId="Zag2">
    <w:name w:val="Zag_2"/>
    <w:basedOn w:val="a0"/>
    <w:uiPriority w:val="99"/>
    <w:rsid w:val="00FB6DC3"/>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eastAsia="ru-RU"/>
    </w:rPr>
  </w:style>
  <w:style w:type="character" w:customStyle="1" w:styleId="apple-converted-space">
    <w:name w:val="apple-converted-space"/>
    <w:rsid w:val="00FB6DC3"/>
  </w:style>
  <w:style w:type="character" w:customStyle="1" w:styleId="1f0">
    <w:name w:val="Название Знак1"/>
    <w:rsid w:val="00FB6DC3"/>
    <w:rPr>
      <w:rFonts w:ascii="Cambria" w:hAnsi="Cambria" w:cs="Times New Roman"/>
      <w:color w:val="17365D"/>
      <w:spacing w:val="5"/>
      <w:kern w:val="28"/>
      <w:sz w:val="52"/>
      <w:szCs w:val="52"/>
    </w:rPr>
  </w:style>
  <w:style w:type="paragraph" w:customStyle="1" w:styleId="afff2">
    <w:name w:val="А_основной"/>
    <w:basedOn w:val="a0"/>
    <w:link w:val="afff3"/>
    <w:qFormat/>
    <w:rsid w:val="00FB6DC3"/>
    <w:pPr>
      <w:spacing w:after="0" w:line="360" w:lineRule="auto"/>
      <w:ind w:firstLine="454"/>
      <w:jc w:val="both"/>
    </w:pPr>
    <w:rPr>
      <w:rFonts w:ascii="Times New Roman" w:eastAsia="Times New Roman" w:hAnsi="Times New Roman" w:cs="Times New Roman"/>
      <w:sz w:val="28"/>
      <w:szCs w:val="28"/>
      <w:lang w:val="ru-RU" w:eastAsia="ru-RU"/>
    </w:rPr>
  </w:style>
  <w:style w:type="character" w:customStyle="1" w:styleId="afff3">
    <w:name w:val="А_основной Знак"/>
    <w:link w:val="afff2"/>
    <w:locked/>
    <w:rsid w:val="00FB6DC3"/>
    <w:rPr>
      <w:rFonts w:ascii="Times New Roman" w:eastAsia="Times New Roman" w:hAnsi="Times New Roman" w:cs="Times New Roman"/>
      <w:sz w:val="28"/>
      <w:szCs w:val="28"/>
      <w:lang w:val="ru-RU" w:eastAsia="ru-RU"/>
    </w:rPr>
  </w:style>
  <w:style w:type="paragraph" w:customStyle="1" w:styleId="afff4">
    <w:name w:val="Базовый"/>
    <w:uiPriority w:val="99"/>
    <w:rsid w:val="00FB6DC3"/>
    <w:pPr>
      <w:suppressAutoHyphens/>
      <w:spacing w:after="200" w:line="276" w:lineRule="auto"/>
    </w:pPr>
    <w:rPr>
      <w:rFonts w:ascii="Calibri" w:eastAsia="SimSun" w:hAnsi="Calibri" w:cs="Calibri"/>
      <w:color w:val="00000A"/>
      <w:sz w:val="22"/>
      <w:szCs w:val="22"/>
      <w:lang w:val="ru-RU"/>
    </w:rPr>
  </w:style>
  <w:style w:type="table" w:customStyle="1" w:styleId="1110">
    <w:name w:val="Сетка таблицы111"/>
    <w:rsid w:val="00FB6DC3"/>
    <w:pPr>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rsid w:val="00FB6DC3"/>
    <w:pPr>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rsid w:val="00FB6DC3"/>
    <w:pPr>
      <w:spacing w:after="0" w:line="240" w:lineRule="auto"/>
    </w:pPr>
    <w:rPr>
      <w:rFonts w:ascii="Times New Roman" w:eastAsia="Calibri"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Абзац списка2"/>
    <w:basedOn w:val="a0"/>
    <w:uiPriority w:val="99"/>
    <w:qFormat/>
    <w:rsid w:val="00FB6DC3"/>
    <w:pPr>
      <w:spacing w:after="200" w:line="276" w:lineRule="auto"/>
      <w:ind w:left="720"/>
      <w:contextualSpacing/>
    </w:pPr>
    <w:rPr>
      <w:rFonts w:ascii="Calibri" w:eastAsia="Calibri" w:hAnsi="Calibri" w:cs="Times New Roman"/>
      <w:sz w:val="22"/>
      <w:szCs w:val="22"/>
      <w:lang w:val="ru-RU"/>
    </w:rPr>
  </w:style>
  <w:style w:type="paragraph" w:customStyle="1" w:styleId="1f1">
    <w:name w:val="Обычный1"/>
    <w:uiPriority w:val="99"/>
    <w:rsid w:val="00FB6DC3"/>
    <w:pPr>
      <w:spacing w:after="200" w:line="276" w:lineRule="auto"/>
    </w:pPr>
    <w:rPr>
      <w:rFonts w:ascii="Calibri" w:eastAsia="Times New Roman" w:hAnsi="Calibri" w:cs="Calibri"/>
      <w:sz w:val="22"/>
      <w:szCs w:val="22"/>
      <w:lang w:val="ru-RU" w:eastAsia="ru-RU"/>
    </w:rPr>
  </w:style>
  <w:style w:type="paragraph" w:customStyle="1" w:styleId="112">
    <w:name w:val="Абзац списка11"/>
    <w:basedOn w:val="a0"/>
    <w:uiPriority w:val="99"/>
    <w:rsid w:val="00FB6DC3"/>
    <w:pPr>
      <w:suppressAutoHyphens/>
      <w:spacing w:after="0" w:line="240" w:lineRule="auto"/>
      <w:ind w:left="720"/>
    </w:pPr>
    <w:rPr>
      <w:rFonts w:ascii="Times New Roman" w:eastAsia="Calibri" w:hAnsi="Times New Roman" w:cs="Times New Roman"/>
      <w:sz w:val="24"/>
      <w:szCs w:val="24"/>
      <w:lang w:val="ru-RU" w:eastAsia="zh-CN"/>
    </w:rPr>
  </w:style>
  <w:style w:type="paragraph" w:styleId="a">
    <w:name w:val="List Bullet"/>
    <w:basedOn w:val="a0"/>
    <w:uiPriority w:val="99"/>
    <w:rsid w:val="00FB6DC3"/>
    <w:pPr>
      <w:numPr>
        <w:numId w:val="85"/>
      </w:numPr>
      <w:spacing w:after="200" w:line="276" w:lineRule="auto"/>
      <w:contextualSpacing/>
    </w:pPr>
    <w:rPr>
      <w:rFonts w:ascii="Calibri" w:eastAsia="Calibri" w:hAnsi="Calibri" w:cs="Times New Roman"/>
      <w:sz w:val="22"/>
      <w:szCs w:val="22"/>
    </w:rPr>
  </w:style>
  <w:style w:type="table" w:customStyle="1" w:styleId="61">
    <w:name w:val="Сетка таблицы6"/>
    <w:basedOn w:val="a2"/>
    <w:next w:val="ad"/>
    <w:uiPriority w:val="59"/>
    <w:rsid w:val="00FB6DC3"/>
    <w:pPr>
      <w:spacing w:after="0" w:line="240" w:lineRule="auto"/>
    </w:pPr>
    <w:rPr>
      <w:rFonts w:ascii="Calibri" w:eastAsia="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2"/>
    <w:next w:val="ad"/>
    <w:uiPriority w:val="59"/>
    <w:rsid w:val="00B17F22"/>
    <w:pPr>
      <w:spacing w:after="0" w:line="240" w:lineRule="auto"/>
    </w:pPr>
    <w:rPr>
      <w:sz w:val="22"/>
      <w:szCs w:val="22"/>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
    <w:name w:val="Нет списка2"/>
    <w:next w:val="a3"/>
    <w:uiPriority w:val="99"/>
    <w:semiHidden/>
    <w:unhideWhenUsed/>
    <w:rsid w:val="009620BA"/>
  </w:style>
  <w:style w:type="table" w:customStyle="1" w:styleId="83">
    <w:name w:val="Сетка таблицы8"/>
    <w:basedOn w:val="a2"/>
    <w:next w:val="ad"/>
    <w:uiPriority w:val="59"/>
    <w:rsid w:val="009620BA"/>
    <w:pPr>
      <w:spacing w:after="0" w:line="240" w:lineRule="auto"/>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0">
    <w:name w:val="Абзац списка Знак"/>
    <w:link w:val="af"/>
    <w:uiPriority w:val="34"/>
    <w:locked/>
    <w:rsid w:val="009620BA"/>
  </w:style>
  <w:style w:type="paragraph" w:customStyle="1" w:styleId="215">
    <w:name w:val="Основной текст 21"/>
    <w:basedOn w:val="a0"/>
    <w:next w:val="29"/>
    <w:link w:val="2a"/>
    <w:uiPriority w:val="99"/>
    <w:unhideWhenUsed/>
    <w:rsid w:val="009620BA"/>
    <w:pPr>
      <w:spacing w:line="480" w:lineRule="auto"/>
    </w:pPr>
    <w:rPr>
      <w:rFonts w:eastAsia="Times New Roman"/>
    </w:rPr>
  </w:style>
  <w:style w:type="character" w:customStyle="1" w:styleId="2a">
    <w:name w:val="Основной текст 2 Знак"/>
    <w:basedOn w:val="a1"/>
    <w:link w:val="215"/>
    <w:uiPriority w:val="99"/>
    <w:rsid w:val="009620BA"/>
    <w:rPr>
      <w:rFonts w:eastAsia="Times New Roman"/>
    </w:rPr>
  </w:style>
  <w:style w:type="paragraph" w:customStyle="1" w:styleId="1f2">
    <w:name w:val="Список1"/>
    <w:basedOn w:val="a0"/>
    <w:next w:val="afff5"/>
    <w:uiPriority w:val="99"/>
    <w:unhideWhenUsed/>
    <w:rsid w:val="009620BA"/>
    <w:pPr>
      <w:spacing w:after="200" w:line="276" w:lineRule="auto"/>
      <w:ind w:left="360" w:hanging="360"/>
      <w:contextualSpacing/>
    </w:pPr>
    <w:rPr>
      <w:sz w:val="22"/>
      <w:szCs w:val="22"/>
    </w:rPr>
  </w:style>
  <w:style w:type="paragraph" w:customStyle="1" w:styleId="216">
    <w:name w:val="Список 21"/>
    <w:basedOn w:val="a0"/>
    <w:next w:val="2b"/>
    <w:uiPriority w:val="99"/>
    <w:unhideWhenUsed/>
    <w:rsid w:val="009620BA"/>
    <w:pPr>
      <w:spacing w:after="200" w:line="276" w:lineRule="auto"/>
      <w:ind w:left="720" w:hanging="360"/>
      <w:contextualSpacing/>
    </w:pPr>
    <w:rPr>
      <w:sz w:val="22"/>
      <w:szCs w:val="22"/>
    </w:rPr>
  </w:style>
  <w:style w:type="paragraph" w:customStyle="1" w:styleId="314">
    <w:name w:val="Список 31"/>
    <w:basedOn w:val="a0"/>
    <w:next w:val="3c"/>
    <w:uiPriority w:val="99"/>
    <w:unhideWhenUsed/>
    <w:rsid w:val="009620BA"/>
    <w:pPr>
      <w:spacing w:after="200" w:line="276" w:lineRule="auto"/>
      <w:ind w:left="1080" w:hanging="360"/>
      <w:contextualSpacing/>
    </w:pPr>
    <w:rPr>
      <w:sz w:val="22"/>
      <w:szCs w:val="22"/>
    </w:rPr>
  </w:style>
  <w:style w:type="paragraph" w:customStyle="1" w:styleId="211">
    <w:name w:val="Маркированный список 21"/>
    <w:basedOn w:val="a0"/>
    <w:next w:val="2c"/>
    <w:uiPriority w:val="99"/>
    <w:unhideWhenUsed/>
    <w:rsid w:val="009620BA"/>
    <w:pPr>
      <w:numPr>
        <w:numId w:val="87"/>
      </w:numPr>
      <w:tabs>
        <w:tab w:val="clear" w:pos="720"/>
      </w:tabs>
      <w:spacing w:after="200" w:line="276" w:lineRule="auto"/>
      <w:ind w:left="960"/>
      <w:contextualSpacing/>
    </w:pPr>
    <w:rPr>
      <w:sz w:val="22"/>
      <w:szCs w:val="22"/>
    </w:rPr>
  </w:style>
  <w:style w:type="paragraph" w:customStyle="1" w:styleId="310">
    <w:name w:val="Маркированный список 31"/>
    <w:basedOn w:val="a0"/>
    <w:next w:val="3d"/>
    <w:uiPriority w:val="99"/>
    <w:unhideWhenUsed/>
    <w:rsid w:val="009620BA"/>
    <w:pPr>
      <w:numPr>
        <w:numId w:val="88"/>
      </w:numPr>
      <w:tabs>
        <w:tab w:val="clear" w:pos="1080"/>
      </w:tabs>
      <w:spacing w:after="200" w:line="276" w:lineRule="auto"/>
      <w:ind w:left="960"/>
      <w:contextualSpacing/>
    </w:pPr>
    <w:rPr>
      <w:sz w:val="22"/>
      <w:szCs w:val="22"/>
    </w:rPr>
  </w:style>
  <w:style w:type="paragraph" w:customStyle="1" w:styleId="1">
    <w:name w:val="Нумерованный список1"/>
    <w:basedOn w:val="a0"/>
    <w:next w:val="afff6"/>
    <w:uiPriority w:val="99"/>
    <w:unhideWhenUsed/>
    <w:rsid w:val="009620BA"/>
    <w:pPr>
      <w:numPr>
        <w:numId w:val="89"/>
      </w:numPr>
      <w:tabs>
        <w:tab w:val="clear" w:pos="360"/>
      </w:tabs>
      <w:spacing w:after="200" w:line="276" w:lineRule="auto"/>
      <w:ind w:left="480"/>
      <w:contextualSpacing/>
    </w:pPr>
    <w:rPr>
      <w:sz w:val="22"/>
      <w:szCs w:val="22"/>
    </w:rPr>
  </w:style>
  <w:style w:type="paragraph" w:customStyle="1" w:styleId="210">
    <w:name w:val="Нумерованный список 21"/>
    <w:basedOn w:val="a0"/>
    <w:next w:val="2d"/>
    <w:uiPriority w:val="99"/>
    <w:unhideWhenUsed/>
    <w:rsid w:val="009620BA"/>
    <w:pPr>
      <w:numPr>
        <w:numId w:val="90"/>
      </w:numPr>
      <w:tabs>
        <w:tab w:val="clear" w:pos="720"/>
      </w:tabs>
      <w:spacing w:after="200" w:line="276" w:lineRule="auto"/>
      <w:ind w:left="960"/>
      <w:contextualSpacing/>
    </w:pPr>
    <w:rPr>
      <w:sz w:val="22"/>
      <w:szCs w:val="22"/>
    </w:rPr>
  </w:style>
  <w:style w:type="paragraph" w:customStyle="1" w:styleId="31">
    <w:name w:val="Нумерованный список 31"/>
    <w:basedOn w:val="a0"/>
    <w:next w:val="3e"/>
    <w:uiPriority w:val="99"/>
    <w:unhideWhenUsed/>
    <w:rsid w:val="009620BA"/>
    <w:pPr>
      <w:numPr>
        <w:numId w:val="91"/>
      </w:numPr>
      <w:tabs>
        <w:tab w:val="clear" w:pos="1080"/>
      </w:tabs>
      <w:spacing w:after="200" w:line="276" w:lineRule="auto"/>
      <w:ind w:left="960"/>
      <w:contextualSpacing/>
    </w:pPr>
    <w:rPr>
      <w:sz w:val="22"/>
      <w:szCs w:val="22"/>
    </w:rPr>
  </w:style>
  <w:style w:type="paragraph" w:customStyle="1" w:styleId="1f3">
    <w:name w:val="Продолжение списка1"/>
    <w:basedOn w:val="a0"/>
    <w:next w:val="afff7"/>
    <w:uiPriority w:val="99"/>
    <w:unhideWhenUsed/>
    <w:rsid w:val="009620BA"/>
    <w:pPr>
      <w:spacing w:line="276" w:lineRule="auto"/>
      <w:ind w:left="360"/>
      <w:contextualSpacing/>
    </w:pPr>
    <w:rPr>
      <w:sz w:val="22"/>
      <w:szCs w:val="22"/>
    </w:rPr>
  </w:style>
  <w:style w:type="paragraph" w:customStyle="1" w:styleId="217">
    <w:name w:val="Продолжение списка 21"/>
    <w:basedOn w:val="a0"/>
    <w:next w:val="2e"/>
    <w:uiPriority w:val="99"/>
    <w:unhideWhenUsed/>
    <w:rsid w:val="009620BA"/>
    <w:pPr>
      <w:spacing w:line="276" w:lineRule="auto"/>
      <w:ind w:left="720"/>
      <w:contextualSpacing/>
    </w:pPr>
    <w:rPr>
      <w:sz w:val="22"/>
      <w:szCs w:val="22"/>
    </w:rPr>
  </w:style>
  <w:style w:type="paragraph" w:customStyle="1" w:styleId="315">
    <w:name w:val="Продолжение списка 31"/>
    <w:basedOn w:val="a0"/>
    <w:next w:val="3f"/>
    <w:uiPriority w:val="99"/>
    <w:unhideWhenUsed/>
    <w:rsid w:val="009620BA"/>
    <w:pPr>
      <w:spacing w:line="276" w:lineRule="auto"/>
      <w:ind w:left="1080"/>
      <w:contextualSpacing/>
    </w:pPr>
    <w:rPr>
      <w:sz w:val="22"/>
      <w:szCs w:val="22"/>
    </w:rPr>
  </w:style>
  <w:style w:type="paragraph" w:customStyle="1" w:styleId="1f4">
    <w:name w:val="Текст макроса1"/>
    <w:next w:val="afff8"/>
    <w:link w:val="afff9"/>
    <w:uiPriority w:val="99"/>
    <w:unhideWhenUsed/>
    <w:rsid w:val="009620BA"/>
    <w:pPr>
      <w:tabs>
        <w:tab w:val="left" w:pos="576"/>
        <w:tab w:val="left" w:pos="1152"/>
        <w:tab w:val="left" w:pos="1728"/>
        <w:tab w:val="left" w:pos="2304"/>
        <w:tab w:val="left" w:pos="2880"/>
        <w:tab w:val="left" w:pos="3456"/>
        <w:tab w:val="left" w:pos="4032"/>
      </w:tabs>
      <w:spacing w:after="200" w:line="276" w:lineRule="auto"/>
    </w:pPr>
    <w:rPr>
      <w:rFonts w:ascii="Courier" w:eastAsia="Times New Roman" w:hAnsi="Courier"/>
      <w:sz w:val="20"/>
      <w:szCs w:val="20"/>
    </w:rPr>
  </w:style>
  <w:style w:type="character" w:customStyle="1" w:styleId="afff9">
    <w:name w:val="Текст макроса Знак"/>
    <w:basedOn w:val="a1"/>
    <w:link w:val="1f4"/>
    <w:uiPriority w:val="99"/>
    <w:rsid w:val="009620BA"/>
    <w:rPr>
      <w:rFonts w:ascii="Courier" w:eastAsia="Times New Roman" w:hAnsi="Courier"/>
      <w:sz w:val="20"/>
      <w:szCs w:val="20"/>
    </w:rPr>
  </w:style>
  <w:style w:type="table" w:customStyle="1" w:styleId="1f5">
    <w:name w:val="Светлая заливка1"/>
    <w:basedOn w:val="a2"/>
    <w:next w:val="afffa"/>
    <w:uiPriority w:val="60"/>
    <w:rsid w:val="009620BA"/>
    <w:pPr>
      <w:spacing w:after="0" w:line="240" w:lineRule="auto"/>
    </w:pPr>
    <w:rPr>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next w:val="-1"/>
    <w:uiPriority w:val="60"/>
    <w:rsid w:val="009620BA"/>
    <w:pPr>
      <w:spacing w:after="0" w:line="240" w:lineRule="auto"/>
    </w:pPr>
    <w:rPr>
      <w:color w:val="2F5496"/>
      <w:sz w:val="22"/>
      <w:szCs w:val="22"/>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21">
    <w:name w:val="Светлая заливка - Акцент 21"/>
    <w:basedOn w:val="a2"/>
    <w:next w:val="-2"/>
    <w:uiPriority w:val="60"/>
    <w:rsid w:val="009620BA"/>
    <w:pPr>
      <w:spacing w:after="0" w:line="240" w:lineRule="auto"/>
    </w:pPr>
    <w:rPr>
      <w:color w:val="C45911"/>
      <w:sz w:val="22"/>
      <w:szCs w:val="22"/>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31">
    <w:name w:val="Светлая заливка - Акцент 31"/>
    <w:basedOn w:val="a2"/>
    <w:next w:val="-3"/>
    <w:uiPriority w:val="60"/>
    <w:rsid w:val="009620BA"/>
    <w:pPr>
      <w:spacing w:after="0" w:line="240" w:lineRule="auto"/>
    </w:pPr>
    <w:rPr>
      <w:color w:val="7B7B7B"/>
      <w:sz w:val="22"/>
      <w:szCs w:val="22"/>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41">
    <w:name w:val="Светлая заливка - Акцент 41"/>
    <w:basedOn w:val="a2"/>
    <w:next w:val="-4"/>
    <w:uiPriority w:val="60"/>
    <w:rsid w:val="009620BA"/>
    <w:pPr>
      <w:spacing w:after="0" w:line="240" w:lineRule="auto"/>
    </w:pPr>
    <w:rPr>
      <w:color w:val="BF8F00"/>
      <w:sz w:val="22"/>
      <w:szCs w:val="22"/>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51">
    <w:name w:val="Светлая заливка - Акцент 51"/>
    <w:basedOn w:val="a2"/>
    <w:next w:val="-5"/>
    <w:uiPriority w:val="60"/>
    <w:rsid w:val="009620BA"/>
    <w:pPr>
      <w:spacing w:after="0" w:line="240" w:lineRule="auto"/>
    </w:pPr>
    <w:rPr>
      <w:color w:val="2E74B5"/>
      <w:sz w:val="22"/>
      <w:szCs w:val="22"/>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61">
    <w:name w:val="Светлая заливка - Акцент 61"/>
    <w:basedOn w:val="a2"/>
    <w:next w:val="-6"/>
    <w:uiPriority w:val="60"/>
    <w:rsid w:val="009620BA"/>
    <w:pPr>
      <w:spacing w:after="0" w:line="240" w:lineRule="auto"/>
    </w:pPr>
    <w:rPr>
      <w:color w:val="538135"/>
      <w:sz w:val="22"/>
      <w:szCs w:val="22"/>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1f6">
    <w:name w:val="Светлый список1"/>
    <w:basedOn w:val="a2"/>
    <w:next w:val="afffb"/>
    <w:uiPriority w:val="61"/>
    <w:rsid w:val="009620BA"/>
    <w:pPr>
      <w:spacing w:after="0" w:line="240" w:lineRule="auto"/>
    </w:pPr>
    <w:rPr>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2"/>
    <w:next w:val="-10"/>
    <w:uiPriority w:val="61"/>
    <w:rsid w:val="009620BA"/>
    <w:pPr>
      <w:spacing w:after="0" w:line="240" w:lineRule="auto"/>
    </w:pPr>
    <w:rPr>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210">
    <w:name w:val="Светлый список - Акцент 21"/>
    <w:basedOn w:val="a2"/>
    <w:next w:val="-20"/>
    <w:uiPriority w:val="61"/>
    <w:rsid w:val="009620BA"/>
    <w:pPr>
      <w:spacing w:after="0" w:line="240" w:lineRule="auto"/>
    </w:pPr>
    <w:rPr>
      <w:sz w:val="22"/>
      <w:szCs w:val="22"/>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310">
    <w:name w:val="Светлый список - Акцент 31"/>
    <w:basedOn w:val="a2"/>
    <w:next w:val="-30"/>
    <w:uiPriority w:val="61"/>
    <w:rsid w:val="009620BA"/>
    <w:pPr>
      <w:spacing w:after="0" w:line="240" w:lineRule="auto"/>
    </w:pPr>
    <w:rPr>
      <w:sz w:val="22"/>
      <w:szCs w:val="22"/>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10">
    <w:name w:val="Светлый список - Акцент 41"/>
    <w:basedOn w:val="a2"/>
    <w:next w:val="-40"/>
    <w:uiPriority w:val="61"/>
    <w:rsid w:val="009620BA"/>
    <w:pPr>
      <w:spacing w:after="0" w:line="240" w:lineRule="auto"/>
    </w:pPr>
    <w:rPr>
      <w:sz w:val="22"/>
      <w:szCs w:val="22"/>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510">
    <w:name w:val="Светлый список - Акцент 51"/>
    <w:basedOn w:val="a2"/>
    <w:next w:val="-50"/>
    <w:uiPriority w:val="61"/>
    <w:rsid w:val="009620BA"/>
    <w:pPr>
      <w:spacing w:after="0" w:line="240" w:lineRule="auto"/>
    </w:pPr>
    <w:rPr>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610">
    <w:name w:val="Светлый список - Акцент 61"/>
    <w:basedOn w:val="a2"/>
    <w:next w:val="-60"/>
    <w:uiPriority w:val="61"/>
    <w:rsid w:val="009620BA"/>
    <w:pPr>
      <w:spacing w:after="0" w:line="240" w:lineRule="auto"/>
    </w:pPr>
    <w:rPr>
      <w:sz w:val="22"/>
      <w:szCs w:val="22"/>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1f7">
    <w:name w:val="Светлая сетка1"/>
    <w:basedOn w:val="a2"/>
    <w:next w:val="afffc"/>
    <w:uiPriority w:val="62"/>
    <w:rsid w:val="009620BA"/>
    <w:pPr>
      <w:spacing w:after="0" w:line="240" w:lineRule="auto"/>
    </w:pPr>
    <w:rPr>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
    <w:basedOn w:val="a2"/>
    <w:next w:val="-12"/>
    <w:uiPriority w:val="62"/>
    <w:rsid w:val="009620BA"/>
    <w:pPr>
      <w:spacing w:after="0" w:line="240" w:lineRule="auto"/>
    </w:pPr>
    <w:rPr>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211">
    <w:name w:val="Светлая сетка - Акцент 21"/>
    <w:basedOn w:val="a2"/>
    <w:next w:val="-22"/>
    <w:uiPriority w:val="62"/>
    <w:rsid w:val="009620BA"/>
    <w:pPr>
      <w:spacing w:after="0" w:line="240" w:lineRule="auto"/>
    </w:pPr>
    <w:rPr>
      <w:sz w:val="22"/>
      <w:szCs w:val="22"/>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11">
    <w:name w:val="Светлая сетка - Акцент 31"/>
    <w:basedOn w:val="a2"/>
    <w:next w:val="-32"/>
    <w:uiPriority w:val="62"/>
    <w:rsid w:val="009620BA"/>
    <w:pPr>
      <w:spacing w:after="0" w:line="240" w:lineRule="auto"/>
    </w:pPr>
    <w:rPr>
      <w:sz w:val="22"/>
      <w:szCs w:val="22"/>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411">
    <w:name w:val="Светлая сетка - Акцент 41"/>
    <w:basedOn w:val="a2"/>
    <w:next w:val="-42"/>
    <w:uiPriority w:val="62"/>
    <w:rsid w:val="009620BA"/>
    <w:pPr>
      <w:spacing w:after="0" w:line="240" w:lineRule="auto"/>
    </w:pPr>
    <w:rPr>
      <w:sz w:val="22"/>
      <w:szCs w:val="22"/>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511">
    <w:name w:val="Светлая сетка - Акцент 51"/>
    <w:basedOn w:val="a2"/>
    <w:next w:val="-52"/>
    <w:uiPriority w:val="62"/>
    <w:rsid w:val="009620BA"/>
    <w:pPr>
      <w:spacing w:after="0" w:line="240" w:lineRule="auto"/>
    </w:pPr>
    <w:rPr>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611">
    <w:name w:val="Светлая сетка - Акцент 61"/>
    <w:basedOn w:val="a2"/>
    <w:next w:val="-62"/>
    <w:uiPriority w:val="62"/>
    <w:rsid w:val="009620BA"/>
    <w:pPr>
      <w:spacing w:after="0" w:line="240" w:lineRule="auto"/>
    </w:pPr>
    <w:rPr>
      <w:sz w:val="22"/>
      <w:szCs w:val="22"/>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13">
    <w:name w:val="Средняя заливка 11"/>
    <w:basedOn w:val="a2"/>
    <w:next w:val="1f8"/>
    <w:uiPriority w:val="63"/>
    <w:rsid w:val="009620BA"/>
    <w:pPr>
      <w:spacing w:after="0" w:line="240" w:lineRule="auto"/>
    </w:pPr>
    <w:rPr>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Средняя заливка 1 - Акцент 11"/>
    <w:basedOn w:val="a2"/>
    <w:next w:val="1-1"/>
    <w:uiPriority w:val="63"/>
    <w:rsid w:val="009620BA"/>
    <w:pPr>
      <w:spacing w:after="0" w:line="240" w:lineRule="auto"/>
    </w:pPr>
    <w:rPr>
      <w:sz w:val="22"/>
      <w:szCs w:val="22"/>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21">
    <w:name w:val="Средняя заливка 1 - Акцент 21"/>
    <w:basedOn w:val="a2"/>
    <w:next w:val="1-2"/>
    <w:uiPriority w:val="63"/>
    <w:rsid w:val="009620BA"/>
    <w:pPr>
      <w:spacing w:after="0" w:line="240" w:lineRule="auto"/>
    </w:pPr>
    <w:rPr>
      <w:sz w:val="22"/>
      <w:szCs w:val="22"/>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31">
    <w:name w:val="Средняя заливка 1 - Акцент 31"/>
    <w:basedOn w:val="a2"/>
    <w:next w:val="1-3"/>
    <w:uiPriority w:val="63"/>
    <w:rsid w:val="009620BA"/>
    <w:pPr>
      <w:spacing w:after="0" w:line="240" w:lineRule="auto"/>
    </w:pPr>
    <w:rPr>
      <w:sz w:val="22"/>
      <w:szCs w:val="22"/>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1-41">
    <w:name w:val="Средняя заливка 1 - Акцент 41"/>
    <w:basedOn w:val="a2"/>
    <w:next w:val="1-4"/>
    <w:uiPriority w:val="63"/>
    <w:rsid w:val="009620BA"/>
    <w:pPr>
      <w:spacing w:after="0" w:line="240" w:lineRule="auto"/>
    </w:pPr>
    <w:rPr>
      <w:sz w:val="22"/>
      <w:szCs w:val="22"/>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1-51">
    <w:name w:val="Средняя заливка 1 - Акцент 51"/>
    <w:basedOn w:val="a2"/>
    <w:next w:val="1-5"/>
    <w:uiPriority w:val="63"/>
    <w:rsid w:val="009620BA"/>
    <w:pPr>
      <w:spacing w:after="0" w:line="240" w:lineRule="auto"/>
    </w:pPr>
    <w:rPr>
      <w:sz w:val="22"/>
      <w:szCs w:val="22"/>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1-61">
    <w:name w:val="Средняя заливка 1 - Акцент 61"/>
    <w:basedOn w:val="a2"/>
    <w:next w:val="1-6"/>
    <w:uiPriority w:val="63"/>
    <w:rsid w:val="009620BA"/>
    <w:pPr>
      <w:spacing w:after="0" w:line="240" w:lineRule="auto"/>
    </w:pPr>
    <w:rPr>
      <w:sz w:val="22"/>
      <w:szCs w:val="22"/>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18">
    <w:name w:val="Средняя заливка 21"/>
    <w:basedOn w:val="a2"/>
    <w:next w:val="2f"/>
    <w:uiPriority w:val="64"/>
    <w:rsid w:val="009620BA"/>
    <w:pPr>
      <w:spacing w:after="0" w:line="240" w:lineRule="auto"/>
    </w:pPr>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2"/>
    <w:next w:val="2-1"/>
    <w:uiPriority w:val="64"/>
    <w:rsid w:val="009620BA"/>
    <w:pPr>
      <w:spacing w:after="0" w:line="240" w:lineRule="auto"/>
    </w:pPr>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Средняя заливка 2 - Акцент 21"/>
    <w:basedOn w:val="a2"/>
    <w:next w:val="2-2"/>
    <w:uiPriority w:val="64"/>
    <w:rsid w:val="009620BA"/>
    <w:pPr>
      <w:spacing w:after="0" w:line="240" w:lineRule="auto"/>
    </w:pPr>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Средняя заливка 2 - Акцент 31"/>
    <w:basedOn w:val="a2"/>
    <w:next w:val="2-3"/>
    <w:uiPriority w:val="64"/>
    <w:rsid w:val="009620BA"/>
    <w:pPr>
      <w:spacing w:after="0" w:line="240" w:lineRule="auto"/>
    </w:pPr>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Средняя заливка 2 - Акцент 41"/>
    <w:basedOn w:val="a2"/>
    <w:next w:val="2-4"/>
    <w:uiPriority w:val="64"/>
    <w:rsid w:val="009620BA"/>
    <w:pPr>
      <w:spacing w:after="0" w:line="240" w:lineRule="auto"/>
    </w:pPr>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2"/>
    <w:next w:val="2-5"/>
    <w:uiPriority w:val="64"/>
    <w:rsid w:val="009620BA"/>
    <w:pPr>
      <w:spacing w:after="0" w:line="240" w:lineRule="auto"/>
    </w:pPr>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basedOn w:val="a2"/>
    <w:next w:val="2-6"/>
    <w:uiPriority w:val="64"/>
    <w:rsid w:val="009620BA"/>
    <w:pPr>
      <w:spacing w:after="0" w:line="240" w:lineRule="auto"/>
    </w:pPr>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
    <w:name w:val="Средний список 11"/>
    <w:basedOn w:val="a2"/>
    <w:next w:val="1f9"/>
    <w:uiPriority w:val="65"/>
    <w:rsid w:val="009620BA"/>
    <w:pPr>
      <w:spacing w:after="0" w:line="240" w:lineRule="auto"/>
    </w:pPr>
    <w:rPr>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Средний список 1 - Акцент 11"/>
    <w:basedOn w:val="a2"/>
    <w:next w:val="1-10"/>
    <w:uiPriority w:val="65"/>
    <w:rsid w:val="009620BA"/>
    <w:pPr>
      <w:spacing w:after="0" w:line="240" w:lineRule="auto"/>
    </w:pPr>
    <w:rPr>
      <w:color w:val="000000"/>
      <w:sz w:val="22"/>
      <w:szCs w:val="22"/>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1-210">
    <w:name w:val="Средний список 1 - Акцент 21"/>
    <w:basedOn w:val="a2"/>
    <w:next w:val="1-20"/>
    <w:uiPriority w:val="65"/>
    <w:rsid w:val="009620BA"/>
    <w:pPr>
      <w:spacing w:after="0" w:line="240" w:lineRule="auto"/>
    </w:pPr>
    <w:rPr>
      <w:color w:val="000000"/>
      <w:sz w:val="22"/>
      <w:szCs w:val="22"/>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1-310">
    <w:name w:val="Средний список 1 - Акцент 31"/>
    <w:basedOn w:val="a2"/>
    <w:next w:val="1-30"/>
    <w:uiPriority w:val="65"/>
    <w:rsid w:val="009620BA"/>
    <w:pPr>
      <w:spacing w:after="0" w:line="240" w:lineRule="auto"/>
    </w:pPr>
    <w:rPr>
      <w:color w:val="000000"/>
      <w:sz w:val="22"/>
      <w:szCs w:val="22"/>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1-410">
    <w:name w:val="Средний список 1 - Акцент 41"/>
    <w:basedOn w:val="a2"/>
    <w:next w:val="1-40"/>
    <w:uiPriority w:val="65"/>
    <w:rsid w:val="009620BA"/>
    <w:pPr>
      <w:spacing w:after="0" w:line="240" w:lineRule="auto"/>
    </w:pPr>
    <w:rPr>
      <w:color w:val="000000"/>
      <w:sz w:val="22"/>
      <w:szCs w:val="22"/>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1-510">
    <w:name w:val="Средний список 1 - Акцент 51"/>
    <w:basedOn w:val="a2"/>
    <w:next w:val="1-50"/>
    <w:uiPriority w:val="65"/>
    <w:rsid w:val="009620BA"/>
    <w:pPr>
      <w:spacing w:after="0" w:line="240" w:lineRule="auto"/>
    </w:pPr>
    <w:rPr>
      <w:color w:val="000000"/>
      <w:sz w:val="22"/>
      <w:szCs w:val="22"/>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1-610">
    <w:name w:val="Средний список 1 - Акцент 61"/>
    <w:basedOn w:val="a2"/>
    <w:next w:val="1-60"/>
    <w:uiPriority w:val="65"/>
    <w:rsid w:val="009620BA"/>
    <w:pPr>
      <w:spacing w:after="0" w:line="240" w:lineRule="auto"/>
    </w:pPr>
    <w:rPr>
      <w:color w:val="000000"/>
      <w:sz w:val="22"/>
      <w:szCs w:val="22"/>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19">
    <w:name w:val="Средний список 21"/>
    <w:basedOn w:val="a2"/>
    <w:next w:val="2f0"/>
    <w:uiPriority w:val="66"/>
    <w:rsid w:val="009620BA"/>
    <w:pPr>
      <w:spacing w:after="0" w:line="240" w:lineRule="auto"/>
    </w:pPr>
    <w:rPr>
      <w:rFonts w:ascii="Calibri Light" w:eastAsia="Times New Roman" w:hAnsi="Calibri Light" w:cs="Times New Roman"/>
      <w:color w:val="000000"/>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Средний список 2 - Акцент 11"/>
    <w:basedOn w:val="a2"/>
    <w:next w:val="2-10"/>
    <w:uiPriority w:val="66"/>
    <w:rsid w:val="009620BA"/>
    <w:pPr>
      <w:spacing w:after="0" w:line="240" w:lineRule="auto"/>
    </w:pPr>
    <w:rPr>
      <w:rFonts w:ascii="Calibri Light" w:eastAsia="Times New Roman" w:hAnsi="Calibri Light" w:cs="Times New Roman"/>
      <w:color w:val="000000"/>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2-210">
    <w:name w:val="Средний список 2 - Акцент 21"/>
    <w:basedOn w:val="a2"/>
    <w:next w:val="2-20"/>
    <w:uiPriority w:val="66"/>
    <w:rsid w:val="009620BA"/>
    <w:pPr>
      <w:spacing w:after="0" w:line="240" w:lineRule="auto"/>
    </w:pPr>
    <w:rPr>
      <w:rFonts w:ascii="Calibri Light" w:eastAsia="Times New Roman" w:hAnsi="Calibri Light" w:cs="Times New Roman"/>
      <w:color w:val="000000"/>
      <w:sz w:val="22"/>
      <w:szCs w:val="22"/>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2-310">
    <w:name w:val="Средний список 2 - Акцент 31"/>
    <w:basedOn w:val="a2"/>
    <w:next w:val="2-30"/>
    <w:uiPriority w:val="66"/>
    <w:rsid w:val="009620BA"/>
    <w:pPr>
      <w:spacing w:after="0" w:line="240" w:lineRule="auto"/>
    </w:pPr>
    <w:rPr>
      <w:rFonts w:ascii="Calibri Light" w:eastAsia="Times New Roman" w:hAnsi="Calibri Light" w:cs="Times New Roman"/>
      <w:color w:val="000000"/>
      <w:sz w:val="22"/>
      <w:szCs w:val="22"/>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2-410">
    <w:name w:val="Средний список 2 - Акцент 41"/>
    <w:basedOn w:val="a2"/>
    <w:next w:val="2-40"/>
    <w:uiPriority w:val="66"/>
    <w:rsid w:val="009620BA"/>
    <w:pPr>
      <w:spacing w:after="0" w:line="240" w:lineRule="auto"/>
    </w:pPr>
    <w:rPr>
      <w:rFonts w:ascii="Calibri Light" w:eastAsia="Times New Roman" w:hAnsi="Calibri Light" w:cs="Times New Roman"/>
      <w:color w:val="000000"/>
      <w:sz w:val="22"/>
      <w:szCs w:val="22"/>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2-510">
    <w:name w:val="Средний список 2 - Акцент 51"/>
    <w:basedOn w:val="a2"/>
    <w:next w:val="2-50"/>
    <w:uiPriority w:val="66"/>
    <w:rsid w:val="009620BA"/>
    <w:pPr>
      <w:spacing w:after="0" w:line="240" w:lineRule="auto"/>
    </w:pPr>
    <w:rPr>
      <w:rFonts w:ascii="Calibri Light" w:eastAsia="Times New Roman" w:hAnsi="Calibri Light" w:cs="Times New Roman"/>
      <w:color w:val="000000"/>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2-610">
    <w:name w:val="Средний список 2 - Акцент 61"/>
    <w:basedOn w:val="a2"/>
    <w:next w:val="2-60"/>
    <w:uiPriority w:val="66"/>
    <w:rsid w:val="009620BA"/>
    <w:pPr>
      <w:spacing w:after="0" w:line="240" w:lineRule="auto"/>
    </w:pPr>
    <w:rPr>
      <w:rFonts w:ascii="Calibri Light" w:eastAsia="Times New Roman" w:hAnsi="Calibri Light" w:cs="Times New Roman"/>
      <w:color w:val="000000"/>
      <w:sz w:val="22"/>
      <w:szCs w:val="22"/>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115">
    <w:name w:val="Средняя сетка 11"/>
    <w:basedOn w:val="a2"/>
    <w:next w:val="1fa"/>
    <w:uiPriority w:val="67"/>
    <w:rsid w:val="009620BA"/>
    <w:pPr>
      <w:spacing w:after="0" w:line="240" w:lineRule="auto"/>
    </w:pPr>
    <w:rPr>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Средняя сетка 1 - Акцент 11"/>
    <w:basedOn w:val="a2"/>
    <w:next w:val="1-12"/>
    <w:uiPriority w:val="67"/>
    <w:rsid w:val="009620BA"/>
    <w:pPr>
      <w:spacing w:after="0" w:line="240" w:lineRule="auto"/>
    </w:pPr>
    <w:rPr>
      <w:sz w:val="22"/>
      <w:szCs w:val="22"/>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211">
    <w:name w:val="Средняя сетка 1 - Акцент 21"/>
    <w:basedOn w:val="a2"/>
    <w:next w:val="1-22"/>
    <w:uiPriority w:val="67"/>
    <w:rsid w:val="009620BA"/>
    <w:pPr>
      <w:spacing w:after="0" w:line="240" w:lineRule="auto"/>
    </w:pPr>
    <w:rPr>
      <w:sz w:val="22"/>
      <w:szCs w:val="22"/>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311">
    <w:name w:val="Средняя сетка 1 - Акцент 31"/>
    <w:basedOn w:val="a2"/>
    <w:next w:val="1-32"/>
    <w:uiPriority w:val="67"/>
    <w:rsid w:val="009620BA"/>
    <w:pPr>
      <w:spacing w:after="0" w:line="240" w:lineRule="auto"/>
    </w:pPr>
    <w:rPr>
      <w:sz w:val="22"/>
      <w:szCs w:val="22"/>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411">
    <w:name w:val="Средняя сетка 1 - Акцент 41"/>
    <w:basedOn w:val="a2"/>
    <w:next w:val="1-42"/>
    <w:uiPriority w:val="67"/>
    <w:rsid w:val="009620BA"/>
    <w:pPr>
      <w:spacing w:after="0" w:line="240" w:lineRule="auto"/>
    </w:pPr>
    <w:rPr>
      <w:sz w:val="22"/>
      <w:szCs w:val="22"/>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1-511">
    <w:name w:val="Средняя сетка 1 - Акцент 51"/>
    <w:basedOn w:val="a2"/>
    <w:next w:val="1-52"/>
    <w:uiPriority w:val="67"/>
    <w:rsid w:val="009620BA"/>
    <w:pPr>
      <w:spacing w:after="0" w:line="240" w:lineRule="auto"/>
    </w:pPr>
    <w:rPr>
      <w:sz w:val="22"/>
      <w:szCs w:val="22"/>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1-611">
    <w:name w:val="Средняя сетка 1 - Акцент 61"/>
    <w:basedOn w:val="a2"/>
    <w:next w:val="1-62"/>
    <w:uiPriority w:val="67"/>
    <w:rsid w:val="009620BA"/>
    <w:pPr>
      <w:spacing w:after="0" w:line="240" w:lineRule="auto"/>
    </w:pPr>
    <w:rPr>
      <w:sz w:val="22"/>
      <w:szCs w:val="22"/>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20">
    <w:name w:val="Средняя сетка 22"/>
    <w:basedOn w:val="a2"/>
    <w:next w:val="2f1"/>
    <w:uiPriority w:val="68"/>
    <w:rsid w:val="009620BA"/>
    <w:pPr>
      <w:spacing w:after="0" w:line="240" w:lineRule="auto"/>
    </w:pPr>
    <w:rPr>
      <w:rFonts w:ascii="Calibri Light" w:eastAsia="Times New Roman" w:hAnsi="Calibri Light" w:cs="Times New Roman"/>
      <w:color w:val="000000"/>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Средняя сетка 2 - Акцент 11"/>
    <w:basedOn w:val="a2"/>
    <w:next w:val="2-12"/>
    <w:uiPriority w:val="68"/>
    <w:rsid w:val="009620BA"/>
    <w:pPr>
      <w:spacing w:after="0" w:line="240" w:lineRule="auto"/>
    </w:pPr>
    <w:rPr>
      <w:rFonts w:ascii="Calibri Light" w:eastAsia="Times New Roman" w:hAnsi="Calibri Light" w:cs="Times New Roman"/>
      <w:color w:val="000000"/>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211">
    <w:name w:val="Средняя сетка 2 - Акцент 21"/>
    <w:basedOn w:val="a2"/>
    <w:next w:val="2-22"/>
    <w:uiPriority w:val="68"/>
    <w:rsid w:val="009620BA"/>
    <w:pPr>
      <w:spacing w:after="0" w:line="240" w:lineRule="auto"/>
    </w:pPr>
    <w:rPr>
      <w:rFonts w:ascii="Calibri Light" w:eastAsia="Times New Roman" w:hAnsi="Calibri Light" w:cs="Times New Roman"/>
      <w:color w:val="000000"/>
      <w:sz w:val="22"/>
      <w:szCs w:val="22"/>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2-311">
    <w:name w:val="Средняя сетка 2 - Акцент 31"/>
    <w:basedOn w:val="a2"/>
    <w:next w:val="2-32"/>
    <w:uiPriority w:val="68"/>
    <w:rsid w:val="009620BA"/>
    <w:pPr>
      <w:spacing w:after="0" w:line="240" w:lineRule="auto"/>
    </w:pPr>
    <w:rPr>
      <w:rFonts w:ascii="Calibri Light" w:eastAsia="Times New Roman" w:hAnsi="Calibri Light" w:cs="Times New Roman"/>
      <w:color w:val="000000"/>
      <w:sz w:val="22"/>
      <w:szCs w:val="22"/>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2-411">
    <w:name w:val="Средняя сетка 2 - Акцент 41"/>
    <w:basedOn w:val="a2"/>
    <w:next w:val="2-42"/>
    <w:uiPriority w:val="68"/>
    <w:rsid w:val="009620BA"/>
    <w:pPr>
      <w:spacing w:after="0" w:line="240" w:lineRule="auto"/>
    </w:pPr>
    <w:rPr>
      <w:rFonts w:ascii="Calibri Light" w:eastAsia="Times New Roman" w:hAnsi="Calibri Light" w:cs="Times New Roman"/>
      <w:color w:val="000000"/>
      <w:sz w:val="22"/>
      <w:szCs w:val="22"/>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2-511">
    <w:name w:val="Средняя сетка 2 - Акцент 51"/>
    <w:basedOn w:val="a2"/>
    <w:next w:val="2-52"/>
    <w:uiPriority w:val="68"/>
    <w:rsid w:val="009620BA"/>
    <w:pPr>
      <w:spacing w:after="0" w:line="240" w:lineRule="auto"/>
    </w:pPr>
    <w:rPr>
      <w:rFonts w:ascii="Calibri Light" w:eastAsia="Times New Roman" w:hAnsi="Calibri Light" w:cs="Times New Roman"/>
      <w:color w:val="000000"/>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2-611">
    <w:name w:val="Средняя сетка 2 - Акцент 61"/>
    <w:basedOn w:val="a2"/>
    <w:next w:val="2-62"/>
    <w:uiPriority w:val="68"/>
    <w:rsid w:val="009620BA"/>
    <w:pPr>
      <w:spacing w:after="0" w:line="240" w:lineRule="auto"/>
    </w:pPr>
    <w:rPr>
      <w:rFonts w:ascii="Calibri Light" w:eastAsia="Times New Roman" w:hAnsi="Calibri Light" w:cs="Times New Roman"/>
      <w:color w:val="000000"/>
      <w:sz w:val="22"/>
      <w:szCs w:val="22"/>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16">
    <w:name w:val="Средняя сетка 31"/>
    <w:basedOn w:val="a2"/>
    <w:next w:val="3f0"/>
    <w:uiPriority w:val="69"/>
    <w:rsid w:val="009620BA"/>
    <w:pPr>
      <w:spacing w:after="0" w:line="240" w:lineRule="auto"/>
    </w:pPr>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Средняя сетка 3 - Акцент 11"/>
    <w:basedOn w:val="a2"/>
    <w:next w:val="3-1"/>
    <w:uiPriority w:val="69"/>
    <w:rsid w:val="009620BA"/>
    <w:pPr>
      <w:spacing w:after="0" w:line="240" w:lineRule="auto"/>
    </w:pPr>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21">
    <w:name w:val="Средняя сетка 3 - Акцент 21"/>
    <w:basedOn w:val="a2"/>
    <w:next w:val="3-2"/>
    <w:uiPriority w:val="69"/>
    <w:rsid w:val="009620BA"/>
    <w:pPr>
      <w:spacing w:after="0" w:line="240" w:lineRule="auto"/>
    </w:pPr>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3-31">
    <w:name w:val="Средняя сетка 3 - Акцент 31"/>
    <w:basedOn w:val="a2"/>
    <w:next w:val="3-3"/>
    <w:uiPriority w:val="69"/>
    <w:rsid w:val="009620BA"/>
    <w:pPr>
      <w:spacing w:after="0" w:line="240" w:lineRule="auto"/>
    </w:pPr>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41">
    <w:name w:val="Средняя сетка 3 - Акцент 41"/>
    <w:basedOn w:val="a2"/>
    <w:next w:val="3-4"/>
    <w:uiPriority w:val="69"/>
    <w:rsid w:val="009620BA"/>
    <w:pPr>
      <w:spacing w:after="0" w:line="240" w:lineRule="auto"/>
    </w:pPr>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51">
    <w:name w:val="Средняя сетка 3 - Акцент 51"/>
    <w:basedOn w:val="a2"/>
    <w:next w:val="3-5"/>
    <w:uiPriority w:val="69"/>
    <w:rsid w:val="009620BA"/>
    <w:pPr>
      <w:spacing w:after="0" w:line="240" w:lineRule="auto"/>
    </w:pPr>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3-61">
    <w:name w:val="Средняя сетка 3 - Акцент 61"/>
    <w:basedOn w:val="a2"/>
    <w:next w:val="3-6"/>
    <w:uiPriority w:val="69"/>
    <w:rsid w:val="009620BA"/>
    <w:pPr>
      <w:spacing w:after="0" w:line="240" w:lineRule="auto"/>
    </w:pPr>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1fb">
    <w:name w:val="Темный список1"/>
    <w:basedOn w:val="a2"/>
    <w:next w:val="afffd"/>
    <w:uiPriority w:val="70"/>
    <w:rsid w:val="009620BA"/>
    <w:pPr>
      <w:spacing w:after="0" w:line="240" w:lineRule="auto"/>
    </w:pPr>
    <w:rPr>
      <w:color w:val="FFFFFF"/>
      <w:sz w:val="22"/>
      <w:szCs w:val="22"/>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Темный список - Акцент 11"/>
    <w:basedOn w:val="a2"/>
    <w:next w:val="-13"/>
    <w:uiPriority w:val="70"/>
    <w:rsid w:val="009620BA"/>
    <w:pPr>
      <w:spacing w:after="0" w:line="240" w:lineRule="auto"/>
    </w:pPr>
    <w:rPr>
      <w:color w:val="FFFFFF"/>
      <w:sz w:val="22"/>
      <w:szCs w:val="22"/>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
    <w:name w:val="Темный список - Акцент 21"/>
    <w:basedOn w:val="a2"/>
    <w:next w:val="-23"/>
    <w:uiPriority w:val="70"/>
    <w:rsid w:val="009620BA"/>
    <w:pPr>
      <w:spacing w:after="0" w:line="240" w:lineRule="auto"/>
    </w:pPr>
    <w:rPr>
      <w:color w:val="FFFFFF"/>
      <w:sz w:val="22"/>
      <w:szCs w:val="22"/>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2">
    <w:name w:val="Темный список - Акцент 31"/>
    <w:basedOn w:val="a2"/>
    <w:next w:val="-33"/>
    <w:uiPriority w:val="70"/>
    <w:rsid w:val="009620BA"/>
    <w:pPr>
      <w:spacing w:after="0" w:line="240" w:lineRule="auto"/>
    </w:pPr>
    <w:rPr>
      <w:color w:val="FFFFFF"/>
      <w:sz w:val="22"/>
      <w:szCs w:val="22"/>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
    <w:name w:val="Темный список - Акцент 41"/>
    <w:basedOn w:val="a2"/>
    <w:next w:val="-43"/>
    <w:uiPriority w:val="70"/>
    <w:rsid w:val="009620BA"/>
    <w:pPr>
      <w:spacing w:after="0" w:line="240" w:lineRule="auto"/>
    </w:pPr>
    <w:rPr>
      <w:color w:val="FFFFFF"/>
      <w:sz w:val="22"/>
      <w:szCs w:val="22"/>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2">
    <w:name w:val="Темный список - Акцент 51"/>
    <w:basedOn w:val="a2"/>
    <w:next w:val="-53"/>
    <w:uiPriority w:val="70"/>
    <w:rsid w:val="009620BA"/>
    <w:pPr>
      <w:spacing w:after="0" w:line="240" w:lineRule="auto"/>
    </w:pPr>
    <w:rPr>
      <w:color w:val="FFFFFF"/>
      <w:sz w:val="22"/>
      <w:szCs w:val="22"/>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612">
    <w:name w:val="Темный список - Акцент 61"/>
    <w:basedOn w:val="a2"/>
    <w:next w:val="-63"/>
    <w:uiPriority w:val="70"/>
    <w:rsid w:val="009620BA"/>
    <w:pPr>
      <w:spacing w:after="0" w:line="240" w:lineRule="auto"/>
    </w:pPr>
    <w:rPr>
      <w:color w:val="FFFFFF"/>
      <w:sz w:val="22"/>
      <w:szCs w:val="22"/>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1fc">
    <w:name w:val="Цветная заливка1"/>
    <w:basedOn w:val="a2"/>
    <w:next w:val="afffe"/>
    <w:uiPriority w:val="71"/>
    <w:rsid w:val="009620BA"/>
    <w:pPr>
      <w:spacing w:after="0" w:line="240" w:lineRule="auto"/>
    </w:pPr>
    <w:rPr>
      <w:color w:val="000000"/>
      <w:sz w:val="22"/>
      <w:szCs w:val="22"/>
    </w:rPr>
    <w:tblPr>
      <w:tblStyleRowBandSize w:val="1"/>
      <w:tblStyleColBandSize w:val="1"/>
      <w:tblInd w:w="0" w:type="dxa"/>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Цветная заливка - Акцент 11"/>
    <w:basedOn w:val="a2"/>
    <w:next w:val="-14"/>
    <w:uiPriority w:val="71"/>
    <w:rsid w:val="009620BA"/>
    <w:pPr>
      <w:spacing w:after="0" w:line="240" w:lineRule="auto"/>
    </w:pPr>
    <w:rPr>
      <w:color w:val="000000"/>
      <w:sz w:val="22"/>
      <w:szCs w:val="22"/>
    </w:rPr>
    <w:tblPr>
      <w:tblStyleRowBandSize w:val="1"/>
      <w:tblStyleColBandSize w:val="1"/>
      <w:tblInd w:w="0" w:type="dxa"/>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213">
    <w:name w:val="Цветная заливка - Акцент 21"/>
    <w:basedOn w:val="a2"/>
    <w:next w:val="-24"/>
    <w:uiPriority w:val="71"/>
    <w:rsid w:val="009620BA"/>
    <w:pPr>
      <w:spacing w:after="0" w:line="240" w:lineRule="auto"/>
    </w:pPr>
    <w:rPr>
      <w:color w:val="000000"/>
      <w:sz w:val="22"/>
      <w:szCs w:val="22"/>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313">
    <w:name w:val="Цветная заливка - Акцент 31"/>
    <w:basedOn w:val="a2"/>
    <w:next w:val="-34"/>
    <w:uiPriority w:val="71"/>
    <w:rsid w:val="009620BA"/>
    <w:pPr>
      <w:spacing w:after="0" w:line="240" w:lineRule="auto"/>
    </w:pPr>
    <w:rPr>
      <w:color w:val="000000"/>
      <w:sz w:val="22"/>
      <w:szCs w:val="22"/>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413">
    <w:name w:val="Цветная заливка - Акцент 41"/>
    <w:basedOn w:val="a2"/>
    <w:next w:val="-44"/>
    <w:uiPriority w:val="71"/>
    <w:rsid w:val="009620BA"/>
    <w:pPr>
      <w:spacing w:after="0" w:line="240" w:lineRule="auto"/>
    </w:pPr>
    <w:rPr>
      <w:color w:val="000000"/>
      <w:sz w:val="22"/>
      <w:szCs w:val="22"/>
    </w:rPr>
    <w:tblPr>
      <w:tblStyleRowBandSize w:val="1"/>
      <w:tblStyleColBandSize w:val="1"/>
      <w:tblInd w:w="0" w:type="dxa"/>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CellMar>
        <w:top w:w="0" w:type="dxa"/>
        <w:left w:w="108" w:type="dxa"/>
        <w:bottom w:w="0" w:type="dxa"/>
        <w:right w:w="108" w:type="dxa"/>
      </w:tblCellMar>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513">
    <w:name w:val="Цветная заливка - Акцент 51"/>
    <w:basedOn w:val="a2"/>
    <w:next w:val="-54"/>
    <w:uiPriority w:val="71"/>
    <w:rsid w:val="009620BA"/>
    <w:pPr>
      <w:spacing w:after="0" w:line="240" w:lineRule="auto"/>
    </w:pPr>
    <w:rPr>
      <w:color w:val="000000"/>
      <w:sz w:val="22"/>
      <w:szCs w:val="22"/>
    </w:rPr>
    <w:tblPr>
      <w:tblStyleRowBandSize w:val="1"/>
      <w:tblStyleColBandSize w:val="1"/>
      <w:tblInd w:w="0" w:type="dxa"/>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3">
    <w:name w:val="Цветная заливка - Акцент 61"/>
    <w:basedOn w:val="a2"/>
    <w:next w:val="-64"/>
    <w:uiPriority w:val="71"/>
    <w:rsid w:val="009620BA"/>
    <w:pPr>
      <w:spacing w:after="0" w:line="240" w:lineRule="auto"/>
    </w:pPr>
    <w:rPr>
      <w:color w:val="000000"/>
      <w:sz w:val="22"/>
      <w:szCs w:val="22"/>
    </w:rPr>
    <w:tblPr>
      <w:tblStyleRowBandSize w:val="1"/>
      <w:tblStyleColBandSize w:val="1"/>
      <w:tblInd w:w="0" w:type="dxa"/>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CellMar>
        <w:top w:w="0" w:type="dxa"/>
        <w:left w:w="108" w:type="dxa"/>
        <w:bottom w:w="0" w:type="dxa"/>
        <w:right w:w="108" w:type="dxa"/>
      </w:tblCellMar>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1fd">
    <w:name w:val="Цветной список1"/>
    <w:basedOn w:val="a2"/>
    <w:next w:val="affff"/>
    <w:uiPriority w:val="72"/>
    <w:rsid w:val="009620BA"/>
    <w:pPr>
      <w:spacing w:after="0" w:line="240" w:lineRule="auto"/>
    </w:pPr>
    <w:rPr>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Цветной список - Акцент 11"/>
    <w:basedOn w:val="a2"/>
    <w:next w:val="-15"/>
    <w:uiPriority w:val="72"/>
    <w:rsid w:val="009620BA"/>
    <w:pPr>
      <w:spacing w:after="0" w:line="240" w:lineRule="auto"/>
    </w:pPr>
    <w:rPr>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4">
    <w:name w:val="Цветной список - Акцент 21"/>
    <w:basedOn w:val="a2"/>
    <w:next w:val="-25"/>
    <w:uiPriority w:val="72"/>
    <w:rsid w:val="009620BA"/>
    <w:pPr>
      <w:spacing w:after="0" w:line="240" w:lineRule="auto"/>
    </w:pPr>
    <w:rPr>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314">
    <w:name w:val="Цветной список - Акцент 31"/>
    <w:basedOn w:val="a2"/>
    <w:next w:val="-35"/>
    <w:uiPriority w:val="72"/>
    <w:rsid w:val="009620BA"/>
    <w:pPr>
      <w:spacing w:after="0" w:line="240" w:lineRule="auto"/>
    </w:pPr>
    <w:rPr>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414">
    <w:name w:val="Цветной список - Акцент 41"/>
    <w:basedOn w:val="a2"/>
    <w:next w:val="-45"/>
    <w:uiPriority w:val="72"/>
    <w:rsid w:val="009620BA"/>
    <w:pPr>
      <w:spacing w:after="0" w:line="240" w:lineRule="auto"/>
    </w:pPr>
    <w:rPr>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514">
    <w:name w:val="Цветной список - Акцент 51"/>
    <w:basedOn w:val="a2"/>
    <w:next w:val="-55"/>
    <w:uiPriority w:val="72"/>
    <w:rsid w:val="009620BA"/>
    <w:pPr>
      <w:spacing w:after="0" w:line="240" w:lineRule="auto"/>
    </w:pPr>
    <w:rPr>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614">
    <w:name w:val="Цветной список - Акцент 61"/>
    <w:basedOn w:val="a2"/>
    <w:next w:val="-65"/>
    <w:uiPriority w:val="72"/>
    <w:rsid w:val="009620BA"/>
    <w:pPr>
      <w:spacing w:after="0" w:line="240" w:lineRule="auto"/>
    </w:pPr>
    <w:rPr>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1fe">
    <w:name w:val="Цветная сетка1"/>
    <w:basedOn w:val="a2"/>
    <w:next w:val="affff0"/>
    <w:uiPriority w:val="73"/>
    <w:rsid w:val="009620BA"/>
    <w:pPr>
      <w:spacing w:after="0" w:line="240" w:lineRule="auto"/>
    </w:pPr>
    <w:rPr>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Цветная сетка - Акцент 11"/>
    <w:basedOn w:val="a2"/>
    <w:next w:val="-16"/>
    <w:uiPriority w:val="73"/>
    <w:rsid w:val="009620BA"/>
    <w:pPr>
      <w:spacing w:after="0" w:line="240" w:lineRule="auto"/>
    </w:pPr>
    <w:rPr>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215">
    <w:name w:val="Цветная сетка - Акцент 21"/>
    <w:basedOn w:val="a2"/>
    <w:next w:val="-26"/>
    <w:uiPriority w:val="73"/>
    <w:rsid w:val="009620BA"/>
    <w:pPr>
      <w:spacing w:after="0" w:line="240" w:lineRule="auto"/>
    </w:pPr>
    <w:rPr>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315">
    <w:name w:val="Цветная сетка - Акцент 31"/>
    <w:basedOn w:val="a2"/>
    <w:next w:val="-36"/>
    <w:uiPriority w:val="73"/>
    <w:rsid w:val="009620BA"/>
    <w:pPr>
      <w:spacing w:after="0" w:line="240" w:lineRule="auto"/>
    </w:pPr>
    <w:rPr>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415">
    <w:name w:val="Цветная сетка - Акцент 41"/>
    <w:basedOn w:val="a2"/>
    <w:next w:val="-46"/>
    <w:uiPriority w:val="73"/>
    <w:rsid w:val="009620BA"/>
    <w:pPr>
      <w:spacing w:after="0" w:line="240" w:lineRule="auto"/>
    </w:pPr>
    <w:rPr>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15">
    <w:name w:val="Цветная сетка - Акцент 51"/>
    <w:basedOn w:val="a2"/>
    <w:next w:val="-56"/>
    <w:uiPriority w:val="73"/>
    <w:rsid w:val="009620BA"/>
    <w:pPr>
      <w:spacing w:after="0" w:line="240" w:lineRule="auto"/>
    </w:pPr>
    <w:rPr>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615">
    <w:name w:val="Цветная сетка - Акцент 61"/>
    <w:basedOn w:val="a2"/>
    <w:next w:val="-66"/>
    <w:uiPriority w:val="73"/>
    <w:rsid w:val="009620BA"/>
    <w:pPr>
      <w:spacing w:after="0" w:line="240" w:lineRule="auto"/>
    </w:pPr>
    <w:rPr>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fontstyle01">
    <w:name w:val="fontstyle01"/>
    <w:basedOn w:val="a1"/>
    <w:rsid w:val="009620BA"/>
    <w:rPr>
      <w:rFonts w:ascii="SchoolBookSanPin-Italic" w:hAnsi="SchoolBookSanPin-Italic" w:hint="default"/>
      <w:b w:val="0"/>
      <w:bCs w:val="0"/>
      <w:i/>
      <w:iCs/>
      <w:color w:val="242021"/>
      <w:sz w:val="20"/>
      <w:szCs w:val="20"/>
    </w:rPr>
  </w:style>
  <w:style w:type="character" w:customStyle="1" w:styleId="fontstyle210">
    <w:name w:val="fontstyle21"/>
    <w:basedOn w:val="a1"/>
    <w:rsid w:val="009620BA"/>
    <w:rPr>
      <w:rFonts w:ascii="SchoolBookSanPin" w:hAnsi="SchoolBookSanPin" w:hint="default"/>
      <w:b w:val="0"/>
      <w:bCs w:val="0"/>
      <w:i w:val="0"/>
      <w:iCs w:val="0"/>
      <w:color w:val="242021"/>
      <w:sz w:val="20"/>
      <w:szCs w:val="20"/>
    </w:rPr>
  </w:style>
  <w:style w:type="character" w:customStyle="1" w:styleId="fontstyle31">
    <w:name w:val="fontstyle31"/>
    <w:basedOn w:val="a1"/>
    <w:rsid w:val="009620BA"/>
    <w:rPr>
      <w:rFonts w:ascii="PiGraphA" w:hAnsi="PiGraphA" w:hint="default"/>
      <w:b w:val="0"/>
      <w:bCs w:val="0"/>
      <w:i w:val="0"/>
      <w:iCs w:val="0"/>
      <w:color w:val="242021"/>
      <w:sz w:val="14"/>
      <w:szCs w:val="14"/>
    </w:rPr>
  </w:style>
  <w:style w:type="character" w:customStyle="1" w:styleId="fontstyle41">
    <w:name w:val="fontstyle41"/>
    <w:basedOn w:val="a1"/>
    <w:rsid w:val="009620BA"/>
    <w:rPr>
      <w:rFonts w:ascii="SchoolBookSanPin" w:hAnsi="SchoolBookSanPin" w:hint="default"/>
      <w:b w:val="0"/>
      <w:bCs w:val="0"/>
      <w:i w:val="0"/>
      <w:iCs w:val="0"/>
      <w:color w:val="242021"/>
      <w:sz w:val="20"/>
      <w:szCs w:val="20"/>
    </w:rPr>
  </w:style>
  <w:style w:type="character" w:customStyle="1" w:styleId="af7">
    <w:name w:val="Без интервала Знак"/>
    <w:aliases w:val="No Spacing Знак"/>
    <w:basedOn w:val="a1"/>
    <w:link w:val="af6"/>
    <w:uiPriority w:val="1"/>
    <w:rsid w:val="009620BA"/>
  </w:style>
  <w:style w:type="numbering" w:customStyle="1" w:styleId="116">
    <w:name w:val="Нет списка11"/>
    <w:next w:val="a3"/>
    <w:uiPriority w:val="99"/>
    <w:semiHidden/>
    <w:unhideWhenUsed/>
    <w:rsid w:val="009620BA"/>
  </w:style>
  <w:style w:type="table" w:customStyle="1" w:styleId="130">
    <w:name w:val="Сетка таблицы13"/>
    <w:basedOn w:val="a2"/>
    <w:next w:val="ad"/>
    <w:uiPriority w:val="59"/>
    <w:rsid w:val="009620BA"/>
    <w:pPr>
      <w:spacing w:after="0" w:line="240" w:lineRule="auto"/>
    </w:pPr>
    <w:rPr>
      <w:rFonts w:eastAsia="Times New Roman"/>
      <w:sz w:val="22"/>
      <w:szCs w:val="22"/>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2"/>
    <w:next w:val="ad"/>
    <w:uiPriority w:val="39"/>
    <w:rsid w:val="009620BA"/>
    <w:pPr>
      <w:spacing w:after="0" w:line="240" w:lineRule="auto"/>
    </w:pPr>
    <w:rPr>
      <w:rFonts w:eastAsia="Times New Roman"/>
      <w:sz w:val="22"/>
      <w:szCs w:val="22"/>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2"/>
    <w:next w:val="ad"/>
    <w:uiPriority w:val="59"/>
    <w:rsid w:val="009620BA"/>
    <w:pPr>
      <w:spacing w:after="0" w:line="240" w:lineRule="auto"/>
    </w:pPr>
    <w:rPr>
      <w:rFonts w:eastAsia="Times New Roman"/>
      <w:sz w:val="22"/>
      <w:szCs w:val="22"/>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nhideWhenUsed/>
    <w:qFormat/>
    <w:rsid w:val="009620BA"/>
    <w:pPr>
      <w:widowControl w:val="0"/>
      <w:autoSpaceDE w:val="0"/>
      <w:autoSpaceDN w:val="0"/>
      <w:spacing w:after="0" w:line="240" w:lineRule="auto"/>
    </w:pPr>
    <w:rPr>
      <w:rFonts w:eastAsia="Calibri"/>
      <w:sz w:val="22"/>
      <w:szCs w:val="22"/>
    </w:rPr>
    <w:tblPr>
      <w:tblInd w:w="0" w:type="dxa"/>
      <w:tblCellMar>
        <w:top w:w="0" w:type="dxa"/>
        <w:left w:w="0" w:type="dxa"/>
        <w:bottom w:w="0" w:type="dxa"/>
        <w:right w:w="0" w:type="dxa"/>
      </w:tblCellMar>
    </w:tblPr>
  </w:style>
  <w:style w:type="table" w:customStyle="1" w:styleId="411">
    <w:name w:val="Сетка таблицы41"/>
    <w:basedOn w:val="a2"/>
    <w:next w:val="ad"/>
    <w:uiPriority w:val="39"/>
    <w:rsid w:val="009620BA"/>
    <w:pPr>
      <w:spacing w:after="0" w:line="240" w:lineRule="auto"/>
    </w:pPr>
    <w:rPr>
      <w:rFonts w:ascii="Calibri" w:eastAsia="Calibri" w:hAnsi="Calibri" w:cs="Times New Roman"/>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next w:val="ad"/>
    <w:uiPriority w:val="59"/>
    <w:rsid w:val="009620BA"/>
    <w:pPr>
      <w:spacing w:after="0" w:line="240" w:lineRule="auto"/>
    </w:pPr>
    <w:rPr>
      <w:rFonts w:eastAsia="Calibr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a">
    <w:name w:val="Нет списка21"/>
    <w:next w:val="a3"/>
    <w:uiPriority w:val="99"/>
    <w:semiHidden/>
    <w:unhideWhenUsed/>
    <w:rsid w:val="009620BA"/>
  </w:style>
  <w:style w:type="table" w:customStyle="1" w:styleId="122">
    <w:name w:val="Сетка таблицы122"/>
    <w:basedOn w:val="a2"/>
    <w:next w:val="a2"/>
    <w:uiPriority w:val="59"/>
    <w:rsid w:val="009620BA"/>
    <w:pPr>
      <w:spacing w:after="0" w:line="240" w:lineRule="auto"/>
    </w:pPr>
    <w:rPr>
      <w:rFonts w:eastAsia="Calibr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d"/>
    <w:uiPriority w:val="39"/>
    <w:rsid w:val="009620BA"/>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9620BA"/>
    <w:pPr>
      <w:spacing w:after="0" w:line="240" w:lineRule="auto"/>
    </w:pPr>
    <w:rPr>
      <w:sz w:val="22"/>
      <w:szCs w:val="22"/>
      <w:lang w:val="ru-RU" w:eastAsia="ru-RU"/>
    </w:rPr>
    <w:tblPr>
      <w:tblCellMar>
        <w:top w:w="0" w:type="dxa"/>
        <w:left w:w="0" w:type="dxa"/>
        <w:bottom w:w="0" w:type="dxa"/>
        <w:right w:w="0" w:type="dxa"/>
      </w:tblCellMar>
    </w:tblPr>
  </w:style>
  <w:style w:type="paragraph" w:customStyle="1" w:styleId="affff1">
    <w:name w:val="Знак"/>
    <w:basedOn w:val="a0"/>
    <w:uiPriority w:val="99"/>
    <w:rsid w:val="009620BA"/>
    <w:pPr>
      <w:spacing w:after="160" w:line="240" w:lineRule="exact"/>
    </w:pPr>
    <w:rPr>
      <w:rFonts w:ascii="Verdana" w:eastAsia="Times New Roman" w:hAnsi="Verdana" w:cs="Verdana"/>
      <w:sz w:val="20"/>
      <w:szCs w:val="20"/>
    </w:rPr>
  </w:style>
  <w:style w:type="paragraph" w:customStyle="1" w:styleId="affff2">
    <w:name w:val="Содержимое таблицы"/>
    <w:basedOn w:val="a0"/>
    <w:uiPriority w:val="99"/>
    <w:rsid w:val="009620BA"/>
    <w:pPr>
      <w:suppressLineNumbers/>
      <w:suppressAutoHyphens/>
      <w:spacing w:after="200" w:line="276" w:lineRule="auto"/>
    </w:pPr>
    <w:rPr>
      <w:rFonts w:ascii="Calibri" w:eastAsia="SimSun" w:hAnsi="Calibri" w:cs="Calibri"/>
      <w:kern w:val="1"/>
      <w:sz w:val="22"/>
      <w:szCs w:val="22"/>
      <w:lang w:val="ru-RU" w:eastAsia="ar-SA"/>
    </w:rPr>
  </w:style>
  <w:style w:type="paragraph" w:styleId="29">
    <w:name w:val="Body Text 2"/>
    <w:basedOn w:val="a0"/>
    <w:link w:val="21b"/>
    <w:uiPriority w:val="99"/>
    <w:semiHidden/>
    <w:unhideWhenUsed/>
    <w:rsid w:val="009620BA"/>
    <w:pPr>
      <w:spacing w:line="480" w:lineRule="auto"/>
    </w:pPr>
  </w:style>
  <w:style w:type="character" w:customStyle="1" w:styleId="21b">
    <w:name w:val="Основной текст 2 Знак1"/>
    <w:basedOn w:val="a1"/>
    <w:link w:val="29"/>
    <w:uiPriority w:val="99"/>
    <w:semiHidden/>
    <w:rsid w:val="009620BA"/>
  </w:style>
  <w:style w:type="paragraph" w:styleId="afff5">
    <w:name w:val="List"/>
    <w:basedOn w:val="a0"/>
    <w:uiPriority w:val="99"/>
    <w:semiHidden/>
    <w:unhideWhenUsed/>
    <w:rsid w:val="009620BA"/>
    <w:pPr>
      <w:ind w:left="283" w:hanging="283"/>
      <w:contextualSpacing/>
    </w:pPr>
  </w:style>
  <w:style w:type="paragraph" w:styleId="2b">
    <w:name w:val="List 2"/>
    <w:basedOn w:val="a0"/>
    <w:uiPriority w:val="99"/>
    <w:semiHidden/>
    <w:unhideWhenUsed/>
    <w:rsid w:val="009620BA"/>
    <w:pPr>
      <w:ind w:left="566" w:hanging="283"/>
      <w:contextualSpacing/>
    </w:pPr>
  </w:style>
  <w:style w:type="paragraph" w:styleId="3c">
    <w:name w:val="List 3"/>
    <w:basedOn w:val="a0"/>
    <w:uiPriority w:val="99"/>
    <w:semiHidden/>
    <w:unhideWhenUsed/>
    <w:rsid w:val="009620BA"/>
    <w:pPr>
      <w:ind w:left="849" w:hanging="283"/>
      <w:contextualSpacing/>
    </w:pPr>
  </w:style>
  <w:style w:type="paragraph" w:styleId="2c">
    <w:name w:val="List Bullet 2"/>
    <w:basedOn w:val="a0"/>
    <w:uiPriority w:val="99"/>
    <w:semiHidden/>
    <w:unhideWhenUsed/>
    <w:rsid w:val="009620BA"/>
    <w:pPr>
      <w:ind w:left="720" w:hanging="360"/>
      <w:contextualSpacing/>
    </w:pPr>
  </w:style>
  <w:style w:type="paragraph" w:styleId="3d">
    <w:name w:val="List Bullet 3"/>
    <w:basedOn w:val="a0"/>
    <w:uiPriority w:val="99"/>
    <w:semiHidden/>
    <w:unhideWhenUsed/>
    <w:rsid w:val="009620BA"/>
    <w:pPr>
      <w:tabs>
        <w:tab w:val="num" w:pos="720"/>
      </w:tabs>
      <w:ind w:left="720" w:hanging="360"/>
      <w:contextualSpacing/>
    </w:pPr>
  </w:style>
  <w:style w:type="paragraph" w:styleId="afff6">
    <w:name w:val="List Number"/>
    <w:basedOn w:val="a0"/>
    <w:uiPriority w:val="99"/>
    <w:semiHidden/>
    <w:unhideWhenUsed/>
    <w:rsid w:val="009620BA"/>
    <w:pPr>
      <w:tabs>
        <w:tab w:val="num" w:pos="1080"/>
      </w:tabs>
      <w:ind w:left="1080" w:hanging="360"/>
      <w:contextualSpacing/>
    </w:pPr>
  </w:style>
  <w:style w:type="paragraph" w:styleId="2d">
    <w:name w:val="List Number 2"/>
    <w:basedOn w:val="a0"/>
    <w:uiPriority w:val="99"/>
    <w:semiHidden/>
    <w:unhideWhenUsed/>
    <w:rsid w:val="009620BA"/>
    <w:pPr>
      <w:tabs>
        <w:tab w:val="num" w:pos="360"/>
      </w:tabs>
      <w:ind w:left="360" w:hanging="360"/>
      <w:contextualSpacing/>
    </w:pPr>
  </w:style>
  <w:style w:type="paragraph" w:styleId="3e">
    <w:name w:val="List Number 3"/>
    <w:basedOn w:val="a0"/>
    <w:uiPriority w:val="99"/>
    <w:semiHidden/>
    <w:unhideWhenUsed/>
    <w:rsid w:val="009620BA"/>
    <w:pPr>
      <w:tabs>
        <w:tab w:val="num" w:pos="720"/>
      </w:tabs>
      <w:ind w:left="720" w:hanging="360"/>
      <w:contextualSpacing/>
    </w:pPr>
  </w:style>
  <w:style w:type="paragraph" w:styleId="afff7">
    <w:name w:val="List Continue"/>
    <w:basedOn w:val="a0"/>
    <w:uiPriority w:val="99"/>
    <w:semiHidden/>
    <w:unhideWhenUsed/>
    <w:rsid w:val="009620BA"/>
    <w:pPr>
      <w:ind w:left="283"/>
      <w:contextualSpacing/>
    </w:pPr>
  </w:style>
  <w:style w:type="paragraph" w:styleId="2e">
    <w:name w:val="List Continue 2"/>
    <w:basedOn w:val="a0"/>
    <w:uiPriority w:val="99"/>
    <w:semiHidden/>
    <w:unhideWhenUsed/>
    <w:rsid w:val="009620BA"/>
    <w:pPr>
      <w:ind w:left="566"/>
      <w:contextualSpacing/>
    </w:pPr>
  </w:style>
  <w:style w:type="paragraph" w:styleId="3f">
    <w:name w:val="List Continue 3"/>
    <w:basedOn w:val="a0"/>
    <w:uiPriority w:val="99"/>
    <w:semiHidden/>
    <w:unhideWhenUsed/>
    <w:rsid w:val="009620BA"/>
    <w:pPr>
      <w:ind w:left="849"/>
      <w:contextualSpacing/>
    </w:pPr>
  </w:style>
  <w:style w:type="paragraph" w:styleId="afff8">
    <w:name w:val="macro"/>
    <w:link w:val="1ff"/>
    <w:uiPriority w:val="99"/>
    <w:semiHidden/>
    <w:unhideWhenUsed/>
    <w:rsid w:val="009620B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1ff">
    <w:name w:val="Текст макроса Знак1"/>
    <w:basedOn w:val="a1"/>
    <w:link w:val="afff8"/>
    <w:uiPriority w:val="99"/>
    <w:semiHidden/>
    <w:rsid w:val="009620BA"/>
    <w:rPr>
      <w:rFonts w:ascii="Consolas" w:hAnsi="Consolas" w:cs="Consolas"/>
      <w:sz w:val="20"/>
      <w:szCs w:val="20"/>
    </w:rPr>
  </w:style>
  <w:style w:type="table" w:styleId="afffa">
    <w:name w:val="Light Shading"/>
    <w:basedOn w:val="a2"/>
    <w:uiPriority w:val="99"/>
    <w:rsid w:val="009620B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2"/>
    <w:uiPriority w:val="99"/>
    <w:rsid w:val="009620BA"/>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2"/>
    <w:uiPriority w:val="99"/>
    <w:rsid w:val="009620BA"/>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2"/>
    <w:uiPriority w:val="99"/>
    <w:rsid w:val="009620BA"/>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2"/>
    <w:uiPriority w:val="99"/>
    <w:rsid w:val="009620BA"/>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2"/>
    <w:uiPriority w:val="99"/>
    <w:rsid w:val="009620BA"/>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2"/>
    <w:uiPriority w:val="99"/>
    <w:rsid w:val="009620BA"/>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fb">
    <w:name w:val="Light List"/>
    <w:basedOn w:val="a2"/>
    <w:uiPriority w:val="99"/>
    <w:rsid w:val="009620B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2"/>
    <w:uiPriority w:val="99"/>
    <w:rsid w:val="009620BA"/>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0">
    <w:name w:val="Light List Accent 2"/>
    <w:basedOn w:val="a2"/>
    <w:uiPriority w:val="99"/>
    <w:rsid w:val="009620BA"/>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2"/>
    <w:uiPriority w:val="99"/>
    <w:rsid w:val="009620BA"/>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2"/>
    <w:uiPriority w:val="99"/>
    <w:rsid w:val="009620BA"/>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2"/>
    <w:uiPriority w:val="99"/>
    <w:rsid w:val="009620BA"/>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0">
    <w:name w:val="Light List Accent 6"/>
    <w:basedOn w:val="a2"/>
    <w:uiPriority w:val="99"/>
    <w:rsid w:val="009620BA"/>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c">
    <w:name w:val="Light Grid"/>
    <w:basedOn w:val="a2"/>
    <w:uiPriority w:val="99"/>
    <w:rsid w:val="009620B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2"/>
    <w:uiPriority w:val="99"/>
    <w:rsid w:val="009620BA"/>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2">
    <w:name w:val="Light Grid Accent 2"/>
    <w:basedOn w:val="a2"/>
    <w:uiPriority w:val="99"/>
    <w:rsid w:val="009620BA"/>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2">
    <w:name w:val="Light Grid Accent 3"/>
    <w:basedOn w:val="a2"/>
    <w:uiPriority w:val="99"/>
    <w:rsid w:val="009620BA"/>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2">
    <w:name w:val="Light Grid Accent 4"/>
    <w:basedOn w:val="a2"/>
    <w:uiPriority w:val="99"/>
    <w:rsid w:val="009620BA"/>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2">
    <w:name w:val="Light Grid Accent 5"/>
    <w:basedOn w:val="a2"/>
    <w:uiPriority w:val="99"/>
    <w:rsid w:val="009620BA"/>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62">
    <w:name w:val="Light Grid Accent 6"/>
    <w:basedOn w:val="a2"/>
    <w:uiPriority w:val="99"/>
    <w:rsid w:val="009620BA"/>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f8">
    <w:name w:val="Medium Shading 1"/>
    <w:basedOn w:val="a2"/>
    <w:uiPriority w:val="99"/>
    <w:rsid w:val="009620B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2"/>
    <w:uiPriority w:val="99"/>
    <w:rsid w:val="009620BA"/>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2"/>
    <w:uiPriority w:val="99"/>
    <w:rsid w:val="009620BA"/>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2"/>
    <w:uiPriority w:val="99"/>
    <w:rsid w:val="009620BA"/>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2"/>
    <w:uiPriority w:val="99"/>
    <w:rsid w:val="009620BA"/>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2"/>
    <w:uiPriority w:val="99"/>
    <w:rsid w:val="009620BA"/>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2"/>
    <w:uiPriority w:val="99"/>
    <w:rsid w:val="009620BA"/>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
    <w:name w:val="Medium Shading 2"/>
    <w:basedOn w:val="a2"/>
    <w:uiPriority w:val="99"/>
    <w:rsid w:val="009620B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2"/>
    <w:uiPriority w:val="99"/>
    <w:rsid w:val="009620B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2"/>
    <w:uiPriority w:val="99"/>
    <w:rsid w:val="009620B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2"/>
    <w:uiPriority w:val="99"/>
    <w:rsid w:val="009620B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2"/>
    <w:uiPriority w:val="99"/>
    <w:rsid w:val="009620B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2"/>
    <w:uiPriority w:val="99"/>
    <w:rsid w:val="009620B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2"/>
    <w:uiPriority w:val="99"/>
    <w:rsid w:val="009620B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9">
    <w:name w:val="Medium List 1"/>
    <w:basedOn w:val="a2"/>
    <w:uiPriority w:val="99"/>
    <w:rsid w:val="009620B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2"/>
    <w:uiPriority w:val="99"/>
    <w:rsid w:val="009620BA"/>
    <w:pPr>
      <w:spacing w:after="0" w:line="240" w:lineRule="auto"/>
    </w:pPr>
    <w:rPr>
      <w:color w:val="000000" w:themeColor="text1"/>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2"/>
    <w:uiPriority w:val="99"/>
    <w:rsid w:val="009620BA"/>
    <w:pPr>
      <w:spacing w:after="0" w:line="240" w:lineRule="auto"/>
    </w:pPr>
    <w:rPr>
      <w:color w:val="000000" w:themeColor="text1"/>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2"/>
    <w:uiPriority w:val="99"/>
    <w:rsid w:val="009620BA"/>
    <w:pPr>
      <w:spacing w:after="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2"/>
    <w:uiPriority w:val="99"/>
    <w:rsid w:val="009620BA"/>
    <w:pPr>
      <w:spacing w:after="0" w:line="240" w:lineRule="auto"/>
    </w:pPr>
    <w:rPr>
      <w:color w:val="000000" w:themeColor="text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2"/>
    <w:uiPriority w:val="99"/>
    <w:rsid w:val="009620BA"/>
    <w:pPr>
      <w:spacing w:after="0" w:line="240" w:lineRule="auto"/>
    </w:pPr>
    <w:rPr>
      <w:color w:val="000000" w:themeColor="text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2"/>
    <w:uiPriority w:val="99"/>
    <w:rsid w:val="009620BA"/>
    <w:pPr>
      <w:spacing w:after="0" w:line="240" w:lineRule="auto"/>
    </w:pPr>
    <w:rPr>
      <w:color w:val="000000" w:themeColor="text1"/>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f0">
    <w:name w:val="Medium List 2"/>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fa">
    <w:name w:val="Medium Grid 1"/>
    <w:basedOn w:val="a2"/>
    <w:uiPriority w:val="99"/>
    <w:rsid w:val="009620B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2"/>
    <w:uiPriority w:val="99"/>
    <w:rsid w:val="009620BA"/>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2">
    <w:name w:val="Medium Grid 1 Accent 2"/>
    <w:basedOn w:val="a2"/>
    <w:uiPriority w:val="99"/>
    <w:rsid w:val="009620BA"/>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2">
    <w:name w:val="Medium Grid 1 Accent 3"/>
    <w:basedOn w:val="a2"/>
    <w:uiPriority w:val="99"/>
    <w:rsid w:val="009620BA"/>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2">
    <w:name w:val="Medium Grid 1 Accent 4"/>
    <w:basedOn w:val="a2"/>
    <w:uiPriority w:val="99"/>
    <w:rsid w:val="009620BA"/>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2">
    <w:name w:val="Medium Grid 1 Accent 5"/>
    <w:basedOn w:val="a2"/>
    <w:uiPriority w:val="99"/>
    <w:rsid w:val="009620BA"/>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2">
    <w:name w:val="Medium Grid 1 Accent 6"/>
    <w:basedOn w:val="a2"/>
    <w:uiPriority w:val="99"/>
    <w:rsid w:val="009620BA"/>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f1">
    <w:name w:val="Medium Grid 2"/>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2">
    <w:name w:val="Medium Grid 2 Accent 2"/>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2">
    <w:name w:val="Medium Grid 2 Accent 3"/>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2">
    <w:name w:val="Medium Grid 2 Accent 4"/>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2">
    <w:name w:val="Medium Grid 2 Accent 5"/>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2">
    <w:name w:val="Medium Grid 2 Accent 6"/>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f0">
    <w:name w:val="Medium Grid 3"/>
    <w:basedOn w:val="a2"/>
    <w:uiPriority w:val="99"/>
    <w:rsid w:val="009620B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2"/>
    <w:uiPriority w:val="99"/>
    <w:rsid w:val="009620B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
    <w:name w:val="Medium Grid 3 Accent 2"/>
    <w:basedOn w:val="a2"/>
    <w:uiPriority w:val="99"/>
    <w:rsid w:val="009620B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2"/>
    <w:uiPriority w:val="99"/>
    <w:rsid w:val="009620B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2"/>
    <w:uiPriority w:val="99"/>
    <w:rsid w:val="009620B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2"/>
    <w:uiPriority w:val="99"/>
    <w:rsid w:val="009620B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6">
    <w:name w:val="Medium Grid 3 Accent 6"/>
    <w:basedOn w:val="a2"/>
    <w:uiPriority w:val="99"/>
    <w:rsid w:val="009620B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afffd">
    <w:name w:val="Dark List"/>
    <w:basedOn w:val="a2"/>
    <w:uiPriority w:val="99"/>
    <w:rsid w:val="009620B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2"/>
    <w:uiPriority w:val="99"/>
    <w:rsid w:val="009620B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3">
    <w:name w:val="Dark List Accent 2"/>
    <w:basedOn w:val="a2"/>
    <w:uiPriority w:val="99"/>
    <w:rsid w:val="009620B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3">
    <w:name w:val="Dark List Accent 3"/>
    <w:basedOn w:val="a2"/>
    <w:uiPriority w:val="99"/>
    <w:rsid w:val="009620B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3">
    <w:name w:val="Dark List Accent 4"/>
    <w:basedOn w:val="a2"/>
    <w:uiPriority w:val="99"/>
    <w:rsid w:val="009620B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3">
    <w:name w:val="Dark List Accent 5"/>
    <w:basedOn w:val="a2"/>
    <w:uiPriority w:val="99"/>
    <w:rsid w:val="009620B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3">
    <w:name w:val="Dark List Accent 6"/>
    <w:basedOn w:val="a2"/>
    <w:uiPriority w:val="99"/>
    <w:rsid w:val="009620B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fe">
    <w:name w:val="Colorful Shading"/>
    <w:basedOn w:val="a2"/>
    <w:uiPriority w:val="99"/>
    <w:rsid w:val="009620BA"/>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2"/>
    <w:uiPriority w:val="99"/>
    <w:rsid w:val="009620BA"/>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2"/>
    <w:uiPriority w:val="99"/>
    <w:rsid w:val="009620BA"/>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2"/>
    <w:uiPriority w:val="99"/>
    <w:rsid w:val="009620BA"/>
    <w:pPr>
      <w:spacing w:after="0" w:line="240" w:lineRule="auto"/>
    </w:pPr>
    <w:rPr>
      <w:color w:val="000000" w:themeColor="text1"/>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4">
    <w:name w:val="Colorful Shading Accent 4"/>
    <w:basedOn w:val="a2"/>
    <w:uiPriority w:val="99"/>
    <w:rsid w:val="009620BA"/>
    <w:pPr>
      <w:spacing w:after="0" w:line="240" w:lineRule="auto"/>
    </w:pPr>
    <w:rPr>
      <w:color w:val="000000" w:themeColor="text1"/>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2"/>
    <w:uiPriority w:val="99"/>
    <w:rsid w:val="009620BA"/>
    <w:pPr>
      <w:spacing w:after="0" w:line="240" w:lineRule="auto"/>
    </w:pPr>
    <w:rPr>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2"/>
    <w:uiPriority w:val="99"/>
    <w:rsid w:val="009620BA"/>
    <w:pPr>
      <w:spacing w:after="0" w:line="240" w:lineRule="auto"/>
    </w:pPr>
    <w:rPr>
      <w:color w:val="000000" w:themeColor="text1"/>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ff">
    <w:name w:val="Colorful List"/>
    <w:basedOn w:val="a2"/>
    <w:uiPriority w:val="99"/>
    <w:rsid w:val="009620B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2"/>
    <w:uiPriority w:val="99"/>
    <w:rsid w:val="009620B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5">
    <w:name w:val="Colorful List Accent 2"/>
    <w:basedOn w:val="a2"/>
    <w:uiPriority w:val="99"/>
    <w:rsid w:val="009620B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5">
    <w:name w:val="Colorful List Accent 3"/>
    <w:basedOn w:val="a2"/>
    <w:uiPriority w:val="99"/>
    <w:rsid w:val="009620B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5">
    <w:name w:val="Colorful List Accent 4"/>
    <w:basedOn w:val="a2"/>
    <w:uiPriority w:val="99"/>
    <w:rsid w:val="009620B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5">
    <w:name w:val="Colorful List Accent 5"/>
    <w:basedOn w:val="a2"/>
    <w:uiPriority w:val="99"/>
    <w:rsid w:val="009620B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5">
    <w:name w:val="Colorful List Accent 6"/>
    <w:basedOn w:val="a2"/>
    <w:uiPriority w:val="99"/>
    <w:rsid w:val="009620B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ff0">
    <w:name w:val="Colorful Grid"/>
    <w:basedOn w:val="a2"/>
    <w:uiPriority w:val="99"/>
    <w:rsid w:val="009620B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2"/>
    <w:uiPriority w:val="99"/>
    <w:rsid w:val="009620B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6">
    <w:name w:val="Colorful Grid Accent 2"/>
    <w:basedOn w:val="a2"/>
    <w:uiPriority w:val="99"/>
    <w:rsid w:val="009620B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6">
    <w:name w:val="Colorful Grid Accent 3"/>
    <w:basedOn w:val="a2"/>
    <w:uiPriority w:val="99"/>
    <w:rsid w:val="009620B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6">
    <w:name w:val="Colorful Grid Accent 4"/>
    <w:basedOn w:val="a2"/>
    <w:uiPriority w:val="99"/>
    <w:rsid w:val="009620B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6">
    <w:name w:val="Colorful Grid Accent 5"/>
    <w:basedOn w:val="a2"/>
    <w:uiPriority w:val="99"/>
    <w:rsid w:val="009620B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6">
    <w:name w:val="Colorful Grid Accent 6"/>
    <w:basedOn w:val="a2"/>
    <w:uiPriority w:val="99"/>
    <w:rsid w:val="009620B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91">
    <w:name w:val="Сетка таблицы9"/>
    <w:basedOn w:val="a2"/>
    <w:next w:val="ad"/>
    <w:uiPriority w:val="59"/>
    <w:rsid w:val="00BC1253"/>
    <w:pPr>
      <w:spacing w:after="0" w:line="240" w:lineRule="auto"/>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f1">
    <w:name w:val="Нет списка3"/>
    <w:next w:val="a3"/>
    <w:uiPriority w:val="99"/>
    <w:semiHidden/>
    <w:unhideWhenUsed/>
    <w:rsid w:val="006D1F8F"/>
  </w:style>
  <w:style w:type="character" w:customStyle="1" w:styleId="1ff0">
    <w:name w:val="Просмотренная гиперссылка1"/>
    <w:basedOn w:val="a1"/>
    <w:uiPriority w:val="99"/>
    <w:semiHidden/>
    <w:unhideWhenUsed/>
    <w:rsid w:val="006D1F8F"/>
    <w:rPr>
      <w:color w:val="800080"/>
      <w:u w:val="single"/>
    </w:rPr>
  </w:style>
  <w:style w:type="table" w:customStyle="1" w:styleId="100">
    <w:name w:val="Сетка таблицы10"/>
    <w:basedOn w:val="a2"/>
    <w:next w:val="ad"/>
    <w:uiPriority w:val="59"/>
    <w:rsid w:val="006D1F8F"/>
    <w:pPr>
      <w:spacing w:after="0" w:line="240" w:lineRule="auto"/>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2">
    <w:name w:val="Светлая заливка2"/>
    <w:basedOn w:val="a2"/>
    <w:next w:val="afffa"/>
    <w:uiPriority w:val="60"/>
    <w:rsid w:val="006D1F8F"/>
    <w:pPr>
      <w:spacing w:after="0" w:line="240" w:lineRule="auto"/>
    </w:pPr>
    <w:rPr>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3">
    <w:name w:val="Светлый список2"/>
    <w:basedOn w:val="a2"/>
    <w:next w:val="afffb"/>
    <w:uiPriority w:val="61"/>
    <w:rsid w:val="006D1F8F"/>
    <w:pPr>
      <w:spacing w:after="0" w:line="240" w:lineRule="auto"/>
    </w:pPr>
    <w:rPr>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f4">
    <w:name w:val="Светлая сетка2"/>
    <w:basedOn w:val="a2"/>
    <w:next w:val="afffc"/>
    <w:uiPriority w:val="62"/>
    <w:rsid w:val="006D1F8F"/>
    <w:pPr>
      <w:spacing w:after="0" w:line="240" w:lineRule="auto"/>
    </w:pPr>
    <w:rPr>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3">
    <w:name w:val="Средняя заливка 12"/>
    <w:basedOn w:val="a2"/>
    <w:next w:val="1f8"/>
    <w:uiPriority w:val="63"/>
    <w:rsid w:val="006D1F8F"/>
    <w:pPr>
      <w:spacing w:after="0" w:line="240" w:lineRule="auto"/>
    </w:pPr>
    <w:rPr>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22">
    <w:name w:val="Средняя заливка 22"/>
    <w:basedOn w:val="a2"/>
    <w:next w:val="2f"/>
    <w:uiPriority w:val="64"/>
    <w:rsid w:val="006D1F8F"/>
    <w:pPr>
      <w:spacing w:after="0" w:line="240" w:lineRule="auto"/>
    </w:pPr>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
    <w:name w:val="Средний список 12"/>
    <w:basedOn w:val="a2"/>
    <w:next w:val="1f9"/>
    <w:uiPriority w:val="65"/>
    <w:rsid w:val="006D1F8F"/>
    <w:pPr>
      <w:spacing w:after="0" w:line="240" w:lineRule="auto"/>
    </w:pPr>
    <w:rPr>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3">
    <w:name w:val="Средний список 22"/>
    <w:basedOn w:val="a2"/>
    <w:next w:val="2f0"/>
    <w:uiPriority w:val="66"/>
    <w:rsid w:val="006D1F8F"/>
    <w:pPr>
      <w:spacing w:after="0" w:line="240" w:lineRule="auto"/>
    </w:pPr>
    <w:rPr>
      <w:rFonts w:ascii="Cambria" w:eastAsia="Times New Roman" w:hAnsi="Cambria" w:cs="Times New Roman"/>
      <w:color w:val="000000"/>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25">
    <w:name w:val="Средняя сетка 12"/>
    <w:basedOn w:val="a2"/>
    <w:next w:val="1fa"/>
    <w:uiPriority w:val="67"/>
    <w:rsid w:val="006D1F8F"/>
    <w:pPr>
      <w:spacing w:after="0" w:line="240" w:lineRule="auto"/>
    </w:pPr>
    <w:rPr>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30">
    <w:name w:val="Средняя сетка 23"/>
    <w:basedOn w:val="a2"/>
    <w:next w:val="2f1"/>
    <w:uiPriority w:val="68"/>
    <w:rsid w:val="006D1F8F"/>
    <w:pPr>
      <w:spacing w:after="0" w:line="240" w:lineRule="auto"/>
    </w:pPr>
    <w:rPr>
      <w:rFonts w:ascii="Cambria" w:eastAsia="Times New Roman" w:hAnsi="Cambria" w:cs="Times New Roman"/>
      <w:color w:val="000000"/>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21">
    <w:name w:val="Средняя сетка 32"/>
    <w:basedOn w:val="a2"/>
    <w:next w:val="3f0"/>
    <w:uiPriority w:val="69"/>
    <w:rsid w:val="006D1F8F"/>
    <w:pPr>
      <w:spacing w:after="0" w:line="240" w:lineRule="auto"/>
    </w:pPr>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2f5">
    <w:name w:val="Темный список2"/>
    <w:basedOn w:val="a2"/>
    <w:next w:val="afffd"/>
    <w:uiPriority w:val="70"/>
    <w:rsid w:val="006D1F8F"/>
    <w:pPr>
      <w:spacing w:after="0" w:line="240" w:lineRule="auto"/>
    </w:pPr>
    <w:rPr>
      <w:color w:val="FFFFFF"/>
      <w:sz w:val="22"/>
      <w:szCs w:val="22"/>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2f6">
    <w:name w:val="Цветная заливка2"/>
    <w:basedOn w:val="a2"/>
    <w:next w:val="afffe"/>
    <w:uiPriority w:val="71"/>
    <w:rsid w:val="006D1F8F"/>
    <w:pPr>
      <w:spacing w:after="0" w:line="240" w:lineRule="auto"/>
    </w:pPr>
    <w:rPr>
      <w:color w:val="000000"/>
      <w:sz w:val="22"/>
      <w:szCs w:val="22"/>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2f7">
    <w:name w:val="Цветной список2"/>
    <w:basedOn w:val="a2"/>
    <w:next w:val="affff"/>
    <w:uiPriority w:val="72"/>
    <w:rsid w:val="006D1F8F"/>
    <w:pPr>
      <w:spacing w:after="0" w:line="240" w:lineRule="auto"/>
    </w:pPr>
    <w:rPr>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2f8">
    <w:name w:val="Цветная сетка2"/>
    <w:basedOn w:val="a2"/>
    <w:next w:val="affff0"/>
    <w:uiPriority w:val="73"/>
    <w:rsid w:val="006D1F8F"/>
    <w:pPr>
      <w:spacing w:after="0" w:line="240" w:lineRule="auto"/>
    </w:pPr>
    <w:rPr>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20">
    <w:name w:val="Светлая заливка - Акцент 12"/>
    <w:basedOn w:val="a2"/>
    <w:next w:val="-1"/>
    <w:uiPriority w:val="60"/>
    <w:rsid w:val="006D1F8F"/>
    <w:pPr>
      <w:spacing w:after="0" w:line="240" w:lineRule="auto"/>
    </w:pPr>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
    <w:name w:val="Светлый список - Акцент 12"/>
    <w:basedOn w:val="a2"/>
    <w:next w:val="-10"/>
    <w:uiPriority w:val="61"/>
    <w:rsid w:val="006D1F8F"/>
    <w:pPr>
      <w:spacing w:after="0" w:line="240" w:lineRule="auto"/>
    </w:pPr>
    <w:rPr>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2">
    <w:name w:val="Светлая сетка - Акцент 12"/>
    <w:basedOn w:val="a2"/>
    <w:next w:val="-12"/>
    <w:uiPriority w:val="62"/>
    <w:rsid w:val="006D1F8F"/>
    <w:pPr>
      <w:spacing w:after="0" w:line="240" w:lineRule="auto"/>
    </w:pPr>
    <w:rPr>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редняя заливка 1 - Акцент 12"/>
    <w:basedOn w:val="a2"/>
    <w:next w:val="1-1"/>
    <w:uiPriority w:val="63"/>
    <w:rsid w:val="006D1F8F"/>
    <w:pPr>
      <w:spacing w:after="0" w:line="240" w:lineRule="auto"/>
    </w:pPr>
    <w:rPr>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20">
    <w:name w:val="Средняя заливка 2 - Акцент 12"/>
    <w:basedOn w:val="a2"/>
    <w:next w:val="2-1"/>
    <w:uiPriority w:val="64"/>
    <w:rsid w:val="006D1F8F"/>
    <w:pPr>
      <w:spacing w:after="0" w:line="240" w:lineRule="auto"/>
    </w:pPr>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
    <w:name w:val="Средний список 1 - Акцент 12"/>
    <w:basedOn w:val="a2"/>
    <w:next w:val="1-10"/>
    <w:uiPriority w:val="65"/>
    <w:rsid w:val="006D1F8F"/>
    <w:pPr>
      <w:spacing w:after="0" w:line="240" w:lineRule="auto"/>
    </w:pPr>
    <w:rPr>
      <w:color w:val="000000"/>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
    <w:name w:val="Средний список 2 - Акцент 12"/>
    <w:basedOn w:val="a2"/>
    <w:next w:val="2-10"/>
    <w:uiPriority w:val="66"/>
    <w:rsid w:val="006D1F8F"/>
    <w:pPr>
      <w:spacing w:after="0" w:line="240" w:lineRule="auto"/>
    </w:pPr>
    <w:rPr>
      <w:rFonts w:ascii="Cambria" w:eastAsia="Times New Roman" w:hAnsi="Cambria" w:cs="Times New Roman"/>
      <w:color w:val="000000"/>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122">
    <w:name w:val="Средняя сетка 1 - Акцент 12"/>
    <w:basedOn w:val="a2"/>
    <w:next w:val="1-12"/>
    <w:uiPriority w:val="67"/>
    <w:rsid w:val="006D1F8F"/>
    <w:pPr>
      <w:spacing w:after="0" w:line="240" w:lineRule="auto"/>
    </w:pPr>
    <w:rPr>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122">
    <w:name w:val="Средняя сетка 2 - Акцент 12"/>
    <w:basedOn w:val="a2"/>
    <w:next w:val="2-12"/>
    <w:uiPriority w:val="68"/>
    <w:rsid w:val="006D1F8F"/>
    <w:pPr>
      <w:spacing w:after="0" w:line="240" w:lineRule="auto"/>
    </w:pPr>
    <w:rPr>
      <w:rFonts w:ascii="Cambria" w:eastAsia="Times New Roman" w:hAnsi="Cambria" w:cs="Times New Roman"/>
      <w:color w:val="000000"/>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3-12">
    <w:name w:val="Средняя сетка 3 - Акцент 12"/>
    <w:basedOn w:val="a2"/>
    <w:next w:val="3-1"/>
    <w:uiPriority w:val="69"/>
    <w:rsid w:val="006D1F8F"/>
    <w:pPr>
      <w:spacing w:after="0" w:line="240" w:lineRule="auto"/>
    </w:pPr>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23">
    <w:name w:val="Темный список - Акцент 12"/>
    <w:basedOn w:val="a2"/>
    <w:next w:val="-13"/>
    <w:uiPriority w:val="70"/>
    <w:rsid w:val="006D1F8F"/>
    <w:pPr>
      <w:spacing w:after="0" w:line="240" w:lineRule="auto"/>
    </w:pPr>
    <w:rPr>
      <w:color w:val="FFFFFF"/>
      <w:sz w:val="22"/>
      <w:szCs w:val="22"/>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124">
    <w:name w:val="Цветная заливка - Акцент 12"/>
    <w:basedOn w:val="a2"/>
    <w:next w:val="-14"/>
    <w:uiPriority w:val="71"/>
    <w:rsid w:val="006D1F8F"/>
    <w:pPr>
      <w:spacing w:after="0" w:line="240" w:lineRule="auto"/>
    </w:pPr>
    <w:rPr>
      <w:color w:val="000000"/>
      <w:sz w:val="22"/>
      <w:szCs w:val="22"/>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25">
    <w:name w:val="Цветной список - Акцент 12"/>
    <w:basedOn w:val="a2"/>
    <w:next w:val="-15"/>
    <w:uiPriority w:val="72"/>
    <w:rsid w:val="006D1F8F"/>
    <w:pPr>
      <w:spacing w:after="0" w:line="240" w:lineRule="auto"/>
    </w:pPr>
    <w:rPr>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26">
    <w:name w:val="Цветная сетка - Акцент 12"/>
    <w:basedOn w:val="a2"/>
    <w:next w:val="-16"/>
    <w:uiPriority w:val="73"/>
    <w:rsid w:val="006D1F8F"/>
    <w:pPr>
      <w:spacing w:after="0" w:line="240" w:lineRule="auto"/>
    </w:pPr>
    <w:rPr>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20">
    <w:name w:val="Светлая заливка - Акцент 22"/>
    <w:basedOn w:val="a2"/>
    <w:next w:val="-2"/>
    <w:uiPriority w:val="60"/>
    <w:rsid w:val="006D1F8F"/>
    <w:pPr>
      <w:spacing w:after="0" w:line="240" w:lineRule="auto"/>
    </w:pPr>
    <w:rPr>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1">
    <w:name w:val="Светлый список - Акцент 22"/>
    <w:basedOn w:val="a2"/>
    <w:next w:val="-20"/>
    <w:uiPriority w:val="61"/>
    <w:rsid w:val="006D1F8F"/>
    <w:pPr>
      <w:spacing w:after="0" w:line="240" w:lineRule="auto"/>
    </w:pPr>
    <w:rPr>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22">
    <w:name w:val="Светлая сетка - Акцент 22"/>
    <w:basedOn w:val="a2"/>
    <w:next w:val="-22"/>
    <w:uiPriority w:val="62"/>
    <w:rsid w:val="006D1F8F"/>
    <w:pPr>
      <w:spacing w:after="0" w:line="240" w:lineRule="auto"/>
    </w:pPr>
    <w:rPr>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20">
    <w:name w:val="Средняя заливка 1 - Акцент 22"/>
    <w:basedOn w:val="a2"/>
    <w:next w:val="1-2"/>
    <w:uiPriority w:val="63"/>
    <w:rsid w:val="006D1F8F"/>
    <w:pPr>
      <w:spacing w:after="0" w:line="240" w:lineRule="auto"/>
    </w:pPr>
    <w:rPr>
      <w:sz w:val="22"/>
      <w:szCs w:val="2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20">
    <w:name w:val="Средняя заливка 2 - Акцент 22"/>
    <w:basedOn w:val="a2"/>
    <w:next w:val="2-2"/>
    <w:uiPriority w:val="64"/>
    <w:rsid w:val="006D1F8F"/>
    <w:pPr>
      <w:spacing w:after="0" w:line="240" w:lineRule="auto"/>
    </w:pPr>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1">
    <w:name w:val="Средний список 1 - Акцент 22"/>
    <w:basedOn w:val="a2"/>
    <w:next w:val="1-20"/>
    <w:uiPriority w:val="65"/>
    <w:rsid w:val="006D1F8F"/>
    <w:pPr>
      <w:spacing w:after="0" w:line="240" w:lineRule="auto"/>
    </w:pPr>
    <w:rPr>
      <w:color w:val="000000"/>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2-221">
    <w:name w:val="Средний список 2 - Акцент 22"/>
    <w:basedOn w:val="a2"/>
    <w:next w:val="2-20"/>
    <w:uiPriority w:val="66"/>
    <w:rsid w:val="006D1F8F"/>
    <w:pPr>
      <w:spacing w:after="0" w:line="240" w:lineRule="auto"/>
    </w:pPr>
    <w:rPr>
      <w:rFonts w:ascii="Cambria" w:eastAsia="Times New Roman" w:hAnsi="Cambria" w:cs="Times New Roman"/>
      <w:color w:val="000000"/>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1-222">
    <w:name w:val="Средняя сетка 1 - Акцент 22"/>
    <w:basedOn w:val="a2"/>
    <w:next w:val="1-22"/>
    <w:uiPriority w:val="67"/>
    <w:rsid w:val="006D1F8F"/>
    <w:pPr>
      <w:spacing w:after="0" w:line="240" w:lineRule="auto"/>
    </w:pPr>
    <w:rPr>
      <w:sz w:val="22"/>
      <w:szCs w:val="2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2-222">
    <w:name w:val="Средняя сетка 2 - Акцент 22"/>
    <w:basedOn w:val="a2"/>
    <w:next w:val="2-22"/>
    <w:uiPriority w:val="68"/>
    <w:rsid w:val="006D1F8F"/>
    <w:pPr>
      <w:spacing w:after="0" w:line="240" w:lineRule="auto"/>
    </w:pPr>
    <w:rPr>
      <w:rFonts w:ascii="Cambria" w:eastAsia="Times New Roman" w:hAnsi="Cambria" w:cs="Times New Roman"/>
      <w:color w:val="000000"/>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3-22">
    <w:name w:val="Средняя сетка 3 - Акцент 22"/>
    <w:basedOn w:val="a2"/>
    <w:next w:val="3-2"/>
    <w:uiPriority w:val="69"/>
    <w:rsid w:val="006D1F8F"/>
    <w:pPr>
      <w:spacing w:after="0" w:line="240" w:lineRule="auto"/>
    </w:pPr>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223">
    <w:name w:val="Темный список - Акцент 22"/>
    <w:basedOn w:val="a2"/>
    <w:next w:val="-23"/>
    <w:uiPriority w:val="70"/>
    <w:rsid w:val="006D1F8F"/>
    <w:pPr>
      <w:spacing w:after="0" w:line="240" w:lineRule="auto"/>
    </w:pPr>
    <w:rPr>
      <w:color w:val="FFFFFF"/>
      <w:sz w:val="22"/>
      <w:szCs w:val="22"/>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224">
    <w:name w:val="Цветная заливка - Акцент 22"/>
    <w:basedOn w:val="a2"/>
    <w:next w:val="-24"/>
    <w:uiPriority w:val="71"/>
    <w:rsid w:val="006D1F8F"/>
    <w:pPr>
      <w:spacing w:after="0" w:line="240" w:lineRule="auto"/>
    </w:pPr>
    <w:rPr>
      <w:color w:val="000000"/>
      <w:sz w:val="22"/>
      <w:szCs w:val="22"/>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225">
    <w:name w:val="Цветной список - Акцент 22"/>
    <w:basedOn w:val="a2"/>
    <w:next w:val="-25"/>
    <w:uiPriority w:val="72"/>
    <w:rsid w:val="006D1F8F"/>
    <w:pPr>
      <w:spacing w:after="0" w:line="240" w:lineRule="auto"/>
    </w:pPr>
    <w:rPr>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26">
    <w:name w:val="Цветная сетка - Акцент 22"/>
    <w:basedOn w:val="a2"/>
    <w:next w:val="-26"/>
    <w:uiPriority w:val="73"/>
    <w:rsid w:val="006D1F8F"/>
    <w:pPr>
      <w:spacing w:after="0" w:line="240" w:lineRule="auto"/>
    </w:pPr>
    <w:rPr>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20">
    <w:name w:val="Светлая заливка - Акцент 32"/>
    <w:basedOn w:val="a2"/>
    <w:next w:val="-3"/>
    <w:uiPriority w:val="60"/>
    <w:rsid w:val="006D1F8F"/>
    <w:pPr>
      <w:spacing w:after="0" w:line="240" w:lineRule="auto"/>
    </w:pPr>
    <w:rPr>
      <w:color w:val="76923C"/>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21">
    <w:name w:val="Светлый список - Акцент 32"/>
    <w:basedOn w:val="a2"/>
    <w:next w:val="-30"/>
    <w:uiPriority w:val="61"/>
    <w:rsid w:val="006D1F8F"/>
    <w:pPr>
      <w:spacing w:after="0" w:line="240" w:lineRule="auto"/>
    </w:pPr>
    <w:rPr>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22">
    <w:name w:val="Светлая сетка - Акцент 32"/>
    <w:basedOn w:val="a2"/>
    <w:next w:val="-32"/>
    <w:uiPriority w:val="62"/>
    <w:rsid w:val="006D1F8F"/>
    <w:pPr>
      <w:spacing w:after="0" w:line="240" w:lineRule="auto"/>
    </w:pPr>
    <w:rPr>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320">
    <w:name w:val="Средняя заливка 1 - Акцент 32"/>
    <w:basedOn w:val="a2"/>
    <w:next w:val="1-3"/>
    <w:uiPriority w:val="63"/>
    <w:rsid w:val="006D1F8F"/>
    <w:pPr>
      <w:spacing w:after="0" w:line="240" w:lineRule="auto"/>
    </w:pPr>
    <w:rPr>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2-320">
    <w:name w:val="Средняя заливка 2 - Акцент 32"/>
    <w:basedOn w:val="a2"/>
    <w:next w:val="2-3"/>
    <w:uiPriority w:val="64"/>
    <w:rsid w:val="006D1F8F"/>
    <w:pPr>
      <w:spacing w:after="0" w:line="240" w:lineRule="auto"/>
    </w:pPr>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1">
    <w:name w:val="Средний список 1 - Акцент 32"/>
    <w:basedOn w:val="a2"/>
    <w:next w:val="1-30"/>
    <w:uiPriority w:val="65"/>
    <w:rsid w:val="006D1F8F"/>
    <w:pPr>
      <w:spacing w:after="0" w:line="240" w:lineRule="auto"/>
    </w:pPr>
    <w:rPr>
      <w:color w:val="000000"/>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2-321">
    <w:name w:val="Средний список 2 - Акцент 32"/>
    <w:basedOn w:val="a2"/>
    <w:next w:val="2-30"/>
    <w:uiPriority w:val="66"/>
    <w:rsid w:val="006D1F8F"/>
    <w:pPr>
      <w:spacing w:after="0" w:line="240" w:lineRule="auto"/>
    </w:pPr>
    <w:rPr>
      <w:rFonts w:ascii="Cambria" w:eastAsia="Times New Roman" w:hAnsi="Cambria" w:cs="Times New Roman"/>
      <w:color w:val="000000"/>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1-322">
    <w:name w:val="Средняя сетка 1 - Акцент 32"/>
    <w:basedOn w:val="a2"/>
    <w:next w:val="1-32"/>
    <w:uiPriority w:val="67"/>
    <w:rsid w:val="006D1F8F"/>
    <w:pPr>
      <w:spacing w:after="0" w:line="240" w:lineRule="auto"/>
    </w:pPr>
    <w:rPr>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322">
    <w:name w:val="Средняя сетка 2 - Акцент 32"/>
    <w:basedOn w:val="a2"/>
    <w:next w:val="2-32"/>
    <w:uiPriority w:val="68"/>
    <w:rsid w:val="006D1F8F"/>
    <w:pPr>
      <w:spacing w:after="0" w:line="240" w:lineRule="auto"/>
    </w:pPr>
    <w:rPr>
      <w:rFonts w:ascii="Cambria" w:eastAsia="Times New Roman" w:hAnsi="Cambria" w:cs="Times New Roman"/>
      <w:color w:val="000000"/>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3-32">
    <w:name w:val="Средняя сетка 3 - Акцент 32"/>
    <w:basedOn w:val="a2"/>
    <w:next w:val="3-3"/>
    <w:uiPriority w:val="69"/>
    <w:rsid w:val="006D1F8F"/>
    <w:pPr>
      <w:spacing w:after="0" w:line="240" w:lineRule="auto"/>
    </w:pPr>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3">
    <w:name w:val="Темный список - Акцент 32"/>
    <w:basedOn w:val="a2"/>
    <w:next w:val="-33"/>
    <w:uiPriority w:val="70"/>
    <w:rsid w:val="006D1F8F"/>
    <w:pPr>
      <w:spacing w:after="0" w:line="240" w:lineRule="auto"/>
    </w:pPr>
    <w:rPr>
      <w:color w:val="FFFFFF"/>
      <w:sz w:val="22"/>
      <w:szCs w:val="22"/>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324">
    <w:name w:val="Цветная заливка - Акцент 32"/>
    <w:basedOn w:val="a2"/>
    <w:next w:val="-34"/>
    <w:uiPriority w:val="71"/>
    <w:rsid w:val="006D1F8F"/>
    <w:pPr>
      <w:spacing w:after="0" w:line="240" w:lineRule="auto"/>
    </w:pPr>
    <w:rPr>
      <w:color w:val="000000"/>
      <w:sz w:val="22"/>
      <w:szCs w:val="22"/>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325">
    <w:name w:val="Цветной список - Акцент 32"/>
    <w:basedOn w:val="a2"/>
    <w:next w:val="-35"/>
    <w:uiPriority w:val="72"/>
    <w:rsid w:val="006D1F8F"/>
    <w:pPr>
      <w:spacing w:after="0" w:line="240" w:lineRule="auto"/>
    </w:pPr>
    <w:rPr>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326">
    <w:name w:val="Цветная сетка - Акцент 32"/>
    <w:basedOn w:val="a2"/>
    <w:next w:val="-36"/>
    <w:uiPriority w:val="73"/>
    <w:rsid w:val="006D1F8F"/>
    <w:pPr>
      <w:spacing w:after="0" w:line="240" w:lineRule="auto"/>
    </w:pPr>
    <w:rPr>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20">
    <w:name w:val="Светлая заливка - Акцент 42"/>
    <w:basedOn w:val="a2"/>
    <w:next w:val="-4"/>
    <w:uiPriority w:val="60"/>
    <w:rsid w:val="006D1F8F"/>
    <w:pPr>
      <w:spacing w:after="0" w:line="240" w:lineRule="auto"/>
    </w:pPr>
    <w:rPr>
      <w:color w:val="5F497A"/>
      <w:sz w:val="22"/>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21">
    <w:name w:val="Светлый список - Акцент 42"/>
    <w:basedOn w:val="a2"/>
    <w:next w:val="-40"/>
    <w:uiPriority w:val="61"/>
    <w:rsid w:val="006D1F8F"/>
    <w:pPr>
      <w:spacing w:after="0" w:line="240" w:lineRule="auto"/>
    </w:pPr>
    <w:rPr>
      <w:sz w:val="22"/>
      <w:szCs w:val="22"/>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22">
    <w:name w:val="Светлая сетка - Акцент 42"/>
    <w:basedOn w:val="a2"/>
    <w:next w:val="-42"/>
    <w:uiPriority w:val="62"/>
    <w:rsid w:val="006D1F8F"/>
    <w:pPr>
      <w:spacing w:after="0" w:line="240" w:lineRule="auto"/>
    </w:pPr>
    <w:rPr>
      <w:sz w:val="22"/>
      <w:szCs w:val="22"/>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20">
    <w:name w:val="Средняя заливка 1 - Акцент 42"/>
    <w:basedOn w:val="a2"/>
    <w:next w:val="1-4"/>
    <w:uiPriority w:val="63"/>
    <w:rsid w:val="006D1F8F"/>
    <w:pPr>
      <w:spacing w:after="0" w:line="240" w:lineRule="auto"/>
    </w:pPr>
    <w:rPr>
      <w:sz w:val="22"/>
      <w:szCs w:val="22"/>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420">
    <w:name w:val="Средняя заливка 2 - Акцент 42"/>
    <w:basedOn w:val="a2"/>
    <w:next w:val="2-4"/>
    <w:uiPriority w:val="64"/>
    <w:rsid w:val="006D1F8F"/>
    <w:pPr>
      <w:spacing w:after="0" w:line="240" w:lineRule="auto"/>
    </w:pPr>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21">
    <w:name w:val="Средний список 1 - Акцент 42"/>
    <w:basedOn w:val="a2"/>
    <w:next w:val="1-40"/>
    <w:uiPriority w:val="65"/>
    <w:rsid w:val="006D1F8F"/>
    <w:pPr>
      <w:spacing w:after="0" w:line="240" w:lineRule="auto"/>
    </w:pPr>
    <w:rPr>
      <w:color w:val="000000"/>
      <w:sz w:val="22"/>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2-421">
    <w:name w:val="Средний список 2 - Акцент 42"/>
    <w:basedOn w:val="a2"/>
    <w:next w:val="2-40"/>
    <w:uiPriority w:val="66"/>
    <w:rsid w:val="006D1F8F"/>
    <w:pPr>
      <w:spacing w:after="0" w:line="240" w:lineRule="auto"/>
    </w:pPr>
    <w:rPr>
      <w:rFonts w:ascii="Cambria" w:eastAsia="Times New Roman" w:hAnsi="Cambria" w:cs="Times New Roman"/>
      <w:color w:val="000000"/>
      <w:sz w:val="22"/>
      <w:szCs w:val="22"/>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1-422">
    <w:name w:val="Средняя сетка 1 - Акцент 42"/>
    <w:basedOn w:val="a2"/>
    <w:next w:val="1-42"/>
    <w:uiPriority w:val="67"/>
    <w:rsid w:val="006D1F8F"/>
    <w:pPr>
      <w:spacing w:after="0" w:line="240" w:lineRule="auto"/>
    </w:pPr>
    <w:rPr>
      <w:sz w:val="22"/>
      <w:szCs w:val="22"/>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422">
    <w:name w:val="Средняя сетка 2 - Акцент 42"/>
    <w:basedOn w:val="a2"/>
    <w:next w:val="2-42"/>
    <w:uiPriority w:val="68"/>
    <w:rsid w:val="006D1F8F"/>
    <w:pPr>
      <w:spacing w:after="0" w:line="240" w:lineRule="auto"/>
    </w:pPr>
    <w:rPr>
      <w:rFonts w:ascii="Cambria" w:eastAsia="Times New Roman" w:hAnsi="Cambria" w:cs="Times New Roman"/>
      <w:color w:val="000000"/>
      <w:sz w:val="22"/>
      <w:szCs w:val="22"/>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3-42">
    <w:name w:val="Средняя сетка 3 - Акцент 42"/>
    <w:basedOn w:val="a2"/>
    <w:next w:val="3-4"/>
    <w:uiPriority w:val="69"/>
    <w:rsid w:val="006D1F8F"/>
    <w:pPr>
      <w:spacing w:after="0" w:line="240" w:lineRule="auto"/>
    </w:pPr>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23">
    <w:name w:val="Темный список - Акцент 42"/>
    <w:basedOn w:val="a2"/>
    <w:next w:val="-43"/>
    <w:uiPriority w:val="70"/>
    <w:rsid w:val="006D1F8F"/>
    <w:pPr>
      <w:spacing w:after="0" w:line="240" w:lineRule="auto"/>
    </w:pPr>
    <w:rPr>
      <w:color w:val="FFFFFF"/>
      <w:sz w:val="22"/>
      <w:szCs w:val="22"/>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424">
    <w:name w:val="Цветная заливка - Акцент 42"/>
    <w:basedOn w:val="a2"/>
    <w:next w:val="-44"/>
    <w:uiPriority w:val="71"/>
    <w:rsid w:val="006D1F8F"/>
    <w:pPr>
      <w:spacing w:after="0" w:line="240" w:lineRule="auto"/>
    </w:pPr>
    <w:rPr>
      <w:color w:val="000000"/>
      <w:sz w:val="22"/>
      <w:szCs w:val="22"/>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425">
    <w:name w:val="Цветной список - Акцент 42"/>
    <w:basedOn w:val="a2"/>
    <w:next w:val="-45"/>
    <w:uiPriority w:val="72"/>
    <w:rsid w:val="006D1F8F"/>
    <w:pPr>
      <w:spacing w:after="0" w:line="240" w:lineRule="auto"/>
    </w:pPr>
    <w:rPr>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426">
    <w:name w:val="Цветная сетка - Акцент 42"/>
    <w:basedOn w:val="a2"/>
    <w:next w:val="-46"/>
    <w:uiPriority w:val="73"/>
    <w:rsid w:val="006D1F8F"/>
    <w:pPr>
      <w:spacing w:after="0" w:line="240" w:lineRule="auto"/>
    </w:pPr>
    <w:rPr>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20">
    <w:name w:val="Светлая заливка - Акцент 52"/>
    <w:basedOn w:val="a2"/>
    <w:next w:val="-5"/>
    <w:uiPriority w:val="60"/>
    <w:rsid w:val="006D1F8F"/>
    <w:pPr>
      <w:spacing w:after="0" w:line="240" w:lineRule="auto"/>
    </w:pPr>
    <w:rPr>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21">
    <w:name w:val="Светлый список - Акцент 52"/>
    <w:basedOn w:val="a2"/>
    <w:next w:val="-50"/>
    <w:uiPriority w:val="61"/>
    <w:rsid w:val="006D1F8F"/>
    <w:pPr>
      <w:spacing w:after="0" w:line="240" w:lineRule="auto"/>
    </w:pPr>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522">
    <w:name w:val="Светлая сетка - Акцент 52"/>
    <w:basedOn w:val="a2"/>
    <w:next w:val="-52"/>
    <w:uiPriority w:val="62"/>
    <w:rsid w:val="006D1F8F"/>
    <w:pPr>
      <w:spacing w:after="0" w:line="240" w:lineRule="auto"/>
    </w:pPr>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520">
    <w:name w:val="Средняя заливка 1 - Акцент 52"/>
    <w:basedOn w:val="a2"/>
    <w:next w:val="1-5"/>
    <w:uiPriority w:val="63"/>
    <w:rsid w:val="006D1F8F"/>
    <w:pPr>
      <w:spacing w:after="0" w:line="240" w:lineRule="auto"/>
    </w:pPr>
    <w:rPr>
      <w:sz w:val="22"/>
      <w:szCs w:val="22"/>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520">
    <w:name w:val="Средняя заливка 2 - Акцент 52"/>
    <w:basedOn w:val="a2"/>
    <w:next w:val="2-5"/>
    <w:uiPriority w:val="64"/>
    <w:rsid w:val="006D1F8F"/>
    <w:pPr>
      <w:spacing w:after="0" w:line="240" w:lineRule="auto"/>
    </w:pPr>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21">
    <w:name w:val="Средний список 1 - Акцент 52"/>
    <w:basedOn w:val="a2"/>
    <w:next w:val="1-50"/>
    <w:uiPriority w:val="65"/>
    <w:rsid w:val="006D1F8F"/>
    <w:pPr>
      <w:spacing w:after="0" w:line="240" w:lineRule="auto"/>
    </w:pPr>
    <w:rPr>
      <w:color w:val="000000"/>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2-521">
    <w:name w:val="Средний список 2 - Акцент 52"/>
    <w:basedOn w:val="a2"/>
    <w:next w:val="2-50"/>
    <w:uiPriority w:val="66"/>
    <w:rsid w:val="006D1F8F"/>
    <w:pPr>
      <w:spacing w:after="0" w:line="240" w:lineRule="auto"/>
    </w:pPr>
    <w:rPr>
      <w:rFonts w:ascii="Cambria" w:eastAsia="Times New Roman" w:hAnsi="Cambria" w:cs="Times New Roman"/>
      <w:color w:val="000000"/>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522">
    <w:name w:val="Средняя сетка 1 - Акцент 52"/>
    <w:basedOn w:val="a2"/>
    <w:next w:val="1-52"/>
    <w:uiPriority w:val="67"/>
    <w:rsid w:val="006D1F8F"/>
    <w:pPr>
      <w:spacing w:after="0" w:line="240" w:lineRule="auto"/>
    </w:pPr>
    <w:rPr>
      <w:sz w:val="22"/>
      <w:szCs w:val="22"/>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2-522">
    <w:name w:val="Средняя сетка 2 - Акцент 52"/>
    <w:basedOn w:val="a2"/>
    <w:next w:val="2-52"/>
    <w:uiPriority w:val="68"/>
    <w:rsid w:val="006D1F8F"/>
    <w:pPr>
      <w:spacing w:after="0" w:line="240" w:lineRule="auto"/>
    </w:pPr>
    <w:rPr>
      <w:rFonts w:ascii="Cambria" w:eastAsia="Times New Roman" w:hAnsi="Cambria" w:cs="Times New Roman"/>
      <w:color w:val="000000"/>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3-52">
    <w:name w:val="Средняя сетка 3 - Акцент 52"/>
    <w:basedOn w:val="a2"/>
    <w:next w:val="3-5"/>
    <w:uiPriority w:val="69"/>
    <w:rsid w:val="006D1F8F"/>
    <w:pPr>
      <w:spacing w:after="0" w:line="240" w:lineRule="auto"/>
    </w:pPr>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523">
    <w:name w:val="Темный список - Акцент 52"/>
    <w:basedOn w:val="a2"/>
    <w:next w:val="-53"/>
    <w:uiPriority w:val="70"/>
    <w:rsid w:val="006D1F8F"/>
    <w:pPr>
      <w:spacing w:after="0" w:line="240" w:lineRule="auto"/>
    </w:pPr>
    <w:rPr>
      <w:color w:val="FFFFFF"/>
      <w:sz w:val="22"/>
      <w:szCs w:val="22"/>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524">
    <w:name w:val="Цветная заливка - Акцент 52"/>
    <w:basedOn w:val="a2"/>
    <w:next w:val="-54"/>
    <w:uiPriority w:val="71"/>
    <w:rsid w:val="006D1F8F"/>
    <w:pPr>
      <w:spacing w:after="0" w:line="240" w:lineRule="auto"/>
    </w:pPr>
    <w:rPr>
      <w:color w:val="000000"/>
      <w:sz w:val="22"/>
      <w:szCs w:val="22"/>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525">
    <w:name w:val="Цветной список - Акцент 52"/>
    <w:basedOn w:val="a2"/>
    <w:next w:val="-55"/>
    <w:uiPriority w:val="72"/>
    <w:rsid w:val="006D1F8F"/>
    <w:pPr>
      <w:spacing w:after="0" w:line="240" w:lineRule="auto"/>
    </w:pPr>
    <w:rPr>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526">
    <w:name w:val="Цветная сетка - Акцент 52"/>
    <w:basedOn w:val="a2"/>
    <w:next w:val="-56"/>
    <w:uiPriority w:val="73"/>
    <w:rsid w:val="006D1F8F"/>
    <w:pPr>
      <w:spacing w:after="0" w:line="240" w:lineRule="auto"/>
    </w:pPr>
    <w:rPr>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20">
    <w:name w:val="Светлая заливка - Акцент 62"/>
    <w:basedOn w:val="a2"/>
    <w:next w:val="-6"/>
    <w:uiPriority w:val="60"/>
    <w:rsid w:val="006D1F8F"/>
    <w:pPr>
      <w:spacing w:after="0" w:line="240" w:lineRule="auto"/>
    </w:pPr>
    <w:rPr>
      <w:color w:val="E36C0A"/>
      <w:sz w:val="22"/>
      <w:szCs w:val="22"/>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621">
    <w:name w:val="Светлый список - Акцент 62"/>
    <w:basedOn w:val="a2"/>
    <w:next w:val="-60"/>
    <w:uiPriority w:val="61"/>
    <w:rsid w:val="006D1F8F"/>
    <w:pPr>
      <w:spacing w:after="0" w:line="240" w:lineRule="auto"/>
    </w:pPr>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22">
    <w:name w:val="Светлая сетка - Акцент 62"/>
    <w:basedOn w:val="a2"/>
    <w:next w:val="-62"/>
    <w:uiPriority w:val="62"/>
    <w:rsid w:val="006D1F8F"/>
    <w:pPr>
      <w:spacing w:after="0" w:line="240" w:lineRule="auto"/>
    </w:pPr>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20">
    <w:name w:val="Средняя заливка 1 - Акцент 62"/>
    <w:basedOn w:val="a2"/>
    <w:next w:val="1-6"/>
    <w:uiPriority w:val="63"/>
    <w:rsid w:val="006D1F8F"/>
    <w:pPr>
      <w:spacing w:after="0" w:line="240" w:lineRule="auto"/>
    </w:pPr>
    <w:rPr>
      <w:sz w:val="22"/>
      <w:szCs w:val="22"/>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620">
    <w:name w:val="Средняя заливка 2 - Акцент 62"/>
    <w:basedOn w:val="a2"/>
    <w:next w:val="2-6"/>
    <w:uiPriority w:val="64"/>
    <w:rsid w:val="006D1F8F"/>
    <w:pPr>
      <w:spacing w:after="0" w:line="240" w:lineRule="auto"/>
    </w:pPr>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21">
    <w:name w:val="Средний список 1 - Акцент 62"/>
    <w:basedOn w:val="a2"/>
    <w:next w:val="1-60"/>
    <w:uiPriority w:val="65"/>
    <w:rsid w:val="006D1F8F"/>
    <w:pPr>
      <w:spacing w:after="0" w:line="240" w:lineRule="auto"/>
    </w:pPr>
    <w:rPr>
      <w:color w:val="000000"/>
      <w:sz w:val="22"/>
      <w:szCs w:val="22"/>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621">
    <w:name w:val="Средний список 2 - Акцент 62"/>
    <w:basedOn w:val="a2"/>
    <w:next w:val="2-60"/>
    <w:uiPriority w:val="66"/>
    <w:rsid w:val="006D1F8F"/>
    <w:pPr>
      <w:spacing w:after="0" w:line="240" w:lineRule="auto"/>
    </w:pPr>
    <w:rPr>
      <w:rFonts w:ascii="Cambria" w:eastAsia="Times New Roman" w:hAnsi="Cambria" w:cs="Times New Roman"/>
      <w:color w:val="000000"/>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622">
    <w:name w:val="Средняя сетка 1 - Акцент 62"/>
    <w:basedOn w:val="a2"/>
    <w:next w:val="1-62"/>
    <w:uiPriority w:val="67"/>
    <w:rsid w:val="006D1F8F"/>
    <w:pPr>
      <w:spacing w:after="0" w:line="240" w:lineRule="auto"/>
    </w:pPr>
    <w:rPr>
      <w:sz w:val="22"/>
      <w:szCs w:val="22"/>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622">
    <w:name w:val="Средняя сетка 2 - Акцент 62"/>
    <w:basedOn w:val="a2"/>
    <w:next w:val="2-62"/>
    <w:uiPriority w:val="68"/>
    <w:rsid w:val="006D1F8F"/>
    <w:pPr>
      <w:spacing w:after="0" w:line="240" w:lineRule="auto"/>
    </w:pPr>
    <w:rPr>
      <w:rFonts w:ascii="Cambria" w:eastAsia="Times New Roman" w:hAnsi="Cambria" w:cs="Times New Roman"/>
      <w:color w:val="000000"/>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62">
    <w:name w:val="Средняя сетка 3 - Акцент 62"/>
    <w:basedOn w:val="a2"/>
    <w:next w:val="3-6"/>
    <w:uiPriority w:val="69"/>
    <w:rsid w:val="006D1F8F"/>
    <w:pPr>
      <w:spacing w:after="0" w:line="240" w:lineRule="auto"/>
    </w:pPr>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23">
    <w:name w:val="Темный список - Акцент 62"/>
    <w:basedOn w:val="a2"/>
    <w:next w:val="-63"/>
    <w:uiPriority w:val="70"/>
    <w:rsid w:val="006D1F8F"/>
    <w:pPr>
      <w:spacing w:after="0" w:line="240" w:lineRule="auto"/>
    </w:pPr>
    <w:rPr>
      <w:color w:val="FFFFFF"/>
      <w:sz w:val="22"/>
      <w:szCs w:val="22"/>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24">
    <w:name w:val="Цветная заливка - Акцент 62"/>
    <w:basedOn w:val="a2"/>
    <w:next w:val="-64"/>
    <w:uiPriority w:val="71"/>
    <w:rsid w:val="006D1F8F"/>
    <w:pPr>
      <w:spacing w:after="0" w:line="240" w:lineRule="auto"/>
    </w:pPr>
    <w:rPr>
      <w:color w:val="000000"/>
      <w:sz w:val="22"/>
      <w:szCs w:val="22"/>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25">
    <w:name w:val="Цветной список - Акцент 62"/>
    <w:basedOn w:val="a2"/>
    <w:next w:val="-65"/>
    <w:uiPriority w:val="72"/>
    <w:rsid w:val="006D1F8F"/>
    <w:pPr>
      <w:spacing w:after="0" w:line="240" w:lineRule="auto"/>
    </w:pPr>
    <w:rPr>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26">
    <w:name w:val="Цветная сетка - Акцент 62"/>
    <w:basedOn w:val="a2"/>
    <w:next w:val="-66"/>
    <w:uiPriority w:val="73"/>
    <w:rsid w:val="006D1F8F"/>
    <w:pPr>
      <w:spacing w:after="0" w:line="240" w:lineRule="auto"/>
    </w:pPr>
    <w:rPr>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40">
    <w:name w:val="Сетка таблицы14"/>
    <w:basedOn w:val="a2"/>
    <w:uiPriority w:val="59"/>
    <w:rsid w:val="006D1F8F"/>
    <w:pPr>
      <w:spacing w:after="0" w:line="240" w:lineRule="auto"/>
    </w:pPr>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basedOn w:val="a2"/>
    <w:uiPriority w:val="39"/>
    <w:rsid w:val="006D1F8F"/>
    <w:pPr>
      <w:spacing w:after="0" w:line="240" w:lineRule="auto"/>
    </w:pPr>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
    <w:basedOn w:val="a2"/>
    <w:uiPriority w:val="59"/>
    <w:rsid w:val="006D1F8F"/>
    <w:pPr>
      <w:spacing w:after="0" w:line="240" w:lineRule="auto"/>
    </w:pPr>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qFormat/>
    <w:rsid w:val="006D1F8F"/>
    <w:pPr>
      <w:widowControl w:val="0"/>
      <w:autoSpaceDE w:val="0"/>
      <w:autoSpaceDN w:val="0"/>
      <w:spacing w:after="0" w:line="240" w:lineRule="auto"/>
    </w:pPr>
    <w:rPr>
      <w:rFonts w:eastAsia="Calibri"/>
      <w:sz w:val="22"/>
      <w:szCs w:val="22"/>
    </w:rPr>
    <w:tblPr>
      <w:tblCellMar>
        <w:top w:w="0" w:type="dxa"/>
        <w:left w:w="0" w:type="dxa"/>
        <w:bottom w:w="0" w:type="dxa"/>
        <w:right w:w="0" w:type="dxa"/>
      </w:tblCellMar>
    </w:tblPr>
  </w:style>
  <w:style w:type="table" w:customStyle="1" w:styleId="420">
    <w:name w:val="Сетка таблицы42"/>
    <w:basedOn w:val="a2"/>
    <w:uiPriority w:val="39"/>
    <w:rsid w:val="006D1F8F"/>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2"/>
    <w:uiPriority w:val="59"/>
    <w:rsid w:val="006D1F8F"/>
    <w:pPr>
      <w:spacing w:after="0" w:line="240"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2"/>
    <w:uiPriority w:val="59"/>
    <w:rsid w:val="006D1F8F"/>
    <w:pPr>
      <w:spacing w:after="0" w:line="240"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2"/>
    <w:uiPriority w:val="39"/>
    <w:rsid w:val="006D1F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3">
    <w:name w:val="FollowedHyperlink"/>
    <w:basedOn w:val="a1"/>
    <w:uiPriority w:val="99"/>
    <w:semiHidden/>
    <w:unhideWhenUsed/>
    <w:rsid w:val="006D1F8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caption" w:uiPriority="35" w:qFormat="1"/>
    <w:lsdException w:name="Title" w:semiHidden="0" w:unhideWhenUsed="0" w:qFormat="1"/>
    <w:lsdException w:name="Default Paragraph Font" w:uiPriority="1"/>
    <w:lsdException w:name="Body Text"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0">
    <w:name w:val="Normal"/>
    <w:qFormat/>
    <w:rsid w:val="006E092A"/>
  </w:style>
  <w:style w:type="paragraph" w:styleId="11">
    <w:name w:val="heading 1"/>
    <w:basedOn w:val="a0"/>
    <w:next w:val="a0"/>
    <w:link w:val="12"/>
    <w:uiPriority w:val="9"/>
    <w:qFormat/>
    <w:rsid w:val="006E092A"/>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2">
    <w:name w:val="heading 2"/>
    <w:basedOn w:val="a0"/>
    <w:next w:val="a0"/>
    <w:link w:val="20"/>
    <w:unhideWhenUsed/>
    <w:qFormat/>
    <w:rsid w:val="006E092A"/>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30">
    <w:name w:val="heading 3"/>
    <w:basedOn w:val="a0"/>
    <w:next w:val="a0"/>
    <w:link w:val="32"/>
    <w:unhideWhenUsed/>
    <w:qFormat/>
    <w:rsid w:val="006E092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0"/>
    <w:next w:val="a0"/>
    <w:link w:val="40"/>
    <w:unhideWhenUsed/>
    <w:qFormat/>
    <w:rsid w:val="006E092A"/>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0"/>
    <w:next w:val="a0"/>
    <w:link w:val="50"/>
    <w:unhideWhenUsed/>
    <w:qFormat/>
    <w:rsid w:val="006E092A"/>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0"/>
    <w:next w:val="a0"/>
    <w:link w:val="60"/>
    <w:unhideWhenUsed/>
    <w:qFormat/>
    <w:rsid w:val="006E092A"/>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0"/>
    <w:next w:val="a0"/>
    <w:link w:val="70"/>
    <w:uiPriority w:val="99"/>
    <w:unhideWhenUsed/>
    <w:qFormat/>
    <w:rsid w:val="006E092A"/>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0"/>
    <w:next w:val="a0"/>
    <w:link w:val="80"/>
    <w:uiPriority w:val="99"/>
    <w:unhideWhenUsed/>
    <w:qFormat/>
    <w:rsid w:val="006E092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0"/>
    <w:next w:val="a0"/>
    <w:link w:val="90"/>
    <w:uiPriority w:val="99"/>
    <w:unhideWhenUsed/>
    <w:qFormat/>
    <w:rsid w:val="006E092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841CD9"/>
    <w:pPr>
      <w:tabs>
        <w:tab w:val="center" w:pos="4680"/>
        <w:tab w:val="right" w:pos="9360"/>
      </w:tabs>
    </w:pPr>
  </w:style>
  <w:style w:type="character" w:customStyle="1" w:styleId="a5">
    <w:name w:val="Верхний колонтитул Знак"/>
    <w:basedOn w:val="a1"/>
    <w:link w:val="a4"/>
    <w:uiPriority w:val="99"/>
    <w:rsid w:val="00841CD9"/>
  </w:style>
  <w:style w:type="character" w:customStyle="1" w:styleId="12">
    <w:name w:val="Заголовок 1 Знак"/>
    <w:basedOn w:val="a1"/>
    <w:link w:val="11"/>
    <w:uiPriority w:val="9"/>
    <w:rsid w:val="006E092A"/>
    <w:rPr>
      <w:rFonts w:asciiTheme="majorHAnsi" w:eastAsiaTheme="majorEastAsia" w:hAnsiTheme="majorHAnsi" w:cstheme="majorBidi"/>
      <w:color w:val="2E74B5" w:themeColor="accent1" w:themeShade="BF"/>
      <w:sz w:val="36"/>
      <w:szCs w:val="36"/>
    </w:rPr>
  </w:style>
  <w:style w:type="character" w:customStyle="1" w:styleId="20">
    <w:name w:val="Заголовок 2 Знак"/>
    <w:basedOn w:val="a1"/>
    <w:link w:val="2"/>
    <w:rsid w:val="006E092A"/>
    <w:rPr>
      <w:rFonts w:asciiTheme="majorHAnsi" w:eastAsiaTheme="majorEastAsia" w:hAnsiTheme="majorHAnsi" w:cstheme="majorBidi"/>
      <w:color w:val="2E74B5" w:themeColor="accent1" w:themeShade="BF"/>
      <w:sz w:val="28"/>
      <w:szCs w:val="28"/>
    </w:rPr>
  </w:style>
  <w:style w:type="character" w:customStyle="1" w:styleId="32">
    <w:name w:val="Заголовок 3 Знак"/>
    <w:basedOn w:val="a1"/>
    <w:link w:val="30"/>
    <w:rsid w:val="006E092A"/>
    <w:rPr>
      <w:rFonts w:asciiTheme="majorHAnsi" w:eastAsiaTheme="majorEastAsia" w:hAnsiTheme="majorHAnsi" w:cstheme="majorBidi"/>
      <w:color w:val="404040" w:themeColor="text1" w:themeTint="BF"/>
      <w:sz w:val="26"/>
      <w:szCs w:val="26"/>
    </w:rPr>
  </w:style>
  <w:style w:type="character" w:customStyle="1" w:styleId="40">
    <w:name w:val="Заголовок 4 Знак"/>
    <w:basedOn w:val="a1"/>
    <w:link w:val="4"/>
    <w:rsid w:val="006E092A"/>
    <w:rPr>
      <w:rFonts w:asciiTheme="majorHAnsi" w:eastAsiaTheme="majorEastAsia" w:hAnsiTheme="majorHAnsi" w:cstheme="majorBidi"/>
      <w:sz w:val="24"/>
      <w:szCs w:val="24"/>
    </w:rPr>
  </w:style>
  <w:style w:type="paragraph" w:styleId="a6">
    <w:name w:val="Normal Indent"/>
    <w:basedOn w:val="a0"/>
    <w:uiPriority w:val="99"/>
    <w:unhideWhenUsed/>
    <w:rsid w:val="00841CD9"/>
    <w:pPr>
      <w:ind w:left="720"/>
    </w:pPr>
  </w:style>
  <w:style w:type="paragraph" w:styleId="a7">
    <w:name w:val="Subtitle"/>
    <w:basedOn w:val="a0"/>
    <w:next w:val="a0"/>
    <w:link w:val="a8"/>
    <w:uiPriority w:val="11"/>
    <w:qFormat/>
    <w:rsid w:val="006E092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8">
    <w:name w:val="Подзаголовок Знак"/>
    <w:basedOn w:val="a1"/>
    <w:link w:val="a7"/>
    <w:uiPriority w:val="11"/>
    <w:rsid w:val="006E092A"/>
    <w:rPr>
      <w:rFonts w:asciiTheme="majorHAnsi" w:eastAsiaTheme="majorEastAsia" w:hAnsiTheme="majorHAnsi" w:cstheme="majorBidi"/>
      <w:color w:val="404040" w:themeColor="text1" w:themeTint="BF"/>
      <w:sz w:val="30"/>
      <w:szCs w:val="30"/>
    </w:rPr>
  </w:style>
  <w:style w:type="paragraph" w:styleId="a9">
    <w:name w:val="Title"/>
    <w:basedOn w:val="a0"/>
    <w:next w:val="a0"/>
    <w:link w:val="aa"/>
    <w:uiPriority w:val="99"/>
    <w:qFormat/>
    <w:rsid w:val="006E092A"/>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aa">
    <w:name w:val="Название Знак"/>
    <w:basedOn w:val="a1"/>
    <w:link w:val="a9"/>
    <w:uiPriority w:val="99"/>
    <w:rsid w:val="006E092A"/>
    <w:rPr>
      <w:rFonts w:asciiTheme="majorHAnsi" w:eastAsiaTheme="majorEastAsia" w:hAnsiTheme="majorHAnsi" w:cstheme="majorBidi"/>
      <w:color w:val="2E74B5" w:themeColor="accent1" w:themeShade="BF"/>
      <w:spacing w:val="-7"/>
      <w:sz w:val="80"/>
      <w:szCs w:val="80"/>
    </w:rPr>
  </w:style>
  <w:style w:type="character" w:styleId="ab">
    <w:name w:val="Emphasis"/>
    <w:basedOn w:val="a1"/>
    <w:uiPriority w:val="20"/>
    <w:qFormat/>
    <w:rsid w:val="006E092A"/>
    <w:rPr>
      <w:i/>
      <w:iCs/>
    </w:rPr>
  </w:style>
  <w:style w:type="character" w:styleId="ac">
    <w:name w:val="Hyperlink"/>
    <w:basedOn w:val="a1"/>
    <w:unhideWhenUsed/>
    <w:rPr>
      <w:color w:val="0563C1" w:themeColor="hyperlink"/>
      <w:u w:val="single"/>
    </w:rPr>
  </w:style>
  <w:style w:type="table" w:styleId="ad">
    <w:name w:val="Table Grid"/>
    <w:basedOn w:val="a2"/>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caption"/>
    <w:basedOn w:val="a0"/>
    <w:next w:val="a0"/>
    <w:uiPriority w:val="35"/>
    <w:unhideWhenUsed/>
    <w:qFormat/>
    <w:rsid w:val="006E092A"/>
    <w:pPr>
      <w:spacing w:line="240" w:lineRule="auto"/>
    </w:pPr>
    <w:rPr>
      <w:b/>
      <w:bCs/>
      <w:color w:val="404040" w:themeColor="text1" w:themeTint="BF"/>
      <w:sz w:val="20"/>
      <w:szCs w:val="20"/>
    </w:rPr>
  </w:style>
  <w:style w:type="paragraph" w:styleId="af">
    <w:name w:val="List Paragraph"/>
    <w:basedOn w:val="a0"/>
    <w:link w:val="af0"/>
    <w:uiPriority w:val="34"/>
    <w:qFormat/>
    <w:rsid w:val="003E01F1"/>
    <w:pPr>
      <w:ind w:left="720"/>
      <w:contextualSpacing/>
    </w:pPr>
  </w:style>
  <w:style w:type="paragraph" w:styleId="af1">
    <w:name w:val="Body Text"/>
    <w:basedOn w:val="a0"/>
    <w:link w:val="af2"/>
    <w:uiPriority w:val="99"/>
    <w:qFormat/>
    <w:rsid w:val="003E01F1"/>
    <w:pPr>
      <w:widowControl w:val="0"/>
      <w:autoSpaceDE w:val="0"/>
      <w:autoSpaceDN w:val="0"/>
      <w:spacing w:after="0" w:line="240" w:lineRule="auto"/>
      <w:ind w:left="526"/>
    </w:pPr>
    <w:rPr>
      <w:rFonts w:ascii="Times New Roman" w:eastAsia="Times New Roman" w:hAnsi="Times New Roman" w:cs="Times New Roman"/>
      <w:sz w:val="24"/>
      <w:szCs w:val="24"/>
      <w:lang w:val="ru-RU"/>
    </w:rPr>
  </w:style>
  <w:style w:type="character" w:customStyle="1" w:styleId="af2">
    <w:name w:val="Основной текст Знак"/>
    <w:basedOn w:val="a1"/>
    <w:link w:val="af1"/>
    <w:uiPriority w:val="99"/>
    <w:rsid w:val="003E01F1"/>
    <w:rPr>
      <w:rFonts w:ascii="Times New Roman" w:eastAsia="Times New Roman" w:hAnsi="Times New Roman" w:cs="Times New Roman"/>
      <w:sz w:val="24"/>
      <w:szCs w:val="24"/>
      <w:lang w:val="ru-RU"/>
    </w:rPr>
  </w:style>
  <w:style w:type="paragraph" w:styleId="af3">
    <w:name w:val="Balloon Text"/>
    <w:basedOn w:val="a0"/>
    <w:link w:val="af4"/>
    <w:uiPriority w:val="99"/>
    <w:unhideWhenUsed/>
    <w:rsid w:val="00BD07F5"/>
    <w:pPr>
      <w:spacing w:after="0" w:line="240" w:lineRule="auto"/>
    </w:pPr>
    <w:rPr>
      <w:rFonts w:ascii="Segoe UI" w:hAnsi="Segoe UI" w:cs="Segoe UI"/>
      <w:sz w:val="18"/>
      <w:szCs w:val="18"/>
    </w:rPr>
  </w:style>
  <w:style w:type="character" w:customStyle="1" w:styleId="af4">
    <w:name w:val="Текст выноски Знак"/>
    <w:basedOn w:val="a1"/>
    <w:link w:val="af3"/>
    <w:uiPriority w:val="99"/>
    <w:rsid w:val="00BD07F5"/>
    <w:rPr>
      <w:rFonts w:ascii="Segoe UI" w:hAnsi="Segoe UI" w:cs="Segoe UI"/>
      <w:sz w:val="18"/>
      <w:szCs w:val="18"/>
    </w:rPr>
  </w:style>
  <w:style w:type="character" w:customStyle="1" w:styleId="50">
    <w:name w:val="Заголовок 5 Знак"/>
    <w:basedOn w:val="a1"/>
    <w:link w:val="5"/>
    <w:rsid w:val="006E092A"/>
    <w:rPr>
      <w:rFonts w:asciiTheme="majorHAnsi" w:eastAsiaTheme="majorEastAsia" w:hAnsiTheme="majorHAnsi" w:cstheme="majorBidi"/>
      <w:i/>
      <w:iCs/>
      <w:sz w:val="22"/>
      <w:szCs w:val="22"/>
    </w:rPr>
  </w:style>
  <w:style w:type="character" w:customStyle="1" w:styleId="60">
    <w:name w:val="Заголовок 6 Знак"/>
    <w:basedOn w:val="a1"/>
    <w:link w:val="6"/>
    <w:rsid w:val="006E092A"/>
    <w:rPr>
      <w:rFonts w:asciiTheme="majorHAnsi" w:eastAsiaTheme="majorEastAsia" w:hAnsiTheme="majorHAnsi" w:cstheme="majorBidi"/>
      <w:color w:val="595959" w:themeColor="text1" w:themeTint="A6"/>
    </w:rPr>
  </w:style>
  <w:style w:type="character" w:customStyle="1" w:styleId="70">
    <w:name w:val="Заголовок 7 Знак"/>
    <w:basedOn w:val="a1"/>
    <w:link w:val="7"/>
    <w:uiPriority w:val="99"/>
    <w:rsid w:val="006E092A"/>
    <w:rPr>
      <w:rFonts w:asciiTheme="majorHAnsi" w:eastAsiaTheme="majorEastAsia" w:hAnsiTheme="majorHAnsi" w:cstheme="majorBidi"/>
      <w:i/>
      <w:iCs/>
      <w:color w:val="595959" w:themeColor="text1" w:themeTint="A6"/>
    </w:rPr>
  </w:style>
  <w:style w:type="character" w:customStyle="1" w:styleId="80">
    <w:name w:val="Заголовок 8 Знак"/>
    <w:basedOn w:val="a1"/>
    <w:link w:val="8"/>
    <w:uiPriority w:val="99"/>
    <w:rsid w:val="006E092A"/>
    <w:rPr>
      <w:rFonts w:asciiTheme="majorHAnsi" w:eastAsiaTheme="majorEastAsia" w:hAnsiTheme="majorHAnsi" w:cstheme="majorBidi"/>
      <w:smallCaps/>
      <w:color w:val="595959" w:themeColor="text1" w:themeTint="A6"/>
    </w:rPr>
  </w:style>
  <w:style w:type="character" w:customStyle="1" w:styleId="90">
    <w:name w:val="Заголовок 9 Знак"/>
    <w:basedOn w:val="a1"/>
    <w:link w:val="9"/>
    <w:uiPriority w:val="99"/>
    <w:rsid w:val="006E092A"/>
    <w:rPr>
      <w:rFonts w:asciiTheme="majorHAnsi" w:eastAsiaTheme="majorEastAsia" w:hAnsiTheme="majorHAnsi" w:cstheme="majorBidi"/>
      <w:i/>
      <w:iCs/>
      <w:smallCaps/>
      <w:color w:val="595959" w:themeColor="text1" w:themeTint="A6"/>
    </w:rPr>
  </w:style>
  <w:style w:type="character" w:styleId="af5">
    <w:name w:val="Strong"/>
    <w:basedOn w:val="a1"/>
    <w:uiPriority w:val="22"/>
    <w:qFormat/>
    <w:rsid w:val="006E092A"/>
    <w:rPr>
      <w:b/>
      <w:bCs/>
    </w:rPr>
  </w:style>
  <w:style w:type="paragraph" w:styleId="af6">
    <w:name w:val="No Spacing"/>
    <w:aliases w:val="No Spacing"/>
    <w:link w:val="af7"/>
    <w:uiPriority w:val="1"/>
    <w:qFormat/>
    <w:rsid w:val="006E092A"/>
    <w:pPr>
      <w:spacing w:after="0" w:line="240" w:lineRule="auto"/>
    </w:pPr>
  </w:style>
  <w:style w:type="paragraph" w:styleId="22">
    <w:name w:val="Quote"/>
    <w:basedOn w:val="a0"/>
    <w:next w:val="a0"/>
    <w:link w:val="23"/>
    <w:uiPriority w:val="29"/>
    <w:qFormat/>
    <w:rsid w:val="006E092A"/>
    <w:pPr>
      <w:spacing w:before="240" w:after="240" w:line="252" w:lineRule="auto"/>
      <w:ind w:left="864" w:right="864"/>
      <w:jc w:val="center"/>
    </w:pPr>
    <w:rPr>
      <w:i/>
      <w:iCs/>
    </w:rPr>
  </w:style>
  <w:style w:type="character" w:customStyle="1" w:styleId="23">
    <w:name w:val="Цитата 2 Знак"/>
    <w:basedOn w:val="a1"/>
    <w:link w:val="22"/>
    <w:uiPriority w:val="29"/>
    <w:rsid w:val="006E092A"/>
    <w:rPr>
      <w:i/>
      <w:iCs/>
    </w:rPr>
  </w:style>
  <w:style w:type="paragraph" w:styleId="af8">
    <w:name w:val="Intense Quote"/>
    <w:basedOn w:val="a0"/>
    <w:next w:val="a0"/>
    <w:link w:val="af9"/>
    <w:uiPriority w:val="30"/>
    <w:qFormat/>
    <w:rsid w:val="006E092A"/>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af9">
    <w:name w:val="Выделенная цитата Знак"/>
    <w:basedOn w:val="a1"/>
    <w:link w:val="af8"/>
    <w:uiPriority w:val="30"/>
    <w:rsid w:val="006E092A"/>
    <w:rPr>
      <w:rFonts w:asciiTheme="majorHAnsi" w:eastAsiaTheme="majorEastAsia" w:hAnsiTheme="majorHAnsi" w:cstheme="majorBidi"/>
      <w:color w:val="5B9BD5" w:themeColor="accent1"/>
      <w:sz w:val="28"/>
      <w:szCs w:val="28"/>
    </w:rPr>
  </w:style>
  <w:style w:type="character" w:styleId="afa">
    <w:name w:val="Subtle Emphasis"/>
    <w:basedOn w:val="a1"/>
    <w:uiPriority w:val="19"/>
    <w:qFormat/>
    <w:rsid w:val="006E092A"/>
    <w:rPr>
      <w:i/>
      <w:iCs/>
      <w:color w:val="595959" w:themeColor="text1" w:themeTint="A6"/>
    </w:rPr>
  </w:style>
  <w:style w:type="character" w:styleId="afb">
    <w:name w:val="Intense Emphasis"/>
    <w:basedOn w:val="a1"/>
    <w:uiPriority w:val="21"/>
    <w:qFormat/>
    <w:rsid w:val="006E092A"/>
    <w:rPr>
      <w:b/>
      <w:bCs/>
      <w:i/>
      <w:iCs/>
    </w:rPr>
  </w:style>
  <w:style w:type="character" w:styleId="afc">
    <w:name w:val="Subtle Reference"/>
    <w:basedOn w:val="a1"/>
    <w:uiPriority w:val="31"/>
    <w:qFormat/>
    <w:rsid w:val="006E092A"/>
    <w:rPr>
      <w:smallCaps/>
      <w:color w:val="404040" w:themeColor="text1" w:themeTint="BF"/>
    </w:rPr>
  </w:style>
  <w:style w:type="character" w:styleId="afd">
    <w:name w:val="Intense Reference"/>
    <w:basedOn w:val="a1"/>
    <w:uiPriority w:val="32"/>
    <w:qFormat/>
    <w:rsid w:val="006E092A"/>
    <w:rPr>
      <w:b/>
      <w:bCs/>
      <w:smallCaps/>
      <w:u w:val="single"/>
    </w:rPr>
  </w:style>
  <w:style w:type="character" w:styleId="afe">
    <w:name w:val="Book Title"/>
    <w:basedOn w:val="a1"/>
    <w:uiPriority w:val="33"/>
    <w:qFormat/>
    <w:rsid w:val="006E092A"/>
    <w:rPr>
      <w:b/>
      <w:bCs/>
      <w:smallCaps/>
    </w:rPr>
  </w:style>
  <w:style w:type="paragraph" w:styleId="aff">
    <w:name w:val="TOC Heading"/>
    <w:basedOn w:val="11"/>
    <w:next w:val="a0"/>
    <w:uiPriority w:val="39"/>
    <w:semiHidden/>
    <w:unhideWhenUsed/>
    <w:qFormat/>
    <w:rsid w:val="006E092A"/>
    <w:pPr>
      <w:outlineLvl w:val="9"/>
    </w:pPr>
  </w:style>
  <w:style w:type="paragraph" w:styleId="aff0">
    <w:name w:val="footer"/>
    <w:basedOn w:val="a0"/>
    <w:link w:val="aff1"/>
    <w:uiPriority w:val="99"/>
    <w:unhideWhenUsed/>
    <w:rsid w:val="00B15259"/>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B15259"/>
  </w:style>
  <w:style w:type="table" w:customStyle="1" w:styleId="13">
    <w:name w:val="Сетка таблицы1"/>
    <w:basedOn w:val="a2"/>
    <w:next w:val="ad"/>
    <w:uiPriority w:val="39"/>
    <w:rsid w:val="00576306"/>
    <w:pPr>
      <w:spacing w:after="0" w:line="240" w:lineRule="auto"/>
    </w:pPr>
    <w:rPr>
      <w:rFonts w:eastAsia="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d"/>
    <w:uiPriority w:val="59"/>
    <w:rsid w:val="00576306"/>
    <w:pPr>
      <w:spacing w:after="0" w:line="240" w:lineRule="auto"/>
    </w:pPr>
    <w:rPr>
      <w:rFonts w:eastAsia="Times New Roman"/>
      <w:sz w:val="22"/>
      <w:szCs w:val="22"/>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Нет списка1"/>
    <w:next w:val="a3"/>
    <w:semiHidden/>
    <w:rsid w:val="00FB6DC3"/>
  </w:style>
  <w:style w:type="table" w:customStyle="1" w:styleId="24">
    <w:name w:val="Сетка таблицы2"/>
    <w:basedOn w:val="a2"/>
    <w:next w:val="ad"/>
    <w:rsid w:val="00FB6DC3"/>
    <w:pPr>
      <w:spacing w:after="0" w:line="240" w:lineRule="auto"/>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
    <w:name w:val="Абзац списка1"/>
    <w:basedOn w:val="a0"/>
    <w:link w:val="ListParagraphChar"/>
    <w:uiPriority w:val="99"/>
    <w:rsid w:val="00FB6DC3"/>
    <w:pPr>
      <w:ind w:left="720"/>
      <w:contextualSpacing/>
    </w:pPr>
    <w:rPr>
      <w:rFonts w:ascii="Calibri" w:eastAsia="Calibri" w:hAnsi="Calibri" w:cs="Times New Roman"/>
      <w:lang w:val="ru-RU" w:eastAsia="ru-RU"/>
    </w:rPr>
  </w:style>
  <w:style w:type="paragraph" w:styleId="aff2">
    <w:name w:val="Normal (Web)"/>
    <w:basedOn w:val="a0"/>
    <w:uiPriority w:val="99"/>
    <w:rsid w:val="00FB6DC3"/>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customStyle="1" w:styleId="ListParagraphChar">
    <w:name w:val="List Paragraph Char"/>
    <w:link w:val="15"/>
    <w:locked/>
    <w:rsid w:val="00FB6DC3"/>
    <w:rPr>
      <w:rFonts w:ascii="Calibri" w:eastAsia="Calibri" w:hAnsi="Calibri" w:cs="Times New Roman"/>
      <w:lang w:val="ru-RU" w:eastAsia="ru-RU"/>
    </w:rPr>
  </w:style>
  <w:style w:type="paragraph" w:customStyle="1" w:styleId="3">
    <w:name w:val="3номер"/>
    <w:basedOn w:val="a0"/>
    <w:link w:val="33"/>
    <w:uiPriority w:val="99"/>
    <w:qFormat/>
    <w:rsid w:val="00FB6DC3"/>
    <w:pPr>
      <w:numPr>
        <w:numId w:val="82"/>
      </w:numPr>
      <w:tabs>
        <w:tab w:val="left" w:pos="0"/>
        <w:tab w:val="left" w:pos="851"/>
      </w:tabs>
      <w:spacing w:after="160" w:line="256" w:lineRule="auto"/>
      <w:jc w:val="both"/>
    </w:pPr>
    <w:rPr>
      <w:rFonts w:ascii="Calibri" w:eastAsia="Times New Roman" w:hAnsi="Calibri" w:cs="Times New Roman"/>
      <w:sz w:val="24"/>
      <w:szCs w:val="24"/>
      <w:lang w:val="ru-RU" w:eastAsia="ru-RU"/>
    </w:rPr>
  </w:style>
  <w:style w:type="character" w:customStyle="1" w:styleId="33">
    <w:name w:val="3номер Знак"/>
    <w:link w:val="3"/>
    <w:uiPriority w:val="99"/>
    <w:locked/>
    <w:rsid w:val="00FB6DC3"/>
    <w:rPr>
      <w:rFonts w:ascii="Calibri" w:eastAsia="Times New Roman" w:hAnsi="Calibri" w:cs="Times New Roman"/>
      <w:sz w:val="24"/>
      <w:szCs w:val="24"/>
      <w:lang w:val="ru-RU" w:eastAsia="ru-RU"/>
    </w:rPr>
  </w:style>
  <w:style w:type="paragraph" w:customStyle="1" w:styleId="16">
    <w:name w:val="1"/>
    <w:basedOn w:val="a0"/>
    <w:link w:val="17"/>
    <w:qFormat/>
    <w:rsid w:val="00FB6DC3"/>
    <w:pPr>
      <w:tabs>
        <w:tab w:val="left" w:pos="993"/>
      </w:tabs>
      <w:spacing w:after="160" w:line="256" w:lineRule="auto"/>
      <w:jc w:val="both"/>
    </w:pPr>
    <w:rPr>
      <w:rFonts w:ascii="Calibri" w:eastAsia="Times New Roman" w:hAnsi="Calibri" w:cs="Times New Roman"/>
      <w:sz w:val="24"/>
      <w:szCs w:val="28"/>
      <w:lang w:val="ru-RU" w:eastAsia="ru-RU"/>
    </w:rPr>
  </w:style>
  <w:style w:type="character" w:customStyle="1" w:styleId="17">
    <w:name w:val="1 Знак"/>
    <w:link w:val="16"/>
    <w:locked/>
    <w:rsid w:val="00FB6DC3"/>
    <w:rPr>
      <w:rFonts w:ascii="Calibri" w:eastAsia="Times New Roman" w:hAnsi="Calibri" w:cs="Times New Roman"/>
      <w:sz w:val="24"/>
      <w:szCs w:val="28"/>
      <w:lang w:val="ru-RU" w:eastAsia="ru-RU"/>
    </w:rPr>
  </w:style>
  <w:style w:type="paragraph" w:customStyle="1" w:styleId="10">
    <w:name w:val="1_Номер"/>
    <w:basedOn w:val="15"/>
    <w:link w:val="18"/>
    <w:uiPriority w:val="99"/>
    <w:qFormat/>
    <w:rsid w:val="00FB6DC3"/>
    <w:pPr>
      <w:numPr>
        <w:numId w:val="83"/>
      </w:numPr>
      <w:spacing w:after="160" w:line="256" w:lineRule="auto"/>
      <w:jc w:val="both"/>
    </w:pPr>
    <w:rPr>
      <w:rFonts w:eastAsia="Times New Roman"/>
      <w:sz w:val="24"/>
      <w:szCs w:val="24"/>
    </w:rPr>
  </w:style>
  <w:style w:type="character" w:customStyle="1" w:styleId="18">
    <w:name w:val="1_Номер Знак"/>
    <w:link w:val="10"/>
    <w:uiPriority w:val="99"/>
    <w:locked/>
    <w:rsid w:val="00FB6DC3"/>
    <w:rPr>
      <w:rFonts w:ascii="Calibri" w:eastAsia="Times New Roman" w:hAnsi="Calibri" w:cs="Times New Roman"/>
      <w:sz w:val="24"/>
      <w:szCs w:val="24"/>
      <w:lang w:val="ru-RU" w:eastAsia="ru-RU"/>
    </w:rPr>
  </w:style>
  <w:style w:type="paragraph" w:customStyle="1" w:styleId="311">
    <w:name w:val="Заголовок 31"/>
    <w:basedOn w:val="a0"/>
    <w:next w:val="a0"/>
    <w:uiPriority w:val="1"/>
    <w:qFormat/>
    <w:rsid w:val="00FB6DC3"/>
    <w:pPr>
      <w:keepNext/>
      <w:keepLines/>
      <w:spacing w:before="40" w:after="0" w:line="259" w:lineRule="auto"/>
      <w:outlineLvl w:val="2"/>
    </w:pPr>
    <w:rPr>
      <w:rFonts w:ascii="Cambria" w:eastAsia="Calibri" w:hAnsi="Cambria" w:cs="Times New Roman"/>
      <w:color w:val="243F60"/>
      <w:sz w:val="24"/>
      <w:szCs w:val="24"/>
      <w:lang w:val="ru-RU"/>
    </w:rPr>
  </w:style>
  <w:style w:type="paragraph" w:customStyle="1" w:styleId="19">
    <w:name w:val="Без интервала1"/>
    <w:aliases w:val="основа"/>
    <w:link w:val="NoSpacingChar"/>
    <w:rsid w:val="00FB6DC3"/>
    <w:pPr>
      <w:spacing w:after="0" w:line="240" w:lineRule="auto"/>
      <w:ind w:firstLine="284"/>
      <w:jc w:val="both"/>
    </w:pPr>
    <w:rPr>
      <w:rFonts w:ascii="Calibri" w:eastAsia="Times New Roman" w:hAnsi="Calibri" w:cs="Times New Roman"/>
      <w:sz w:val="22"/>
      <w:szCs w:val="22"/>
      <w:lang w:val="ru-RU"/>
    </w:rPr>
  </w:style>
  <w:style w:type="character" w:customStyle="1" w:styleId="NoSpacingChar">
    <w:name w:val="No Spacing Char"/>
    <w:aliases w:val="основа Char"/>
    <w:link w:val="19"/>
    <w:locked/>
    <w:rsid w:val="00FB6DC3"/>
    <w:rPr>
      <w:rFonts w:ascii="Calibri" w:eastAsia="Times New Roman" w:hAnsi="Calibri" w:cs="Times New Roman"/>
      <w:sz w:val="22"/>
      <w:szCs w:val="22"/>
      <w:lang w:val="ru-RU"/>
    </w:rPr>
  </w:style>
  <w:style w:type="paragraph" w:customStyle="1" w:styleId="aff3">
    <w:name w:val="Основной"/>
    <w:basedOn w:val="a0"/>
    <w:link w:val="aff4"/>
    <w:rsid w:val="00FB6DC3"/>
    <w:pPr>
      <w:autoSpaceDE w:val="0"/>
      <w:autoSpaceDN w:val="0"/>
      <w:adjustRightInd w:val="0"/>
      <w:spacing w:after="0" w:line="214" w:lineRule="atLeast"/>
      <w:ind w:firstLine="283"/>
      <w:jc w:val="both"/>
      <w:textAlignment w:val="center"/>
    </w:pPr>
    <w:rPr>
      <w:rFonts w:ascii="NewtonCSanPin" w:eastAsia="Calibri" w:hAnsi="NewtonCSanPin" w:cs="Times New Roman"/>
      <w:color w:val="000000"/>
      <w:lang w:val="ru-RU" w:eastAsia="ru-RU"/>
    </w:rPr>
  </w:style>
  <w:style w:type="character" w:customStyle="1" w:styleId="aff4">
    <w:name w:val="Основной Знак"/>
    <w:link w:val="aff3"/>
    <w:locked/>
    <w:rsid w:val="00FB6DC3"/>
    <w:rPr>
      <w:rFonts w:ascii="NewtonCSanPin" w:eastAsia="Calibri" w:hAnsi="NewtonCSanPin" w:cs="Times New Roman"/>
      <w:color w:val="000000"/>
      <w:lang w:val="ru-RU" w:eastAsia="ru-RU"/>
    </w:rPr>
  </w:style>
  <w:style w:type="paragraph" w:customStyle="1" w:styleId="41">
    <w:name w:val="Заг 4"/>
    <w:basedOn w:val="a0"/>
    <w:uiPriority w:val="99"/>
    <w:rsid w:val="00FB6DC3"/>
    <w:pPr>
      <w:keepNext/>
      <w:autoSpaceDE w:val="0"/>
      <w:autoSpaceDN w:val="0"/>
      <w:adjustRightInd w:val="0"/>
      <w:spacing w:before="255" w:after="113" w:line="240" w:lineRule="atLeast"/>
      <w:jc w:val="center"/>
      <w:textAlignment w:val="center"/>
    </w:pPr>
    <w:rPr>
      <w:rFonts w:ascii="PragmaticaC" w:eastAsia="Calibri" w:hAnsi="PragmaticaC" w:cs="PragmaticaC"/>
      <w:i/>
      <w:iCs/>
      <w:color w:val="000000"/>
      <w:sz w:val="23"/>
      <w:szCs w:val="23"/>
      <w:lang w:val="ru-RU" w:eastAsia="ru-RU"/>
    </w:rPr>
  </w:style>
  <w:style w:type="paragraph" w:customStyle="1" w:styleId="21">
    <w:name w:val="Средняя сетка 21"/>
    <w:basedOn w:val="a0"/>
    <w:uiPriority w:val="1"/>
    <w:qFormat/>
    <w:rsid w:val="00FB6DC3"/>
    <w:pPr>
      <w:numPr>
        <w:numId w:val="84"/>
      </w:numPr>
      <w:spacing w:after="0" w:line="360" w:lineRule="auto"/>
      <w:contextualSpacing/>
      <w:jc w:val="both"/>
      <w:outlineLvl w:val="1"/>
    </w:pPr>
    <w:rPr>
      <w:rFonts w:ascii="Times New Roman" w:eastAsia="Calibri" w:hAnsi="Times New Roman" w:cs="Times New Roman"/>
      <w:sz w:val="28"/>
      <w:szCs w:val="24"/>
      <w:lang w:val="ru-RU" w:eastAsia="ru-RU"/>
    </w:rPr>
  </w:style>
  <w:style w:type="character" w:customStyle="1" w:styleId="Zag11">
    <w:name w:val="Zag_11"/>
    <w:rsid w:val="00FB6DC3"/>
  </w:style>
  <w:style w:type="paragraph" w:customStyle="1" w:styleId="aff5">
    <w:name w:val="Буллит"/>
    <w:basedOn w:val="a0"/>
    <w:link w:val="aff6"/>
    <w:rsid w:val="00FB6DC3"/>
    <w:pPr>
      <w:autoSpaceDE w:val="0"/>
      <w:autoSpaceDN w:val="0"/>
      <w:adjustRightInd w:val="0"/>
      <w:spacing w:after="0" w:line="214" w:lineRule="atLeast"/>
      <w:ind w:firstLine="244"/>
      <w:jc w:val="both"/>
      <w:textAlignment w:val="center"/>
    </w:pPr>
    <w:rPr>
      <w:rFonts w:ascii="NewtonCSanPin" w:eastAsia="Calibri" w:hAnsi="NewtonCSanPin" w:cs="Times New Roman"/>
      <w:color w:val="000000"/>
      <w:lang w:val="ru-RU" w:eastAsia="ru-RU"/>
    </w:rPr>
  </w:style>
  <w:style w:type="character" w:customStyle="1" w:styleId="aff6">
    <w:name w:val="Буллит Знак"/>
    <w:link w:val="aff5"/>
    <w:locked/>
    <w:rsid w:val="00FB6DC3"/>
    <w:rPr>
      <w:rFonts w:ascii="NewtonCSanPin" w:eastAsia="Calibri" w:hAnsi="NewtonCSanPin" w:cs="Times New Roman"/>
      <w:color w:val="000000"/>
      <w:lang w:val="ru-RU" w:eastAsia="ru-RU"/>
    </w:rPr>
  </w:style>
  <w:style w:type="paragraph" w:customStyle="1" w:styleId="aff7">
    <w:name w:val="Буллит Курсив"/>
    <w:basedOn w:val="aff5"/>
    <w:link w:val="aff8"/>
    <w:uiPriority w:val="99"/>
    <w:rsid w:val="00FB6DC3"/>
    <w:rPr>
      <w:i/>
      <w:iCs/>
    </w:rPr>
  </w:style>
  <w:style w:type="character" w:customStyle="1" w:styleId="aff8">
    <w:name w:val="Буллит Курсив Знак"/>
    <w:link w:val="aff7"/>
    <w:uiPriority w:val="99"/>
    <w:locked/>
    <w:rsid w:val="00FB6DC3"/>
    <w:rPr>
      <w:rFonts w:ascii="NewtonCSanPin" w:eastAsia="Calibri" w:hAnsi="NewtonCSanPin" w:cs="Times New Roman"/>
      <w:i/>
      <w:iCs/>
      <w:color w:val="000000"/>
      <w:lang w:val="ru-RU" w:eastAsia="ru-RU"/>
    </w:rPr>
  </w:style>
  <w:style w:type="paragraph" w:customStyle="1" w:styleId="ConsPlusNormal">
    <w:name w:val="ConsPlusNormal"/>
    <w:uiPriority w:val="99"/>
    <w:rsid w:val="00FB6DC3"/>
    <w:pPr>
      <w:widowControl w:val="0"/>
      <w:autoSpaceDE w:val="0"/>
      <w:autoSpaceDN w:val="0"/>
      <w:adjustRightInd w:val="0"/>
      <w:spacing w:after="0" w:line="240" w:lineRule="auto"/>
    </w:pPr>
    <w:rPr>
      <w:rFonts w:ascii="Arial" w:eastAsia="Calibri" w:hAnsi="Arial" w:cs="Arial"/>
      <w:sz w:val="20"/>
      <w:szCs w:val="20"/>
      <w:lang w:val="ru-RU" w:eastAsia="ru-RU"/>
    </w:rPr>
  </w:style>
  <w:style w:type="paragraph" w:customStyle="1" w:styleId="212">
    <w:name w:val="Заголовок 21"/>
    <w:basedOn w:val="a0"/>
    <w:next w:val="a0"/>
    <w:uiPriority w:val="1"/>
    <w:qFormat/>
    <w:rsid w:val="00FB6DC3"/>
    <w:pPr>
      <w:keepNext/>
      <w:keepLines/>
      <w:spacing w:before="40" w:after="0" w:line="259" w:lineRule="auto"/>
      <w:outlineLvl w:val="1"/>
    </w:pPr>
    <w:rPr>
      <w:rFonts w:ascii="Cambria" w:eastAsia="Calibri" w:hAnsi="Cambria" w:cs="Times New Roman"/>
      <w:color w:val="365F91"/>
      <w:sz w:val="26"/>
      <w:szCs w:val="26"/>
      <w:lang w:val="ru-RU"/>
    </w:rPr>
  </w:style>
  <w:style w:type="paragraph" w:customStyle="1" w:styleId="NoSpacing1">
    <w:name w:val="No Spacing1"/>
    <w:next w:val="19"/>
    <w:uiPriority w:val="1"/>
    <w:qFormat/>
    <w:rsid w:val="00FB6DC3"/>
    <w:pPr>
      <w:spacing w:after="0" w:line="240" w:lineRule="auto"/>
      <w:ind w:firstLine="284"/>
      <w:jc w:val="both"/>
    </w:pPr>
    <w:rPr>
      <w:rFonts w:ascii="Calibri" w:eastAsia="Times New Roman" w:hAnsi="Calibri" w:cs="Times New Roman"/>
      <w:sz w:val="22"/>
      <w:szCs w:val="22"/>
      <w:lang w:val="ru-RU"/>
    </w:rPr>
  </w:style>
  <w:style w:type="paragraph" w:customStyle="1" w:styleId="aff9">
    <w:name w:val="Курсив"/>
    <w:basedOn w:val="aff3"/>
    <w:uiPriority w:val="99"/>
    <w:rsid w:val="00FB6DC3"/>
    <w:rPr>
      <w:i/>
      <w:iCs/>
    </w:rPr>
  </w:style>
  <w:style w:type="paragraph" w:customStyle="1" w:styleId="formattext">
    <w:name w:val="formattext"/>
    <w:basedOn w:val="a0"/>
    <w:uiPriority w:val="99"/>
    <w:rsid w:val="00FB6DC3"/>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c0">
    <w:name w:val="c0"/>
    <w:basedOn w:val="a0"/>
    <w:uiPriority w:val="99"/>
    <w:rsid w:val="00FB6DC3"/>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customStyle="1" w:styleId="c1c2">
    <w:name w:val="c1 c2"/>
    <w:rsid w:val="00FB6DC3"/>
    <w:rPr>
      <w:rFonts w:cs="Times New Roman"/>
    </w:rPr>
  </w:style>
  <w:style w:type="character" w:customStyle="1" w:styleId="c1">
    <w:name w:val="c1"/>
    <w:rsid w:val="00FB6DC3"/>
    <w:rPr>
      <w:rFonts w:cs="Times New Roman"/>
    </w:rPr>
  </w:style>
  <w:style w:type="paragraph" w:customStyle="1" w:styleId="c5c0">
    <w:name w:val="c5 c0"/>
    <w:basedOn w:val="a0"/>
    <w:uiPriority w:val="99"/>
    <w:rsid w:val="00FB6DC3"/>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c0c5">
    <w:name w:val="c0 c5"/>
    <w:basedOn w:val="a0"/>
    <w:uiPriority w:val="99"/>
    <w:rsid w:val="00FB6DC3"/>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ParagraphStyle">
    <w:name w:val="Paragraph Style"/>
    <w:uiPriority w:val="99"/>
    <w:rsid w:val="00FB6DC3"/>
    <w:pPr>
      <w:autoSpaceDE w:val="0"/>
      <w:autoSpaceDN w:val="0"/>
      <w:adjustRightInd w:val="0"/>
      <w:spacing w:after="0" w:line="240" w:lineRule="auto"/>
    </w:pPr>
    <w:rPr>
      <w:rFonts w:ascii="Arial" w:eastAsia="Calibri" w:hAnsi="Arial" w:cs="Arial"/>
      <w:sz w:val="24"/>
      <w:szCs w:val="24"/>
      <w:lang w:val="ru-RU" w:eastAsia="ru-RU"/>
    </w:rPr>
  </w:style>
  <w:style w:type="table" w:customStyle="1" w:styleId="120">
    <w:name w:val="Сетка таблицы12"/>
    <w:rsid w:val="00FB6DC3"/>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
    <w:rsid w:val="00FB6DC3"/>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rsid w:val="00FB6DC3"/>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a">
    <w:name w:val="annotation text"/>
    <w:basedOn w:val="a0"/>
    <w:link w:val="affb"/>
    <w:uiPriority w:val="99"/>
    <w:rsid w:val="00FB6DC3"/>
    <w:pPr>
      <w:spacing w:after="0" w:line="240" w:lineRule="auto"/>
    </w:pPr>
    <w:rPr>
      <w:rFonts w:ascii="Times New Roman" w:eastAsia="Calibri" w:hAnsi="Times New Roman" w:cs="Times New Roman"/>
      <w:sz w:val="20"/>
      <w:szCs w:val="20"/>
      <w:lang w:val="ru-RU" w:eastAsia="ru-RU"/>
    </w:rPr>
  </w:style>
  <w:style w:type="character" w:customStyle="1" w:styleId="affb">
    <w:name w:val="Текст примечания Знак"/>
    <w:basedOn w:val="a1"/>
    <w:link w:val="affa"/>
    <w:uiPriority w:val="99"/>
    <w:rsid w:val="00FB6DC3"/>
    <w:rPr>
      <w:rFonts w:ascii="Times New Roman" w:eastAsia="Calibri" w:hAnsi="Times New Roman" w:cs="Times New Roman"/>
      <w:sz w:val="20"/>
      <w:szCs w:val="20"/>
      <w:lang w:val="ru-RU" w:eastAsia="ru-RU"/>
    </w:rPr>
  </w:style>
  <w:style w:type="paragraph" w:customStyle="1" w:styleId="Zag3">
    <w:name w:val="Zag_3"/>
    <w:basedOn w:val="a0"/>
    <w:uiPriority w:val="99"/>
    <w:rsid w:val="00FB6DC3"/>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eastAsia="ru-RU"/>
    </w:rPr>
  </w:style>
  <w:style w:type="character" w:customStyle="1" w:styleId="1a">
    <w:name w:val="Гиперссылка1"/>
    <w:uiPriority w:val="99"/>
    <w:rsid w:val="00FB6DC3"/>
    <w:rPr>
      <w:rFonts w:cs="Times New Roman"/>
      <w:color w:val="0000FF"/>
      <w:u w:val="single"/>
    </w:rPr>
  </w:style>
  <w:style w:type="paragraph" w:customStyle="1" w:styleId="Default">
    <w:name w:val="Default"/>
    <w:uiPriority w:val="99"/>
    <w:rsid w:val="00FB6DC3"/>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paragraph" w:customStyle="1" w:styleId="TableParagraph">
    <w:name w:val="Table Paragraph"/>
    <w:basedOn w:val="a0"/>
    <w:uiPriority w:val="1"/>
    <w:qFormat/>
    <w:rsid w:val="00FB6DC3"/>
    <w:pPr>
      <w:widowControl w:val="0"/>
      <w:autoSpaceDE w:val="0"/>
      <w:autoSpaceDN w:val="0"/>
      <w:spacing w:after="0" w:line="240" w:lineRule="auto"/>
      <w:ind w:left="105"/>
    </w:pPr>
    <w:rPr>
      <w:rFonts w:ascii="Times New Roman" w:eastAsia="Calibri" w:hAnsi="Times New Roman" w:cs="Times New Roman"/>
      <w:sz w:val="22"/>
      <w:szCs w:val="22"/>
    </w:rPr>
  </w:style>
  <w:style w:type="table" w:customStyle="1" w:styleId="TableNormal1">
    <w:name w:val="Table Normal1"/>
    <w:rsid w:val="00FB6DC3"/>
    <w:pPr>
      <w:widowControl w:val="0"/>
      <w:autoSpaceDE w:val="0"/>
      <w:autoSpaceDN w:val="0"/>
      <w:spacing w:after="0" w:line="240" w:lineRule="auto"/>
    </w:pPr>
    <w:rPr>
      <w:rFonts w:ascii="Calibri" w:eastAsia="Times New Roman" w:hAnsi="Calibri" w:cs="Times New Roman"/>
      <w:sz w:val="22"/>
      <w:szCs w:val="22"/>
    </w:rPr>
    <w:tblPr>
      <w:tblInd w:w="0" w:type="dxa"/>
      <w:tblCellMar>
        <w:top w:w="0" w:type="dxa"/>
        <w:left w:w="0" w:type="dxa"/>
        <w:bottom w:w="0" w:type="dxa"/>
        <w:right w:w="0" w:type="dxa"/>
      </w:tblCellMar>
    </w:tblPr>
  </w:style>
  <w:style w:type="paragraph" w:customStyle="1" w:styleId="111">
    <w:name w:val="Заголовок 11"/>
    <w:basedOn w:val="a0"/>
    <w:uiPriority w:val="1"/>
    <w:qFormat/>
    <w:rsid w:val="00FB6DC3"/>
    <w:pPr>
      <w:widowControl w:val="0"/>
      <w:autoSpaceDE w:val="0"/>
      <w:autoSpaceDN w:val="0"/>
      <w:spacing w:after="0" w:line="240" w:lineRule="auto"/>
      <w:ind w:left="1179"/>
      <w:outlineLvl w:val="1"/>
    </w:pPr>
    <w:rPr>
      <w:rFonts w:ascii="Times New Roman" w:eastAsia="Calibri" w:hAnsi="Times New Roman" w:cs="Times New Roman"/>
      <w:b/>
      <w:bCs/>
      <w:sz w:val="28"/>
      <w:szCs w:val="28"/>
    </w:rPr>
  </w:style>
  <w:style w:type="paragraph" w:customStyle="1" w:styleId="410">
    <w:name w:val="Заголовок 41"/>
    <w:basedOn w:val="a0"/>
    <w:uiPriority w:val="1"/>
    <w:qFormat/>
    <w:rsid w:val="00FB6DC3"/>
    <w:pPr>
      <w:widowControl w:val="0"/>
      <w:autoSpaceDE w:val="0"/>
      <w:autoSpaceDN w:val="0"/>
      <w:spacing w:before="8" w:after="0" w:line="272" w:lineRule="exact"/>
      <w:ind w:left="1040"/>
      <w:outlineLvl w:val="4"/>
    </w:pPr>
    <w:rPr>
      <w:rFonts w:ascii="Times New Roman" w:eastAsia="Calibri" w:hAnsi="Times New Roman" w:cs="Times New Roman"/>
      <w:b/>
      <w:bCs/>
      <w:i/>
      <w:sz w:val="24"/>
      <w:szCs w:val="24"/>
    </w:rPr>
  </w:style>
  <w:style w:type="character" w:customStyle="1" w:styleId="214">
    <w:name w:val="Заголовок 2 Знак1"/>
    <w:uiPriority w:val="9"/>
    <w:semiHidden/>
    <w:rsid w:val="00FB6DC3"/>
    <w:rPr>
      <w:rFonts w:ascii="Cambria" w:hAnsi="Cambria" w:cs="Times New Roman"/>
      <w:color w:val="365F91"/>
      <w:sz w:val="26"/>
      <w:szCs w:val="26"/>
    </w:rPr>
  </w:style>
  <w:style w:type="character" w:customStyle="1" w:styleId="312">
    <w:name w:val="Заголовок 3 Знак1"/>
    <w:uiPriority w:val="9"/>
    <w:semiHidden/>
    <w:rsid w:val="00FB6DC3"/>
    <w:rPr>
      <w:rFonts w:ascii="Cambria" w:hAnsi="Cambria" w:cs="Times New Roman"/>
      <w:color w:val="243F60"/>
      <w:sz w:val="24"/>
      <w:szCs w:val="24"/>
    </w:rPr>
  </w:style>
  <w:style w:type="table" w:customStyle="1" w:styleId="42">
    <w:name w:val="Сетка таблицы4"/>
    <w:rsid w:val="00FB6DC3"/>
    <w:pPr>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Основной текст с отступом Знак1"/>
    <w:uiPriority w:val="99"/>
    <w:semiHidden/>
    <w:rsid w:val="00FB6DC3"/>
    <w:rPr>
      <w:rFonts w:cs="Times New Roman"/>
    </w:rPr>
  </w:style>
  <w:style w:type="paragraph" w:styleId="affc">
    <w:name w:val="Document Map"/>
    <w:basedOn w:val="a0"/>
    <w:link w:val="affd"/>
    <w:uiPriority w:val="99"/>
    <w:semiHidden/>
    <w:rsid w:val="00FB6DC3"/>
    <w:pPr>
      <w:spacing w:after="0" w:line="240" w:lineRule="auto"/>
    </w:pPr>
    <w:rPr>
      <w:rFonts w:ascii="Times New Roman" w:eastAsia="Calibri" w:hAnsi="Times New Roman" w:cs="Times New Roman"/>
      <w:sz w:val="24"/>
      <w:szCs w:val="24"/>
      <w:lang w:val="ru-RU" w:eastAsia="ru-RU"/>
    </w:rPr>
  </w:style>
  <w:style w:type="character" w:customStyle="1" w:styleId="affd">
    <w:name w:val="Схема документа Знак"/>
    <w:basedOn w:val="a1"/>
    <w:link w:val="affc"/>
    <w:uiPriority w:val="99"/>
    <w:semiHidden/>
    <w:rsid w:val="00FB6DC3"/>
    <w:rPr>
      <w:rFonts w:ascii="Times New Roman" w:eastAsia="Calibri" w:hAnsi="Times New Roman" w:cs="Times New Roman"/>
      <w:sz w:val="24"/>
      <w:szCs w:val="24"/>
      <w:lang w:val="ru-RU" w:eastAsia="ru-RU"/>
    </w:rPr>
  </w:style>
  <w:style w:type="character" w:customStyle="1" w:styleId="c12">
    <w:name w:val="c12"/>
    <w:uiPriority w:val="99"/>
    <w:rsid w:val="00FB6DC3"/>
    <w:rPr>
      <w:rFonts w:cs="Times New Roman"/>
    </w:rPr>
  </w:style>
  <w:style w:type="paragraph" w:customStyle="1" w:styleId="c14">
    <w:name w:val="c14"/>
    <w:basedOn w:val="a0"/>
    <w:uiPriority w:val="99"/>
    <w:rsid w:val="00FB6DC3"/>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customStyle="1" w:styleId="c5">
    <w:name w:val="c5"/>
    <w:rsid w:val="00FB6DC3"/>
  </w:style>
  <w:style w:type="paragraph" w:customStyle="1" w:styleId="c2">
    <w:name w:val="c2"/>
    <w:basedOn w:val="a0"/>
    <w:uiPriority w:val="99"/>
    <w:rsid w:val="00FB6DC3"/>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c9c18">
    <w:name w:val="c9 c18"/>
    <w:basedOn w:val="a0"/>
    <w:uiPriority w:val="99"/>
    <w:rsid w:val="00FB6DC3"/>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customStyle="1" w:styleId="c7">
    <w:name w:val="c7"/>
    <w:rsid w:val="00FB6DC3"/>
    <w:rPr>
      <w:rFonts w:cs="Times New Roman"/>
    </w:rPr>
  </w:style>
  <w:style w:type="paragraph" w:customStyle="1" w:styleId="1c">
    <w:name w:val="Абзац списка1"/>
    <w:basedOn w:val="a0"/>
    <w:rsid w:val="00FB6DC3"/>
    <w:pPr>
      <w:spacing w:after="200" w:line="276" w:lineRule="auto"/>
      <w:ind w:left="720"/>
      <w:contextualSpacing/>
    </w:pPr>
    <w:rPr>
      <w:rFonts w:ascii="Calibri" w:eastAsia="Calibri" w:hAnsi="Calibri" w:cs="Times New Roman"/>
      <w:sz w:val="22"/>
      <w:szCs w:val="22"/>
      <w:lang w:val="ru-RU"/>
    </w:rPr>
  </w:style>
  <w:style w:type="character" w:customStyle="1" w:styleId="ff1">
    <w:name w:val="ff1"/>
    <w:rsid w:val="00FB6DC3"/>
    <w:rPr>
      <w:rFonts w:cs="Times New Roman"/>
    </w:rPr>
  </w:style>
  <w:style w:type="paragraph" w:customStyle="1" w:styleId="c4">
    <w:name w:val="c4"/>
    <w:basedOn w:val="a0"/>
    <w:uiPriority w:val="99"/>
    <w:rsid w:val="00FB6DC3"/>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customStyle="1" w:styleId="1d">
    <w:name w:val="Основной шрифт абзаца1"/>
    <w:rsid w:val="00FB6DC3"/>
  </w:style>
  <w:style w:type="paragraph" w:styleId="affe">
    <w:name w:val="Body Text Indent"/>
    <w:basedOn w:val="a0"/>
    <w:link w:val="afff"/>
    <w:uiPriority w:val="99"/>
    <w:rsid w:val="00FB6DC3"/>
    <w:pPr>
      <w:suppressAutoHyphens/>
      <w:spacing w:after="0" w:line="240" w:lineRule="auto"/>
      <w:jc w:val="both"/>
    </w:pPr>
    <w:rPr>
      <w:rFonts w:ascii="Times New Roman" w:eastAsia="Calibri" w:hAnsi="Times New Roman" w:cs="Times New Roman"/>
      <w:sz w:val="24"/>
      <w:szCs w:val="24"/>
      <w:lang w:val="ru-RU" w:eastAsia="zh-CN"/>
    </w:rPr>
  </w:style>
  <w:style w:type="character" w:customStyle="1" w:styleId="afff">
    <w:name w:val="Основной текст с отступом Знак"/>
    <w:basedOn w:val="a1"/>
    <w:link w:val="affe"/>
    <w:uiPriority w:val="99"/>
    <w:rsid w:val="00FB6DC3"/>
    <w:rPr>
      <w:rFonts w:ascii="Times New Roman" w:eastAsia="Calibri" w:hAnsi="Times New Roman" w:cs="Times New Roman"/>
      <w:sz w:val="24"/>
      <w:szCs w:val="24"/>
      <w:lang w:val="ru-RU" w:eastAsia="zh-CN"/>
    </w:rPr>
  </w:style>
  <w:style w:type="paragraph" w:customStyle="1" w:styleId="320">
    <w:name w:val="Основной текст 32"/>
    <w:basedOn w:val="a0"/>
    <w:uiPriority w:val="99"/>
    <w:rsid w:val="00FB6DC3"/>
    <w:pPr>
      <w:widowControl w:val="0"/>
      <w:suppressAutoHyphens/>
      <w:spacing w:after="0" w:line="240" w:lineRule="auto"/>
    </w:pPr>
    <w:rPr>
      <w:rFonts w:ascii="Times New Roman" w:eastAsia="Calibri" w:hAnsi="Times New Roman" w:cs="Times New Roman"/>
      <w:sz w:val="22"/>
      <w:szCs w:val="22"/>
      <w:lang w:val="ru-RU" w:eastAsia="zh-CN"/>
    </w:rPr>
  </w:style>
  <w:style w:type="paragraph" w:styleId="25">
    <w:name w:val="Body Text Indent 2"/>
    <w:basedOn w:val="a0"/>
    <w:link w:val="26"/>
    <w:uiPriority w:val="99"/>
    <w:rsid w:val="00FB6DC3"/>
    <w:pPr>
      <w:spacing w:after="0" w:line="240" w:lineRule="auto"/>
      <w:ind w:firstLine="720"/>
      <w:jc w:val="both"/>
    </w:pPr>
    <w:rPr>
      <w:rFonts w:ascii="Times New Roman" w:eastAsia="Calibri" w:hAnsi="Times New Roman" w:cs="Times New Roman"/>
      <w:sz w:val="24"/>
      <w:szCs w:val="24"/>
      <w:lang w:val="ru-RU"/>
    </w:rPr>
  </w:style>
  <w:style w:type="character" w:customStyle="1" w:styleId="26">
    <w:name w:val="Основной текст с отступом 2 Знак"/>
    <w:basedOn w:val="a1"/>
    <w:link w:val="25"/>
    <w:uiPriority w:val="99"/>
    <w:rsid w:val="00FB6DC3"/>
    <w:rPr>
      <w:rFonts w:ascii="Times New Roman" w:eastAsia="Calibri" w:hAnsi="Times New Roman" w:cs="Times New Roman"/>
      <w:sz w:val="24"/>
      <w:szCs w:val="24"/>
      <w:lang w:val="ru-RU"/>
    </w:rPr>
  </w:style>
  <w:style w:type="paragraph" w:styleId="35">
    <w:name w:val="Body Text 3"/>
    <w:basedOn w:val="a0"/>
    <w:link w:val="36"/>
    <w:uiPriority w:val="99"/>
    <w:rsid w:val="00FB6DC3"/>
    <w:pPr>
      <w:widowControl w:val="0"/>
      <w:spacing w:after="0" w:line="240" w:lineRule="auto"/>
    </w:pPr>
    <w:rPr>
      <w:rFonts w:ascii="Times New Roman" w:eastAsia="Calibri" w:hAnsi="Times New Roman" w:cs="Times New Roman"/>
      <w:sz w:val="22"/>
      <w:szCs w:val="22"/>
      <w:lang w:val="ru-RU" w:eastAsia="ru-RU"/>
    </w:rPr>
  </w:style>
  <w:style w:type="character" w:customStyle="1" w:styleId="36">
    <w:name w:val="Основной текст 3 Знак"/>
    <w:basedOn w:val="a1"/>
    <w:link w:val="35"/>
    <w:uiPriority w:val="99"/>
    <w:rsid w:val="00FB6DC3"/>
    <w:rPr>
      <w:rFonts w:ascii="Times New Roman" w:eastAsia="Calibri" w:hAnsi="Times New Roman" w:cs="Times New Roman"/>
      <w:sz w:val="22"/>
      <w:szCs w:val="22"/>
      <w:lang w:val="ru-RU" w:eastAsia="ru-RU"/>
    </w:rPr>
  </w:style>
  <w:style w:type="paragraph" w:styleId="afff0">
    <w:name w:val="Block Text"/>
    <w:basedOn w:val="a0"/>
    <w:uiPriority w:val="99"/>
    <w:rsid w:val="00FB6DC3"/>
    <w:pPr>
      <w:shd w:val="clear" w:color="auto" w:fill="FFFFFF"/>
      <w:spacing w:after="0" w:line="252" w:lineRule="exact"/>
      <w:ind w:left="14" w:right="-5" w:firstLine="166"/>
    </w:pPr>
    <w:rPr>
      <w:rFonts w:ascii="Times New Roman" w:eastAsia="Calibri" w:hAnsi="Times New Roman" w:cs="Times New Roman"/>
      <w:sz w:val="22"/>
      <w:szCs w:val="22"/>
      <w:lang w:val="ru-RU" w:eastAsia="ru-RU"/>
    </w:rPr>
  </w:style>
  <w:style w:type="paragraph" w:styleId="37">
    <w:name w:val="Body Text Indent 3"/>
    <w:basedOn w:val="a0"/>
    <w:link w:val="38"/>
    <w:uiPriority w:val="99"/>
    <w:rsid w:val="00FB6DC3"/>
    <w:pPr>
      <w:tabs>
        <w:tab w:val="left" w:pos="284"/>
      </w:tabs>
      <w:spacing w:after="0" w:line="240" w:lineRule="auto"/>
      <w:ind w:left="142"/>
    </w:pPr>
    <w:rPr>
      <w:rFonts w:ascii="Times New Roman" w:eastAsia="Calibri" w:hAnsi="Times New Roman" w:cs="Times New Roman"/>
      <w:sz w:val="24"/>
      <w:szCs w:val="24"/>
      <w:lang w:val="ru-RU" w:eastAsia="ru-RU"/>
    </w:rPr>
  </w:style>
  <w:style w:type="character" w:customStyle="1" w:styleId="38">
    <w:name w:val="Основной текст с отступом 3 Знак"/>
    <w:basedOn w:val="a1"/>
    <w:link w:val="37"/>
    <w:uiPriority w:val="99"/>
    <w:rsid w:val="00FB6DC3"/>
    <w:rPr>
      <w:rFonts w:ascii="Times New Roman" w:eastAsia="Calibri" w:hAnsi="Times New Roman" w:cs="Times New Roman"/>
      <w:sz w:val="24"/>
      <w:szCs w:val="24"/>
      <w:lang w:val="ru-RU" w:eastAsia="ru-RU"/>
    </w:rPr>
  </w:style>
  <w:style w:type="paragraph" w:customStyle="1" w:styleId="39">
    <w:name w:val="Заголовок 3+"/>
    <w:basedOn w:val="a0"/>
    <w:uiPriority w:val="99"/>
    <w:rsid w:val="00FB6DC3"/>
    <w:pPr>
      <w:widowControl w:val="0"/>
      <w:overflowPunct w:val="0"/>
      <w:autoSpaceDE w:val="0"/>
      <w:autoSpaceDN w:val="0"/>
      <w:adjustRightInd w:val="0"/>
      <w:spacing w:before="240" w:after="0" w:line="240" w:lineRule="auto"/>
      <w:jc w:val="center"/>
    </w:pPr>
    <w:rPr>
      <w:rFonts w:ascii="Times New Roman" w:eastAsia="Calibri" w:hAnsi="Times New Roman" w:cs="Times New Roman"/>
      <w:b/>
      <w:sz w:val="28"/>
      <w:szCs w:val="20"/>
      <w:lang w:val="ru-RU" w:eastAsia="ru-RU"/>
    </w:rPr>
  </w:style>
  <w:style w:type="paragraph" w:customStyle="1" w:styleId="1e">
    <w:name w:val="Стиль1"/>
    <w:basedOn w:val="a0"/>
    <w:uiPriority w:val="99"/>
    <w:rsid w:val="00FB6DC3"/>
    <w:pPr>
      <w:spacing w:after="0" w:line="360" w:lineRule="auto"/>
      <w:jc w:val="both"/>
    </w:pPr>
    <w:rPr>
      <w:rFonts w:ascii="Times New Roman" w:eastAsia="Times New Roman" w:hAnsi="Times New Roman" w:cs="Times New Roman"/>
      <w:sz w:val="24"/>
      <w:szCs w:val="24"/>
      <w:lang w:val="ru-RU" w:eastAsia="ru-RU"/>
    </w:rPr>
  </w:style>
  <w:style w:type="character" w:customStyle="1" w:styleId="afff1">
    <w:name w:val="Основной текст + Полужирный"/>
    <w:rsid w:val="00FB6DC3"/>
    <w:rPr>
      <w:rFonts w:ascii="Times New Roman" w:hAnsi="Times New Roman"/>
      <w:b/>
      <w:spacing w:val="0"/>
      <w:sz w:val="17"/>
    </w:rPr>
  </w:style>
  <w:style w:type="character" w:customStyle="1" w:styleId="3a">
    <w:name w:val="Основной текст (3)_"/>
    <w:link w:val="313"/>
    <w:locked/>
    <w:rsid w:val="00FB6DC3"/>
    <w:rPr>
      <w:rFonts w:ascii="Bookman Old Style" w:hAnsi="Bookman Old Style"/>
      <w:sz w:val="15"/>
      <w:shd w:val="clear" w:color="auto" w:fill="FFFFFF"/>
    </w:rPr>
  </w:style>
  <w:style w:type="paragraph" w:customStyle="1" w:styleId="313">
    <w:name w:val="Основной текст (3)1"/>
    <w:basedOn w:val="a0"/>
    <w:link w:val="3a"/>
    <w:rsid w:val="00FB6DC3"/>
    <w:pPr>
      <w:shd w:val="clear" w:color="auto" w:fill="FFFFFF"/>
      <w:spacing w:after="240" w:line="86" w:lineRule="exact"/>
      <w:jc w:val="both"/>
    </w:pPr>
    <w:rPr>
      <w:rFonts w:ascii="Bookman Old Style" w:hAnsi="Bookman Old Style"/>
      <w:sz w:val="15"/>
    </w:rPr>
  </w:style>
  <w:style w:type="character" w:customStyle="1" w:styleId="3b">
    <w:name w:val="Основной текст (3)"/>
    <w:rsid w:val="00FB6DC3"/>
    <w:rPr>
      <w:rFonts w:ascii="Bookman Old Style" w:hAnsi="Bookman Old Style" w:cs="Times New Roman"/>
      <w:sz w:val="15"/>
      <w:szCs w:val="15"/>
      <w:shd w:val="clear" w:color="auto" w:fill="FFFFFF"/>
    </w:rPr>
  </w:style>
  <w:style w:type="character" w:customStyle="1" w:styleId="38pt">
    <w:name w:val="Основной текст (3) + 8 pt"/>
    <w:rsid w:val="00FB6DC3"/>
    <w:rPr>
      <w:rFonts w:ascii="Bookman Old Style" w:hAnsi="Bookman Old Style"/>
      <w:sz w:val="16"/>
      <w:shd w:val="clear" w:color="auto" w:fill="FFFFFF"/>
    </w:rPr>
  </w:style>
  <w:style w:type="character" w:customStyle="1" w:styleId="81">
    <w:name w:val="Основной текст (8)_"/>
    <w:link w:val="810"/>
    <w:locked/>
    <w:rsid w:val="00FB6DC3"/>
    <w:rPr>
      <w:rFonts w:ascii="Bookman Old Style" w:hAnsi="Bookman Old Style"/>
      <w:sz w:val="16"/>
      <w:shd w:val="clear" w:color="auto" w:fill="FFFFFF"/>
    </w:rPr>
  </w:style>
  <w:style w:type="paragraph" w:customStyle="1" w:styleId="810">
    <w:name w:val="Основной текст (8)1"/>
    <w:basedOn w:val="a0"/>
    <w:link w:val="81"/>
    <w:rsid w:val="00FB6DC3"/>
    <w:pPr>
      <w:shd w:val="clear" w:color="auto" w:fill="FFFFFF"/>
      <w:spacing w:after="60" w:line="130" w:lineRule="exact"/>
      <w:jc w:val="both"/>
    </w:pPr>
    <w:rPr>
      <w:rFonts w:ascii="Bookman Old Style" w:hAnsi="Bookman Old Style"/>
      <w:sz w:val="16"/>
    </w:rPr>
  </w:style>
  <w:style w:type="character" w:customStyle="1" w:styleId="82">
    <w:name w:val="Основной текст (8)"/>
    <w:rsid w:val="00FB6DC3"/>
    <w:rPr>
      <w:rFonts w:ascii="Bookman Old Style" w:hAnsi="Bookman Old Style" w:cs="Times New Roman"/>
      <w:sz w:val="16"/>
      <w:szCs w:val="16"/>
      <w:shd w:val="clear" w:color="auto" w:fill="FFFFFF"/>
    </w:rPr>
  </w:style>
  <w:style w:type="character" w:customStyle="1" w:styleId="87">
    <w:name w:val="Основной текст (8) + 7"/>
    <w:aliases w:val="5 pt2"/>
    <w:rsid w:val="00FB6DC3"/>
    <w:rPr>
      <w:rFonts w:ascii="Bookman Old Style" w:hAnsi="Bookman Old Style"/>
      <w:sz w:val="15"/>
      <w:shd w:val="clear" w:color="auto" w:fill="FFFFFF"/>
    </w:rPr>
  </w:style>
  <w:style w:type="character" w:customStyle="1" w:styleId="9pt">
    <w:name w:val="Основной текст + 9 pt"/>
    <w:rsid w:val="00FB6DC3"/>
    <w:rPr>
      <w:rFonts w:ascii="Times New Roman" w:hAnsi="Times New Roman"/>
      <w:i/>
      <w:spacing w:val="0"/>
      <w:sz w:val="18"/>
    </w:rPr>
  </w:style>
  <w:style w:type="character" w:customStyle="1" w:styleId="1f">
    <w:name w:val="Основной текст + Полужирный1"/>
    <w:rsid w:val="00FB6DC3"/>
    <w:rPr>
      <w:rFonts w:ascii="Times New Roman" w:hAnsi="Times New Roman"/>
      <w:b/>
      <w:spacing w:val="0"/>
      <w:sz w:val="17"/>
    </w:rPr>
  </w:style>
  <w:style w:type="character" w:customStyle="1" w:styleId="200">
    <w:name w:val="Основной текст (20)_"/>
    <w:link w:val="201"/>
    <w:locked/>
    <w:rsid w:val="00FB6DC3"/>
    <w:rPr>
      <w:spacing w:val="10"/>
      <w:sz w:val="15"/>
      <w:shd w:val="clear" w:color="auto" w:fill="FFFFFF"/>
    </w:rPr>
  </w:style>
  <w:style w:type="paragraph" w:customStyle="1" w:styleId="201">
    <w:name w:val="Основной текст (20)"/>
    <w:basedOn w:val="a0"/>
    <w:link w:val="200"/>
    <w:rsid w:val="00FB6DC3"/>
    <w:pPr>
      <w:shd w:val="clear" w:color="auto" w:fill="FFFFFF"/>
      <w:spacing w:before="60" w:after="420" w:line="240" w:lineRule="atLeast"/>
    </w:pPr>
    <w:rPr>
      <w:spacing w:val="10"/>
      <w:sz w:val="15"/>
    </w:rPr>
  </w:style>
  <w:style w:type="character" w:customStyle="1" w:styleId="208">
    <w:name w:val="Основной текст (20) + 8"/>
    <w:aliases w:val="5 pt1,Полужирный,Интервал 0 pt"/>
    <w:rsid w:val="00FB6DC3"/>
    <w:rPr>
      <w:b/>
      <w:spacing w:val="0"/>
      <w:sz w:val="17"/>
      <w:shd w:val="clear" w:color="auto" w:fill="FFFFFF"/>
    </w:rPr>
  </w:style>
  <w:style w:type="paragraph" w:customStyle="1" w:styleId="Style3">
    <w:name w:val="Style3"/>
    <w:basedOn w:val="a0"/>
    <w:uiPriority w:val="99"/>
    <w:rsid w:val="00FB6DC3"/>
    <w:pPr>
      <w:widowControl w:val="0"/>
      <w:autoSpaceDE w:val="0"/>
      <w:autoSpaceDN w:val="0"/>
      <w:adjustRightInd w:val="0"/>
      <w:spacing w:after="0" w:line="240" w:lineRule="auto"/>
      <w:jc w:val="both"/>
    </w:pPr>
    <w:rPr>
      <w:rFonts w:ascii="Arial" w:eastAsia="Calibri" w:hAnsi="Arial" w:cs="Arial"/>
      <w:sz w:val="24"/>
      <w:szCs w:val="24"/>
      <w:lang w:val="ru-RU" w:eastAsia="ru-RU"/>
    </w:rPr>
  </w:style>
  <w:style w:type="paragraph" w:customStyle="1" w:styleId="Style4">
    <w:name w:val="Style4"/>
    <w:basedOn w:val="a0"/>
    <w:uiPriority w:val="99"/>
    <w:rsid w:val="00FB6DC3"/>
    <w:pPr>
      <w:widowControl w:val="0"/>
      <w:autoSpaceDE w:val="0"/>
      <w:autoSpaceDN w:val="0"/>
      <w:adjustRightInd w:val="0"/>
      <w:spacing w:after="0" w:line="202" w:lineRule="exact"/>
      <w:ind w:firstLine="298"/>
      <w:jc w:val="both"/>
    </w:pPr>
    <w:rPr>
      <w:rFonts w:ascii="Arial" w:eastAsia="Calibri" w:hAnsi="Arial" w:cs="Arial"/>
      <w:sz w:val="24"/>
      <w:szCs w:val="24"/>
      <w:lang w:val="ru-RU" w:eastAsia="ru-RU"/>
    </w:rPr>
  </w:style>
  <w:style w:type="paragraph" w:customStyle="1" w:styleId="Style7">
    <w:name w:val="Style7"/>
    <w:basedOn w:val="a0"/>
    <w:uiPriority w:val="99"/>
    <w:rsid w:val="00FB6DC3"/>
    <w:pPr>
      <w:widowControl w:val="0"/>
      <w:autoSpaceDE w:val="0"/>
      <w:autoSpaceDN w:val="0"/>
      <w:adjustRightInd w:val="0"/>
      <w:spacing w:after="0" w:line="240" w:lineRule="auto"/>
    </w:pPr>
    <w:rPr>
      <w:rFonts w:ascii="Arial" w:eastAsia="Calibri" w:hAnsi="Arial" w:cs="Arial"/>
      <w:sz w:val="24"/>
      <w:szCs w:val="24"/>
      <w:lang w:val="ru-RU" w:eastAsia="ru-RU"/>
    </w:rPr>
  </w:style>
  <w:style w:type="paragraph" w:customStyle="1" w:styleId="Style16">
    <w:name w:val="Style16"/>
    <w:basedOn w:val="a0"/>
    <w:uiPriority w:val="99"/>
    <w:rsid w:val="00FB6DC3"/>
    <w:pPr>
      <w:widowControl w:val="0"/>
      <w:autoSpaceDE w:val="0"/>
      <w:autoSpaceDN w:val="0"/>
      <w:adjustRightInd w:val="0"/>
      <w:spacing w:after="0" w:line="202" w:lineRule="exact"/>
      <w:ind w:firstLine="283"/>
      <w:jc w:val="both"/>
    </w:pPr>
    <w:rPr>
      <w:rFonts w:ascii="Arial" w:eastAsia="Calibri" w:hAnsi="Arial" w:cs="Arial"/>
      <w:sz w:val="24"/>
      <w:szCs w:val="24"/>
      <w:lang w:val="ru-RU" w:eastAsia="ru-RU"/>
    </w:rPr>
  </w:style>
  <w:style w:type="character" w:customStyle="1" w:styleId="FontStyle21">
    <w:name w:val="Font Style21"/>
    <w:rsid w:val="00FB6DC3"/>
    <w:rPr>
      <w:rFonts w:ascii="Times New Roman" w:hAnsi="Times New Roman"/>
      <w:sz w:val="20"/>
    </w:rPr>
  </w:style>
  <w:style w:type="character" w:customStyle="1" w:styleId="FontStyle22">
    <w:name w:val="Font Style22"/>
    <w:rsid w:val="00FB6DC3"/>
    <w:rPr>
      <w:rFonts w:ascii="Arial" w:hAnsi="Arial"/>
      <w:b/>
      <w:sz w:val="18"/>
    </w:rPr>
  </w:style>
  <w:style w:type="paragraph" w:customStyle="1" w:styleId="Zag2">
    <w:name w:val="Zag_2"/>
    <w:basedOn w:val="a0"/>
    <w:uiPriority w:val="99"/>
    <w:rsid w:val="00FB6DC3"/>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eastAsia="ru-RU"/>
    </w:rPr>
  </w:style>
  <w:style w:type="character" w:customStyle="1" w:styleId="apple-converted-space">
    <w:name w:val="apple-converted-space"/>
    <w:rsid w:val="00FB6DC3"/>
  </w:style>
  <w:style w:type="character" w:customStyle="1" w:styleId="1f0">
    <w:name w:val="Название Знак1"/>
    <w:rsid w:val="00FB6DC3"/>
    <w:rPr>
      <w:rFonts w:ascii="Cambria" w:hAnsi="Cambria" w:cs="Times New Roman"/>
      <w:color w:val="17365D"/>
      <w:spacing w:val="5"/>
      <w:kern w:val="28"/>
      <w:sz w:val="52"/>
      <w:szCs w:val="52"/>
    </w:rPr>
  </w:style>
  <w:style w:type="paragraph" w:customStyle="1" w:styleId="afff2">
    <w:name w:val="А_основной"/>
    <w:basedOn w:val="a0"/>
    <w:link w:val="afff3"/>
    <w:qFormat/>
    <w:rsid w:val="00FB6DC3"/>
    <w:pPr>
      <w:spacing w:after="0" w:line="360" w:lineRule="auto"/>
      <w:ind w:firstLine="454"/>
      <w:jc w:val="both"/>
    </w:pPr>
    <w:rPr>
      <w:rFonts w:ascii="Times New Roman" w:eastAsia="Times New Roman" w:hAnsi="Times New Roman" w:cs="Times New Roman"/>
      <w:sz w:val="28"/>
      <w:szCs w:val="28"/>
      <w:lang w:val="ru-RU" w:eastAsia="ru-RU"/>
    </w:rPr>
  </w:style>
  <w:style w:type="character" w:customStyle="1" w:styleId="afff3">
    <w:name w:val="А_основной Знак"/>
    <w:link w:val="afff2"/>
    <w:locked/>
    <w:rsid w:val="00FB6DC3"/>
    <w:rPr>
      <w:rFonts w:ascii="Times New Roman" w:eastAsia="Times New Roman" w:hAnsi="Times New Roman" w:cs="Times New Roman"/>
      <w:sz w:val="28"/>
      <w:szCs w:val="28"/>
      <w:lang w:val="ru-RU" w:eastAsia="ru-RU"/>
    </w:rPr>
  </w:style>
  <w:style w:type="paragraph" w:customStyle="1" w:styleId="afff4">
    <w:name w:val="Базовый"/>
    <w:uiPriority w:val="99"/>
    <w:rsid w:val="00FB6DC3"/>
    <w:pPr>
      <w:suppressAutoHyphens/>
      <w:spacing w:after="200" w:line="276" w:lineRule="auto"/>
    </w:pPr>
    <w:rPr>
      <w:rFonts w:ascii="Calibri" w:eastAsia="SimSun" w:hAnsi="Calibri" w:cs="Calibri"/>
      <w:color w:val="00000A"/>
      <w:sz w:val="22"/>
      <w:szCs w:val="22"/>
      <w:lang w:val="ru-RU"/>
    </w:rPr>
  </w:style>
  <w:style w:type="table" w:customStyle="1" w:styleId="1110">
    <w:name w:val="Сетка таблицы111"/>
    <w:rsid w:val="00FB6DC3"/>
    <w:pPr>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rsid w:val="00FB6DC3"/>
    <w:pPr>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rsid w:val="00FB6DC3"/>
    <w:pPr>
      <w:spacing w:after="0" w:line="240" w:lineRule="auto"/>
    </w:pPr>
    <w:rPr>
      <w:rFonts w:ascii="Times New Roman" w:eastAsia="Calibri"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Абзац списка2"/>
    <w:basedOn w:val="a0"/>
    <w:uiPriority w:val="99"/>
    <w:qFormat/>
    <w:rsid w:val="00FB6DC3"/>
    <w:pPr>
      <w:spacing w:after="200" w:line="276" w:lineRule="auto"/>
      <w:ind w:left="720"/>
      <w:contextualSpacing/>
    </w:pPr>
    <w:rPr>
      <w:rFonts w:ascii="Calibri" w:eastAsia="Calibri" w:hAnsi="Calibri" w:cs="Times New Roman"/>
      <w:sz w:val="22"/>
      <w:szCs w:val="22"/>
      <w:lang w:val="ru-RU"/>
    </w:rPr>
  </w:style>
  <w:style w:type="paragraph" w:customStyle="1" w:styleId="1f1">
    <w:name w:val="Обычный1"/>
    <w:uiPriority w:val="99"/>
    <w:rsid w:val="00FB6DC3"/>
    <w:pPr>
      <w:spacing w:after="200" w:line="276" w:lineRule="auto"/>
    </w:pPr>
    <w:rPr>
      <w:rFonts w:ascii="Calibri" w:eastAsia="Times New Roman" w:hAnsi="Calibri" w:cs="Calibri"/>
      <w:sz w:val="22"/>
      <w:szCs w:val="22"/>
      <w:lang w:val="ru-RU" w:eastAsia="ru-RU"/>
    </w:rPr>
  </w:style>
  <w:style w:type="paragraph" w:customStyle="1" w:styleId="112">
    <w:name w:val="Абзац списка11"/>
    <w:basedOn w:val="a0"/>
    <w:uiPriority w:val="99"/>
    <w:rsid w:val="00FB6DC3"/>
    <w:pPr>
      <w:suppressAutoHyphens/>
      <w:spacing w:after="0" w:line="240" w:lineRule="auto"/>
      <w:ind w:left="720"/>
    </w:pPr>
    <w:rPr>
      <w:rFonts w:ascii="Times New Roman" w:eastAsia="Calibri" w:hAnsi="Times New Roman" w:cs="Times New Roman"/>
      <w:sz w:val="24"/>
      <w:szCs w:val="24"/>
      <w:lang w:val="ru-RU" w:eastAsia="zh-CN"/>
    </w:rPr>
  </w:style>
  <w:style w:type="paragraph" w:styleId="a">
    <w:name w:val="List Bullet"/>
    <w:basedOn w:val="a0"/>
    <w:uiPriority w:val="99"/>
    <w:rsid w:val="00FB6DC3"/>
    <w:pPr>
      <w:numPr>
        <w:numId w:val="85"/>
      </w:numPr>
      <w:spacing w:after="200" w:line="276" w:lineRule="auto"/>
      <w:contextualSpacing/>
    </w:pPr>
    <w:rPr>
      <w:rFonts w:ascii="Calibri" w:eastAsia="Calibri" w:hAnsi="Calibri" w:cs="Times New Roman"/>
      <w:sz w:val="22"/>
      <w:szCs w:val="22"/>
    </w:rPr>
  </w:style>
  <w:style w:type="table" w:customStyle="1" w:styleId="61">
    <w:name w:val="Сетка таблицы6"/>
    <w:basedOn w:val="a2"/>
    <w:next w:val="ad"/>
    <w:uiPriority w:val="59"/>
    <w:rsid w:val="00FB6DC3"/>
    <w:pPr>
      <w:spacing w:after="0" w:line="240" w:lineRule="auto"/>
    </w:pPr>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2"/>
    <w:next w:val="ad"/>
    <w:uiPriority w:val="59"/>
    <w:rsid w:val="00B17F22"/>
    <w:pPr>
      <w:spacing w:after="0" w:line="240" w:lineRule="auto"/>
    </w:pPr>
    <w:rPr>
      <w:sz w:val="22"/>
      <w:szCs w:val="22"/>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
    <w:name w:val="Нет списка2"/>
    <w:next w:val="a3"/>
    <w:uiPriority w:val="99"/>
    <w:semiHidden/>
    <w:unhideWhenUsed/>
    <w:rsid w:val="009620BA"/>
  </w:style>
  <w:style w:type="table" w:customStyle="1" w:styleId="83">
    <w:name w:val="Сетка таблицы8"/>
    <w:basedOn w:val="a2"/>
    <w:next w:val="ad"/>
    <w:uiPriority w:val="59"/>
    <w:rsid w:val="009620BA"/>
    <w:pPr>
      <w:spacing w:after="0" w:line="240" w:lineRule="auto"/>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0">
    <w:name w:val="Абзац списка Знак"/>
    <w:link w:val="af"/>
    <w:uiPriority w:val="34"/>
    <w:locked/>
    <w:rsid w:val="009620BA"/>
  </w:style>
  <w:style w:type="paragraph" w:customStyle="1" w:styleId="215">
    <w:name w:val="Основной текст 21"/>
    <w:basedOn w:val="a0"/>
    <w:next w:val="29"/>
    <w:link w:val="2a"/>
    <w:uiPriority w:val="99"/>
    <w:unhideWhenUsed/>
    <w:rsid w:val="009620BA"/>
    <w:pPr>
      <w:spacing w:line="480" w:lineRule="auto"/>
    </w:pPr>
    <w:rPr>
      <w:rFonts w:eastAsia="Times New Roman"/>
    </w:rPr>
  </w:style>
  <w:style w:type="character" w:customStyle="1" w:styleId="2a">
    <w:name w:val="Основной текст 2 Знак"/>
    <w:basedOn w:val="a1"/>
    <w:link w:val="215"/>
    <w:uiPriority w:val="99"/>
    <w:rsid w:val="009620BA"/>
    <w:rPr>
      <w:rFonts w:eastAsia="Times New Roman"/>
    </w:rPr>
  </w:style>
  <w:style w:type="paragraph" w:customStyle="1" w:styleId="1f2">
    <w:name w:val="Список1"/>
    <w:basedOn w:val="a0"/>
    <w:next w:val="afff5"/>
    <w:uiPriority w:val="99"/>
    <w:unhideWhenUsed/>
    <w:rsid w:val="009620BA"/>
    <w:pPr>
      <w:spacing w:after="200" w:line="276" w:lineRule="auto"/>
      <w:ind w:left="360" w:hanging="360"/>
      <w:contextualSpacing/>
    </w:pPr>
    <w:rPr>
      <w:sz w:val="22"/>
      <w:szCs w:val="22"/>
    </w:rPr>
  </w:style>
  <w:style w:type="paragraph" w:customStyle="1" w:styleId="216">
    <w:name w:val="Список 21"/>
    <w:basedOn w:val="a0"/>
    <w:next w:val="2b"/>
    <w:uiPriority w:val="99"/>
    <w:unhideWhenUsed/>
    <w:rsid w:val="009620BA"/>
    <w:pPr>
      <w:spacing w:after="200" w:line="276" w:lineRule="auto"/>
      <w:ind w:left="720" w:hanging="360"/>
      <w:contextualSpacing/>
    </w:pPr>
    <w:rPr>
      <w:sz w:val="22"/>
      <w:szCs w:val="22"/>
    </w:rPr>
  </w:style>
  <w:style w:type="paragraph" w:customStyle="1" w:styleId="314">
    <w:name w:val="Список 31"/>
    <w:basedOn w:val="a0"/>
    <w:next w:val="3c"/>
    <w:uiPriority w:val="99"/>
    <w:unhideWhenUsed/>
    <w:rsid w:val="009620BA"/>
    <w:pPr>
      <w:spacing w:after="200" w:line="276" w:lineRule="auto"/>
      <w:ind w:left="1080" w:hanging="360"/>
      <w:contextualSpacing/>
    </w:pPr>
    <w:rPr>
      <w:sz w:val="22"/>
      <w:szCs w:val="22"/>
    </w:rPr>
  </w:style>
  <w:style w:type="paragraph" w:customStyle="1" w:styleId="211">
    <w:name w:val="Маркированный список 21"/>
    <w:basedOn w:val="a0"/>
    <w:next w:val="2c"/>
    <w:uiPriority w:val="99"/>
    <w:unhideWhenUsed/>
    <w:rsid w:val="009620BA"/>
    <w:pPr>
      <w:numPr>
        <w:numId w:val="87"/>
      </w:numPr>
      <w:tabs>
        <w:tab w:val="clear" w:pos="720"/>
      </w:tabs>
      <w:spacing w:after="200" w:line="276" w:lineRule="auto"/>
      <w:ind w:left="960"/>
      <w:contextualSpacing/>
    </w:pPr>
    <w:rPr>
      <w:sz w:val="22"/>
      <w:szCs w:val="22"/>
    </w:rPr>
  </w:style>
  <w:style w:type="paragraph" w:customStyle="1" w:styleId="310">
    <w:name w:val="Маркированный список 31"/>
    <w:basedOn w:val="a0"/>
    <w:next w:val="3d"/>
    <w:uiPriority w:val="99"/>
    <w:unhideWhenUsed/>
    <w:rsid w:val="009620BA"/>
    <w:pPr>
      <w:numPr>
        <w:numId w:val="88"/>
      </w:numPr>
      <w:tabs>
        <w:tab w:val="clear" w:pos="1080"/>
      </w:tabs>
      <w:spacing w:after="200" w:line="276" w:lineRule="auto"/>
      <w:ind w:left="960"/>
      <w:contextualSpacing/>
    </w:pPr>
    <w:rPr>
      <w:sz w:val="22"/>
      <w:szCs w:val="22"/>
    </w:rPr>
  </w:style>
  <w:style w:type="paragraph" w:customStyle="1" w:styleId="1">
    <w:name w:val="Нумерованный список1"/>
    <w:basedOn w:val="a0"/>
    <w:next w:val="afff6"/>
    <w:uiPriority w:val="99"/>
    <w:unhideWhenUsed/>
    <w:rsid w:val="009620BA"/>
    <w:pPr>
      <w:numPr>
        <w:numId w:val="89"/>
      </w:numPr>
      <w:tabs>
        <w:tab w:val="clear" w:pos="360"/>
      </w:tabs>
      <w:spacing w:after="200" w:line="276" w:lineRule="auto"/>
      <w:ind w:left="480"/>
      <w:contextualSpacing/>
    </w:pPr>
    <w:rPr>
      <w:sz w:val="22"/>
      <w:szCs w:val="22"/>
    </w:rPr>
  </w:style>
  <w:style w:type="paragraph" w:customStyle="1" w:styleId="210">
    <w:name w:val="Нумерованный список 21"/>
    <w:basedOn w:val="a0"/>
    <w:next w:val="2d"/>
    <w:uiPriority w:val="99"/>
    <w:unhideWhenUsed/>
    <w:rsid w:val="009620BA"/>
    <w:pPr>
      <w:numPr>
        <w:numId w:val="90"/>
      </w:numPr>
      <w:tabs>
        <w:tab w:val="clear" w:pos="720"/>
      </w:tabs>
      <w:spacing w:after="200" w:line="276" w:lineRule="auto"/>
      <w:ind w:left="960"/>
      <w:contextualSpacing/>
    </w:pPr>
    <w:rPr>
      <w:sz w:val="22"/>
      <w:szCs w:val="22"/>
    </w:rPr>
  </w:style>
  <w:style w:type="paragraph" w:customStyle="1" w:styleId="31">
    <w:name w:val="Нумерованный список 31"/>
    <w:basedOn w:val="a0"/>
    <w:next w:val="3e"/>
    <w:uiPriority w:val="99"/>
    <w:unhideWhenUsed/>
    <w:rsid w:val="009620BA"/>
    <w:pPr>
      <w:numPr>
        <w:numId w:val="91"/>
      </w:numPr>
      <w:tabs>
        <w:tab w:val="clear" w:pos="1080"/>
      </w:tabs>
      <w:spacing w:after="200" w:line="276" w:lineRule="auto"/>
      <w:ind w:left="960"/>
      <w:contextualSpacing/>
    </w:pPr>
    <w:rPr>
      <w:sz w:val="22"/>
      <w:szCs w:val="22"/>
    </w:rPr>
  </w:style>
  <w:style w:type="paragraph" w:customStyle="1" w:styleId="1f3">
    <w:name w:val="Продолжение списка1"/>
    <w:basedOn w:val="a0"/>
    <w:next w:val="afff7"/>
    <w:uiPriority w:val="99"/>
    <w:unhideWhenUsed/>
    <w:rsid w:val="009620BA"/>
    <w:pPr>
      <w:spacing w:line="276" w:lineRule="auto"/>
      <w:ind w:left="360"/>
      <w:contextualSpacing/>
    </w:pPr>
    <w:rPr>
      <w:sz w:val="22"/>
      <w:szCs w:val="22"/>
    </w:rPr>
  </w:style>
  <w:style w:type="paragraph" w:customStyle="1" w:styleId="217">
    <w:name w:val="Продолжение списка 21"/>
    <w:basedOn w:val="a0"/>
    <w:next w:val="2e"/>
    <w:uiPriority w:val="99"/>
    <w:unhideWhenUsed/>
    <w:rsid w:val="009620BA"/>
    <w:pPr>
      <w:spacing w:line="276" w:lineRule="auto"/>
      <w:ind w:left="720"/>
      <w:contextualSpacing/>
    </w:pPr>
    <w:rPr>
      <w:sz w:val="22"/>
      <w:szCs w:val="22"/>
    </w:rPr>
  </w:style>
  <w:style w:type="paragraph" w:customStyle="1" w:styleId="315">
    <w:name w:val="Продолжение списка 31"/>
    <w:basedOn w:val="a0"/>
    <w:next w:val="3f"/>
    <w:uiPriority w:val="99"/>
    <w:unhideWhenUsed/>
    <w:rsid w:val="009620BA"/>
    <w:pPr>
      <w:spacing w:line="276" w:lineRule="auto"/>
      <w:ind w:left="1080"/>
      <w:contextualSpacing/>
    </w:pPr>
    <w:rPr>
      <w:sz w:val="22"/>
      <w:szCs w:val="22"/>
    </w:rPr>
  </w:style>
  <w:style w:type="paragraph" w:customStyle="1" w:styleId="1f4">
    <w:name w:val="Текст макроса1"/>
    <w:next w:val="afff8"/>
    <w:link w:val="afff9"/>
    <w:uiPriority w:val="99"/>
    <w:unhideWhenUsed/>
    <w:rsid w:val="009620BA"/>
    <w:pPr>
      <w:tabs>
        <w:tab w:val="left" w:pos="576"/>
        <w:tab w:val="left" w:pos="1152"/>
        <w:tab w:val="left" w:pos="1728"/>
        <w:tab w:val="left" w:pos="2304"/>
        <w:tab w:val="left" w:pos="2880"/>
        <w:tab w:val="left" w:pos="3456"/>
        <w:tab w:val="left" w:pos="4032"/>
      </w:tabs>
      <w:spacing w:after="200" w:line="276" w:lineRule="auto"/>
    </w:pPr>
    <w:rPr>
      <w:rFonts w:ascii="Courier" w:eastAsia="Times New Roman" w:hAnsi="Courier"/>
      <w:sz w:val="20"/>
      <w:szCs w:val="20"/>
    </w:rPr>
  </w:style>
  <w:style w:type="character" w:customStyle="1" w:styleId="afff9">
    <w:name w:val="Текст макроса Знак"/>
    <w:basedOn w:val="a1"/>
    <w:link w:val="1f4"/>
    <w:uiPriority w:val="99"/>
    <w:rsid w:val="009620BA"/>
    <w:rPr>
      <w:rFonts w:ascii="Courier" w:eastAsia="Times New Roman" w:hAnsi="Courier"/>
      <w:sz w:val="20"/>
      <w:szCs w:val="20"/>
    </w:rPr>
  </w:style>
  <w:style w:type="table" w:customStyle="1" w:styleId="1f5">
    <w:name w:val="Светлая заливка1"/>
    <w:basedOn w:val="a2"/>
    <w:next w:val="afffa"/>
    <w:uiPriority w:val="60"/>
    <w:rsid w:val="009620BA"/>
    <w:pPr>
      <w:spacing w:after="0" w:line="240" w:lineRule="auto"/>
    </w:pPr>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next w:val="-1"/>
    <w:uiPriority w:val="60"/>
    <w:rsid w:val="009620BA"/>
    <w:pPr>
      <w:spacing w:after="0" w:line="240" w:lineRule="auto"/>
    </w:pPr>
    <w:rPr>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21">
    <w:name w:val="Светлая заливка - Акцент 21"/>
    <w:basedOn w:val="a2"/>
    <w:next w:val="-2"/>
    <w:uiPriority w:val="60"/>
    <w:rsid w:val="009620BA"/>
    <w:pPr>
      <w:spacing w:after="0" w:line="240" w:lineRule="auto"/>
    </w:pPr>
    <w:rPr>
      <w:color w:val="C45911"/>
      <w:sz w:val="22"/>
      <w:szCs w:val="22"/>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31">
    <w:name w:val="Светлая заливка - Акцент 31"/>
    <w:basedOn w:val="a2"/>
    <w:next w:val="-3"/>
    <w:uiPriority w:val="60"/>
    <w:rsid w:val="009620BA"/>
    <w:pPr>
      <w:spacing w:after="0" w:line="240" w:lineRule="auto"/>
    </w:pPr>
    <w:rPr>
      <w:color w:val="7B7B7B"/>
      <w:sz w:val="22"/>
      <w:szCs w:val="22"/>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41">
    <w:name w:val="Светлая заливка - Акцент 41"/>
    <w:basedOn w:val="a2"/>
    <w:next w:val="-4"/>
    <w:uiPriority w:val="60"/>
    <w:rsid w:val="009620BA"/>
    <w:pPr>
      <w:spacing w:after="0" w:line="240" w:lineRule="auto"/>
    </w:pPr>
    <w:rPr>
      <w:color w:val="BF8F00"/>
      <w:sz w:val="22"/>
      <w:szCs w:val="22"/>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51">
    <w:name w:val="Светлая заливка - Акцент 51"/>
    <w:basedOn w:val="a2"/>
    <w:next w:val="-5"/>
    <w:uiPriority w:val="60"/>
    <w:rsid w:val="009620BA"/>
    <w:pPr>
      <w:spacing w:after="0" w:line="240" w:lineRule="auto"/>
    </w:pPr>
    <w:rPr>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61">
    <w:name w:val="Светлая заливка - Акцент 61"/>
    <w:basedOn w:val="a2"/>
    <w:next w:val="-6"/>
    <w:uiPriority w:val="60"/>
    <w:rsid w:val="009620BA"/>
    <w:pPr>
      <w:spacing w:after="0" w:line="240" w:lineRule="auto"/>
    </w:pPr>
    <w:rPr>
      <w:color w:val="538135"/>
      <w:sz w:val="22"/>
      <w:szCs w:val="22"/>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1f6">
    <w:name w:val="Светлый список1"/>
    <w:basedOn w:val="a2"/>
    <w:next w:val="afffb"/>
    <w:uiPriority w:val="61"/>
    <w:rsid w:val="009620BA"/>
    <w:pPr>
      <w:spacing w:after="0" w:line="240" w:lineRule="auto"/>
    </w:pPr>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2"/>
    <w:next w:val="-10"/>
    <w:uiPriority w:val="61"/>
    <w:rsid w:val="009620BA"/>
    <w:pPr>
      <w:spacing w:after="0" w:line="240" w:lineRule="auto"/>
    </w:pPr>
    <w:rPr>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210">
    <w:name w:val="Светлый список - Акцент 21"/>
    <w:basedOn w:val="a2"/>
    <w:next w:val="-20"/>
    <w:uiPriority w:val="61"/>
    <w:rsid w:val="009620BA"/>
    <w:pPr>
      <w:spacing w:after="0" w:line="240" w:lineRule="auto"/>
    </w:pPr>
    <w:rPr>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310">
    <w:name w:val="Светлый список - Акцент 31"/>
    <w:basedOn w:val="a2"/>
    <w:next w:val="-30"/>
    <w:uiPriority w:val="61"/>
    <w:rsid w:val="009620BA"/>
    <w:pPr>
      <w:spacing w:after="0" w:line="240" w:lineRule="auto"/>
    </w:pPr>
    <w:rPr>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10">
    <w:name w:val="Светлый список - Акцент 41"/>
    <w:basedOn w:val="a2"/>
    <w:next w:val="-40"/>
    <w:uiPriority w:val="61"/>
    <w:rsid w:val="009620BA"/>
    <w:pPr>
      <w:spacing w:after="0" w:line="240" w:lineRule="auto"/>
    </w:pPr>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510">
    <w:name w:val="Светлый список - Акцент 51"/>
    <w:basedOn w:val="a2"/>
    <w:next w:val="-50"/>
    <w:uiPriority w:val="61"/>
    <w:rsid w:val="009620BA"/>
    <w:pPr>
      <w:spacing w:after="0" w:line="240" w:lineRule="auto"/>
    </w:pPr>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610">
    <w:name w:val="Светлый список - Акцент 61"/>
    <w:basedOn w:val="a2"/>
    <w:next w:val="-60"/>
    <w:uiPriority w:val="61"/>
    <w:rsid w:val="009620BA"/>
    <w:pPr>
      <w:spacing w:after="0" w:line="240" w:lineRule="auto"/>
    </w:pPr>
    <w:rPr>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1f7">
    <w:name w:val="Светлая сетка1"/>
    <w:basedOn w:val="a2"/>
    <w:next w:val="afffc"/>
    <w:uiPriority w:val="62"/>
    <w:rsid w:val="009620BA"/>
    <w:pPr>
      <w:spacing w:after="0" w:line="240" w:lineRule="auto"/>
    </w:pPr>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
    <w:basedOn w:val="a2"/>
    <w:next w:val="-12"/>
    <w:uiPriority w:val="62"/>
    <w:rsid w:val="009620BA"/>
    <w:pPr>
      <w:spacing w:after="0" w:line="240" w:lineRule="auto"/>
    </w:pPr>
    <w:rPr>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211">
    <w:name w:val="Светлая сетка - Акцент 21"/>
    <w:basedOn w:val="a2"/>
    <w:next w:val="-22"/>
    <w:uiPriority w:val="62"/>
    <w:rsid w:val="009620BA"/>
    <w:pPr>
      <w:spacing w:after="0" w:line="240" w:lineRule="auto"/>
    </w:pPr>
    <w:rPr>
      <w:sz w:val="22"/>
      <w:szCs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11">
    <w:name w:val="Светлая сетка - Акцент 31"/>
    <w:basedOn w:val="a2"/>
    <w:next w:val="-32"/>
    <w:uiPriority w:val="62"/>
    <w:rsid w:val="009620BA"/>
    <w:pPr>
      <w:spacing w:after="0" w:line="240" w:lineRule="auto"/>
    </w:pPr>
    <w:rPr>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411">
    <w:name w:val="Светлая сетка - Акцент 41"/>
    <w:basedOn w:val="a2"/>
    <w:next w:val="-42"/>
    <w:uiPriority w:val="62"/>
    <w:rsid w:val="009620BA"/>
    <w:pPr>
      <w:spacing w:after="0" w:line="240" w:lineRule="auto"/>
    </w:pPr>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511">
    <w:name w:val="Светлая сетка - Акцент 51"/>
    <w:basedOn w:val="a2"/>
    <w:next w:val="-52"/>
    <w:uiPriority w:val="62"/>
    <w:rsid w:val="009620BA"/>
    <w:pPr>
      <w:spacing w:after="0" w:line="240" w:lineRule="auto"/>
    </w:pPr>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611">
    <w:name w:val="Светлая сетка - Акцент 61"/>
    <w:basedOn w:val="a2"/>
    <w:next w:val="-62"/>
    <w:uiPriority w:val="62"/>
    <w:rsid w:val="009620BA"/>
    <w:pPr>
      <w:spacing w:after="0" w:line="240" w:lineRule="auto"/>
    </w:pPr>
    <w:rPr>
      <w:sz w:val="22"/>
      <w:szCs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13">
    <w:name w:val="Средняя заливка 11"/>
    <w:basedOn w:val="a2"/>
    <w:next w:val="1f8"/>
    <w:uiPriority w:val="63"/>
    <w:rsid w:val="009620BA"/>
    <w:pPr>
      <w:spacing w:after="0" w:line="240" w:lineRule="auto"/>
    </w:pPr>
    <w:rPr>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Средняя заливка 1 - Акцент 11"/>
    <w:basedOn w:val="a2"/>
    <w:next w:val="1-1"/>
    <w:uiPriority w:val="63"/>
    <w:rsid w:val="009620BA"/>
    <w:pPr>
      <w:spacing w:after="0" w:line="240" w:lineRule="auto"/>
    </w:pPr>
    <w:rPr>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21">
    <w:name w:val="Средняя заливка 1 - Акцент 21"/>
    <w:basedOn w:val="a2"/>
    <w:next w:val="1-2"/>
    <w:uiPriority w:val="63"/>
    <w:rsid w:val="009620BA"/>
    <w:pPr>
      <w:spacing w:after="0" w:line="240" w:lineRule="auto"/>
    </w:pPr>
    <w:rPr>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31">
    <w:name w:val="Средняя заливка 1 - Акцент 31"/>
    <w:basedOn w:val="a2"/>
    <w:next w:val="1-3"/>
    <w:uiPriority w:val="63"/>
    <w:rsid w:val="009620BA"/>
    <w:pPr>
      <w:spacing w:after="0" w:line="240" w:lineRule="auto"/>
    </w:pPr>
    <w:rPr>
      <w:sz w:val="22"/>
      <w:szCs w:val="22"/>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1-41">
    <w:name w:val="Средняя заливка 1 - Акцент 41"/>
    <w:basedOn w:val="a2"/>
    <w:next w:val="1-4"/>
    <w:uiPriority w:val="63"/>
    <w:rsid w:val="009620BA"/>
    <w:pPr>
      <w:spacing w:after="0" w:line="240" w:lineRule="auto"/>
    </w:pPr>
    <w:rPr>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1-51">
    <w:name w:val="Средняя заливка 1 - Акцент 51"/>
    <w:basedOn w:val="a2"/>
    <w:next w:val="1-5"/>
    <w:uiPriority w:val="63"/>
    <w:rsid w:val="009620BA"/>
    <w:pPr>
      <w:spacing w:after="0" w:line="240" w:lineRule="auto"/>
    </w:pPr>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1-61">
    <w:name w:val="Средняя заливка 1 - Акцент 61"/>
    <w:basedOn w:val="a2"/>
    <w:next w:val="1-6"/>
    <w:uiPriority w:val="63"/>
    <w:rsid w:val="009620BA"/>
    <w:pPr>
      <w:spacing w:after="0" w:line="240" w:lineRule="auto"/>
    </w:pPr>
    <w:rPr>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18">
    <w:name w:val="Средняя заливка 21"/>
    <w:basedOn w:val="a2"/>
    <w:next w:val="2f"/>
    <w:uiPriority w:val="64"/>
    <w:rsid w:val="009620BA"/>
    <w:pPr>
      <w:spacing w:after="0" w:line="240" w:lineRule="auto"/>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2"/>
    <w:next w:val="2-1"/>
    <w:uiPriority w:val="64"/>
    <w:rsid w:val="009620BA"/>
    <w:pPr>
      <w:spacing w:after="0" w:line="240" w:lineRule="auto"/>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Средняя заливка 2 - Акцент 21"/>
    <w:basedOn w:val="a2"/>
    <w:next w:val="2-2"/>
    <w:uiPriority w:val="64"/>
    <w:rsid w:val="009620BA"/>
    <w:pPr>
      <w:spacing w:after="0" w:line="240" w:lineRule="auto"/>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Средняя заливка 2 - Акцент 31"/>
    <w:basedOn w:val="a2"/>
    <w:next w:val="2-3"/>
    <w:uiPriority w:val="64"/>
    <w:rsid w:val="009620BA"/>
    <w:pPr>
      <w:spacing w:after="0" w:line="240" w:lineRule="auto"/>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Средняя заливка 2 - Акцент 41"/>
    <w:basedOn w:val="a2"/>
    <w:next w:val="2-4"/>
    <w:uiPriority w:val="64"/>
    <w:rsid w:val="009620BA"/>
    <w:pPr>
      <w:spacing w:after="0" w:line="240" w:lineRule="auto"/>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2"/>
    <w:next w:val="2-5"/>
    <w:uiPriority w:val="64"/>
    <w:rsid w:val="009620BA"/>
    <w:pPr>
      <w:spacing w:after="0" w:line="240" w:lineRule="auto"/>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basedOn w:val="a2"/>
    <w:next w:val="2-6"/>
    <w:uiPriority w:val="64"/>
    <w:rsid w:val="009620BA"/>
    <w:pPr>
      <w:spacing w:after="0" w:line="240" w:lineRule="auto"/>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
    <w:name w:val="Средний список 11"/>
    <w:basedOn w:val="a2"/>
    <w:next w:val="1f9"/>
    <w:uiPriority w:val="65"/>
    <w:rsid w:val="009620BA"/>
    <w:pPr>
      <w:spacing w:after="0" w:line="240" w:lineRule="auto"/>
    </w:pPr>
    <w:rPr>
      <w:color w:val="000000"/>
      <w:sz w:val="22"/>
      <w:szCs w:val="22"/>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Средний список 1 - Акцент 11"/>
    <w:basedOn w:val="a2"/>
    <w:next w:val="1-10"/>
    <w:uiPriority w:val="65"/>
    <w:rsid w:val="009620BA"/>
    <w:pPr>
      <w:spacing w:after="0" w:line="240" w:lineRule="auto"/>
    </w:pPr>
    <w:rPr>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1-210">
    <w:name w:val="Средний список 1 - Акцент 21"/>
    <w:basedOn w:val="a2"/>
    <w:next w:val="1-20"/>
    <w:uiPriority w:val="65"/>
    <w:rsid w:val="009620BA"/>
    <w:pPr>
      <w:spacing w:after="0" w:line="240" w:lineRule="auto"/>
    </w:pPr>
    <w:rPr>
      <w:color w:val="000000"/>
      <w:sz w:val="22"/>
      <w:szCs w:val="22"/>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1-310">
    <w:name w:val="Средний список 1 - Акцент 31"/>
    <w:basedOn w:val="a2"/>
    <w:next w:val="1-30"/>
    <w:uiPriority w:val="65"/>
    <w:rsid w:val="009620BA"/>
    <w:pPr>
      <w:spacing w:after="0" w:line="240" w:lineRule="auto"/>
    </w:pPr>
    <w:rPr>
      <w:color w:val="000000"/>
      <w:sz w:val="22"/>
      <w:szCs w:val="22"/>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1-410">
    <w:name w:val="Средний список 1 - Акцент 41"/>
    <w:basedOn w:val="a2"/>
    <w:next w:val="1-40"/>
    <w:uiPriority w:val="65"/>
    <w:rsid w:val="009620BA"/>
    <w:pPr>
      <w:spacing w:after="0" w:line="240" w:lineRule="auto"/>
    </w:pPr>
    <w:rPr>
      <w:color w:val="000000"/>
      <w:sz w:val="22"/>
      <w:szCs w:val="22"/>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1-510">
    <w:name w:val="Средний список 1 - Акцент 51"/>
    <w:basedOn w:val="a2"/>
    <w:next w:val="1-50"/>
    <w:uiPriority w:val="65"/>
    <w:rsid w:val="009620BA"/>
    <w:pPr>
      <w:spacing w:after="0" w:line="240" w:lineRule="auto"/>
    </w:pPr>
    <w:rPr>
      <w:color w:val="000000"/>
      <w:sz w:val="22"/>
      <w:szCs w:val="22"/>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1-610">
    <w:name w:val="Средний список 1 - Акцент 61"/>
    <w:basedOn w:val="a2"/>
    <w:next w:val="1-60"/>
    <w:uiPriority w:val="65"/>
    <w:rsid w:val="009620BA"/>
    <w:pPr>
      <w:spacing w:after="0" w:line="240" w:lineRule="auto"/>
    </w:pPr>
    <w:rPr>
      <w:color w:val="000000"/>
      <w:sz w:val="22"/>
      <w:szCs w:val="22"/>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19">
    <w:name w:val="Средний список 21"/>
    <w:basedOn w:val="a2"/>
    <w:next w:val="2f0"/>
    <w:uiPriority w:val="66"/>
    <w:rsid w:val="009620BA"/>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Средний список 2 - Акцент 11"/>
    <w:basedOn w:val="a2"/>
    <w:next w:val="2-10"/>
    <w:uiPriority w:val="66"/>
    <w:rsid w:val="009620BA"/>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2-210">
    <w:name w:val="Средний список 2 - Акцент 21"/>
    <w:basedOn w:val="a2"/>
    <w:next w:val="2-20"/>
    <w:uiPriority w:val="66"/>
    <w:rsid w:val="009620BA"/>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2-310">
    <w:name w:val="Средний список 2 - Акцент 31"/>
    <w:basedOn w:val="a2"/>
    <w:next w:val="2-30"/>
    <w:uiPriority w:val="66"/>
    <w:rsid w:val="009620BA"/>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2-410">
    <w:name w:val="Средний список 2 - Акцент 41"/>
    <w:basedOn w:val="a2"/>
    <w:next w:val="2-40"/>
    <w:uiPriority w:val="66"/>
    <w:rsid w:val="009620BA"/>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2-510">
    <w:name w:val="Средний список 2 - Акцент 51"/>
    <w:basedOn w:val="a2"/>
    <w:next w:val="2-50"/>
    <w:uiPriority w:val="66"/>
    <w:rsid w:val="009620BA"/>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2-610">
    <w:name w:val="Средний список 2 - Акцент 61"/>
    <w:basedOn w:val="a2"/>
    <w:next w:val="2-60"/>
    <w:uiPriority w:val="66"/>
    <w:rsid w:val="009620BA"/>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115">
    <w:name w:val="Средняя сетка 11"/>
    <w:basedOn w:val="a2"/>
    <w:next w:val="1fa"/>
    <w:uiPriority w:val="67"/>
    <w:rsid w:val="009620BA"/>
    <w:pPr>
      <w:spacing w:after="0" w:line="240" w:lineRule="auto"/>
    </w:pPr>
    <w:rPr>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Средняя сетка 1 - Акцент 11"/>
    <w:basedOn w:val="a2"/>
    <w:next w:val="1-12"/>
    <w:uiPriority w:val="67"/>
    <w:rsid w:val="009620BA"/>
    <w:pPr>
      <w:spacing w:after="0" w:line="240" w:lineRule="auto"/>
    </w:pPr>
    <w:rPr>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211">
    <w:name w:val="Средняя сетка 1 - Акцент 21"/>
    <w:basedOn w:val="a2"/>
    <w:next w:val="1-22"/>
    <w:uiPriority w:val="67"/>
    <w:rsid w:val="009620BA"/>
    <w:pPr>
      <w:spacing w:after="0" w:line="240" w:lineRule="auto"/>
    </w:pPr>
    <w:rPr>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311">
    <w:name w:val="Средняя сетка 1 - Акцент 31"/>
    <w:basedOn w:val="a2"/>
    <w:next w:val="1-32"/>
    <w:uiPriority w:val="67"/>
    <w:rsid w:val="009620BA"/>
    <w:pPr>
      <w:spacing w:after="0" w:line="240" w:lineRule="auto"/>
    </w:pPr>
    <w:rPr>
      <w:sz w:val="22"/>
      <w:szCs w:val="22"/>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411">
    <w:name w:val="Средняя сетка 1 - Акцент 41"/>
    <w:basedOn w:val="a2"/>
    <w:next w:val="1-42"/>
    <w:uiPriority w:val="67"/>
    <w:rsid w:val="009620BA"/>
    <w:pPr>
      <w:spacing w:after="0" w:line="240" w:lineRule="auto"/>
    </w:pPr>
    <w:rPr>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1-511">
    <w:name w:val="Средняя сетка 1 - Акцент 51"/>
    <w:basedOn w:val="a2"/>
    <w:next w:val="1-52"/>
    <w:uiPriority w:val="67"/>
    <w:rsid w:val="009620BA"/>
    <w:pPr>
      <w:spacing w:after="0" w:line="240" w:lineRule="auto"/>
    </w:pPr>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1-611">
    <w:name w:val="Средняя сетка 1 - Акцент 61"/>
    <w:basedOn w:val="a2"/>
    <w:next w:val="1-62"/>
    <w:uiPriority w:val="67"/>
    <w:rsid w:val="009620BA"/>
    <w:pPr>
      <w:spacing w:after="0" w:line="240" w:lineRule="auto"/>
    </w:pPr>
    <w:rPr>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20">
    <w:name w:val="Средняя сетка 22"/>
    <w:basedOn w:val="a2"/>
    <w:next w:val="2f1"/>
    <w:uiPriority w:val="68"/>
    <w:rsid w:val="009620BA"/>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Средняя сетка 2 - Акцент 11"/>
    <w:basedOn w:val="a2"/>
    <w:next w:val="2-12"/>
    <w:uiPriority w:val="68"/>
    <w:rsid w:val="009620BA"/>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211">
    <w:name w:val="Средняя сетка 2 - Акцент 21"/>
    <w:basedOn w:val="a2"/>
    <w:next w:val="2-22"/>
    <w:uiPriority w:val="68"/>
    <w:rsid w:val="009620BA"/>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2-311">
    <w:name w:val="Средняя сетка 2 - Акцент 31"/>
    <w:basedOn w:val="a2"/>
    <w:next w:val="2-32"/>
    <w:uiPriority w:val="68"/>
    <w:rsid w:val="009620BA"/>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2-411">
    <w:name w:val="Средняя сетка 2 - Акцент 41"/>
    <w:basedOn w:val="a2"/>
    <w:next w:val="2-42"/>
    <w:uiPriority w:val="68"/>
    <w:rsid w:val="009620BA"/>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2-511">
    <w:name w:val="Средняя сетка 2 - Акцент 51"/>
    <w:basedOn w:val="a2"/>
    <w:next w:val="2-52"/>
    <w:uiPriority w:val="68"/>
    <w:rsid w:val="009620BA"/>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2-611">
    <w:name w:val="Средняя сетка 2 - Акцент 61"/>
    <w:basedOn w:val="a2"/>
    <w:next w:val="2-62"/>
    <w:uiPriority w:val="68"/>
    <w:rsid w:val="009620BA"/>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16">
    <w:name w:val="Средняя сетка 31"/>
    <w:basedOn w:val="a2"/>
    <w:next w:val="3f0"/>
    <w:uiPriority w:val="69"/>
    <w:rsid w:val="009620BA"/>
    <w:pPr>
      <w:spacing w:after="0" w:line="240" w:lineRule="auto"/>
    </w:pPr>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Средняя сетка 3 - Акцент 11"/>
    <w:basedOn w:val="a2"/>
    <w:next w:val="3-1"/>
    <w:uiPriority w:val="69"/>
    <w:rsid w:val="009620BA"/>
    <w:pPr>
      <w:spacing w:after="0" w:line="240" w:lineRule="auto"/>
    </w:pPr>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21">
    <w:name w:val="Средняя сетка 3 - Акцент 21"/>
    <w:basedOn w:val="a2"/>
    <w:next w:val="3-2"/>
    <w:uiPriority w:val="69"/>
    <w:rsid w:val="009620BA"/>
    <w:pPr>
      <w:spacing w:after="0" w:line="240" w:lineRule="auto"/>
    </w:pPr>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3-31">
    <w:name w:val="Средняя сетка 3 - Акцент 31"/>
    <w:basedOn w:val="a2"/>
    <w:next w:val="3-3"/>
    <w:uiPriority w:val="69"/>
    <w:rsid w:val="009620BA"/>
    <w:pPr>
      <w:spacing w:after="0" w:line="240" w:lineRule="auto"/>
    </w:pPr>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41">
    <w:name w:val="Средняя сетка 3 - Акцент 41"/>
    <w:basedOn w:val="a2"/>
    <w:next w:val="3-4"/>
    <w:uiPriority w:val="69"/>
    <w:rsid w:val="009620BA"/>
    <w:pPr>
      <w:spacing w:after="0" w:line="240" w:lineRule="auto"/>
    </w:pPr>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51">
    <w:name w:val="Средняя сетка 3 - Акцент 51"/>
    <w:basedOn w:val="a2"/>
    <w:next w:val="3-5"/>
    <w:uiPriority w:val="69"/>
    <w:rsid w:val="009620BA"/>
    <w:pPr>
      <w:spacing w:after="0" w:line="240" w:lineRule="auto"/>
    </w:pPr>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3-61">
    <w:name w:val="Средняя сетка 3 - Акцент 61"/>
    <w:basedOn w:val="a2"/>
    <w:next w:val="3-6"/>
    <w:uiPriority w:val="69"/>
    <w:rsid w:val="009620BA"/>
    <w:pPr>
      <w:spacing w:after="0" w:line="240" w:lineRule="auto"/>
    </w:pPr>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1fb">
    <w:name w:val="Темный список1"/>
    <w:basedOn w:val="a2"/>
    <w:next w:val="afffd"/>
    <w:uiPriority w:val="70"/>
    <w:rsid w:val="009620BA"/>
    <w:pPr>
      <w:spacing w:after="0" w:line="240" w:lineRule="auto"/>
    </w:pPr>
    <w:rPr>
      <w:color w:val="FFFFFF"/>
      <w:sz w:val="22"/>
      <w:szCs w:val="22"/>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Темный список - Акцент 11"/>
    <w:basedOn w:val="a2"/>
    <w:next w:val="-13"/>
    <w:uiPriority w:val="70"/>
    <w:rsid w:val="009620BA"/>
    <w:pPr>
      <w:spacing w:after="0" w:line="240" w:lineRule="auto"/>
    </w:pPr>
    <w:rPr>
      <w:color w:val="FFFFFF"/>
      <w:sz w:val="22"/>
      <w:szCs w:val="22"/>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
    <w:name w:val="Темный список - Акцент 21"/>
    <w:basedOn w:val="a2"/>
    <w:next w:val="-23"/>
    <w:uiPriority w:val="70"/>
    <w:rsid w:val="009620BA"/>
    <w:pPr>
      <w:spacing w:after="0" w:line="240" w:lineRule="auto"/>
    </w:pPr>
    <w:rPr>
      <w:color w:val="FFFFFF"/>
      <w:sz w:val="22"/>
      <w:szCs w:val="22"/>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2">
    <w:name w:val="Темный список - Акцент 31"/>
    <w:basedOn w:val="a2"/>
    <w:next w:val="-33"/>
    <w:uiPriority w:val="70"/>
    <w:rsid w:val="009620BA"/>
    <w:pPr>
      <w:spacing w:after="0" w:line="240" w:lineRule="auto"/>
    </w:pPr>
    <w:rPr>
      <w:color w:val="FFFFFF"/>
      <w:sz w:val="22"/>
      <w:szCs w:val="22"/>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
    <w:name w:val="Темный список - Акцент 41"/>
    <w:basedOn w:val="a2"/>
    <w:next w:val="-43"/>
    <w:uiPriority w:val="70"/>
    <w:rsid w:val="009620BA"/>
    <w:pPr>
      <w:spacing w:after="0" w:line="240" w:lineRule="auto"/>
    </w:pPr>
    <w:rPr>
      <w:color w:val="FFFFFF"/>
      <w:sz w:val="22"/>
      <w:szCs w:val="22"/>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2">
    <w:name w:val="Темный список - Акцент 51"/>
    <w:basedOn w:val="a2"/>
    <w:next w:val="-53"/>
    <w:uiPriority w:val="70"/>
    <w:rsid w:val="009620BA"/>
    <w:pPr>
      <w:spacing w:after="0" w:line="240" w:lineRule="auto"/>
    </w:pPr>
    <w:rPr>
      <w:color w:val="FFFFFF"/>
      <w:sz w:val="22"/>
      <w:szCs w:val="22"/>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612">
    <w:name w:val="Темный список - Акцент 61"/>
    <w:basedOn w:val="a2"/>
    <w:next w:val="-63"/>
    <w:uiPriority w:val="70"/>
    <w:rsid w:val="009620BA"/>
    <w:pPr>
      <w:spacing w:after="0" w:line="240" w:lineRule="auto"/>
    </w:pPr>
    <w:rPr>
      <w:color w:val="FFFFFF"/>
      <w:sz w:val="22"/>
      <w:szCs w:val="22"/>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1fc">
    <w:name w:val="Цветная заливка1"/>
    <w:basedOn w:val="a2"/>
    <w:next w:val="afffe"/>
    <w:uiPriority w:val="71"/>
    <w:rsid w:val="009620BA"/>
    <w:pPr>
      <w:spacing w:after="0" w:line="240" w:lineRule="auto"/>
    </w:pPr>
    <w:rPr>
      <w:color w:val="000000"/>
      <w:sz w:val="22"/>
      <w:szCs w:val="22"/>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Цветная заливка - Акцент 11"/>
    <w:basedOn w:val="a2"/>
    <w:next w:val="-14"/>
    <w:uiPriority w:val="71"/>
    <w:rsid w:val="009620BA"/>
    <w:pPr>
      <w:spacing w:after="0" w:line="240" w:lineRule="auto"/>
    </w:pPr>
    <w:rPr>
      <w:color w:val="000000"/>
      <w:sz w:val="22"/>
      <w:szCs w:val="22"/>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213">
    <w:name w:val="Цветная заливка - Акцент 21"/>
    <w:basedOn w:val="a2"/>
    <w:next w:val="-24"/>
    <w:uiPriority w:val="71"/>
    <w:rsid w:val="009620BA"/>
    <w:pPr>
      <w:spacing w:after="0" w:line="240" w:lineRule="auto"/>
    </w:pPr>
    <w:rPr>
      <w:color w:val="000000"/>
      <w:sz w:val="22"/>
      <w:szCs w:val="22"/>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313">
    <w:name w:val="Цветная заливка - Акцент 31"/>
    <w:basedOn w:val="a2"/>
    <w:next w:val="-34"/>
    <w:uiPriority w:val="71"/>
    <w:rsid w:val="009620BA"/>
    <w:pPr>
      <w:spacing w:after="0" w:line="240" w:lineRule="auto"/>
    </w:pPr>
    <w:rPr>
      <w:color w:val="000000"/>
      <w:sz w:val="22"/>
      <w:szCs w:val="22"/>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413">
    <w:name w:val="Цветная заливка - Акцент 41"/>
    <w:basedOn w:val="a2"/>
    <w:next w:val="-44"/>
    <w:uiPriority w:val="71"/>
    <w:rsid w:val="009620BA"/>
    <w:pPr>
      <w:spacing w:after="0" w:line="240" w:lineRule="auto"/>
    </w:pPr>
    <w:rPr>
      <w:color w:val="000000"/>
      <w:sz w:val="22"/>
      <w:szCs w:val="22"/>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513">
    <w:name w:val="Цветная заливка - Акцент 51"/>
    <w:basedOn w:val="a2"/>
    <w:next w:val="-54"/>
    <w:uiPriority w:val="71"/>
    <w:rsid w:val="009620BA"/>
    <w:pPr>
      <w:spacing w:after="0" w:line="240" w:lineRule="auto"/>
    </w:pPr>
    <w:rPr>
      <w:color w:val="000000"/>
      <w:sz w:val="22"/>
      <w:szCs w:val="22"/>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3">
    <w:name w:val="Цветная заливка - Акцент 61"/>
    <w:basedOn w:val="a2"/>
    <w:next w:val="-64"/>
    <w:uiPriority w:val="71"/>
    <w:rsid w:val="009620BA"/>
    <w:pPr>
      <w:spacing w:after="0" w:line="240" w:lineRule="auto"/>
    </w:pPr>
    <w:rPr>
      <w:color w:val="000000"/>
      <w:sz w:val="22"/>
      <w:szCs w:val="22"/>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1fd">
    <w:name w:val="Цветной список1"/>
    <w:basedOn w:val="a2"/>
    <w:next w:val="affff"/>
    <w:uiPriority w:val="72"/>
    <w:rsid w:val="009620BA"/>
    <w:pPr>
      <w:spacing w:after="0" w:line="240" w:lineRule="auto"/>
    </w:pPr>
    <w:rPr>
      <w:color w:val="000000"/>
      <w:sz w:val="22"/>
      <w:szCs w:val="22"/>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Цветной список - Акцент 11"/>
    <w:basedOn w:val="a2"/>
    <w:next w:val="-15"/>
    <w:uiPriority w:val="72"/>
    <w:rsid w:val="009620BA"/>
    <w:pPr>
      <w:spacing w:after="0" w:line="240" w:lineRule="auto"/>
    </w:pPr>
    <w:rPr>
      <w:color w:val="000000"/>
      <w:sz w:val="22"/>
      <w:szCs w:val="22"/>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4">
    <w:name w:val="Цветной список - Акцент 21"/>
    <w:basedOn w:val="a2"/>
    <w:next w:val="-25"/>
    <w:uiPriority w:val="72"/>
    <w:rsid w:val="009620BA"/>
    <w:pPr>
      <w:spacing w:after="0" w:line="240" w:lineRule="auto"/>
    </w:pPr>
    <w:rPr>
      <w:color w:val="000000"/>
      <w:sz w:val="22"/>
      <w:szCs w:val="22"/>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314">
    <w:name w:val="Цветной список - Акцент 31"/>
    <w:basedOn w:val="a2"/>
    <w:next w:val="-35"/>
    <w:uiPriority w:val="72"/>
    <w:rsid w:val="009620BA"/>
    <w:pPr>
      <w:spacing w:after="0" w:line="240" w:lineRule="auto"/>
    </w:pPr>
    <w:rPr>
      <w:color w:val="000000"/>
      <w:sz w:val="22"/>
      <w:szCs w:val="22"/>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414">
    <w:name w:val="Цветной список - Акцент 41"/>
    <w:basedOn w:val="a2"/>
    <w:next w:val="-45"/>
    <w:uiPriority w:val="72"/>
    <w:rsid w:val="009620BA"/>
    <w:pPr>
      <w:spacing w:after="0" w:line="240" w:lineRule="auto"/>
    </w:pPr>
    <w:rPr>
      <w:color w:val="000000"/>
      <w:sz w:val="22"/>
      <w:szCs w:val="22"/>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514">
    <w:name w:val="Цветной список - Акцент 51"/>
    <w:basedOn w:val="a2"/>
    <w:next w:val="-55"/>
    <w:uiPriority w:val="72"/>
    <w:rsid w:val="009620BA"/>
    <w:pPr>
      <w:spacing w:after="0" w:line="240" w:lineRule="auto"/>
    </w:pPr>
    <w:rPr>
      <w:color w:val="000000"/>
      <w:sz w:val="22"/>
      <w:szCs w:val="22"/>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614">
    <w:name w:val="Цветной список - Акцент 61"/>
    <w:basedOn w:val="a2"/>
    <w:next w:val="-65"/>
    <w:uiPriority w:val="72"/>
    <w:rsid w:val="009620BA"/>
    <w:pPr>
      <w:spacing w:after="0" w:line="240" w:lineRule="auto"/>
    </w:pPr>
    <w:rPr>
      <w:color w:val="000000"/>
      <w:sz w:val="22"/>
      <w:szCs w:val="22"/>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1fe">
    <w:name w:val="Цветная сетка1"/>
    <w:basedOn w:val="a2"/>
    <w:next w:val="affff0"/>
    <w:uiPriority w:val="73"/>
    <w:rsid w:val="009620BA"/>
    <w:pPr>
      <w:spacing w:after="0" w:line="240" w:lineRule="auto"/>
    </w:pPr>
    <w:rPr>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Цветная сетка - Акцент 11"/>
    <w:basedOn w:val="a2"/>
    <w:next w:val="-16"/>
    <w:uiPriority w:val="73"/>
    <w:rsid w:val="009620BA"/>
    <w:pPr>
      <w:spacing w:after="0" w:line="240" w:lineRule="auto"/>
    </w:pPr>
    <w:rPr>
      <w:color w:val="000000"/>
      <w:sz w:val="22"/>
      <w:szCs w:val="22"/>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215">
    <w:name w:val="Цветная сетка - Акцент 21"/>
    <w:basedOn w:val="a2"/>
    <w:next w:val="-26"/>
    <w:uiPriority w:val="73"/>
    <w:rsid w:val="009620BA"/>
    <w:pPr>
      <w:spacing w:after="0" w:line="240" w:lineRule="auto"/>
    </w:pPr>
    <w:rPr>
      <w:color w:val="000000"/>
      <w:sz w:val="22"/>
      <w:szCs w:val="22"/>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315">
    <w:name w:val="Цветная сетка - Акцент 31"/>
    <w:basedOn w:val="a2"/>
    <w:next w:val="-36"/>
    <w:uiPriority w:val="73"/>
    <w:rsid w:val="009620BA"/>
    <w:pPr>
      <w:spacing w:after="0" w:line="240" w:lineRule="auto"/>
    </w:pPr>
    <w:rPr>
      <w:color w:val="000000"/>
      <w:sz w:val="22"/>
      <w:szCs w:val="22"/>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415">
    <w:name w:val="Цветная сетка - Акцент 41"/>
    <w:basedOn w:val="a2"/>
    <w:next w:val="-46"/>
    <w:uiPriority w:val="73"/>
    <w:rsid w:val="009620BA"/>
    <w:pPr>
      <w:spacing w:after="0" w:line="240" w:lineRule="auto"/>
    </w:pPr>
    <w:rPr>
      <w:color w:val="000000"/>
      <w:sz w:val="22"/>
      <w:szCs w:val="22"/>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15">
    <w:name w:val="Цветная сетка - Акцент 51"/>
    <w:basedOn w:val="a2"/>
    <w:next w:val="-56"/>
    <w:uiPriority w:val="73"/>
    <w:rsid w:val="009620BA"/>
    <w:pPr>
      <w:spacing w:after="0" w:line="240" w:lineRule="auto"/>
    </w:pPr>
    <w:rPr>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615">
    <w:name w:val="Цветная сетка - Акцент 61"/>
    <w:basedOn w:val="a2"/>
    <w:next w:val="-66"/>
    <w:uiPriority w:val="73"/>
    <w:rsid w:val="009620BA"/>
    <w:pPr>
      <w:spacing w:after="0" w:line="240" w:lineRule="auto"/>
    </w:pPr>
    <w:rPr>
      <w:color w:val="000000"/>
      <w:sz w:val="22"/>
      <w:szCs w:val="22"/>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fontstyle01">
    <w:name w:val="fontstyle01"/>
    <w:basedOn w:val="a1"/>
    <w:rsid w:val="009620BA"/>
    <w:rPr>
      <w:rFonts w:ascii="SchoolBookSanPin-Italic" w:hAnsi="SchoolBookSanPin-Italic" w:hint="default"/>
      <w:b w:val="0"/>
      <w:bCs w:val="0"/>
      <w:i/>
      <w:iCs/>
      <w:color w:val="242021"/>
      <w:sz w:val="20"/>
      <w:szCs w:val="20"/>
    </w:rPr>
  </w:style>
  <w:style w:type="character" w:customStyle="1" w:styleId="fontstyle210">
    <w:name w:val="fontstyle21"/>
    <w:basedOn w:val="a1"/>
    <w:rsid w:val="009620BA"/>
    <w:rPr>
      <w:rFonts w:ascii="SchoolBookSanPin" w:hAnsi="SchoolBookSanPin" w:hint="default"/>
      <w:b w:val="0"/>
      <w:bCs w:val="0"/>
      <w:i w:val="0"/>
      <w:iCs w:val="0"/>
      <w:color w:val="242021"/>
      <w:sz w:val="20"/>
      <w:szCs w:val="20"/>
    </w:rPr>
  </w:style>
  <w:style w:type="character" w:customStyle="1" w:styleId="fontstyle31">
    <w:name w:val="fontstyle31"/>
    <w:basedOn w:val="a1"/>
    <w:rsid w:val="009620BA"/>
    <w:rPr>
      <w:rFonts w:ascii="PiGraphA" w:hAnsi="PiGraphA" w:hint="default"/>
      <w:b w:val="0"/>
      <w:bCs w:val="0"/>
      <w:i w:val="0"/>
      <w:iCs w:val="0"/>
      <w:color w:val="242021"/>
      <w:sz w:val="14"/>
      <w:szCs w:val="14"/>
    </w:rPr>
  </w:style>
  <w:style w:type="character" w:customStyle="1" w:styleId="fontstyle41">
    <w:name w:val="fontstyle41"/>
    <w:basedOn w:val="a1"/>
    <w:rsid w:val="009620BA"/>
    <w:rPr>
      <w:rFonts w:ascii="SchoolBookSanPin" w:hAnsi="SchoolBookSanPin" w:hint="default"/>
      <w:b w:val="0"/>
      <w:bCs w:val="0"/>
      <w:i w:val="0"/>
      <w:iCs w:val="0"/>
      <w:color w:val="242021"/>
      <w:sz w:val="20"/>
      <w:szCs w:val="20"/>
    </w:rPr>
  </w:style>
  <w:style w:type="character" w:customStyle="1" w:styleId="af7">
    <w:name w:val="Без интервала Знак"/>
    <w:aliases w:val="No Spacing Знак"/>
    <w:basedOn w:val="a1"/>
    <w:link w:val="af6"/>
    <w:uiPriority w:val="1"/>
    <w:rsid w:val="009620BA"/>
  </w:style>
  <w:style w:type="numbering" w:customStyle="1" w:styleId="116">
    <w:name w:val="Нет списка11"/>
    <w:next w:val="a3"/>
    <w:uiPriority w:val="99"/>
    <w:semiHidden/>
    <w:unhideWhenUsed/>
    <w:rsid w:val="009620BA"/>
  </w:style>
  <w:style w:type="table" w:customStyle="1" w:styleId="130">
    <w:name w:val="Сетка таблицы13"/>
    <w:basedOn w:val="a2"/>
    <w:next w:val="ad"/>
    <w:uiPriority w:val="59"/>
    <w:rsid w:val="009620BA"/>
    <w:pPr>
      <w:spacing w:after="0" w:line="240" w:lineRule="auto"/>
    </w:pPr>
    <w:rPr>
      <w:rFonts w:eastAsia="Times New Roman"/>
      <w:sz w:val="22"/>
      <w:szCs w:val="22"/>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2"/>
    <w:next w:val="ad"/>
    <w:uiPriority w:val="39"/>
    <w:rsid w:val="009620BA"/>
    <w:pPr>
      <w:spacing w:after="0" w:line="240" w:lineRule="auto"/>
    </w:pPr>
    <w:rPr>
      <w:rFonts w:eastAsia="Times New Roman"/>
      <w:sz w:val="22"/>
      <w:szCs w:val="22"/>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2"/>
    <w:next w:val="ad"/>
    <w:uiPriority w:val="59"/>
    <w:rsid w:val="009620BA"/>
    <w:pPr>
      <w:spacing w:after="0" w:line="240" w:lineRule="auto"/>
    </w:pPr>
    <w:rPr>
      <w:rFonts w:eastAsia="Times New Roman"/>
      <w:sz w:val="22"/>
      <w:szCs w:val="22"/>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nhideWhenUsed/>
    <w:qFormat/>
    <w:rsid w:val="009620BA"/>
    <w:pPr>
      <w:widowControl w:val="0"/>
      <w:autoSpaceDE w:val="0"/>
      <w:autoSpaceDN w:val="0"/>
      <w:spacing w:after="0" w:line="240" w:lineRule="auto"/>
    </w:pPr>
    <w:rPr>
      <w:rFonts w:eastAsia="Calibri"/>
      <w:sz w:val="22"/>
      <w:szCs w:val="22"/>
    </w:rPr>
    <w:tblPr>
      <w:tblInd w:w="0" w:type="dxa"/>
      <w:tblCellMar>
        <w:top w:w="0" w:type="dxa"/>
        <w:left w:w="0" w:type="dxa"/>
        <w:bottom w:w="0" w:type="dxa"/>
        <w:right w:w="0" w:type="dxa"/>
      </w:tblCellMar>
    </w:tblPr>
  </w:style>
  <w:style w:type="table" w:customStyle="1" w:styleId="411">
    <w:name w:val="Сетка таблицы41"/>
    <w:basedOn w:val="a2"/>
    <w:next w:val="ad"/>
    <w:uiPriority w:val="39"/>
    <w:rsid w:val="009620BA"/>
    <w:pPr>
      <w:spacing w:after="0" w:line="240" w:lineRule="auto"/>
    </w:pPr>
    <w:rPr>
      <w:rFonts w:ascii="Calibri" w:eastAsia="Calibri" w:hAnsi="Calibri" w:cs="Times New Roman"/>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next w:val="ad"/>
    <w:uiPriority w:val="59"/>
    <w:rsid w:val="009620BA"/>
    <w:pPr>
      <w:spacing w:after="0" w:line="240" w:lineRule="auto"/>
    </w:pPr>
    <w:rPr>
      <w:rFonts w:eastAsia="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a">
    <w:name w:val="Нет списка21"/>
    <w:next w:val="a3"/>
    <w:uiPriority w:val="99"/>
    <w:semiHidden/>
    <w:unhideWhenUsed/>
    <w:rsid w:val="009620BA"/>
  </w:style>
  <w:style w:type="table" w:customStyle="1" w:styleId="122">
    <w:name w:val="Сетка таблицы122"/>
    <w:basedOn w:val="a2"/>
    <w:next w:val="a2"/>
    <w:uiPriority w:val="59"/>
    <w:rsid w:val="009620BA"/>
    <w:pPr>
      <w:spacing w:after="0" w:line="240" w:lineRule="auto"/>
    </w:pPr>
    <w:rPr>
      <w:rFonts w:eastAsia="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d"/>
    <w:uiPriority w:val="39"/>
    <w:rsid w:val="009620BA"/>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620BA"/>
    <w:pPr>
      <w:spacing w:after="0" w:line="240" w:lineRule="auto"/>
    </w:pPr>
    <w:rPr>
      <w:sz w:val="22"/>
      <w:szCs w:val="22"/>
      <w:lang w:val="ru-RU" w:eastAsia="ru-RU"/>
    </w:rPr>
    <w:tblPr>
      <w:tblCellMar>
        <w:top w:w="0" w:type="dxa"/>
        <w:left w:w="0" w:type="dxa"/>
        <w:bottom w:w="0" w:type="dxa"/>
        <w:right w:w="0" w:type="dxa"/>
      </w:tblCellMar>
    </w:tblPr>
  </w:style>
  <w:style w:type="paragraph" w:customStyle="1" w:styleId="affff1">
    <w:name w:val="Знак"/>
    <w:basedOn w:val="a0"/>
    <w:uiPriority w:val="99"/>
    <w:rsid w:val="009620BA"/>
    <w:pPr>
      <w:spacing w:after="160" w:line="240" w:lineRule="exact"/>
    </w:pPr>
    <w:rPr>
      <w:rFonts w:ascii="Verdana" w:eastAsia="Times New Roman" w:hAnsi="Verdana" w:cs="Verdana"/>
      <w:sz w:val="20"/>
      <w:szCs w:val="20"/>
    </w:rPr>
  </w:style>
  <w:style w:type="paragraph" w:customStyle="1" w:styleId="affff2">
    <w:name w:val="Содержимое таблицы"/>
    <w:basedOn w:val="a0"/>
    <w:uiPriority w:val="99"/>
    <w:rsid w:val="009620BA"/>
    <w:pPr>
      <w:suppressLineNumbers/>
      <w:suppressAutoHyphens/>
      <w:spacing w:after="200" w:line="276" w:lineRule="auto"/>
    </w:pPr>
    <w:rPr>
      <w:rFonts w:ascii="Calibri" w:eastAsia="SimSun" w:hAnsi="Calibri" w:cs="Calibri"/>
      <w:kern w:val="1"/>
      <w:sz w:val="22"/>
      <w:szCs w:val="22"/>
      <w:lang w:val="ru-RU" w:eastAsia="ar-SA"/>
    </w:rPr>
  </w:style>
  <w:style w:type="paragraph" w:styleId="29">
    <w:name w:val="Body Text 2"/>
    <w:basedOn w:val="a0"/>
    <w:link w:val="21b"/>
    <w:uiPriority w:val="99"/>
    <w:semiHidden/>
    <w:unhideWhenUsed/>
    <w:rsid w:val="009620BA"/>
    <w:pPr>
      <w:spacing w:line="480" w:lineRule="auto"/>
    </w:pPr>
  </w:style>
  <w:style w:type="character" w:customStyle="1" w:styleId="21b">
    <w:name w:val="Основной текст 2 Знак1"/>
    <w:basedOn w:val="a1"/>
    <w:link w:val="29"/>
    <w:uiPriority w:val="99"/>
    <w:semiHidden/>
    <w:rsid w:val="009620BA"/>
  </w:style>
  <w:style w:type="paragraph" w:styleId="afff5">
    <w:name w:val="List"/>
    <w:basedOn w:val="a0"/>
    <w:uiPriority w:val="99"/>
    <w:semiHidden/>
    <w:unhideWhenUsed/>
    <w:rsid w:val="009620BA"/>
    <w:pPr>
      <w:ind w:left="283" w:hanging="283"/>
      <w:contextualSpacing/>
    </w:pPr>
  </w:style>
  <w:style w:type="paragraph" w:styleId="2b">
    <w:name w:val="List 2"/>
    <w:basedOn w:val="a0"/>
    <w:uiPriority w:val="99"/>
    <w:semiHidden/>
    <w:unhideWhenUsed/>
    <w:rsid w:val="009620BA"/>
    <w:pPr>
      <w:ind w:left="566" w:hanging="283"/>
      <w:contextualSpacing/>
    </w:pPr>
  </w:style>
  <w:style w:type="paragraph" w:styleId="3c">
    <w:name w:val="List 3"/>
    <w:basedOn w:val="a0"/>
    <w:uiPriority w:val="99"/>
    <w:semiHidden/>
    <w:unhideWhenUsed/>
    <w:rsid w:val="009620BA"/>
    <w:pPr>
      <w:ind w:left="849" w:hanging="283"/>
      <w:contextualSpacing/>
    </w:pPr>
  </w:style>
  <w:style w:type="paragraph" w:styleId="2c">
    <w:name w:val="List Bullet 2"/>
    <w:basedOn w:val="a0"/>
    <w:uiPriority w:val="99"/>
    <w:semiHidden/>
    <w:unhideWhenUsed/>
    <w:rsid w:val="009620BA"/>
    <w:pPr>
      <w:ind w:left="720" w:hanging="360"/>
      <w:contextualSpacing/>
    </w:pPr>
  </w:style>
  <w:style w:type="paragraph" w:styleId="3d">
    <w:name w:val="List Bullet 3"/>
    <w:basedOn w:val="a0"/>
    <w:uiPriority w:val="99"/>
    <w:semiHidden/>
    <w:unhideWhenUsed/>
    <w:rsid w:val="009620BA"/>
    <w:pPr>
      <w:tabs>
        <w:tab w:val="num" w:pos="720"/>
      </w:tabs>
      <w:ind w:left="720" w:hanging="360"/>
      <w:contextualSpacing/>
    </w:pPr>
  </w:style>
  <w:style w:type="paragraph" w:styleId="afff6">
    <w:name w:val="List Number"/>
    <w:basedOn w:val="a0"/>
    <w:uiPriority w:val="99"/>
    <w:semiHidden/>
    <w:unhideWhenUsed/>
    <w:rsid w:val="009620BA"/>
    <w:pPr>
      <w:tabs>
        <w:tab w:val="num" w:pos="1080"/>
      </w:tabs>
      <w:ind w:left="1080" w:hanging="360"/>
      <w:contextualSpacing/>
    </w:pPr>
  </w:style>
  <w:style w:type="paragraph" w:styleId="2d">
    <w:name w:val="List Number 2"/>
    <w:basedOn w:val="a0"/>
    <w:uiPriority w:val="99"/>
    <w:semiHidden/>
    <w:unhideWhenUsed/>
    <w:rsid w:val="009620BA"/>
    <w:pPr>
      <w:tabs>
        <w:tab w:val="num" w:pos="360"/>
      </w:tabs>
      <w:ind w:left="360" w:hanging="360"/>
      <w:contextualSpacing/>
    </w:pPr>
  </w:style>
  <w:style w:type="paragraph" w:styleId="3e">
    <w:name w:val="List Number 3"/>
    <w:basedOn w:val="a0"/>
    <w:uiPriority w:val="99"/>
    <w:semiHidden/>
    <w:unhideWhenUsed/>
    <w:rsid w:val="009620BA"/>
    <w:pPr>
      <w:tabs>
        <w:tab w:val="num" w:pos="720"/>
      </w:tabs>
      <w:ind w:left="720" w:hanging="360"/>
      <w:contextualSpacing/>
    </w:pPr>
  </w:style>
  <w:style w:type="paragraph" w:styleId="afff7">
    <w:name w:val="List Continue"/>
    <w:basedOn w:val="a0"/>
    <w:uiPriority w:val="99"/>
    <w:semiHidden/>
    <w:unhideWhenUsed/>
    <w:rsid w:val="009620BA"/>
    <w:pPr>
      <w:ind w:left="283"/>
      <w:contextualSpacing/>
    </w:pPr>
  </w:style>
  <w:style w:type="paragraph" w:styleId="2e">
    <w:name w:val="List Continue 2"/>
    <w:basedOn w:val="a0"/>
    <w:uiPriority w:val="99"/>
    <w:semiHidden/>
    <w:unhideWhenUsed/>
    <w:rsid w:val="009620BA"/>
    <w:pPr>
      <w:ind w:left="566"/>
      <w:contextualSpacing/>
    </w:pPr>
  </w:style>
  <w:style w:type="paragraph" w:styleId="3f">
    <w:name w:val="List Continue 3"/>
    <w:basedOn w:val="a0"/>
    <w:uiPriority w:val="99"/>
    <w:semiHidden/>
    <w:unhideWhenUsed/>
    <w:rsid w:val="009620BA"/>
    <w:pPr>
      <w:ind w:left="849"/>
      <w:contextualSpacing/>
    </w:pPr>
  </w:style>
  <w:style w:type="paragraph" w:styleId="afff8">
    <w:name w:val="macro"/>
    <w:link w:val="1ff"/>
    <w:uiPriority w:val="99"/>
    <w:semiHidden/>
    <w:unhideWhenUsed/>
    <w:rsid w:val="009620B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1ff">
    <w:name w:val="Текст макроса Знак1"/>
    <w:basedOn w:val="a1"/>
    <w:link w:val="afff8"/>
    <w:uiPriority w:val="99"/>
    <w:semiHidden/>
    <w:rsid w:val="009620BA"/>
    <w:rPr>
      <w:rFonts w:ascii="Consolas" w:hAnsi="Consolas" w:cs="Consolas"/>
      <w:sz w:val="20"/>
      <w:szCs w:val="20"/>
    </w:rPr>
  </w:style>
  <w:style w:type="table" w:styleId="afffa">
    <w:name w:val="Light Shading"/>
    <w:basedOn w:val="a2"/>
    <w:uiPriority w:val="99"/>
    <w:rsid w:val="009620B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2"/>
    <w:uiPriority w:val="99"/>
    <w:rsid w:val="009620BA"/>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2"/>
    <w:uiPriority w:val="99"/>
    <w:rsid w:val="009620BA"/>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2"/>
    <w:uiPriority w:val="99"/>
    <w:rsid w:val="009620BA"/>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2"/>
    <w:uiPriority w:val="99"/>
    <w:rsid w:val="009620BA"/>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2"/>
    <w:uiPriority w:val="99"/>
    <w:rsid w:val="009620BA"/>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2"/>
    <w:uiPriority w:val="99"/>
    <w:rsid w:val="009620BA"/>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fb">
    <w:name w:val="Light List"/>
    <w:basedOn w:val="a2"/>
    <w:uiPriority w:val="99"/>
    <w:rsid w:val="009620B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2"/>
    <w:uiPriority w:val="99"/>
    <w:rsid w:val="009620B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0">
    <w:name w:val="Light List Accent 2"/>
    <w:basedOn w:val="a2"/>
    <w:uiPriority w:val="99"/>
    <w:rsid w:val="009620BA"/>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2"/>
    <w:uiPriority w:val="99"/>
    <w:rsid w:val="009620BA"/>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2"/>
    <w:uiPriority w:val="99"/>
    <w:rsid w:val="009620BA"/>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2"/>
    <w:uiPriority w:val="99"/>
    <w:rsid w:val="009620BA"/>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0">
    <w:name w:val="Light List Accent 6"/>
    <w:basedOn w:val="a2"/>
    <w:uiPriority w:val="99"/>
    <w:rsid w:val="009620B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c">
    <w:name w:val="Light Grid"/>
    <w:basedOn w:val="a2"/>
    <w:uiPriority w:val="99"/>
    <w:rsid w:val="009620B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2"/>
    <w:uiPriority w:val="99"/>
    <w:rsid w:val="009620B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2">
    <w:name w:val="Light Grid Accent 2"/>
    <w:basedOn w:val="a2"/>
    <w:uiPriority w:val="99"/>
    <w:rsid w:val="009620BA"/>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2">
    <w:name w:val="Light Grid Accent 3"/>
    <w:basedOn w:val="a2"/>
    <w:uiPriority w:val="99"/>
    <w:rsid w:val="009620BA"/>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2">
    <w:name w:val="Light Grid Accent 4"/>
    <w:basedOn w:val="a2"/>
    <w:uiPriority w:val="99"/>
    <w:rsid w:val="009620BA"/>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2">
    <w:name w:val="Light Grid Accent 5"/>
    <w:basedOn w:val="a2"/>
    <w:uiPriority w:val="99"/>
    <w:rsid w:val="009620BA"/>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62">
    <w:name w:val="Light Grid Accent 6"/>
    <w:basedOn w:val="a2"/>
    <w:uiPriority w:val="99"/>
    <w:rsid w:val="009620B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f8">
    <w:name w:val="Medium Shading 1"/>
    <w:basedOn w:val="a2"/>
    <w:uiPriority w:val="99"/>
    <w:rsid w:val="009620B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2"/>
    <w:uiPriority w:val="99"/>
    <w:rsid w:val="009620BA"/>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2"/>
    <w:uiPriority w:val="99"/>
    <w:rsid w:val="009620BA"/>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2"/>
    <w:uiPriority w:val="99"/>
    <w:rsid w:val="009620BA"/>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2"/>
    <w:uiPriority w:val="99"/>
    <w:rsid w:val="009620BA"/>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2"/>
    <w:uiPriority w:val="99"/>
    <w:rsid w:val="009620BA"/>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2"/>
    <w:uiPriority w:val="99"/>
    <w:rsid w:val="009620BA"/>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
    <w:name w:val="Medium Shading 2"/>
    <w:basedOn w:val="a2"/>
    <w:uiPriority w:val="99"/>
    <w:rsid w:val="009620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2"/>
    <w:uiPriority w:val="99"/>
    <w:rsid w:val="009620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2"/>
    <w:uiPriority w:val="99"/>
    <w:rsid w:val="009620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2"/>
    <w:uiPriority w:val="99"/>
    <w:rsid w:val="009620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2"/>
    <w:uiPriority w:val="99"/>
    <w:rsid w:val="009620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2"/>
    <w:uiPriority w:val="99"/>
    <w:rsid w:val="009620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2"/>
    <w:uiPriority w:val="99"/>
    <w:rsid w:val="009620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9">
    <w:name w:val="Medium List 1"/>
    <w:basedOn w:val="a2"/>
    <w:uiPriority w:val="99"/>
    <w:rsid w:val="009620B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2"/>
    <w:uiPriority w:val="99"/>
    <w:rsid w:val="009620BA"/>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2"/>
    <w:uiPriority w:val="99"/>
    <w:rsid w:val="009620BA"/>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2"/>
    <w:uiPriority w:val="99"/>
    <w:rsid w:val="009620BA"/>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2"/>
    <w:uiPriority w:val="99"/>
    <w:rsid w:val="009620BA"/>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2"/>
    <w:uiPriority w:val="99"/>
    <w:rsid w:val="009620BA"/>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2"/>
    <w:uiPriority w:val="99"/>
    <w:rsid w:val="009620BA"/>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f0">
    <w:name w:val="Medium List 2"/>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fa">
    <w:name w:val="Medium Grid 1"/>
    <w:basedOn w:val="a2"/>
    <w:uiPriority w:val="99"/>
    <w:rsid w:val="009620B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2"/>
    <w:uiPriority w:val="99"/>
    <w:rsid w:val="009620BA"/>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2">
    <w:name w:val="Medium Grid 1 Accent 2"/>
    <w:basedOn w:val="a2"/>
    <w:uiPriority w:val="99"/>
    <w:rsid w:val="009620BA"/>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2">
    <w:name w:val="Medium Grid 1 Accent 3"/>
    <w:basedOn w:val="a2"/>
    <w:uiPriority w:val="99"/>
    <w:rsid w:val="009620BA"/>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2">
    <w:name w:val="Medium Grid 1 Accent 4"/>
    <w:basedOn w:val="a2"/>
    <w:uiPriority w:val="99"/>
    <w:rsid w:val="009620BA"/>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2">
    <w:name w:val="Medium Grid 1 Accent 5"/>
    <w:basedOn w:val="a2"/>
    <w:uiPriority w:val="99"/>
    <w:rsid w:val="009620BA"/>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2">
    <w:name w:val="Medium Grid 1 Accent 6"/>
    <w:basedOn w:val="a2"/>
    <w:uiPriority w:val="99"/>
    <w:rsid w:val="009620BA"/>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f1">
    <w:name w:val="Medium Grid 2"/>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2">
    <w:name w:val="Medium Grid 2 Accent 2"/>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2">
    <w:name w:val="Medium Grid 2 Accent 3"/>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2">
    <w:name w:val="Medium Grid 2 Accent 4"/>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2">
    <w:name w:val="Medium Grid 2 Accent 5"/>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2">
    <w:name w:val="Medium Grid 2 Accent 6"/>
    <w:basedOn w:val="a2"/>
    <w:uiPriority w:val="99"/>
    <w:rsid w:val="009620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f0">
    <w:name w:val="Medium Grid 3"/>
    <w:basedOn w:val="a2"/>
    <w:uiPriority w:val="99"/>
    <w:rsid w:val="009620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2"/>
    <w:uiPriority w:val="99"/>
    <w:rsid w:val="009620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
    <w:name w:val="Medium Grid 3 Accent 2"/>
    <w:basedOn w:val="a2"/>
    <w:uiPriority w:val="99"/>
    <w:rsid w:val="009620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2"/>
    <w:uiPriority w:val="99"/>
    <w:rsid w:val="009620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2"/>
    <w:uiPriority w:val="99"/>
    <w:rsid w:val="009620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2"/>
    <w:uiPriority w:val="99"/>
    <w:rsid w:val="009620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6">
    <w:name w:val="Medium Grid 3 Accent 6"/>
    <w:basedOn w:val="a2"/>
    <w:uiPriority w:val="99"/>
    <w:rsid w:val="009620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afffd">
    <w:name w:val="Dark List"/>
    <w:basedOn w:val="a2"/>
    <w:uiPriority w:val="99"/>
    <w:rsid w:val="009620B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2"/>
    <w:uiPriority w:val="99"/>
    <w:rsid w:val="009620BA"/>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3">
    <w:name w:val="Dark List Accent 2"/>
    <w:basedOn w:val="a2"/>
    <w:uiPriority w:val="99"/>
    <w:rsid w:val="009620BA"/>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3">
    <w:name w:val="Dark List Accent 3"/>
    <w:basedOn w:val="a2"/>
    <w:uiPriority w:val="99"/>
    <w:rsid w:val="009620BA"/>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3">
    <w:name w:val="Dark List Accent 4"/>
    <w:basedOn w:val="a2"/>
    <w:uiPriority w:val="99"/>
    <w:rsid w:val="009620BA"/>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3">
    <w:name w:val="Dark List Accent 5"/>
    <w:basedOn w:val="a2"/>
    <w:uiPriority w:val="99"/>
    <w:rsid w:val="009620BA"/>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3">
    <w:name w:val="Dark List Accent 6"/>
    <w:basedOn w:val="a2"/>
    <w:uiPriority w:val="99"/>
    <w:rsid w:val="009620BA"/>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fe">
    <w:name w:val="Colorful Shading"/>
    <w:basedOn w:val="a2"/>
    <w:uiPriority w:val="99"/>
    <w:rsid w:val="009620BA"/>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2"/>
    <w:uiPriority w:val="99"/>
    <w:rsid w:val="009620BA"/>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2"/>
    <w:uiPriority w:val="99"/>
    <w:rsid w:val="009620BA"/>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2"/>
    <w:uiPriority w:val="99"/>
    <w:rsid w:val="009620BA"/>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4">
    <w:name w:val="Colorful Shading Accent 4"/>
    <w:basedOn w:val="a2"/>
    <w:uiPriority w:val="99"/>
    <w:rsid w:val="009620BA"/>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2"/>
    <w:uiPriority w:val="99"/>
    <w:rsid w:val="009620BA"/>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2"/>
    <w:uiPriority w:val="99"/>
    <w:rsid w:val="009620BA"/>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ff">
    <w:name w:val="Colorful List"/>
    <w:basedOn w:val="a2"/>
    <w:uiPriority w:val="99"/>
    <w:rsid w:val="009620B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2"/>
    <w:uiPriority w:val="99"/>
    <w:rsid w:val="009620BA"/>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5">
    <w:name w:val="Colorful List Accent 2"/>
    <w:basedOn w:val="a2"/>
    <w:uiPriority w:val="99"/>
    <w:rsid w:val="009620BA"/>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5">
    <w:name w:val="Colorful List Accent 3"/>
    <w:basedOn w:val="a2"/>
    <w:uiPriority w:val="99"/>
    <w:rsid w:val="009620BA"/>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5">
    <w:name w:val="Colorful List Accent 4"/>
    <w:basedOn w:val="a2"/>
    <w:uiPriority w:val="99"/>
    <w:rsid w:val="009620BA"/>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5">
    <w:name w:val="Colorful List Accent 5"/>
    <w:basedOn w:val="a2"/>
    <w:uiPriority w:val="99"/>
    <w:rsid w:val="009620BA"/>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5">
    <w:name w:val="Colorful List Accent 6"/>
    <w:basedOn w:val="a2"/>
    <w:uiPriority w:val="99"/>
    <w:rsid w:val="009620BA"/>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ff0">
    <w:name w:val="Colorful Grid"/>
    <w:basedOn w:val="a2"/>
    <w:uiPriority w:val="99"/>
    <w:rsid w:val="009620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2"/>
    <w:uiPriority w:val="99"/>
    <w:rsid w:val="009620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6">
    <w:name w:val="Colorful Grid Accent 2"/>
    <w:basedOn w:val="a2"/>
    <w:uiPriority w:val="99"/>
    <w:rsid w:val="009620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6">
    <w:name w:val="Colorful Grid Accent 3"/>
    <w:basedOn w:val="a2"/>
    <w:uiPriority w:val="99"/>
    <w:rsid w:val="009620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6">
    <w:name w:val="Colorful Grid Accent 4"/>
    <w:basedOn w:val="a2"/>
    <w:uiPriority w:val="99"/>
    <w:rsid w:val="009620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6">
    <w:name w:val="Colorful Grid Accent 5"/>
    <w:basedOn w:val="a2"/>
    <w:uiPriority w:val="99"/>
    <w:rsid w:val="009620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6">
    <w:name w:val="Colorful Grid Accent 6"/>
    <w:basedOn w:val="a2"/>
    <w:uiPriority w:val="99"/>
    <w:rsid w:val="009620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91">
    <w:name w:val="Сетка таблицы9"/>
    <w:basedOn w:val="a2"/>
    <w:next w:val="ad"/>
    <w:uiPriority w:val="59"/>
    <w:rsid w:val="00BC1253"/>
    <w:pPr>
      <w:spacing w:after="0" w:line="240" w:lineRule="auto"/>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f1">
    <w:name w:val="Нет списка3"/>
    <w:next w:val="a3"/>
    <w:uiPriority w:val="99"/>
    <w:semiHidden/>
    <w:unhideWhenUsed/>
    <w:rsid w:val="006D1F8F"/>
  </w:style>
  <w:style w:type="character" w:customStyle="1" w:styleId="1ff0">
    <w:name w:val="Просмотренная гиперссылка1"/>
    <w:basedOn w:val="a1"/>
    <w:uiPriority w:val="99"/>
    <w:semiHidden/>
    <w:unhideWhenUsed/>
    <w:rsid w:val="006D1F8F"/>
    <w:rPr>
      <w:color w:val="800080"/>
      <w:u w:val="single"/>
    </w:rPr>
  </w:style>
  <w:style w:type="table" w:customStyle="1" w:styleId="100">
    <w:name w:val="Сетка таблицы10"/>
    <w:basedOn w:val="a2"/>
    <w:next w:val="ad"/>
    <w:uiPriority w:val="59"/>
    <w:rsid w:val="006D1F8F"/>
    <w:pPr>
      <w:spacing w:after="0" w:line="240" w:lineRule="auto"/>
    </w:pPr>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2">
    <w:name w:val="Светлая заливка2"/>
    <w:basedOn w:val="a2"/>
    <w:next w:val="afffa"/>
    <w:uiPriority w:val="60"/>
    <w:rsid w:val="006D1F8F"/>
    <w:pPr>
      <w:spacing w:after="0" w:line="240" w:lineRule="auto"/>
    </w:pPr>
    <w:rPr>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3">
    <w:name w:val="Светлый список2"/>
    <w:basedOn w:val="a2"/>
    <w:next w:val="afffb"/>
    <w:uiPriority w:val="61"/>
    <w:rsid w:val="006D1F8F"/>
    <w:pPr>
      <w:spacing w:after="0" w:line="240" w:lineRule="auto"/>
    </w:pPr>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f4">
    <w:name w:val="Светлая сетка2"/>
    <w:basedOn w:val="a2"/>
    <w:next w:val="afffc"/>
    <w:uiPriority w:val="62"/>
    <w:rsid w:val="006D1F8F"/>
    <w:pPr>
      <w:spacing w:after="0" w:line="240" w:lineRule="auto"/>
    </w:pPr>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3">
    <w:name w:val="Средняя заливка 12"/>
    <w:basedOn w:val="a2"/>
    <w:next w:val="1f8"/>
    <w:uiPriority w:val="63"/>
    <w:rsid w:val="006D1F8F"/>
    <w:pPr>
      <w:spacing w:after="0" w:line="240" w:lineRule="auto"/>
    </w:pPr>
    <w:rPr>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22">
    <w:name w:val="Средняя заливка 22"/>
    <w:basedOn w:val="a2"/>
    <w:next w:val="2f"/>
    <w:uiPriority w:val="64"/>
    <w:rsid w:val="006D1F8F"/>
    <w:pPr>
      <w:spacing w:after="0" w:line="240" w:lineRule="auto"/>
    </w:pPr>
    <w:rPr>
      <w:sz w:val="22"/>
      <w:szCs w:val="22"/>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
    <w:name w:val="Средний список 12"/>
    <w:basedOn w:val="a2"/>
    <w:next w:val="1f9"/>
    <w:uiPriority w:val="65"/>
    <w:rsid w:val="006D1F8F"/>
    <w:pPr>
      <w:spacing w:after="0" w:line="240" w:lineRule="auto"/>
    </w:pPr>
    <w:rPr>
      <w:color w:val="000000"/>
      <w:sz w:val="22"/>
      <w:szCs w:val="22"/>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3">
    <w:name w:val="Средний список 22"/>
    <w:basedOn w:val="a2"/>
    <w:next w:val="2f0"/>
    <w:uiPriority w:val="66"/>
    <w:rsid w:val="006D1F8F"/>
    <w:pPr>
      <w:spacing w:after="0" w:line="240" w:lineRule="auto"/>
    </w:pPr>
    <w:rPr>
      <w:rFonts w:ascii="Cambria" w:eastAsia="Times New Roman" w:hAnsi="Cambria"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25">
    <w:name w:val="Средняя сетка 12"/>
    <w:basedOn w:val="a2"/>
    <w:next w:val="1fa"/>
    <w:uiPriority w:val="67"/>
    <w:rsid w:val="006D1F8F"/>
    <w:pPr>
      <w:spacing w:after="0" w:line="240" w:lineRule="auto"/>
    </w:pPr>
    <w:rPr>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30">
    <w:name w:val="Средняя сетка 23"/>
    <w:basedOn w:val="a2"/>
    <w:next w:val="2f1"/>
    <w:uiPriority w:val="68"/>
    <w:rsid w:val="006D1F8F"/>
    <w:pPr>
      <w:spacing w:after="0" w:line="240" w:lineRule="auto"/>
    </w:pPr>
    <w:rPr>
      <w:rFonts w:ascii="Cambria" w:eastAsia="Times New Roman" w:hAnsi="Cambria"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21">
    <w:name w:val="Средняя сетка 32"/>
    <w:basedOn w:val="a2"/>
    <w:next w:val="3f0"/>
    <w:uiPriority w:val="69"/>
    <w:rsid w:val="006D1F8F"/>
    <w:pPr>
      <w:spacing w:after="0" w:line="240" w:lineRule="auto"/>
    </w:pPr>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2f5">
    <w:name w:val="Темный список2"/>
    <w:basedOn w:val="a2"/>
    <w:next w:val="afffd"/>
    <w:uiPriority w:val="70"/>
    <w:rsid w:val="006D1F8F"/>
    <w:pPr>
      <w:spacing w:after="0" w:line="240" w:lineRule="auto"/>
    </w:pPr>
    <w:rPr>
      <w:color w:val="FFFFFF"/>
      <w:sz w:val="22"/>
      <w:szCs w:val="22"/>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2f6">
    <w:name w:val="Цветная заливка2"/>
    <w:basedOn w:val="a2"/>
    <w:next w:val="afffe"/>
    <w:uiPriority w:val="71"/>
    <w:rsid w:val="006D1F8F"/>
    <w:pPr>
      <w:spacing w:after="0" w:line="240" w:lineRule="auto"/>
    </w:pPr>
    <w:rPr>
      <w:color w:val="000000"/>
      <w:sz w:val="22"/>
      <w:szCs w:val="22"/>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2f7">
    <w:name w:val="Цветной список2"/>
    <w:basedOn w:val="a2"/>
    <w:next w:val="affff"/>
    <w:uiPriority w:val="72"/>
    <w:rsid w:val="006D1F8F"/>
    <w:pPr>
      <w:spacing w:after="0" w:line="240" w:lineRule="auto"/>
    </w:pPr>
    <w:rPr>
      <w:color w:val="000000"/>
      <w:sz w:val="22"/>
      <w:szCs w:val="22"/>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2f8">
    <w:name w:val="Цветная сетка2"/>
    <w:basedOn w:val="a2"/>
    <w:next w:val="affff0"/>
    <w:uiPriority w:val="73"/>
    <w:rsid w:val="006D1F8F"/>
    <w:pPr>
      <w:spacing w:after="0" w:line="240" w:lineRule="auto"/>
    </w:pPr>
    <w:rPr>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20">
    <w:name w:val="Светлая заливка - Акцент 12"/>
    <w:basedOn w:val="a2"/>
    <w:next w:val="-1"/>
    <w:uiPriority w:val="60"/>
    <w:rsid w:val="006D1F8F"/>
    <w:pPr>
      <w:spacing w:after="0" w:line="240" w:lineRule="auto"/>
    </w:pPr>
    <w:rPr>
      <w:color w:val="365F91"/>
      <w:sz w:val="22"/>
      <w:szCs w:val="22"/>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
    <w:name w:val="Светлый список - Акцент 12"/>
    <w:basedOn w:val="a2"/>
    <w:next w:val="-10"/>
    <w:uiPriority w:val="61"/>
    <w:rsid w:val="006D1F8F"/>
    <w:pPr>
      <w:spacing w:after="0" w:line="240"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2">
    <w:name w:val="Светлая сетка - Акцент 12"/>
    <w:basedOn w:val="a2"/>
    <w:next w:val="-12"/>
    <w:uiPriority w:val="62"/>
    <w:rsid w:val="006D1F8F"/>
    <w:pPr>
      <w:spacing w:after="0" w:line="240"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редняя заливка 1 - Акцент 12"/>
    <w:basedOn w:val="a2"/>
    <w:next w:val="1-1"/>
    <w:uiPriority w:val="63"/>
    <w:rsid w:val="006D1F8F"/>
    <w:pPr>
      <w:spacing w:after="0" w:line="240" w:lineRule="auto"/>
    </w:pPr>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20">
    <w:name w:val="Средняя заливка 2 - Акцент 12"/>
    <w:basedOn w:val="a2"/>
    <w:next w:val="2-1"/>
    <w:uiPriority w:val="64"/>
    <w:rsid w:val="006D1F8F"/>
    <w:pPr>
      <w:spacing w:after="0" w:line="240" w:lineRule="auto"/>
    </w:pPr>
    <w:rPr>
      <w:sz w:val="22"/>
      <w:szCs w:val="22"/>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
    <w:name w:val="Средний список 1 - Акцент 12"/>
    <w:basedOn w:val="a2"/>
    <w:next w:val="1-10"/>
    <w:uiPriority w:val="65"/>
    <w:rsid w:val="006D1F8F"/>
    <w:pPr>
      <w:spacing w:after="0" w:line="240" w:lineRule="auto"/>
    </w:pPr>
    <w:rPr>
      <w:color w:val="000000"/>
      <w:sz w:val="22"/>
      <w:szCs w:val="22"/>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
    <w:name w:val="Средний список 2 - Акцент 12"/>
    <w:basedOn w:val="a2"/>
    <w:next w:val="2-10"/>
    <w:uiPriority w:val="66"/>
    <w:rsid w:val="006D1F8F"/>
    <w:pPr>
      <w:spacing w:after="0" w:line="240" w:lineRule="auto"/>
    </w:pPr>
    <w:rPr>
      <w:rFonts w:ascii="Cambria" w:eastAsia="Times New Roman" w:hAnsi="Cambria" w:cs="Times New Roman"/>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122">
    <w:name w:val="Средняя сетка 1 - Акцент 12"/>
    <w:basedOn w:val="a2"/>
    <w:next w:val="1-12"/>
    <w:uiPriority w:val="67"/>
    <w:rsid w:val="006D1F8F"/>
    <w:pPr>
      <w:spacing w:after="0" w:line="240" w:lineRule="auto"/>
    </w:pPr>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122">
    <w:name w:val="Средняя сетка 2 - Акцент 12"/>
    <w:basedOn w:val="a2"/>
    <w:next w:val="2-12"/>
    <w:uiPriority w:val="68"/>
    <w:rsid w:val="006D1F8F"/>
    <w:pPr>
      <w:spacing w:after="0" w:line="240" w:lineRule="auto"/>
    </w:pPr>
    <w:rPr>
      <w:rFonts w:ascii="Cambria" w:eastAsia="Times New Roman" w:hAnsi="Cambria" w:cs="Times New Roman"/>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3-12">
    <w:name w:val="Средняя сетка 3 - Акцент 12"/>
    <w:basedOn w:val="a2"/>
    <w:next w:val="3-1"/>
    <w:uiPriority w:val="69"/>
    <w:rsid w:val="006D1F8F"/>
    <w:pPr>
      <w:spacing w:after="0" w:line="240" w:lineRule="auto"/>
    </w:pPr>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23">
    <w:name w:val="Темный список - Акцент 12"/>
    <w:basedOn w:val="a2"/>
    <w:next w:val="-13"/>
    <w:uiPriority w:val="70"/>
    <w:rsid w:val="006D1F8F"/>
    <w:pPr>
      <w:spacing w:after="0" w:line="240" w:lineRule="auto"/>
    </w:pPr>
    <w:rPr>
      <w:color w:val="FFFFFF"/>
      <w:sz w:val="22"/>
      <w:szCs w:val="22"/>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124">
    <w:name w:val="Цветная заливка - Акцент 12"/>
    <w:basedOn w:val="a2"/>
    <w:next w:val="-14"/>
    <w:uiPriority w:val="71"/>
    <w:rsid w:val="006D1F8F"/>
    <w:pPr>
      <w:spacing w:after="0" w:line="240" w:lineRule="auto"/>
    </w:pPr>
    <w:rPr>
      <w:color w:val="000000"/>
      <w:sz w:val="22"/>
      <w:szCs w:val="22"/>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25">
    <w:name w:val="Цветной список - Акцент 12"/>
    <w:basedOn w:val="a2"/>
    <w:next w:val="-15"/>
    <w:uiPriority w:val="72"/>
    <w:rsid w:val="006D1F8F"/>
    <w:pPr>
      <w:spacing w:after="0" w:line="240" w:lineRule="auto"/>
    </w:pPr>
    <w:rPr>
      <w:color w:val="000000"/>
      <w:sz w:val="22"/>
      <w:szCs w:val="22"/>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26">
    <w:name w:val="Цветная сетка - Акцент 12"/>
    <w:basedOn w:val="a2"/>
    <w:next w:val="-16"/>
    <w:uiPriority w:val="73"/>
    <w:rsid w:val="006D1F8F"/>
    <w:pPr>
      <w:spacing w:after="0" w:line="240"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20">
    <w:name w:val="Светлая заливка - Акцент 22"/>
    <w:basedOn w:val="a2"/>
    <w:next w:val="-2"/>
    <w:uiPriority w:val="60"/>
    <w:rsid w:val="006D1F8F"/>
    <w:pPr>
      <w:spacing w:after="0" w:line="240" w:lineRule="auto"/>
    </w:pPr>
    <w:rPr>
      <w:color w:val="943634"/>
      <w:sz w:val="22"/>
      <w:szCs w:val="22"/>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1">
    <w:name w:val="Светлый список - Акцент 22"/>
    <w:basedOn w:val="a2"/>
    <w:next w:val="-20"/>
    <w:uiPriority w:val="61"/>
    <w:rsid w:val="006D1F8F"/>
    <w:pPr>
      <w:spacing w:after="0" w:line="240" w:lineRule="auto"/>
    </w:pPr>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22">
    <w:name w:val="Светлая сетка - Акцент 22"/>
    <w:basedOn w:val="a2"/>
    <w:next w:val="-22"/>
    <w:uiPriority w:val="62"/>
    <w:rsid w:val="006D1F8F"/>
    <w:pPr>
      <w:spacing w:after="0" w:line="240" w:lineRule="auto"/>
    </w:pPr>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20">
    <w:name w:val="Средняя заливка 1 - Акцент 22"/>
    <w:basedOn w:val="a2"/>
    <w:next w:val="1-2"/>
    <w:uiPriority w:val="63"/>
    <w:rsid w:val="006D1F8F"/>
    <w:pPr>
      <w:spacing w:after="0" w:line="240" w:lineRule="auto"/>
    </w:pPr>
    <w:rPr>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20">
    <w:name w:val="Средняя заливка 2 - Акцент 22"/>
    <w:basedOn w:val="a2"/>
    <w:next w:val="2-2"/>
    <w:uiPriority w:val="64"/>
    <w:rsid w:val="006D1F8F"/>
    <w:pPr>
      <w:spacing w:after="0" w:line="240" w:lineRule="auto"/>
    </w:pPr>
    <w:rPr>
      <w:sz w:val="22"/>
      <w:szCs w:val="22"/>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1">
    <w:name w:val="Средний список 1 - Акцент 22"/>
    <w:basedOn w:val="a2"/>
    <w:next w:val="1-20"/>
    <w:uiPriority w:val="65"/>
    <w:rsid w:val="006D1F8F"/>
    <w:pPr>
      <w:spacing w:after="0" w:line="240" w:lineRule="auto"/>
    </w:pPr>
    <w:rPr>
      <w:color w:val="000000"/>
      <w:sz w:val="22"/>
      <w:szCs w:val="22"/>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2-221">
    <w:name w:val="Средний список 2 - Акцент 22"/>
    <w:basedOn w:val="a2"/>
    <w:next w:val="2-20"/>
    <w:uiPriority w:val="66"/>
    <w:rsid w:val="006D1F8F"/>
    <w:pPr>
      <w:spacing w:after="0" w:line="240" w:lineRule="auto"/>
    </w:pPr>
    <w:rPr>
      <w:rFonts w:ascii="Cambria" w:eastAsia="Times New Roman" w:hAnsi="Cambria" w:cs="Times New Roman"/>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1-222">
    <w:name w:val="Средняя сетка 1 - Акцент 22"/>
    <w:basedOn w:val="a2"/>
    <w:next w:val="1-22"/>
    <w:uiPriority w:val="67"/>
    <w:rsid w:val="006D1F8F"/>
    <w:pPr>
      <w:spacing w:after="0" w:line="240" w:lineRule="auto"/>
    </w:pPr>
    <w:rPr>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2-222">
    <w:name w:val="Средняя сетка 2 - Акцент 22"/>
    <w:basedOn w:val="a2"/>
    <w:next w:val="2-22"/>
    <w:uiPriority w:val="68"/>
    <w:rsid w:val="006D1F8F"/>
    <w:pPr>
      <w:spacing w:after="0" w:line="240" w:lineRule="auto"/>
    </w:pPr>
    <w:rPr>
      <w:rFonts w:ascii="Cambria" w:eastAsia="Times New Roman" w:hAnsi="Cambria" w:cs="Times New Roman"/>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3-22">
    <w:name w:val="Средняя сетка 3 - Акцент 22"/>
    <w:basedOn w:val="a2"/>
    <w:next w:val="3-2"/>
    <w:uiPriority w:val="69"/>
    <w:rsid w:val="006D1F8F"/>
    <w:pPr>
      <w:spacing w:after="0" w:line="240" w:lineRule="auto"/>
    </w:pPr>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223">
    <w:name w:val="Темный список - Акцент 22"/>
    <w:basedOn w:val="a2"/>
    <w:next w:val="-23"/>
    <w:uiPriority w:val="70"/>
    <w:rsid w:val="006D1F8F"/>
    <w:pPr>
      <w:spacing w:after="0" w:line="240" w:lineRule="auto"/>
    </w:pPr>
    <w:rPr>
      <w:color w:val="FFFFFF"/>
      <w:sz w:val="22"/>
      <w:szCs w:val="22"/>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224">
    <w:name w:val="Цветная заливка - Акцент 22"/>
    <w:basedOn w:val="a2"/>
    <w:next w:val="-24"/>
    <w:uiPriority w:val="71"/>
    <w:rsid w:val="006D1F8F"/>
    <w:pPr>
      <w:spacing w:after="0" w:line="240" w:lineRule="auto"/>
    </w:pPr>
    <w:rPr>
      <w:color w:val="000000"/>
      <w:sz w:val="22"/>
      <w:szCs w:val="22"/>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225">
    <w:name w:val="Цветной список - Акцент 22"/>
    <w:basedOn w:val="a2"/>
    <w:next w:val="-25"/>
    <w:uiPriority w:val="72"/>
    <w:rsid w:val="006D1F8F"/>
    <w:pPr>
      <w:spacing w:after="0" w:line="240" w:lineRule="auto"/>
    </w:pPr>
    <w:rPr>
      <w:color w:val="000000"/>
      <w:sz w:val="22"/>
      <w:szCs w:val="22"/>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26">
    <w:name w:val="Цветная сетка - Акцент 22"/>
    <w:basedOn w:val="a2"/>
    <w:next w:val="-26"/>
    <w:uiPriority w:val="73"/>
    <w:rsid w:val="006D1F8F"/>
    <w:pPr>
      <w:spacing w:after="0" w:line="240" w:lineRule="auto"/>
    </w:pPr>
    <w:rPr>
      <w:color w:val="000000"/>
      <w:sz w:val="22"/>
      <w:szCs w:val="22"/>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20">
    <w:name w:val="Светлая заливка - Акцент 32"/>
    <w:basedOn w:val="a2"/>
    <w:next w:val="-3"/>
    <w:uiPriority w:val="60"/>
    <w:rsid w:val="006D1F8F"/>
    <w:pPr>
      <w:spacing w:after="0" w:line="240" w:lineRule="auto"/>
    </w:pPr>
    <w:rPr>
      <w:color w:val="76923C"/>
      <w:sz w:val="22"/>
      <w:szCs w:val="22"/>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21">
    <w:name w:val="Светлый список - Акцент 32"/>
    <w:basedOn w:val="a2"/>
    <w:next w:val="-30"/>
    <w:uiPriority w:val="61"/>
    <w:rsid w:val="006D1F8F"/>
    <w:pPr>
      <w:spacing w:after="0" w:line="240" w:lineRule="auto"/>
    </w:pPr>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22">
    <w:name w:val="Светлая сетка - Акцент 32"/>
    <w:basedOn w:val="a2"/>
    <w:next w:val="-32"/>
    <w:uiPriority w:val="62"/>
    <w:rsid w:val="006D1F8F"/>
    <w:pPr>
      <w:spacing w:after="0" w:line="240" w:lineRule="auto"/>
    </w:pPr>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320">
    <w:name w:val="Средняя заливка 1 - Акцент 32"/>
    <w:basedOn w:val="a2"/>
    <w:next w:val="1-3"/>
    <w:uiPriority w:val="63"/>
    <w:rsid w:val="006D1F8F"/>
    <w:pPr>
      <w:spacing w:after="0" w:line="240" w:lineRule="auto"/>
    </w:pPr>
    <w:rPr>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2-320">
    <w:name w:val="Средняя заливка 2 - Акцент 32"/>
    <w:basedOn w:val="a2"/>
    <w:next w:val="2-3"/>
    <w:uiPriority w:val="64"/>
    <w:rsid w:val="006D1F8F"/>
    <w:pPr>
      <w:spacing w:after="0" w:line="240" w:lineRule="auto"/>
    </w:pPr>
    <w:rPr>
      <w:sz w:val="22"/>
      <w:szCs w:val="22"/>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1">
    <w:name w:val="Средний список 1 - Акцент 32"/>
    <w:basedOn w:val="a2"/>
    <w:next w:val="1-30"/>
    <w:uiPriority w:val="65"/>
    <w:rsid w:val="006D1F8F"/>
    <w:pPr>
      <w:spacing w:after="0" w:line="240" w:lineRule="auto"/>
    </w:pPr>
    <w:rPr>
      <w:color w:val="000000"/>
      <w:sz w:val="22"/>
      <w:szCs w:val="22"/>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2-321">
    <w:name w:val="Средний список 2 - Акцент 32"/>
    <w:basedOn w:val="a2"/>
    <w:next w:val="2-30"/>
    <w:uiPriority w:val="66"/>
    <w:rsid w:val="006D1F8F"/>
    <w:pPr>
      <w:spacing w:after="0" w:line="240" w:lineRule="auto"/>
    </w:pPr>
    <w:rPr>
      <w:rFonts w:ascii="Cambria" w:eastAsia="Times New Roman" w:hAnsi="Cambria" w:cs="Times New Roman"/>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1-322">
    <w:name w:val="Средняя сетка 1 - Акцент 32"/>
    <w:basedOn w:val="a2"/>
    <w:next w:val="1-32"/>
    <w:uiPriority w:val="67"/>
    <w:rsid w:val="006D1F8F"/>
    <w:pPr>
      <w:spacing w:after="0" w:line="240" w:lineRule="auto"/>
    </w:pPr>
    <w:rPr>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322">
    <w:name w:val="Средняя сетка 2 - Акцент 32"/>
    <w:basedOn w:val="a2"/>
    <w:next w:val="2-32"/>
    <w:uiPriority w:val="68"/>
    <w:rsid w:val="006D1F8F"/>
    <w:pPr>
      <w:spacing w:after="0" w:line="240" w:lineRule="auto"/>
    </w:pPr>
    <w:rPr>
      <w:rFonts w:ascii="Cambria" w:eastAsia="Times New Roman" w:hAnsi="Cambria" w:cs="Times New Roman"/>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3-32">
    <w:name w:val="Средняя сетка 3 - Акцент 32"/>
    <w:basedOn w:val="a2"/>
    <w:next w:val="3-3"/>
    <w:uiPriority w:val="69"/>
    <w:rsid w:val="006D1F8F"/>
    <w:pPr>
      <w:spacing w:after="0" w:line="240" w:lineRule="auto"/>
    </w:pPr>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3">
    <w:name w:val="Темный список - Акцент 32"/>
    <w:basedOn w:val="a2"/>
    <w:next w:val="-33"/>
    <w:uiPriority w:val="70"/>
    <w:rsid w:val="006D1F8F"/>
    <w:pPr>
      <w:spacing w:after="0" w:line="240" w:lineRule="auto"/>
    </w:pPr>
    <w:rPr>
      <w:color w:val="FFFFFF"/>
      <w:sz w:val="22"/>
      <w:szCs w:val="22"/>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324">
    <w:name w:val="Цветная заливка - Акцент 32"/>
    <w:basedOn w:val="a2"/>
    <w:next w:val="-34"/>
    <w:uiPriority w:val="71"/>
    <w:rsid w:val="006D1F8F"/>
    <w:pPr>
      <w:spacing w:after="0" w:line="240" w:lineRule="auto"/>
    </w:pPr>
    <w:rPr>
      <w:color w:val="000000"/>
      <w:sz w:val="22"/>
      <w:szCs w:val="22"/>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325">
    <w:name w:val="Цветной список - Акцент 32"/>
    <w:basedOn w:val="a2"/>
    <w:next w:val="-35"/>
    <w:uiPriority w:val="72"/>
    <w:rsid w:val="006D1F8F"/>
    <w:pPr>
      <w:spacing w:after="0" w:line="240" w:lineRule="auto"/>
    </w:pPr>
    <w:rPr>
      <w:color w:val="000000"/>
      <w:sz w:val="22"/>
      <w:szCs w:val="22"/>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326">
    <w:name w:val="Цветная сетка - Акцент 32"/>
    <w:basedOn w:val="a2"/>
    <w:next w:val="-36"/>
    <w:uiPriority w:val="73"/>
    <w:rsid w:val="006D1F8F"/>
    <w:pPr>
      <w:spacing w:after="0" w:line="240" w:lineRule="auto"/>
    </w:pPr>
    <w:rPr>
      <w:color w:val="000000"/>
      <w:sz w:val="22"/>
      <w:szCs w:val="22"/>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20">
    <w:name w:val="Светлая заливка - Акцент 42"/>
    <w:basedOn w:val="a2"/>
    <w:next w:val="-4"/>
    <w:uiPriority w:val="60"/>
    <w:rsid w:val="006D1F8F"/>
    <w:pPr>
      <w:spacing w:after="0" w:line="240" w:lineRule="auto"/>
    </w:pPr>
    <w:rPr>
      <w:color w:val="5F497A"/>
      <w:sz w:val="22"/>
      <w:szCs w:val="22"/>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21">
    <w:name w:val="Светлый список - Акцент 42"/>
    <w:basedOn w:val="a2"/>
    <w:next w:val="-40"/>
    <w:uiPriority w:val="61"/>
    <w:rsid w:val="006D1F8F"/>
    <w:pPr>
      <w:spacing w:after="0" w:line="240" w:lineRule="auto"/>
    </w:pPr>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22">
    <w:name w:val="Светлая сетка - Акцент 42"/>
    <w:basedOn w:val="a2"/>
    <w:next w:val="-42"/>
    <w:uiPriority w:val="62"/>
    <w:rsid w:val="006D1F8F"/>
    <w:pPr>
      <w:spacing w:after="0" w:line="240" w:lineRule="auto"/>
    </w:pPr>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20">
    <w:name w:val="Средняя заливка 1 - Акцент 42"/>
    <w:basedOn w:val="a2"/>
    <w:next w:val="1-4"/>
    <w:uiPriority w:val="63"/>
    <w:rsid w:val="006D1F8F"/>
    <w:pPr>
      <w:spacing w:after="0" w:line="240" w:lineRule="auto"/>
    </w:pPr>
    <w:rPr>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420">
    <w:name w:val="Средняя заливка 2 - Акцент 42"/>
    <w:basedOn w:val="a2"/>
    <w:next w:val="2-4"/>
    <w:uiPriority w:val="64"/>
    <w:rsid w:val="006D1F8F"/>
    <w:pPr>
      <w:spacing w:after="0" w:line="240" w:lineRule="auto"/>
    </w:pPr>
    <w:rPr>
      <w:sz w:val="22"/>
      <w:szCs w:val="22"/>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21">
    <w:name w:val="Средний список 1 - Акцент 42"/>
    <w:basedOn w:val="a2"/>
    <w:next w:val="1-40"/>
    <w:uiPriority w:val="65"/>
    <w:rsid w:val="006D1F8F"/>
    <w:pPr>
      <w:spacing w:after="0" w:line="240" w:lineRule="auto"/>
    </w:pPr>
    <w:rPr>
      <w:color w:val="000000"/>
      <w:sz w:val="22"/>
      <w:szCs w:val="22"/>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2-421">
    <w:name w:val="Средний список 2 - Акцент 42"/>
    <w:basedOn w:val="a2"/>
    <w:next w:val="2-40"/>
    <w:uiPriority w:val="66"/>
    <w:rsid w:val="006D1F8F"/>
    <w:pPr>
      <w:spacing w:after="0" w:line="240" w:lineRule="auto"/>
    </w:pPr>
    <w:rPr>
      <w:rFonts w:ascii="Cambria" w:eastAsia="Times New Roman" w:hAnsi="Cambria" w:cs="Times New Roman"/>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1-422">
    <w:name w:val="Средняя сетка 1 - Акцент 42"/>
    <w:basedOn w:val="a2"/>
    <w:next w:val="1-42"/>
    <w:uiPriority w:val="67"/>
    <w:rsid w:val="006D1F8F"/>
    <w:pPr>
      <w:spacing w:after="0" w:line="240" w:lineRule="auto"/>
    </w:pPr>
    <w:rPr>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422">
    <w:name w:val="Средняя сетка 2 - Акцент 42"/>
    <w:basedOn w:val="a2"/>
    <w:next w:val="2-42"/>
    <w:uiPriority w:val="68"/>
    <w:rsid w:val="006D1F8F"/>
    <w:pPr>
      <w:spacing w:after="0" w:line="240" w:lineRule="auto"/>
    </w:pPr>
    <w:rPr>
      <w:rFonts w:ascii="Cambria" w:eastAsia="Times New Roman" w:hAnsi="Cambria" w:cs="Times New Roman"/>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3-42">
    <w:name w:val="Средняя сетка 3 - Акцент 42"/>
    <w:basedOn w:val="a2"/>
    <w:next w:val="3-4"/>
    <w:uiPriority w:val="69"/>
    <w:rsid w:val="006D1F8F"/>
    <w:pPr>
      <w:spacing w:after="0" w:line="240" w:lineRule="auto"/>
    </w:pPr>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23">
    <w:name w:val="Темный список - Акцент 42"/>
    <w:basedOn w:val="a2"/>
    <w:next w:val="-43"/>
    <w:uiPriority w:val="70"/>
    <w:rsid w:val="006D1F8F"/>
    <w:pPr>
      <w:spacing w:after="0" w:line="240" w:lineRule="auto"/>
    </w:pPr>
    <w:rPr>
      <w:color w:val="FFFFFF"/>
      <w:sz w:val="22"/>
      <w:szCs w:val="22"/>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424">
    <w:name w:val="Цветная заливка - Акцент 42"/>
    <w:basedOn w:val="a2"/>
    <w:next w:val="-44"/>
    <w:uiPriority w:val="71"/>
    <w:rsid w:val="006D1F8F"/>
    <w:pPr>
      <w:spacing w:after="0" w:line="240" w:lineRule="auto"/>
    </w:pPr>
    <w:rPr>
      <w:color w:val="000000"/>
      <w:sz w:val="22"/>
      <w:szCs w:val="22"/>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425">
    <w:name w:val="Цветной список - Акцент 42"/>
    <w:basedOn w:val="a2"/>
    <w:next w:val="-45"/>
    <w:uiPriority w:val="72"/>
    <w:rsid w:val="006D1F8F"/>
    <w:pPr>
      <w:spacing w:after="0" w:line="240" w:lineRule="auto"/>
    </w:pPr>
    <w:rPr>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426">
    <w:name w:val="Цветная сетка - Акцент 42"/>
    <w:basedOn w:val="a2"/>
    <w:next w:val="-46"/>
    <w:uiPriority w:val="73"/>
    <w:rsid w:val="006D1F8F"/>
    <w:pPr>
      <w:spacing w:after="0" w:line="240" w:lineRule="auto"/>
    </w:pPr>
    <w:rPr>
      <w:color w:val="000000"/>
      <w:sz w:val="22"/>
      <w:szCs w:val="22"/>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20">
    <w:name w:val="Светлая заливка - Акцент 52"/>
    <w:basedOn w:val="a2"/>
    <w:next w:val="-5"/>
    <w:uiPriority w:val="60"/>
    <w:rsid w:val="006D1F8F"/>
    <w:pPr>
      <w:spacing w:after="0" w:line="240" w:lineRule="auto"/>
    </w:pPr>
    <w:rPr>
      <w:color w:val="31849B"/>
      <w:sz w:val="22"/>
      <w:szCs w:val="22"/>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21">
    <w:name w:val="Светлый список - Акцент 52"/>
    <w:basedOn w:val="a2"/>
    <w:next w:val="-50"/>
    <w:uiPriority w:val="61"/>
    <w:rsid w:val="006D1F8F"/>
    <w:pPr>
      <w:spacing w:after="0" w:line="240"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522">
    <w:name w:val="Светлая сетка - Акцент 52"/>
    <w:basedOn w:val="a2"/>
    <w:next w:val="-52"/>
    <w:uiPriority w:val="62"/>
    <w:rsid w:val="006D1F8F"/>
    <w:pPr>
      <w:spacing w:after="0" w:line="240"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520">
    <w:name w:val="Средняя заливка 1 - Акцент 52"/>
    <w:basedOn w:val="a2"/>
    <w:next w:val="1-5"/>
    <w:uiPriority w:val="63"/>
    <w:rsid w:val="006D1F8F"/>
    <w:pPr>
      <w:spacing w:after="0" w:line="240" w:lineRule="auto"/>
    </w:pPr>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520">
    <w:name w:val="Средняя заливка 2 - Акцент 52"/>
    <w:basedOn w:val="a2"/>
    <w:next w:val="2-5"/>
    <w:uiPriority w:val="64"/>
    <w:rsid w:val="006D1F8F"/>
    <w:pPr>
      <w:spacing w:after="0" w:line="240" w:lineRule="auto"/>
    </w:pPr>
    <w:rPr>
      <w:sz w:val="22"/>
      <w:szCs w:val="22"/>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21">
    <w:name w:val="Средний список 1 - Акцент 52"/>
    <w:basedOn w:val="a2"/>
    <w:next w:val="1-50"/>
    <w:uiPriority w:val="65"/>
    <w:rsid w:val="006D1F8F"/>
    <w:pPr>
      <w:spacing w:after="0" w:line="240" w:lineRule="auto"/>
    </w:pPr>
    <w:rPr>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2-521">
    <w:name w:val="Средний список 2 - Акцент 52"/>
    <w:basedOn w:val="a2"/>
    <w:next w:val="2-50"/>
    <w:uiPriority w:val="66"/>
    <w:rsid w:val="006D1F8F"/>
    <w:pPr>
      <w:spacing w:after="0" w:line="240" w:lineRule="auto"/>
    </w:pPr>
    <w:rPr>
      <w:rFonts w:ascii="Cambria" w:eastAsia="Times New Roman" w:hAnsi="Cambria" w:cs="Times New Roman"/>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522">
    <w:name w:val="Средняя сетка 1 - Акцент 52"/>
    <w:basedOn w:val="a2"/>
    <w:next w:val="1-52"/>
    <w:uiPriority w:val="67"/>
    <w:rsid w:val="006D1F8F"/>
    <w:pPr>
      <w:spacing w:after="0" w:line="240" w:lineRule="auto"/>
    </w:pPr>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2-522">
    <w:name w:val="Средняя сетка 2 - Акцент 52"/>
    <w:basedOn w:val="a2"/>
    <w:next w:val="2-52"/>
    <w:uiPriority w:val="68"/>
    <w:rsid w:val="006D1F8F"/>
    <w:pPr>
      <w:spacing w:after="0" w:line="240" w:lineRule="auto"/>
    </w:pPr>
    <w:rPr>
      <w:rFonts w:ascii="Cambria" w:eastAsia="Times New Roman" w:hAnsi="Cambria" w:cs="Times New Roman"/>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3-52">
    <w:name w:val="Средняя сетка 3 - Акцент 52"/>
    <w:basedOn w:val="a2"/>
    <w:next w:val="3-5"/>
    <w:uiPriority w:val="69"/>
    <w:rsid w:val="006D1F8F"/>
    <w:pPr>
      <w:spacing w:after="0" w:line="240" w:lineRule="auto"/>
    </w:pPr>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523">
    <w:name w:val="Темный список - Акцент 52"/>
    <w:basedOn w:val="a2"/>
    <w:next w:val="-53"/>
    <w:uiPriority w:val="70"/>
    <w:rsid w:val="006D1F8F"/>
    <w:pPr>
      <w:spacing w:after="0" w:line="240" w:lineRule="auto"/>
    </w:pPr>
    <w:rPr>
      <w:color w:val="FFFFFF"/>
      <w:sz w:val="22"/>
      <w:szCs w:val="22"/>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524">
    <w:name w:val="Цветная заливка - Акцент 52"/>
    <w:basedOn w:val="a2"/>
    <w:next w:val="-54"/>
    <w:uiPriority w:val="71"/>
    <w:rsid w:val="006D1F8F"/>
    <w:pPr>
      <w:spacing w:after="0" w:line="240" w:lineRule="auto"/>
    </w:pPr>
    <w:rPr>
      <w:color w:val="000000"/>
      <w:sz w:val="22"/>
      <w:szCs w:val="22"/>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525">
    <w:name w:val="Цветной список - Акцент 52"/>
    <w:basedOn w:val="a2"/>
    <w:next w:val="-55"/>
    <w:uiPriority w:val="72"/>
    <w:rsid w:val="006D1F8F"/>
    <w:pPr>
      <w:spacing w:after="0" w:line="240" w:lineRule="auto"/>
    </w:pPr>
    <w:rPr>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526">
    <w:name w:val="Цветная сетка - Акцент 52"/>
    <w:basedOn w:val="a2"/>
    <w:next w:val="-56"/>
    <w:uiPriority w:val="73"/>
    <w:rsid w:val="006D1F8F"/>
    <w:pPr>
      <w:spacing w:after="0" w:line="240" w:lineRule="auto"/>
    </w:pPr>
    <w:rPr>
      <w:color w:val="000000"/>
      <w:sz w:val="22"/>
      <w:szCs w:val="22"/>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20">
    <w:name w:val="Светлая заливка - Акцент 62"/>
    <w:basedOn w:val="a2"/>
    <w:next w:val="-6"/>
    <w:uiPriority w:val="60"/>
    <w:rsid w:val="006D1F8F"/>
    <w:pPr>
      <w:spacing w:after="0" w:line="240" w:lineRule="auto"/>
    </w:pPr>
    <w:rPr>
      <w:color w:val="E36C0A"/>
      <w:sz w:val="22"/>
      <w:szCs w:val="22"/>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621">
    <w:name w:val="Светлый список - Акцент 62"/>
    <w:basedOn w:val="a2"/>
    <w:next w:val="-60"/>
    <w:uiPriority w:val="61"/>
    <w:rsid w:val="006D1F8F"/>
    <w:pPr>
      <w:spacing w:after="0" w:line="240" w:lineRule="auto"/>
    </w:pPr>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22">
    <w:name w:val="Светлая сетка - Акцент 62"/>
    <w:basedOn w:val="a2"/>
    <w:next w:val="-62"/>
    <w:uiPriority w:val="62"/>
    <w:rsid w:val="006D1F8F"/>
    <w:pPr>
      <w:spacing w:after="0" w:line="240" w:lineRule="auto"/>
    </w:pPr>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20">
    <w:name w:val="Средняя заливка 1 - Акцент 62"/>
    <w:basedOn w:val="a2"/>
    <w:next w:val="1-6"/>
    <w:uiPriority w:val="63"/>
    <w:rsid w:val="006D1F8F"/>
    <w:pPr>
      <w:spacing w:after="0" w:line="240" w:lineRule="auto"/>
    </w:pPr>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620">
    <w:name w:val="Средняя заливка 2 - Акцент 62"/>
    <w:basedOn w:val="a2"/>
    <w:next w:val="2-6"/>
    <w:uiPriority w:val="64"/>
    <w:rsid w:val="006D1F8F"/>
    <w:pPr>
      <w:spacing w:after="0" w:line="240" w:lineRule="auto"/>
    </w:pPr>
    <w:rPr>
      <w:sz w:val="22"/>
      <w:szCs w:val="22"/>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21">
    <w:name w:val="Средний список 1 - Акцент 62"/>
    <w:basedOn w:val="a2"/>
    <w:next w:val="1-60"/>
    <w:uiPriority w:val="65"/>
    <w:rsid w:val="006D1F8F"/>
    <w:pPr>
      <w:spacing w:after="0" w:line="240" w:lineRule="auto"/>
    </w:pPr>
    <w:rPr>
      <w:color w:val="000000"/>
      <w:sz w:val="22"/>
      <w:szCs w:val="22"/>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621">
    <w:name w:val="Средний список 2 - Акцент 62"/>
    <w:basedOn w:val="a2"/>
    <w:next w:val="2-60"/>
    <w:uiPriority w:val="66"/>
    <w:rsid w:val="006D1F8F"/>
    <w:pPr>
      <w:spacing w:after="0" w:line="240" w:lineRule="auto"/>
    </w:pPr>
    <w:rPr>
      <w:rFonts w:ascii="Cambria" w:eastAsia="Times New Roman" w:hAnsi="Cambria" w:cs="Times New Roman"/>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622">
    <w:name w:val="Средняя сетка 1 - Акцент 62"/>
    <w:basedOn w:val="a2"/>
    <w:next w:val="1-62"/>
    <w:uiPriority w:val="67"/>
    <w:rsid w:val="006D1F8F"/>
    <w:pPr>
      <w:spacing w:after="0" w:line="240" w:lineRule="auto"/>
    </w:pPr>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622">
    <w:name w:val="Средняя сетка 2 - Акцент 62"/>
    <w:basedOn w:val="a2"/>
    <w:next w:val="2-62"/>
    <w:uiPriority w:val="68"/>
    <w:rsid w:val="006D1F8F"/>
    <w:pPr>
      <w:spacing w:after="0" w:line="240" w:lineRule="auto"/>
    </w:pPr>
    <w:rPr>
      <w:rFonts w:ascii="Cambria" w:eastAsia="Times New Roman" w:hAnsi="Cambria" w:cs="Times New Roman"/>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62">
    <w:name w:val="Средняя сетка 3 - Акцент 62"/>
    <w:basedOn w:val="a2"/>
    <w:next w:val="3-6"/>
    <w:uiPriority w:val="69"/>
    <w:rsid w:val="006D1F8F"/>
    <w:pPr>
      <w:spacing w:after="0" w:line="240" w:lineRule="auto"/>
    </w:pPr>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23">
    <w:name w:val="Темный список - Акцент 62"/>
    <w:basedOn w:val="a2"/>
    <w:next w:val="-63"/>
    <w:uiPriority w:val="70"/>
    <w:rsid w:val="006D1F8F"/>
    <w:pPr>
      <w:spacing w:after="0" w:line="240" w:lineRule="auto"/>
    </w:pPr>
    <w:rPr>
      <w:color w:val="FFFFFF"/>
      <w:sz w:val="22"/>
      <w:szCs w:val="22"/>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24">
    <w:name w:val="Цветная заливка - Акцент 62"/>
    <w:basedOn w:val="a2"/>
    <w:next w:val="-64"/>
    <w:uiPriority w:val="71"/>
    <w:rsid w:val="006D1F8F"/>
    <w:pPr>
      <w:spacing w:after="0" w:line="240" w:lineRule="auto"/>
    </w:pPr>
    <w:rPr>
      <w:color w:val="000000"/>
      <w:sz w:val="22"/>
      <w:szCs w:val="22"/>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25">
    <w:name w:val="Цветной список - Акцент 62"/>
    <w:basedOn w:val="a2"/>
    <w:next w:val="-65"/>
    <w:uiPriority w:val="72"/>
    <w:rsid w:val="006D1F8F"/>
    <w:pPr>
      <w:spacing w:after="0" w:line="240" w:lineRule="auto"/>
    </w:pPr>
    <w:rPr>
      <w:color w:val="000000"/>
      <w:sz w:val="22"/>
      <w:szCs w:val="22"/>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26">
    <w:name w:val="Цветная сетка - Акцент 62"/>
    <w:basedOn w:val="a2"/>
    <w:next w:val="-66"/>
    <w:uiPriority w:val="73"/>
    <w:rsid w:val="006D1F8F"/>
    <w:pPr>
      <w:spacing w:after="0" w:line="240" w:lineRule="auto"/>
    </w:pPr>
    <w:rPr>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40">
    <w:name w:val="Сетка таблицы14"/>
    <w:basedOn w:val="a2"/>
    <w:uiPriority w:val="59"/>
    <w:rsid w:val="006D1F8F"/>
    <w:pPr>
      <w:spacing w:after="0" w:line="240" w:lineRule="auto"/>
    </w:pPr>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
    <w:basedOn w:val="a2"/>
    <w:uiPriority w:val="39"/>
    <w:rsid w:val="006D1F8F"/>
    <w:pPr>
      <w:spacing w:after="0" w:line="240" w:lineRule="auto"/>
    </w:pPr>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
    <w:name w:val="Сетка таблицы32"/>
    <w:basedOn w:val="a2"/>
    <w:uiPriority w:val="59"/>
    <w:rsid w:val="006D1F8F"/>
    <w:pPr>
      <w:spacing w:after="0" w:line="240" w:lineRule="auto"/>
    </w:pPr>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qFormat/>
    <w:rsid w:val="006D1F8F"/>
    <w:pPr>
      <w:widowControl w:val="0"/>
      <w:autoSpaceDE w:val="0"/>
      <w:autoSpaceDN w:val="0"/>
      <w:spacing w:after="0" w:line="240" w:lineRule="auto"/>
    </w:pPr>
    <w:rPr>
      <w:rFonts w:eastAsia="Calibri"/>
      <w:sz w:val="22"/>
      <w:szCs w:val="22"/>
    </w:rPr>
    <w:tblPr>
      <w:tblCellMar>
        <w:top w:w="0" w:type="dxa"/>
        <w:left w:w="0" w:type="dxa"/>
        <w:bottom w:w="0" w:type="dxa"/>
        <w:right w:w="0" w:type="dxa"/>
      </w:tblCellMar>
    </w:tblPr>
  </w:style>
  <w:style w:type="table" w:customStyle="1" w:styleId="420">
    <w:name w:val="Сетка таблицы42"/>
    <w:basedOn w:val="a2"/>
    <w:uiPriority w:val="39"/>
    <w:rsid w:val="006D1F8F"/>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2"/>
    <w:uiPriority w:val="59"/>
    <w:rsid w:val="006D1F8F"/>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2"/>
    <w:uiPriority w:val="59"/>
    <w:rsid w:val="006D1F8F"/>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2"/>
    <w:uiPriority w:val="39"/>
    <w:rsid w:val="006D1F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FollowedHyperlink"/>
    <w:basedOn w:val="a1"/>
    <w:uiPriority w:val="99"/>
    <w:semiHidden/>
    <w:unhideWhenUsed/>
    <w:rsid w:val="006D1F8F"/>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lesson/5564/start/157330/" TargetMode="External"/><Relationship Id="rId21" Type="http://schemas.openxmlformats.org/officeDocument/2006/relationships/hyperlink" Target="https://m.edsoo.ru/7f4116e4" TargetMode="External"/><Relationship Id="rId42" Type="http://schemas.openxmlformats.org/officeDocument/2006/relationships/hyperlink" Target="https://m.edsoo.ru/7f412850" TargetMode="External"/><Relationship Id="rId63" Type="http://schemas.openxmlformats.org/officeDocument/2006/relationships/hyperlink" Target="https://resh.edu.ru/subject/43/1/" TargetMode="External"/><Relationship Id="rId84" Type="http://schemas.openxmlformats.org/officeDocument/2006/relationships/hyperlink" Target="https://resh.edu.ru/subject/43/1/" TargetMode="External"/><Relationship Id="rId138" Type="http://schemas.openxmlformats.org/officeDocument/2006/relationships/hyperlink" Target="https://m.edsoo.ru/7f4116e4" TargetMode="External"/><Relationship Id="rId159" Type="http://schemas.openxmlformats.org/officeDocument/2006/relationships/hyperlink" Target="https://m.edsoo.ru/7f4116e4" TargetMode="External"/><Relationship Id="rId170" Type="http://schemas.openxmlformats.org/officeDocument/2006/relationships/hyperlink" Target="https://m.edsoo.ru/f8414eca" TargetMode="External"/><Relationship Id="rId191" Type="http://schemas.openxmlformats.org/officeDocument/2006/relationships/hyperlink" Target="https://m.edsoo.ru/f8417526" TargetMode="External"/><Relationship Id="rId205" Type="http://schemas.openxmlformats.org/officeDocument/2006/relationships/image" Target="media/image3.jpeg"/><Relationship Id="rId226" Type="http://schemas.openxmlformats.org/officeDocument/2006/relationships/image" Target="media/image24.png"/><Relationship Id="rId247" Type="http://schemas.microsoft.com/office/2007/relationships/stylesWithEffects" Target="stylesWithEffects.xml"/><Relationship Id="rId107" Type="http://schemas.openxmlformats.org/officeDocument/2006/relationships/hyperlink" Target="https://uchi.ru/catalog/env/2-klass/lesson-13270" TargetMode="External"/><Relationship Id="rId11" Type="http://schemas.openxmlformats.org/officeDocument/2006/relationships/hyperlink" Target="https://resh.edu.ru/subject/43/1/" TargetMode="External"/><Relationship Id="rId32" Type="http://schemas.openxmlformats.org/officeDocument/2006/relationships/hyperlink" Target="https://m.edsoo.ru/7f4116e4" TargetMode="External"/><Relationship Id="rId53" Type="http://schemas.openxmlformats.org/officeDocument/2006/relationships/hyperlink" Target="https://resh.edu.ru/subject/43/1/" TargetMode="External"/><Relationship Id="rId74" Type="http://schemas.openxmlformats.org/officeDocument/2006/relationships/hyperlink" Target="https://resh.edu.ru/subject/43/1/" TargetMode="External"/><Relationship Id="rId128" Type="http://schemas.openxmlformats.org/officeDocument/2006/relationships/hyperlink" Target="https://m.edsoo.ru/7f4116e4" TargetMode="External"/><Relationship Id="rId149" Type="http://schemas.openxmlformats.org/officeDocument/2006/relationships/hyperlink" Target="https://m.edsoo.ru/7f4116e4" TargetMode="External"/><Relationship Id="rId5" Type="http://schemas.openxmlformats.org/officeDocument/2006/relationships/webSettings" Target="webSettings.xml"/><Relationship Id="rId95" Type="http://schemas.openxmlformats.org/officeDocument/2006/relationships/hyperlink" Target="https://resh.edu.ru/subject/43/1/" TargetMode="External"/><Relationship Id="rId160" Type="http://schemas.openxmlformats.org/officeDocument/2006/relationships/hyperlink" Target="https://m.edsoo.ru/7f4116e4" TargetMode="External"/><Relationship Id="rId181" Type="http://schemas.openxmlformats.org/officeDocument/2006/relationships/hyperlink" Target="https://m.edsoo.ru/f8416180" TargetMode="External"/><Relationship Id="rId216" Type="http://schemas.openxmlformats.org/officeDocument/2006/relationships/image" Target="media/image14.jpeg"/><Relationship Id="rId237" Type="http://schemas.openxmlformats.org/officeDocument/2006/relationships/image" Target="media/image35.jpeg"/><Relationship Id="rId22" Type="http://schemas.openxmlformats.org/officeDocument/2006/relationships/hyperlink" Target="https://m.edsoo.ru/7f4116e4" TargetMode="External"/><Relationship Id="rId43" Type="http://schemas.openxmlformats.org/officeDocument/2006/relationships/hyperlink" Target="https://m.edsoo.ru/7f412850" TargetMode="External"/><Relationship Id="rId64" Type="http://schemas.openxmlformats.org/officeDocument/2006/relationships/hyperlink" Target="https://resh.edu.ru/subject/43/1/" TargetMode="External"/><Relationship Id="rId118" Type="http://schemas.openxmlformats.org/officeDocument/2006/relationships/hyperlink" Target="https://m.edsoo.ru/7f4116e4" TargetMode="External"/><Relationship Id="rId139" Type="http://schemas.openxmlformats.org/officeDocument/2006/relationships/hyperlink" Target="https://m.edsoo.ru/7f4116e4" TargetMode="External"/><Relationship Id="rId85" Type="http://schemas.openxmlformats.org/officeDocument/2006/relationships/hyperlink" Target="https://resh.edu.ru/subject/43/1/" TargetMode="External"/><Relationship Id="rId150" Type="http://schemas.openxmlformats.org/officeDocument/2006/relationships/hyperlink" Target="https://m.edsoo.ru/7f4116e4" TargetMode="External"/><Relationship Id="rId171" Type="http://schemas.openxmlformats.org/officeDocument/2006/relationships/hyperlink" Target="https://m.edsoo.ru/f8418dc2" TargetMode="External"/><Relationship Id="rId192" Type="http://schemas.openxmlformats.org/officeDocument/2006/relationships/hyperlink" Target="https://m.edsoo.ru/f8419c54" TargetMode="External"/><Relationship Id="rId206" Type="http://schemas.openxmlformats.org/officeDocument/2006/relationships/image" Target="media/image4.jpeg"/><Relationship Id="rId227" Type="http://schemas.openxmlformats.org/officeDocument/2006/relationships/image" Target="media/image25.png"/><Relationship Id="rId12" Type="http://schemas.openxmlformats.org/officeDocument/2006/relationships/hyperlink" Target="https://m.edsoo.ru/7f4116e4" TargetMode="External"/><Relationship Id="rId17" Type="http://schemas.openxmlformats.org/officeDocument/2006/relationships/hyperlink" Target="https://m.edsoo.ru/7f4116e4" TargetMode="External"/><Relationship Id="rId33" Type="http://schemas.openxmlformats.org/officeDocument/2006/relationships/hyperlink" Target="https://m.edsoo.ru/7f4116e4" TargetMode="External"/><Relationship Id="rId38" Type="http://schemas.openxmlformats.org/officeDocument/2006/relationships/hyperlink" Target="https://m.edsoo.ru/7f4116e4" TargetMode="External"/><Relationship Id="rId59" Type="http://schemas.openxmlformats.org/officeDocument/2006/relationships/hyperlink" Target="https://resh.edu.ru/subject/43/1/" TargetMode="External"/><Relationship Id="rId103" Type="http://schemas.openxmlformats.org/officeDocument/2006/relationships/hyperlink" Target="https://resh.edu.ru/subject/lesson/5531/start/155077/" TargetMode="External"/><Relationship Id="rId108" Type="http://schemas.openxmlformats.org/officeDocument/2006/relationships/hyperlink" Target="https://uchi.ru/catalog/env/2-klass/chapter-2504/cards" TargetMode="External"/><Relationship Id="rId124" Type="http://schemas.openxmlformats.org/officeDocument/2006/relationships/hyperlink" Target="https://m.edsoo.ru/7f4116e4" TargetMode="External"/><Relationship Id="rId129" Type="http://schemas.openxmlformats.org/officeDocument/2006/relationships/hyperlink" Target="https://m.edsoo.ru/7f4116e4" TargetMode="External"/><Relationship Id="rId54" Type="http://schemas.openxmlformats.org/officeDocument/2006/relationships/hyperlink" Target="https://resh.edu.ru/subject/43/1/" TargetMode="External"/><Relationship Id="rId70" Type="http://schemas.openxmlformats.org/officeDocument/2006/relationships/hyperlink" Target="https://resh.edu.ru/subject/43/1/" TargetMode="External"/><Relationship Id="rId75" Type="http://schemas.openxmlformats.org/officeDocument/2006/relationships/hyperlink" Target="https://resh.edu.ru/subject/43/1/" TargetMode="External"/><Relationship Id="rId91" Type="http://schemas.openxmlformats.org/officeDocument/2006/relationships/hyperlink" Target="https://resh.edu.ru/subject/43/1/" TargetMode="External"/><Relationship Id="rId96" Type="http://schemas.openxmlformats.org/officeDocument/2006/relationships/hyperlink" Target="https://resh.edu.ru/subject/43/1/" TargetMode="External"/><Relationship Id="rId140" Type="http://schemas.openxmlformats.org/officeDocument/2006/relationships/hyperlink" Target="https://m.edsoo.ru/7f4116e4" TargetMode="External"/><Relationship Id="rId145" Type="http://schemas.openxmlformats.org/officeDocument/2006/relationships/hyperlink" Target="https://m.edsoo.ru/7f4116e4" TargetMode="External"/><Relationship Id="rId161" Type="http://schemas.openxmlformats.org/officeDocument/2006/relationships/hyperlink" Target="https://m.edsoo.ru/7f4116e4" TargetMode="External"/><Relationship Id="rId166" Type="http://schemas.openxmlformats.org/officeDocument/2006/relationships/hyperlink" Target="https://m.edsoo.ru/7f4116e4" TargetMode="External"/><Relationship Id="rId182" Type="http://schemas.openxmlformats.org/officeDocument/2006/relationships/hyperlink" Target="https://m.edsoo.ru/f8416996" TargetMode="External"/><Relationship Id="rId187" Type="http://schemas.openxmlformats.org/officeDocument/2006/relationships/hyperlink" Target="https://m.edsoo.ru/f8417d1e" TargetMode="External"/><Relationship Id="rId217"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jpeg"/><Relationship Id="rId233" Type="http://schemas.openxmlformats.org/officeDocument/2006/relationships/image" Target="media/image31.png"/><Relationship Id="rId238" Type="http://schemas.openxmlformats.org/officeDocument/2006/relationships/image" Target="media/image36.jpeg"/><Relationship Id="rId23" Type="http://schemas.openxmlformats.org/officeDocument/2006/relationships/hyperlink" Target="https://m.edsoo.ru/7f4116e4" TargetMode="External"/><Relationship Id="rId28" Type="http://schemas.openxmlformats.org/officeDocument/2006/relationships/hyperlink" Target="https://m.edsoo.ru/7f4116e4" TargetMode="External"/><Relationship Id="rId49" Type="http://schemas.openxmlformats.org/officeDocument/2006/relationships/hyperlink" Target="https://m.edsoo.ru/7f412850" TargetMode="External"/><Relationship Id="rId114" Type="http://schemas.openxmlformats.org/officeDocument/2006/relationships/hyperlink" Target="https://resh.edu.ru/subject/lesson/5527/start/156949/" TargetMode="External"/><Relationship Id="rId119" Type="http://schemas.openxmlformats.org/officeDocument/2006/relationships/hyperlink" Target="https://uchitelya.com/okruzhayuschiy-mir/40878-prezentaciya-predki-domashnih-zhivotnyh-2-klass.html" TargetMode="External"/><Relationship Id="rId44" Type="http://schemas.openxmlformats.org/officeDocument/2006/relationships/hyperlink" Target="https://m.edsoo.ru/7f412850" TargetMode="External"/><Relationship Id="rId60" Type="http://schemas.openxmlformats.org/officeDocument/2006/relationships/hyperlink" Target="https://resh.edu.ru/subject/43/1/" TargetMode="External"/><Relationship Id="rId65" Type="http://schemas.openxmlformats.org/officeDocument/2006/relationships/hyperlink" Target="https://resh.edu.ru/subject/43/1/" TargetMode="External"/><Relationship Id="rId81" Type="http://schemas.openxmlformats.org/officeDocument/2006/relationships/hyperlink" Target="https://resh.edu.ru/subject/43/1/" TargetMode="External"/><Relationship Id="rId86" Type="http://schemas.openxmlformats.org/officeDocument/2006/relationships/hyperlink" Target="https://resh.edu.ru/subject/43/1/" TargetMode="External"/><Relationship Id="rId130" Type="http://schemas.openxmlformats.org/officeDocument/2006/relationships/hyperlink" Target="https://m.edsoo.ru/7f4116e4" TargetMode="External"/><Relationship Id="rId135" Type="http://schemas.openxmlformats.org/officeDocument/2006/relationships/hyperlink" Target="https://m.edsoo.ru/7f4116e4" TargetMode="External"/><Relationship Id="rId151" Type="http://schemas.openxmlformats.org/officeDocument/2006/relationships/hyperlink" Target="https://m.edsoo.ru/7f4116e4" TargetMode="External"/><Relationship Id="rId156" Type="http://schemas.openxmlformats.org/officeDocument/2006/relationships/hyperlink" Target="https://m.edsoo.ru/7f4116e4" TargetMode="External"/><Relationship Id="rId177" Type="http://schemas.openxmlformats.org/officeDocument/2006/relationships/hyperlink" Target="https://m.edsoo.ru/f8415da2" TargetMode="External"/><Relationship Id="rId198" Type="http://schemas.openxmlformats.org/officeDocument/2006/relationships/hyperlink" Target="https://m.edsoo.ru/f841c9f4" TargetMode="External"/><Relationship Id="rId172" Type="http://schemas.openxmlformats.org/officeDocument/2006/relationships/hyperlink" Target="https://m.edsoo.ru/f8415118" TargetMode="External"/><Relationship Id="rId193" Type="http://schemas.openxmlformats.org/officeDocument/2006/relationships/hyperlink" Target="https://m.edsoo.ru/f8419894" TargetMode="External"/><Relationship Id="rId202" Type="http://schemas.openxmlformats.org/officeDocument/2006/relationships/hyperlink" Target="https://m.edsoo.ru/f841d336" TargetMode="External"/><Relationship Id="rId207" Type="http://schemas.openxmlformats.org/officeDocument/2006/relationships/image" Target="media/image5.jpeg"/><Relationship Id="rId223" Type="http://schemas.openxmlformats.org/officeDocument/2006/relationships/image" Target="media/image21.jpeg"/><Relationship Id="rId228" Type="http://schemas.openxmlformats.org/officeDocument/2006/relationships/image" Target="media/image26.png"/><Relationship Id="rId244" Type="http://schemas.openxmlformats.org/officeDocument/2006/relationships/image" Target="media/image42.png"/><Relationship Id="rId13" Type="http://schemas.openxmlformats.org/officeDocument/2006/relationships/hyperlink" Target="https://m.edsoo.ru/7f4116e4" TargetMode="External"/><Relationship Id="rId18" Type="http://schemas.openxmlformats.org/officeDocument/2006/relationships/hyperlink" Target="https://m.edsoo.ru/7f4116e4" TargetMode="External"/><Relationship Id="rId39" Type="http://schemas.openxmlformats.org/officeDocument/2006/relationships/hyperlink" Target="https://m.edsoo.ru/7f4116e4" TargetMode="External"/><Relationship Id="rId109" Type="http://schemas.openxmlformats.org/officeDocument/2006/relationships/hyperlink" Target="https://uchi.ru/catalog/env/1-klass/chapter-1621" TargetMode="External"/><Relationship Id="rId34" Type="http://schemas.openxmlformats.org/officeDocument/2006/relationships/hyperlink" Target="https://m.edsoo.ru/7f4116e4" TargetMode="External"/><Relationship Id="rId50" Type="http://schemas.openxmlformats.org/officeDocument/2006/relationships/hyperlink" Target="https://m.edsoo.ru/7f412850" TargetMode="External"/><Relationship Id="rId55" Type="http://schemas.openxmlformats.org/officeDocument/2006/relationships/hyperlink" Target="https://resh.edu.ru/subject/43/1/" TargetMode="External"/><Relationship Id="rId76" Type="http://schemas.openxmlformats.org/officeDocument/2006/relationships/hyperlink" Target="https://resh.edu.ru/subject/43/1/" TargetMode="External"/><Relationship Id="rId97" Type="http://schemas.openxmlformats.org/officeDocument/2006/relationships/hyperlink" Target="https://resh.edu.ru/subject/43/1/" TargetMode="External"/><Relationship Id="rId104" Type="http://schemas.openxmlformats.org/officeDocument/2006/relationships/hyperlink" Target="https://m.edsoo.ru/7f4116e4" TargetMode="External"/><Relationship Id="rId120" Type="http://schemas.openxmlformats.org/officeDocument/2006/relationships/hyperlink" Target="https://resh.edu.ru/subject/lesson/5535/start/296107/" TargetMode="External"/><Relationship Id="rId125" Type="http://schemas.openxmlformats.org/officeDocument/2006/relationships/hyperlink" Target="https://m.edsoo.ru/7f4116e4" TargetMode="External"/><Relationship Id="rId141" Type="http://schemas.openxmlformats.org/officeDocument/2006/relationships/hyperlink" Target="https://m.edsoo.ru/7f4116e4" TargetMode="External"/><Relationship Id="rId146" Type="http://schemas.openxmlformats.org/officeDocument/2006/relationships/hyperlink" Target="https://m.edsoo.ru/7f4116e4" TargetMode="External"/><Relationship Id="rId167" Type="http://schemas.openxmlformats.org/officeDocument/2006/relationships/hyperlink" Target="https://m.edsoo.ru/7f4116e4" TargetMode="External"/><Relationship Id="rId188" Type="http://schemas.openxmlformats.org/officeDocument/2006/relationships/hyperlink" Target="https://m.edsoo.ru/f8417f08" TargetMode="External"/><Relationship Id="rId7" Type="http://schemas.openxmlformats.org/officeDocument/2006/relationships/endnotes" Target="endnotes.xml"/><Relationship Id="rId71" Type="http://schemas.openxmlformats.org/officeDocument/2006/relationships/hyperlink" Target="https://resh.edu.ru/subject/43/1/" TargetMode="External"/><Relationship Id="rId92" Type="http://schemas.openxmlformats.org/officeDocument/2006/relationships/hyperlink" Target="https://resh.edu.ru/subject/43/1/" TargetMode="External"/><Relationship Id="rId162" Type="http://schemas.openxmlformats.org/officeDocument/2006/relationships/hyperlink" Target="https://m.edsoo.ru/7f4116e4" TargetMode="External"/><Relationship Id="rId183" Type="http://schemas.openxmlformats.org/officeDocument/2006/relationships/hyperlink" Target="https://m.edsoo.ru/f8416b58" TargetMode="External"/><Relationship Id="rId213" Type="http://schemas.openxmlformats.org/officeDocument/2006/relationships/image" Target="media/image11.jpeg"/><Relationship Id="rId218" Type="http://schemas.openxmlformats.org/officeDocument/2006/relationships/image" Target="media/image16.jpeg"/><Relationship Id="rId234" Type="http://schemas.openxmlformats.org/officeDocument/2006/relationships/image" Target="media/image32.png"/><Relationship Id="rId239" Type="http://schemas.openxmlformats.org/officeDocument/2006/relationships/image" Target="media/image37.jpeg"/><Relationship Id="rId2" Type="http://schemas.openxmlformats.org/officeDocument/2006/relationships/numbering" Target="numbering.xml"/><Relationship Id="rId29" Type="http://schemas.openxmlformats.org/officeDocument/2006/relationships/hyperlink" Target="https://m.edsoo.ru/7f4116e4" TargetMode="External"/><Relationship Id="rId24" Type="http://schemas.openxmlformats.org/officeDocument/2006/relationships/hyperlink" Target="https://m.edsoo.ru/7f4116e4" TargetMode="External"/><Relationship Id="rId40" Type="http://schemas.openxmlformats.org/officeDocument/2006/relationships/hyperlink" Target="https://m.edsoo.ru/7f4116e4" TargetMode="External"/><Relationship Id="rId45" Type="http://schemas.openxmlformats.org/officeDocument/2006/relationships/hyperlink" Target="https://m.edsoo.ru/7f412850" TargetMode="External"/><Relationship Id="rId66" Type="http://schemas.openxmlformats.org/officeDocument/2006/relationships/hyperlink" Target="https://resh.edu.ru/subject/43/1/" TargetMode="External"/><Relationship Id="rId87" Type="http://schemas.openxmlformats.org/officeDocument/2006/relationships/hyperlink" Target="https://resh.edu.ru/subject/43/1/" TargetMode="External"/><Relationship Id="rId110" Type="http://schemas.openxmlformats.org/officeDocument/2006/relationships/hyperlink" Target="https://resh.edu.ru/subject/lesson/5533/start/156764/" TargetMode="External"/><Relationship Id="rId115" Type="http://schemas.openxmlformats.org/officeDocument/2006/relationships/hyperlink" Target="https://resh.edu.ru/subject/lesson/3719/start/156980/" TargetMode="External"/><Relationship Id="rId131" Type="http://schemas.openxmlformats.org/officeDocument/2006/relationships/hyperlink" Target="https://m.edsoo.ru/7f4116e4" TargetMode="External"/><Relationship Id="rId136" Type="http://schemas.openxmlformats.org/officeDocument/2006/relationships/hyperlink" Target="https://m.edsoo.ru/7f4116e4" TargetMode="External"/><Relationship Id="rId157" Type="http://schemas.openxmlformats.org/officeDocument/2006/relationships/hyperlink" Target="https://m.edsoo.ru/7f4116e4" TargetMode="External"/><Relationship Id="rId178" Type="http://schemas.openxmlformats.org/officeDocument/2006/relationships/hyperlink" Target="https://m.edsoo.ru/f8415f50" TargetMode="External"/><Relationship Id="rId61" Type="http://schemas.openxmlformats.org/officeDocument/2006/relationships/hyperlink" Target="https://resh.edu.ru/subject/43/1/" TargetMode="External"/><Relationship Id="rId82" Type="http://schemas.openxmlformats.org/officeDocument/2006/relationships/hyperlink" Target="https://resh.edu.ru/subject/43/1/" TargetMode="External"/><Relationship Id="rId152" Type="http://schemas.openxmlformats.org/officeDocument/2006/relationships/hyperlink" Target="https://m.edsoo.ru/7f4116e4" TargetMode="External"/><Relationship Id="rId173" Type="http://schemas.openxmlformats.org/officeDocument/2006/relationships/hyperlink" Target="https://m.edsoo.ru/f8415b9a" TargetMode="External"/><Relationship Id="rId194" Type="http://schemas.openxmlformats.org/officeDocument/2006/relationships/hyperlink" Target="https://m.edsoo.ru/f841b284" TargetMode="External"/><Relationship Id="rId199" Type="http://schemas.openxmlformats.org/officeDocument/2006/relationships/hyperlink" Target="https://m.edsoo.ru/f841dac0" TargetMode="External"/><Relationship Id="rId203" Type="http://schemas.openxmlformats.org/officeDocument/2006/relationships/hyperlink" Target="https://m.edsoo.ru/f841dc50" TargetMode="External"/><Relationship Id="rId208" Type="http://schemas.openxmlformats.org/officeDocument/2006/relationships/image" Target="media/image6.jpeg"/><Relationship Id="rId229" Type="http://schemas.openxmlformats.org/officeDocument/2006/relationships/image" Target="media/image27.png"/><Relationship Id="rId19" Type="http://schemas.openxmlformats.org/officeDocument/2006/relationships/hyperlink" Target="https://m.edsoo.ru/7f4116e4" TargetMode="External"/><Relationship Id="rId224" Type="http://schemas.openxmlformats.org/officeDocument/2006/relationships/image" Target="media/image22.jpeg"/><Relationship Id="rId240" Type="http://schemas.openxmlformats.org/officeDocument/2006/relationships/image" Target="media/image38.jpeg"/><Relationship Id="rId245" Type="http://schemas.openxmlformats.org/officeDocument/2006/relationships/fontTable" Target="fontTable.xml"/><Relationship Id="rId14" Type="http://schemas.openxmlformats.org/officeDocument/2006/relationships/hyperlink" Target="https://m.edsoo.ru/7f4116e4" TargetMode="External"/><Relationship Id="rId30" Type="http://schemas.openxmlformats.org/officeDocument/2006/relationships/hyperlink" Target="https://m.edsoo.ru/7f4116e4" TargetMode="External"/><Relationship Id="rId35" Type="http://schemas.openxmlformats.org/officeDocument/2006/relationships/hyperlink" Target="https://m.edsoo.ru/7f4116e4" TargetMode="External"/><Relationship Id="rId56" Type="http://schemas.openxmlformats.org/officeDocument/2006/relationships/hyperlink" Target="https://resh.edu.ru/subject/43/1/" TargetMode="External"/><Relationship Id="rId77" Type="http://schemas.openxmlformats.org/officeDocument/2006/relationships/hyperlink" Target="https://resh.edu.ru/subject/43/1/" TargetMode="External"/><Relationship Id="rId100" Type="http://schemas.openxmlformats.org/officeDocument/2006/relationships/hyperlink" Target="https://resh.edu.ru/subject/lesson/6071/train/154866/" TargetMode="External"/><Relationship Id="rId105" Type="http://schemas.openxmlformats.org/officeDocument/2006/relationships/hyperlink" Target="https://m.edsoo.ru/7f4116e4" TargetMode="External"/><Relationship Id="rId126" Type="http://schemas.openxmlformats.org/officeDocument/2006/relationships/hyperlink" Target="https://m.edsoo.ru/7f4116e4" TargetMode="External"/><Relationship Id="rId147" Type="http://schemas.openxmlformats.org/officeDocument/2006/relationships/hyperlink" Target="https://m.edsoo.ru/7f4116e4" TargetMode="External"/><Relationship Id="rId168" Type="http://schemas.openxmlformats.org/officeDocument/2006/relationships/hyperlink" Target="https://m.edsoo.ru/7f4116e4" TargetMode="External"/><Relationship Id="rId8" Type="http://schemas.openxmlformats.org/officeDocument/2006/relationships/image" Target="media/image1.jpeg"/><Relationship Id="rId51" Type="http://schemas.openxmlformats.org/officeDocument/2006/relationships/hyperlink" Target="https://resh.edu.ru/subject/43/1/" TargetMode="External"/><Relationship Id="rId72" Type="http://schemas.openxmlformats.org/officeDocument/2006/relationships/hyperlink" Target="https://resh.edu.ru/subject/43/1/" TargetMode="External"/><Relationship Id="rId93" Type="http://schemas.openxmlformats.org/officeDocument/2006/relationships/hyperlink" Target="https://resh.edu.ru/subject/43/1/" TargetMode="External"/><Relationship Id="rId98" Type="http://schemas.openxmlformats.org/officeDocument/2006/relationships/hyperlink" Target="https://resh.edu.ru/subject/lesson/6071/start/154856/" TargetMode="External"/><Relationship Id="rId121" Type="http://schemas.openxmlformats.org/officeDocument/2006/relationships/hyperlink" Target="https://resh.edu.ru/subject/lesson/5538/start/292072/" TargetMode="External"/><Relationship Id="rId142" Type="http://schemas.openxmlformats.org/officeDocument/2006/relationships/hyperlink" Target="https://m.edsoo.ru/7f4116e4" TargetMode="External"/><Relationship Id="rId163" Type="http://schemas.openxmlformats.org/officeDocument/2006/relationships/hyperlink" Target="https://m.edsoo.ru/7f4116e4" TargetMode="External"/><Relationship Id="rId184" Type="http://schemas.openxmlformats.org/officeDocument/2006/relationships/hyperlink" Target="https://m.edsoo.ru/f8416cfc" TargetMode="External"/><Relationship Id="rId189" Type="http://schemas.openxmlformats.org/officeDocument/2006/relationships/hyperlink" Target="https://m.edsoo.ru/f84181ce" TargetMode="External"/><Relationship Id="rId219" Type="http://schemas.openxmlformats.org/officeDocument/2006/relationships/image" Target="media/image17.png"/><Relationship Id="rId3" Type="http://schemas.openxmlformats.org/officeDocument/2006/relationships/styles" Target="styles.xml"/><Relationship Id="rId214" Type="http://schemas.openxmlformats.org/officeDocument/2006/relationships/image" Target="media/image12.jpeg"/><Relationship Id="rId230" Type="http://schemas.openxmlformats.org/officeDocument/2006/relationships/image" Target="media/image28.png"/><Relationship Id="rId235" Type="http://schemas.openxmlformats.org/officeDocument/2006/relationships/image" Target="media/image33.jpeg"/><Relationship Id="rId25" Type="http://schemas.openxmlformats.org/officeDocument/2006/relationships/hyperlink" Target="https://m.edsoo.ru/7f4116e4" TargetMode="External"/><Relationship Id="rId46" Type="http://schemas.openxmlformats.org/officeDocument/2006/relationships/hyperlink" Target="https://m.edsoo.ru/7f412850" TargetMode="External"/><Relationship Id="rId67" Type="http://schemas.openxmlformats.org/officeDocument/2006/relationships/hyperlink" Target="https://resh.edu.ru/subject/43/1/" TargetMode="External"/><Relationship Id="rId116" Type="http://schemas.openxmlformats.org/officeDocument/2006/relationships/hyperlink" Target="https://resh.edu.ru/subject/lesson/4275/start/157167/" TargetMode="External"/><Relationship Id="rId137" Type="http://schemas.openxmlformats.org/officeDocument/2006/relationships/hyperlink" Target="https://m.edsoo.ru/7f4116e4" TargetMode="External"/><Relationship Id="rId158" Type="http://schemas.openxmlformats.org/officeDocument/2006/relationships/hyperlink" Target="https://m.edsoo.ru/7f4116e4" TargetMode="External"/><Relationship Id="rId20" Type="http://schemas.openxmlformats.org/officeDocument/2006/relationships/hyperlink" Target="https://m.edsoo.ru/7f4116e4" TargetMode="External"/><Relationship Id="rId41" Type="http://schemas.openxmlformats.org/officeDocument/2006/relationships/hyperlink" Target="https://m.edsoo.ru/7f4116e4" TargetMode="External"/><Relationship Id="rId62" Type="http://schemas.openxmlformats.org/officeDocument/2006/relationships/hyperlink" Target="https://resh.edu.ru/subject/43/1/" TargetMode="External"/><Relationship Id="rId83" Type="http://schemas.openxmlformats.org/officeDocument/2006/relationships/hyperlink" Target="https://resh.edu.ru/subject/43/1/" TargetMode="External"/><Relationship Id="rId88" Type="http://schemas.openxmlformats.org/officeDocument/2006/relationships/hyperlink" Target="https://resh.edu.ru/subject/43/1/" TargetMode="External"/><Relationship Id="rId111" Type="http://schemas.openxmlformats.org/officeDocument/2006/relationships/hyperlink" Target="https://uchitelya.com/okruzhayuschiy-mir/40878-prezentaciya-predki-domashnih-zhivotnyh-2-klass.html" TargetMode="External"/><Relationship Id="rId132" Type="http://schemas.openxmlformats.org/officeDocument/2006/relationships/hyperlink" Target="https://m.edsoo.ru/7f4116e4" TargetMode="External"/><Relationship Id="rId153" Type="http://schemas.openxmlformats.org/officeDocument/2006/relationships/hyperlink" Target="https://m.edsoo.ru/7f4116e4" TargetMode="External"/><Relationship Id="rId174" Type="http://schemas.openxmlformats.org/officeDocument/2006/relationships/hyperlink" Target="https://m.edsoo.ru/f841580c" TargetMode="External"/><Relationship Id="rId179" Type="http://schemas.openxmlformats.org/officeDocument/2006/relationships/hyperlink" Target="https://m.edsoo.ru/f8416306" TargetMode="External"/><Relationship Id="rId195" Type="http://schemas.openxmlformats.org/officeDocument/2006/relationships/hyperlink" Target="https://m.edsoo.ru/f841b4aa" TargetMode="External"/><Relationship Id="rId209" Type="http://schemas.openxmlformats.org/officeDocument/2006/relationships/image" Target="media/image7.png"/><Relationship Id="rId190" Type="http://schemas.openxmlformats.org/officeDocument/2006/relationships/hyperlink" Target="https://m.edsoo.ru/f84185ac" TargetMode="External"/><Relationship Id="rId204" Type="http://schemas.openxmlformats.org/officeDocument/2006/relationships/image" Target="media/image2.jpeg"/><Relationship Id="rId220" Type="http://schemas.openxmlformats.org/officeDocument/2006/relationships/image" Target="media/image18.jpeg"/><Relationship Id="rId225" Type="http://schemas.openxmlformats.org/officeDocument/2006/relationships/image" Target="media/image23.jpeg"/><Relationship Id="rId241" Type="http://schemas.openxmlformats.org/officeDocument/2006/relationships/image" Target="media/image39.jpeg"/><Relationship Id="rId246" Type="http://schemas.openxmlformats.org/officeDocument/2006/relationships/theme" Target="theme/theme1.xml"/><Relationship Id="rId15" Type="http://schemas.openxmlformats.org/officeDocument/2006/relationships/hyperlink" Target="https://m.edsoo.ru/7f4116e4" TargetMode="External"/><Relationship Id="rId36" Type="http://schemas.openxmlformats.org/officeDocument/2006/relationships/hyperlink" Target="https://m.edsoo.ru/7f4116e4" TargetMode="External"/><Relationship Id="rId57" Type="http://schemas.openxmlformats.org/officeDocument/2006/relationships/hyperlink" Target="https://resh.edu.ru/subject/43/1/" TargetMode="External"/><Relationship Id="rId106" Type="http://schemas.openxmlformats.org/officeDocument/2006/relationships/hyperlink" Target="https://m.edsoo.ru/7f4116e4" TargetMode="External"/><Relationship Id="rId127" Type="http://schemas.openxmlformats.org/officeDocument/2006/relationships/hyperlink" Target="https://m.edsoo.ru/7f4116e4" TargetMode="External"/><Relationship Id="rId10" Type="http://schemas.openxmlformats.org/officeDocument/2006/relationships/hyperlink" Target="https://resh.edu.ru/subject/43/1/" TargetMode="External"/><Relationship Id="rId31" Type="http://schemas.openxmlformats.org/officeDocument/2006/relationships/hyperlink" Target="https://m.edsoo.ru/7f4116e4" TargetMode="External"/><Relationship Id="rId52" Type="http://schemas.openxmlformats.org/officeDocument/2006/relationships/hyperlink" Target="https://resh.edu.ru/subject/43/1/" TargetMode="External"/><Relationship Id="rId73" Type="http://schemas.openxmlformats.org/officeDocument/2006/relationships/hyperlink" Target="https://resh.edu.ru/subject/43/1/" TargetMode="External"/><Relationship Id="rId78" Type="http://schemas.openxmlformats.org/officeDocument/2006/relationships/hyperlink" Target="https://resh.edu.ru/subject/43/1/" TargetMode="External"/><Relationship Id="rId94" Type="http://schemas.openxmlformats.org/officeDocument/2006/relationships/hyperlink" Target="https://resh.edu.ru/subject/43/1/" TargetMode="External"/><Relationship Id="rId99" Type="http://schemas.openxmlformats.org/officeDocument/2006/relationships/hyperlink" Target="https://resh.edu.ru/subject/lesson/6071/train/154866/" TargetMode="External"/><Relationship Id="rId101" Type="http://schemas.openxmlformats.org/officeDocument/2006/relationships/hyperlink" Target="https://nsportal.ru/nachalnaya-shkola/vospitatelnaya-rabota/2020/04/07/prezentatsiya-chelovek-i-priroda" TargetMode="External"/><Relationship Id="rId122" Type="http://schemas.openxmlformats.org/officeDocument/2006/relationships/hyperlink" Target="https://resh.edu.ru/subject/lesson/3739/start/157640/" TargetMode="External"/><Relationship Id="rId143" Type="http://schemas.openxmlformats.org/officeDocument/2006/relationships/hyperlink" Target="https://m.edsoo.ru/7f4116e4" TargetMode="External"/><Relationship Id="rId148" Type="http://schemas.openxmlformats.org/officeDocument/2006/relationships/hyperlink" Target="https://m.edsoo.ru/7f4116e4" TargetMode="External"/><Relationship Id="rId164" Type="http://schemas.openxmlformats.org/officeDocument/2006/relationships/hyperlink" Target="https://m.edsoo.ru/7f4116e4" TargetMode="External"/><Relationship Id="rId169" Type="http://schemas.openxmlformats.org/officeDocument/2006/relationships/hyperlink" Target="https://m.edsoo.ru/f8414d1c" TargetMode="External"/><Relationship Id="rId185" Type="http://schemas.openxmlformats.org/officeDocument/2006/relationships/hyperlink" Target="https://m.edsoo.ru/f8416fae" TargetMode="External"/><Relationship Id="rId4" Type="http://schemas.openxmlformats.org/officeDocument/2006/relationships/settings" Target="settings.xml"/><Relationship Id="rId9" Type="http://schemas.openxmlformats.org/officeDocument/2006/relationships/hyperlink" Target="https://resh.edu.ru/subject/43/1/" TargetMode="External"/><Relationship Id="rId180" Type="http://schemas.openxmlformats.org/officeDocument/2006/relationships/hyperlink" Target="https://m.edsoo.ru/f84164be" TargetMode="External"/><Relationship Id="rId210" Type="http://schemas.openxmlformats.org/officeDocument/2006/relationships/image" Target="media/image8.jpeg"/><Relationship Id="rId215" Type="http://schemas.openxmlformats.org/officeDocument/2006/relationships/image" Target="media/image13.jpeg"/><Relationship Id="rId236" Type="http://schemas.openxmlformats.org/officeDocument/2006/relationships/image" Target="media/image34.jpeg"/><Relationship Id="rId26" Type="http://schemas.openxmlformats.org/officeDocument/2006/relationships/hyperlink" Target="https://m.edsoo.ru/7f4116e4" TargetMode="External"/><Relationship Id="rId231" Type="http://schemas.openxmlformats.org/officeDocument/2006/relationships/image" Target="media/image29.png"/><Relationship Id="rId47" Type="http://schemas.openxmlformats.org/officeDocument/2006/relationships/hyperlink" Target="https://m.edsoo.ru/7f412850" TargetMode="External"/><Relationship Id="rId68" Type="http://schemas.openxmlformats.org/officeDocument/2006/relationships/hyperlink" Target="https://resh.edu.ru/subject/43/1/" TargetMode="External"/><Relationship Id="rId89" Type="http://schemas.openxmlformats.org/officeDocument/2006/relationships/hyperlink" Target="https://resh.edu.ru/subject/43/1/" TargetMode="External"/><Relationship Id="rId112" Type="http://schemas.openxmlformats.org/officeDocument/2006/relationships/hyperlink" Target="https://resh.edu.ru/subject/lesson/5059/start/224168/" TargetMode="External"/><Relationship Id="rId133" Type="http://schemas.openxmlformats.org/officeDocument/2006/relationships/hyperlink" Target="https://m.edsoo.ru/7f4116e4" TargetMode="External"/><Relationship Id="rId154" Type="http://schemas.openxmlformats.org/officeDocument/2006/relationships/hyperlink" Target="https://m.edsoo.ru/7f4116e4" TargetMode="External"/><Relationship Id="rId175" Type="http://schemas.openxmlformats.org/officeDocument/2006/relationships/hyperlink" Target="https://m.edsoo.ru/f8415636" TargetMode="External"/><Relationship Id="rId196" Type="http://schemas.openxmlformats.org/officeDocument/2006/relationships/hyperlink" Target="https://m.edsoo.ru/f841c56c" TargetMode="External"/><Relationship Id="rId200" Type="http://schemas.openxmlformats.org/officeDocument/2006/relationships/hyperlink" Target="https://m.edsoo.ru/f841d188" TargetMode="External"/><Relationship Id="rId16" Type="http://schemas.openxmlformats.org/officeDocument/2006/relationships/hyperlink" Target="https://m.edsoo.ru/7f4116e4" TargetMode="External"/><Relationship Id="rId221" Type="http://schemas.openxmlformats.org/officeDocument/2006/relationships/image" Target="media/image19.jpeg"/><Relationship Id="rId242" Type="http://schemas.openxmlformats.org/officeDocument/2006/relationships/image" Target="media/image40.jpeg"/><Relationship Id="rId37" Type="http://schemas.openxmlformats.org/officeDocument/2006/relationships/hyperlink" Target="https://m.edsoo.ru/7f4116e4" TargetMode="External"/><Relationship Id="rId58" Type="http://schemas.openxmlformats.org/officeDocument/2006/relationships/hyperlink" Target="https://resh.edu.ru/subject/43/1" TargetMode="External"/><Relationship Id="rId79" Type="http://schemas.openxmlformats.org/officeDocument/2006/relationships/hyperlink" Target="https://resh.edu.ru/subject/43/1/" TargetMode="External"/><Relationship Id="rId102" Type="http://schemas.openxmlformats.org/officeDocument/2006/relationships/hyperlink" Target="https://m.edsoo.ru/7f4116e4" TargetMode="External"/><Relationship Id="rId123" Type="http://schemas.openxmlformats.org/officeDocument/2006/relationships/hyperlink" Target="https://resh.edu.ru/subject/lesson/3739/start/157640/" TargetMode="External"/><Relationship Id="rId144" Type="http://schemas.openxmlformats.org/officeDocument/2006/relationships/hyperlink" Target="https://m.edsoo.ru/7f4116e4" TargetMode="External"/><Relationship Id="rId90" Type="http://schemas.openxmlformats.org/officeDocument/2006/relationships/hyperlink" Target="https://resh.edu.ru/subject/43/1" TargetMode="External"/><Relationship Id="rId165" Type="http://schemas.openxmlformats.org/officeDocument/2006/relationships/hyperlink" Target="https://m.edsoo.ru/7f4116e4" TargetMode="External"/><Relationship Id="rId186" Type="http://schemas.openxmlformats.org/officeDocument/2006/relationships/hyperlink" Target="https://m.edsoo.ru/f8417b34" TargetMode="External"/><Relationship Id="rId211" Type="http://schemas.openxmlformats.org/officeDocument/2006/relationships/image" Target="media/image9.jpeg"/><Relationship Id="rId232" Type="http://schemas.openxmlformats.org/officeDocument/2006/relationships/image" Target="media/image30.png"/><Relationship Id="rId27" Type="http://schemas.openxmlformats.org/officeDocument/2006/relationships/hyperlink" Target="https://m.edsoo.ru/7f4116e4" TargetMode="External"/><Relationship Id="rId48" Type="http://schemas.openxmlformats.org/officeDocument/2006/relationships/hyperlink" Target="https://m.edsoo.ru/7f412850" TargetMode="External"/><Relationship Id="rId69" Type="http://schemas.openxmlformats.org/officeDocument/2006/relationships/hyperlink" Target="https://resh.edu.ru/subject/43/1/" TargetMode="External"/><Relationship Id="rId113" Type="http://schemas.openxmlformats.org/officeDocument/2006/relationships/hyperlink" Target="https://resh.edu.ru/subject/lesson/5961/start/156919/" TargetMode="External"/><Relationship Id="rId134" Type="http://schemas.openxmlformats.org/officeDocument/2006/relationships/hyperlink" Target="https://m.edsoo.ru/7f4116e4" TargetMode="External"/><Relationship Id="rId80" Type="http://schemas.openxmlformats.org/officeDocument/2006/relationships/hyperlink" Target="https://resh.edu.ru/subject/43/1/" TargetMode="External"/><Relationship Id="rId155" Type="http://schemas.openxmlformats.org/officeDocument/2006/relationships/hyperlink" Target="https://m.edsoo.ru/7f4116e4" TargetMode="External"/><Relationship Id="rId176" Type="http://schemas.openxmlformats.org/officeDocument/2006/relationships/hyperlink" Target="https://m.edsoo.ru/f8418dc2" TargetMode="External"/><Relationship Id="rId197" Type="http://schemas.openxmlformats.org/officeDocument/2006/relationships/hyperlink" Target="https://m.edsoo.ru/f841c800" TargetMode="External"/><Relationship Id="rId201" Type="http://schemas.openxmlformats.org/officeDocument/2006/relationships/hyperlink" Target="https://m.edsoo.ru/f841d8ea" TargetMode="External"/><Relationship Id="rId222" Type="http://schemas.openxmlformats.org/officeDocument/2006/relationships/image" Target="media/image20.png"/><Relationship Id="rId243"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93414-CDB0-4AFE-A6AD-780E91D3F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33678</Words>
  <Characters>191967</Characters>
  <Application>Microsoft Office Word</Application>
  <DocSecurity>0</DocSecurity>
  <Lines>1599</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225195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ТСШ</cp:lastModifiedBy>
  <cp:revision>8</cp:revision>
  <cp:lastPrinted>2023-09-19T15:07:00Z</cp:lastPrinted>
  <dcterms:created xsi:type="dcterms:W3CDTF">2023-09-12T16:14:00Z</dcterms:created>
  <dcterms:modified xsi:type="dcterms:W3CDTF">2023-10-31T05:39:00Z</dcterms:modified>
</cp:coreProperties>
</file>