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D4A" w:rsidRDefault="00347D4A" w:rsidP="00347D4A">
      <w:pPr>
        <w:tabs>
          <w:tab w:val="left" w:pos="0"/>
          <w:tab w:val="left" w:pos="709"/>
        </w:tabs>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9029705"/>
            <wp:effectExtent l="19050" t="0" r="0" b="0"/>
            <wp:docPr id="3" name="Рисунок 4" descr="E:\титульник\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тульник\23.jpg"/>
                    <pic:cNvPicPr>
                      <a:picLocks noChangeAspect="1" noChangeArrowheads="1"/>
                    </pic:cNvPicPr>
                  </pic:nvPicPr>
                  <pic:blipFill>
                    <a:blip r:embed="rId5"/>
                    <a:srcRect/>
                    <a:stretch>
                      <a:fillRect/>
                    </a:stretch>
                  </pic:blipFill>
                  <pic:spPr bwMode="auto">
                    <a:xfrm>
                      <a:off x="0" y="0"/>
                      <a:ext cx="6390005" cy="9029705"/>
                    </a:xfrm>
                    <a:prstGeom prst="rect">
                      <a:avLst/>
                    </a:prstGeom>
                    <a:noFill/>
                    <a:ln w="9525">
                      <a:noFill/>
                      <a:miter lim="800000"/>
                      <a:headEnd/>
                      <a:tailEnd/>
                    </a:ln>
                  </pic:spPr>
                </pic:pic>
              </a:graphicData>
            </a:graphic>
          </wp:inline>
        </w:drawing>
      </w:r>
    </w:p>
    <w:p w:rsidR="00047611" w:rsidRPr="00347D4A" w:rsidRDefault="00047611" w:rsidP="00347D4A">
      <w:pPr>
        <w:tabs>
          <w:tab w:val="left" w:pos="0"/>
          <w:tab w:val="left" w:pos="709"/>
        </w:tabs>
        <w:ind w:firstLine="567"/>
        <w:jc w:val="center"/>
        <w:rPr>
          <w:rFonts w:ascii="Times New Roman" w:hAnsi="Times New Roman" w:cs="Times New Roman"/>
          <w:b/>
          <w:sz w:val="24"/>
          <w:szCs w:val="24"/>
        </w:rPr>
      </w:pPr>
      <w:r w:rsidRPr="00347D4A">
        <w:rPr>
          <w:rFonts w:ascii="Times New Roman" w:hAnsi="Times New Roman" w:cs="Times New Roman"/>
          <w:b/>
          <w:sz w:val="24"/>
          <w:szCs w:val="24"/>
        </w:rPr>
        <w:lastRenderedPageBreak/>
        <w:t>Аннотация к рабочей программе</w:t>
      </w:r>
    </w:p>
    <w:p w:rsidR="00047611" w:rsidRPr="00765081" w:rsidRDefault="00047611" w:rsidP="00347D4A">
      <w:pPr>
        <w:tabs>
          <w:tab w:val="left" w:pos="0"/>
          <w:tab w:val="left" w:pos="709"/>
        </w:tabs>
        <w:ind w:firstLine="567"/>
        <w:rPr>
          <w:rFonts w:ascii="Times New Roman" w:hAnsi="Times New Roman" w:cs="Times New Roman"/>
          <w:sz w:val="24"/>
          <w:szCs w:val="24"/>
        </w:rPr>
      </w:pPr>
      <w:proofErr w:type="gramStart"/>
      <w:r w:rsidRPr="00765081">
        <w:rPr>
          <w:rFonts w:ascii="Times New Roman" w:hAnsi="Times New Roman" w:cs="Times New Roman"/>
          <w:sz w:val="24"/>
          <w:szCs w:val="24"/>
        </w:rPr>
        <w:t xml:space="preserve">Рабочая программа по учебному предмету «Литературное чтение»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w:t>
      </w:r>
      <w:r w:rsidR="00347D4A">
        <w:rPr>
          <w:rFonts w:ascii="Times New Roman" w:hAnsi="Times New Roman" w:cs="Times New Roman"/>
          <w:sz w:val="24"/>
          <w:szCs w:val="24"/>
        </w:rPr>
        <w:t xml:space="preserve">начального общего образования </w:t>
      </w:r>
      <w:r w:rsidRPr="00765081">
        <w:rPr>
          <w:rFonts w:ascii="Times New Roman" w:hAnsi="Times New Roman" w:cs="Times New Roman"/>
          <w:sz w:val="24"/>
          <w:szCs w:val="24"/>
        </w:rPr>
        <w:t>Федерального го</w:t>
      </w:r>
      <w:r w:rsidR="00347D4A">
        <w:rPr>
          <w:rFonts w:ascii="Times New Roman" w:hAnsi="Times New Roman" w:cs="Times New Roman"/>
          <w:sz w:val="24"/>
          <w:szCs w:val="24"/>
        </w:rPr>
        <w:t xml:space="preserve">сударственного образовательного </w:t>
      </w:r>
      <w:r w:rsidRPr="00765081">
        <w:rPr>
          <w:rFonts w:ascii="Times New Roman" w:hAnsi="Times New Roman" w:cs="Times New Roman"/>
          <w:sz w:val="24"/>
          <w:szCs w:val="24"/>
        </w:rPr>
        <w:t>стандарта начального общего образования, Федеральной образовательной программы начального общего образования, Федеральной рабочей программы по учебному предмету «Литературное чтение», УМК «Литературное чтение» Климанова Л.Ф.., а также ориентирована</w:t>
      </w:r>
      <w:proofErr w:type="gramEnd"/>
      <w:r w:rsidRPr="00765081">
        <w:rPr>
          <w:rFonts w:ascii="Times New Roman" w:hAnsi="Times New Roman" w:cs="Times New Roman"/>
          <w:sz w:val="24"/>
          <w:szCs w:val="24"/>
        </w:rPr>
        <w:t xml:space="preserve"> </w:t>
      </w:r>
      <w:proofErr w:type="gramStart"/>
      <w:r w:rsidRPr="00765081">
        <w:rPr>
          <w:rFonts w:ascii="Times New Roman" w:hAnsi="Times New Roman" w:cs="Times New Roman"/>
          <w:sz w:val="24"/>
          <w:szCs w:val="24"/>
        </w:rPr>
        <w:t>на</w:t>
      </w:r>
      <w:proofErr w:type="gramEnd"/>
      <w:r w:rsidRPr="00765081">
        <w:rPr>
          <w:rFonts w:ascii="Times New Roman" w:hAnsi="Times New Roman" w:cs="Times New Roman"/>
          <w:sz w:val="24"/>
          <w:szCs w:val="24"/>
        </w:rPr>
        <w:t xml:space="preserve"> целевые приоритеты, сформулированные в Федеральной рабочей программе воспитания.</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Цель обучения литературного чтения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47611" w:rsidRPr="00765081" w:rsidRDefault="00047611" w:rsidP="00F61DF0">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Освоение программы по предмету «Литературное чтение» для 1 класса начинается вводным интегрированным курсом “Обучение грамоте” (165 ч.:  ч. предмета “Русский язык” и 52 ч предмета “Литературное чтение”) и предусматривает изучение разделов: “Развитие речи”, “Фонетика”, “Чтение”. После периода обучения грамоте начинается систематический курс “Литературное чтение”, на который отводится не менее 10 учебных недель. Изучение программного материала строится на основе произведений “Сказка фольклорная (народная) и литературна</w:t>
      </w:r>
      <w:proofErr w:type="gramStart"/>
      <w:r w:rsidRPr="00765081">
        <w:rPr>
          <w:rFonts w:ascii="Times New Roman" w:hAnsi="Times New Roman" w:cs="Times New Roman"/>
          <w:sz w:val="24"/>
          <w:szCs w:val="24"/>
        </w:rPr>
        <w:t>я(</w:t>
      </w:r>
      <w:proofErr w:type="gramEnd"/>
      <w:r w:rsidRPr="00765081">
        <w:rPr>
          <w:rFonts w:ascii="Times New Roman" w:hAnsi="Times New Roman" w:cs="Times New Roman"/>
          <w:sz w:val="24"/>
          <w:szCs w:val="24"/>
        </w:rPr>
        <w:t>авторская), “Произведения о детях и для детей”, “ Произведения о родной природе”, “Устное творчество - малые фольклорныежанры”, “Произведения о братьях наших меньших”, “Произведения о маме”, “Фольклорные и авторские произведения о чудесах и фантазии”, “Библиографическая культура” (работа с детской книгой).</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Содержание рабочей программы учебного предмета “Литературное чтение” для 2 класса предусматривает изучение программного материала разделов “О нашей Родине”, “Фольклор (устное народное творчество), “Звуки и краски родной</w:t>
      </w:r>
    </w:p>
    <w:p w:rsidR="00047611" w:rsidRPr="00765081" w:rsidRDefault="00047611" w:rsidP="007E281A">
      <w:pPr>
        <w:tabs>
          <w:tab w:val="left" w:pos="0"/>
          <w:tab w:val="left" w:pos="709"/>
        </w:tabs>
        <w:ind w:firstLine="567"/>
        <w:rPr>
          <w:rFonts w:ascii="Times New Roman" w:hAnsi="Times New Roman" w:cs="Times New Roman"/>
          <w:sz w:val="24"/>
          <w:szCs w:val="24"/>
        </w:rPr>
      </w:pPr>
      <w:proofErr w:type="gramStart"/>
      <w:r w:rsidRPr="00765081">
        <w:rPr>
          <w:rFonts w:ascii="Times New Roman" w:hAnsi="Times New Roman" w:cs="Times New Roman"/>
          <w:sz w:val="24"/>
          <w:szCs w:val="24"/>
        </w:rPr>
        <w:t>природы в разное время года”, “О детях и дружбе”, “мир сказок”, “О братьях наших меньших”, “О наших близких, о семье”, “Зарубежная литература”, “Библиографическая культура (работа с детской книгой и справочной литературой).</w:t>
      </w:r>
      <w:proofErr w:type="gramEnd"/>
    </w:p>
    <w:p w:rsidR="00047611" w:rsidRPr="00765081" w:rsidRDefault="00047611" w:rsidP="007E281A">
      <w:pPr>
        <w:tabs>
          <w:tab w:val="left" w:pos="0"/>
          <w:tab w:val="left" w:pos="709"/>
        </w:tabs>
        <w:ind w:firstLine="567"/>
        <w:rPr>
          <w:rFonts w:ascii="Times New Roman" w:hAnsi="Times New Roman" w:cs="Times New Roman"/>
          <w:sz w:val="24"/>
          <w:szCs w:val="24"/>
        </w:rPr>
      </w:pP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Содержание рабочей программы учебного предмета “Литературное чтение” для 3 класса “О Родине и её истории”, “Фольклор</w:t>
      </w:r>
    </w:p>
    <w:p w:rsidR="00047611" w:rsidRPr="00765081" w:rsidRDefault="00047611" w:rsidP="007E281A">
      <w:pPr>
        <w:tabs>
          <w:tab w:val="left" w:pos="0"/>
          <w:tab w:val="left" w:pos="709"/>
        </w:tabs>
        <w:ind w:firstLine="567"/>
        <w:rPr>
          <w:rFonts w:ascii="Times New Roman" w:hAnsi="Times New Roman" w:cs="Times New Roman"/>
          <w:sz w:val="24"/>
          <w:szCs w:val="24"/>
        </w:rPr>
      </w:pPr>
      <w:proofErr w:type="gramStart"/>
      <w:r w:rsidRPr="00765081">
        <w:rPr>
          <w:rFonts w:ascii="Times New Roman" w:hAnsi="Times New Roman" w:cs="Times New Roman"/>
          <w:sz w:val="24"/>
          <w:szCs w:val="24"/>
        </w:rPr>
        <w:t>(устное народное творчество”, “Фольклорная сказка как отражение общечеловеческих ценностей и нравственных правил”, “Круг чтения: народная песня”, “Творчество А. С. Пушкина”, “Творчество И. А. Крылова”, “Картины природы в произведениях</w:t>
      </w:r>
      <w:proofErr w:type="gramEnd"/>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поэтов и писателей Х</w:t>
      </w:r>
      <w:proofErr w:type="gramStart"/>
      <w:r w:rsidRPr="00765081">
        <w:rPr>
          <w:rFonts w:ascii="Times New Roman" w:hAnsi="Times New Roman" w:cs="Times New Roman"/>
          <w:sz w:val="24"/>
          <w:szCs w:val="24"/>
        </w:rPr>
        <w:t>I</w:t>
      </w:r>
      <w:proofErr w:type="gramEnd"/>
      <w:r w:rsidRPr="00765081">
        <w:rPr>
          <w:rFonts w:ascii="Times New Roman" w:hAnsi="Times New Roman" w:cs="Times New Roman"/>
          <w:sz w:val="24"/>
          <w:szCs w:val="24"/>
        </w:rPr>
        <w:t>Х–ХХ веков”, “Творчество Л. Н. Толстого”, “Литературная сказка”, “Произведения о взаимоотношениях человека</w:t>
      </w:r>
      <w:r w:rsidRPr="00765081">
        <w:rPr>
          <w:rFonts w:ascii="Times New Roman" w:hAnsi="Times New Roman" w:cs="Times New Roman"/>
          <w:sz w:val="24"/>
          <w:szCs w:val="24"/>
        </w:rPr>
        <w:tab/>
        <w:t>и</w:t>
      </w:r>
      <w:r w:rsidRPr="00765081">
        <w:rPr>
          <w:rFonts w:ascii="Times New Roman" w:hAnsi="Times New Roman" w:cs="Times New Roman"/>
          <w:sz w:val="24"/>
          <w:szCs w:val="24"/>
        </w:rPr>
        <w:tab/>
        <w:t>животных”,</w:t>
      </w:r>
      <w:r w:rsidRPr="00765081">
        <w:rPr>
          <w:rFonts w:ascii="Times New Roman" w:hAnsi="Times New Roman" w:cs="Times New Roman"/>
          <w:sz w:val="24"/>
          <w:szCs w:val="24"/>
        </w:rPr>
        <w:tab/>
        <w:t>“Произведения</w:t>
      </w:r>
      <w:r w:rsidRPr="00765081">
        <w:rPr>
          <w:rFonts w:ascii="Times New Roman" w:hAnsi="Times New Roman" w:cs="Times New Roman"/>
          <w:sz w:val="24"/>
          <w:szCs w:val="24"/>
        </w:rPr>
        <w:tab/>
        <w:t>о</w:t>
      </w:r>
    </w:p>
    <w:p w:rsidR="00047611" w:rsidRPr="00765081" w:rsidRDefault="00047611" w:rsidP="007E281A">
      <w:pPr>
        <w:tabs>
          <w:tab w:val="left" w:pos="0"/>
          <w:tab w:val="left" w:pos="709"/>
        </w:tabs>
        <w:ind w:firstLine="567"/>
        <w:rPr>
          <w:rFonts w:ascii="Times New Roman" w:hAnsi="Times New Roman" w:cs="Times New Roman"/>
          <w:sz w:val="24"/>
          <w:szCs w:val="24"/>
        </w:rPr>
      </w:pPr>
      <w:proofErr w:type="gramStart"/>
      <w:r w:rsidRPr="00765081">
        <w:rPr>
          <w:rFonts w:ascii="Times New Roman" w:hAnsi="Times New Roman" w:cs="Times New Roman"/>
          <w:sz w:val="24"/>
          <w:szCs w:val="24"/>
        </w:rPr>
        <w:t>детях</w:t>
      </w:r>
      <w:proofErr w:type="gramEnd"/>
      <w:r w:rsidRPr="00765081">
        <w:rPr>
          <w:rFonts w:ascii="Times New Roman" w:hAnsi="Times New Roman" w:cs="Times New Roman"/>
          <w:sz w:val="24"/>
          <w:szCs w:val="24"/>
        </w:rPr>
        <w:t>”, “Юмористические</w:t>
      </w:r>
      <w:r w:rsidRPr="00765081">
        <w:rPr>
          <w:rFonts w:ascii="Times New Roman" w:hAnsi="Times New Roman" w:cs="Times New Roman"/>
          <w:sz w:val="24"/>
          <w:szCs w:val="24"/>
        </w:rPr>
        <w:tab/>
        <w:t>произведения”, “Зарубежная</w:t>
      </w:r>
      <w:r w:rsidRPr="00765081">
        <w:rPr>
          <w:rFonts w:ascii="Times New Roman" w:hAnsi="Times New Roman" w:cs="Times New Roman"/>
          <w:sz w:val="24"/>
          <w:szCs w:val="24"/>
        </w:rPr>
        <w:tab/>
        <w:t>литература”,</w:t>
      </w:r>
    </w:p>
    <w:p w:rsidR="00047611" w:rsidRPr="00765081" w:rsidRDefault="00047611" w:rsidP="00347D4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“Библиографическая культура (работа с детской книгой и справочной литературой”.</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Содержание рабочей программы учебного предмета “Литературное чтение” для 4 класса “О Родине, героические страницы истории”, “Фольклор</w:t>
      </w:r>
      <w:proofErr w:type="gramStart"/>
      <w:r w:rsidRPr="00765081">
        <w:rPr>
          <w:rFonts w:ascii="Times New Roman" w:hAnsi="Times New Roman" w:cs="Times New Roman"/>
          <w:sz w:val="24"/>
          <w:szCs w:val="24"/>
        </w:rPr>
        <w:t>”(</w:t>
      </w:r>
      <w:proofErr w:type="gramEnd"/>
      <w:r w:rsidRPr="00765081">
        <w:rPr>
          <w:rFonts w:ascii="Times New Roman" w:hAnsi="Times New Roman" w:cs="Times New Roman"/>
          <w:sz w:val="24"/>
          <w:szCs w:val="24"/>
        </w:rPr>
        <w:t xml:space="preserve">устное народное творчество), “Творчество А.С. Пушкина”, “Творчество И.А. Крылова”, “Творчество М.Ю. Лермонтова”, “Литературная </w:t>
      </w:r>
      <w:r w:rsidRPr="00765081">
        <w:rPr>
          <w:rFonts w:ascii="Times New Roman" w:hAnsi="Times New Roman" w:cs="Times New Roman"/>
          <w:sz w:val="24"/>
          <w:szCs w:val="24"/>
        </w:rPr>
        <w:lastRenderedPageBreak/>
        <w:t>сказка”, “Картины природы в произведениях поэтов и писателей XIX - XX веков”, “Творчество Л.Н. Толстого”, “Произведения о животных и родной природе”, “Произведения о детях”, “Пьеса”, “Юмористические произведения”, “Зарубежная литература”, “Библиографическая культура”.</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На изучение предмета “Литературное чтение” на ступени начального общего образования отводится 540 часов:</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w:t>
      </w:r>
      <w:r w:rsidRPr="00765081">
        <w:rPr>
          <w:rFonts w:ascii="Times New Roman" w:hAnsi="Times New Roman" w:cs="Times New Roman"/>
          <w:sz w:val="24"/>
          <w:szCs w:val="24"/>
        </w:rPr>
        <w:tab/>
        <w:t>1 класс – 132 часа (4 часа в неделю);</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w:t>
      </w:r>
      <w:r w:rsidRPr="00765081">
        <w:rPr>
          <w:rFonts w:ascii="Times New Roman" w:hAnsi="Times New Roman" w:cs="Times New Roman"/>
          <w:sz w:val="24"/>
          <w:szCs w:val="24"/>
        </w:rPr>
        <w:tab/>
        <w:t>2 класс – 136 часов (4 часа в неделю);</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w:t>
      </w:r>
      <w:r w:rsidRPr="00765081">
        <w:rPr>
          <w:rFonts w:ascii="Times New Roman" w:hAnsi="Times New Roman" w:cs="Times New Roman"/>
          <w:sz w:val="24"/>
          <w:szCs w:val="24"/>
        </w:rPr>
        <w:tab/>
        <w:t>3 класс – 136 часов (4 часа в неделю);</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         4 класс – 136 часов (4 часа в неделю).</w:t>
      </w:r>
    </w:p>
    <w:p w:rsidR="00047611" w:rsidRPr="00765081" w:rsidRDefault="00047611" w:rsidP="007E281A">
      <w:pPr>
        <w:tabs>
          <w:tab w:val="left" w:pos="0"/>
          <w:tab w:val="left" w:pos="709"/>
        </w:tabs>
        <w:ind w:firstLine="567"/>
        <w:rPr>
          <w:rFonts w:ascii="Times New Roman" w:hAnsi="Times New Roman" w:cs="Times New Roman"/>
          <w:sz w:val="24"/>
          <w:szCs w:val="24"/>
        </w:rPr>
      </w:pP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Рабочая программа включает в себя:</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 Содержание учебного предмета;</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  Планируемые результаты освоения учебного предмета, курса</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(личностные, метапредметные, предметные);</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 xml:space="preserve">• Тематическое планирование с указанием количества часов, отводимых </w:t>
      </w:r>
      <w:proofErr w:type="gramStart"/>
      <w:r w:rsidRPr="00765081">
        <w:rPr>
          <w:rFonts w:ascii="Times New Roman" w:hAnsi="Times New Roman" w:cs="Times New Roman"/>
          <w:sz w:val="24"/>
          <w:szCs w:val="24"/>
        </w:rPr>
        <w:t>на</w:t>
      </w:r>
      <w:proofErr w:type="gramEnd"/>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освоение каждой темы;</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 Календ</w:t>
      </w:r>
      <w:r w:rsidR="007E281A" w:rsidRPr="00765081">
        <w:rPr>
          <w:rFonts w:ascii="Times New Roman" w:hAnsi="Times New Roman" w:cs="Times New Roman"/>
          <w:sz w:val="24"/>
          <w:szCs w:val="24"/>
        </w:rPr>
        <w:t>арно-тематическое планирование.</w:t>
      </w:r>
    </w:p>
    <w:p w:rsidR="00047611" w:rsidRPr="00765081" w:rsidRDefault="00047611" w:rsidP="007E281A">
      <w:pPr>
        <w:tabs>
          <w:tab w:val="left" w:pos="0"/>
          <w:tab w:val="left" w:pos="709"/>
        </w:tabs>
        <w:ind w:firstLine="567"/>
        <w:rPr>
          <w:rFonts w:ascii="Times New Roman" w:hAnsi="Times New Roman" w:cs="Times New Roman"/>
          <w:sz w:val="24"/>
          <w:szCs w:val="24"/>
        </w:rPr>
      </w:pPr>
      <w:r w:rsidRPr="00765081">
        <w:rPr>
          <w:rFonts w:ascii="Times New Roman" w:hAnsi="Times New Roman" w:cs="Times New Roman"/>
          <w:sz w:val="24"/>
          <w:szCs w:val="24"/>
        </w:rPr>
        <w:t>Срок реализации программы 4 года.</w:t>
      </w:r>
    </w:p>
    <w:p w:rsidR="00047611" w:rsidRPr="00765081" w:rsidRDefault="00047611" w:rsidP="00C54376">
      <w:pPr>
        <w:tabs>
          <w:tab w:val="left" w:pos="0"/>
          <w:tab w:val="left" w:pos="709"/>
        </w:tabs>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r w:rsidRPr="00765081">
        <w:rPr>
          <w:rFonts w:ascii="Times New Roman" w:hAnsi="Times New Roman" w:cs="Times New Roman"/>
          <w:b/>
          <w:sz w:val="24"/>
          <w:szCs w:val="24"/>
        </w:rPr>
        <w:t>1. СОДЕРЖАНИЕ УЧЕБНОГО ПРЕДМЕТА</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1 КЛАСС</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Обучение грамоте</w:t>
      </w:r>
      <w:hyperlink w:anchor="_ftn1">
        <w:r w:rsidRPr="00765081">
          <w:rPr>
            <w:rFonts w:ascii="Times New Roman" w:hAnsi="Times New Roman" w:cs="Times New Roman"/>
            <w:b/>
            <w:sz w:val="24"/>
            <w:szCs w:val="24"/>
          </w:rPr>
          <w:t>[1]</w:t>
        </w:r>
      </w:hyperlink>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Развитие речи</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Фонетика</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Чтение</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b/>
          <w:bCs/>
          <w:sz w:val="24"/>
          <w:szCs w:val="24"/>
          <w:lang w:eastAsia="ru-RU"/>
        </w:rPr>
        <w:t>СИСТЕМАТИЧЕСКИЙ КУРС</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lastRenderedPageBreak/>
        <w:t>Сказка фольклорная (народная) и литературная (авторская).</w:t>
      </w:r>
      <w:r w:rsidRPr="00765081">
        <w:rPr>
          <w:rFonts w:ascii="Times New Roman" w:eastAsia="Times New Roman" w:hAnsi="Times New Roman" w:cs="Times New Roman"/>
          <w:sz w:val="24"/>
          <w:szCs w:val="24"/>
          <w:lang w:eastAsia="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765081">
        <w:rPr>
          <w:rFonts w:ascii="Times New Roman" w:eastAsia="Times New Roman" w:hAnsi="Times New Roman" w:cs="Times New Roman"/>
          <w:sz w:val="24"/>
          <w:szCs w:val="24"/>
          <w:lang w:eastAsia="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765081">
        <w:rPr>
          <w:rFonts w:ascii="Times New Roman" w:eastAsia="Times New Roman" w:hAnsi="Times New Roman" w:cs="Times New Roman"/>
          <w:sz w:val="24"/>
          <w:szCs w:val="24"/>
          <w:lang w:eastAsia="ru-RU"/>
        </w:rPr>
        <w:t>В.Г.Сутеева</w:t>
      </w:r>
      <w:proofErr w:type="spellEnd"/>
      <w:r w:rsidRPr="00765081">
        <w:rPr>
          <w:rFonts w:ascii="Times New Roman" w:eastAsia="Times New Roman" w:hAnsi="Times New Roman" w:cs="Times New Roman"/>
          <w:sz w:val="24"/>
          <w:szCs w:val="24"/>
          <w:lang w:eastAsia="ru-RU"/>
        </w:rPr>
        <w:t xml:space="preserve"> «Кораблик», «Под грибом»</w:t>
      </w:r>
      <w:r w:rsidRPr="00765081">
        <w:rPr>
          <w:rFonts w:ascii="Times New Roman" w:eastAsia="Times New Roman" w:hAnsi="Times New Roman" w:cs="Times New Roman"/>
          <w:sz w:val="24"/>
          <w:szCs w:val="24"/>
          <w:shd w:val="clear" w:color="auto" w:fill="FFFFFF"/>
          <w:lang w:eastAsia="ru-RU"/>
        </w:rPr>
        <w:t xml:space="preserve">. </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Произведения о детях и для детей.</w:t>
      </w:r>
      <w:r w:rsidRPr="00765081">
        <w:rPr>
          <w:rFonts w:ascii="Times New Roman" w:eastAsia="Times New Roman" w:hAnsi="Times New Roman" w:cs="Times New Roman"/>
          <w:sz w:val="24"/>
          <w:szCs w:val="24"/>
          <w:lang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w:t>
      </w:r>
      <w:proofErr w:type="spellStart"/>
      <w:r w:rsidRPr="00765081">
        <w:rPr>
          <w:rFonts w:ascii="Times New Roman" w:eastAsia="Times New Roman" w:hAnsi="Times New Roman" w:cs="Times New Roman"/>
          <w:sz w:val="24"/>
          <w:szCs w:val="24"/>
          <w:lang w:eastAsia="ru-RU"/>
        </w:rPr>
        <w:t>Барто</w:t>
      </w:r>
      <w:proofErr w:type="spellEnd"/>
      <w:r w:rsidRPr="00765081">
        <w:rPr>
          <w:rFonts w:ascii="Times New Roman" w:eastAsia="Times New Roman" w:hAnsi="Times New Roman" w:cs="Times New Roman"/>
          <w:sz w:val="24"/>
          <w:szCs w:val="24"/>
          <w:lang w:eastAsia="ru-RU"/>
        </w:rPr>
        <w:t>,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Произведения для чтения: К.Д. Ушинский «Худо тому, кто добра не делает никому», Л.Н. Толстой «Косточка», Е.А. Пермяк «Торопливый ножик»,</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В.А. Осеева «Три товарища», А.Л. </w:t>
      </w:r>
      <w:proofErr w:type="spellStart"/>
      <w:r w:rsidRPr="00765081">
        <w:rPr>
          <w:rFonts w:ascii="Times New Roman" w:eastAsia="Times New Roman" w:hAnsi="Times New Roman" w:cs="Times New Roman"/>
          <w:sz w:val="24"/>
          <w:szCs w:val="24"/>
          <w:lang w:eastAsia="ru-RU"/>
        </w:rPr>
        <w:t>Барто</w:t>
      </w:r>
      <w:proofErr w:type="spellEnd"/>
      <w:r w:rsidRPr="00765081">
        <w:rPr>
          <w:rFonts w:ascii="Times New Roman" w:eastAsia="Times New Roman" w:hAnsi="Times New Roman" w:cs="Times New Roman"/>
          <w:sz w:val="24"/>
          <w:szCs w:val="24"/>
          <w:lang w:eastAsia="ru-RU"/>
        </w:rPr>
        <w:t xml:space="preserve"> «Я – лишний», Ю.И. Ермолаев «Лучший друг».</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Произведения о родной природе. </w:t>
      </w:r>
      <w:r w:rsidRPr="00765081">
        <w:rPr>
          <w:rFonts w:ascii="Times New Roman" w:eastAsia="Times New Roman" w:hAnsi="Times New Roman" w:cs="Times New Roman"/>
          <w:sz w:val="24"/>
          <w:szCs w:val="24"/>
          <w:lang w:eastAsia="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765081">
        <w:rPr>
          <w:rFonts w:ascii="Times New Roman" w:eastAsia="Times New Roman" w:hAnsi="Times New Roman" w:cs="Times New Roman"/>
          <w:sz w:val="24"/>
          <w:szCs w:val="24"/>
          <w:lang w:eastAsia="ru-RU"/>
        </w:rPr>
        <w:t>Особенности стихотворной речи, сравнение с прозаической: рифма, ритм (практическое ознакомление).</w:t>
      </w:r>
      <w:proofErr w:type="gramEnd"/>
      <w:r w:rsidRPr="00765081">
        <w:rPr>
          <w:rFonts w:ascii="Times New Roman" w:eastAsia="Times New Roman" w:hAnsi="Times New Roman" w:cs="Times New Roman"/>
          <w:sz w:val="24"/>
          <w:szCs w:val="24"/>
          <w:lang w:eastAsia="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Устное народное творчество – малые фольклорные жанры</w:t>
      </w:r>
      <w:r w:rsidRPr="00765081">
        <w:rPr>
          <w:rFonts w:ascii="Times New Roman" w:eastAsia="Times New Roman" w:hAnsi="Times New Roman" w:cs="Times New Roman"/>
          <w:sz w:val="24"/>
          <w:szCs w:val="24"/>
          <w:lang w:eastAsia="ru-RU"/>
        </w:rPr>
        <w:t xml:space="preserve"> (не менее шести произведений). </w:t>
      </w:r>
      <w:proofErr w:type="gramStart"/>
      <w:r w:rsidRPr="00765081">
        <w:rPr>
          <w:rFonts w:ascii="Times New Roman" w:eastAsia="Times New Roman" w:hAnsi="Times New Roman" w:cs="Times New Roman"/>
          <w:sz w:val="24"/>
          <w:szCs w:val="24"/>
          <w:lang w:eastAsia="ru-RU"/>
        </w:rPr>
        <w:t xml:space="preserve">Многообразие малых жанров устного народного творчества: </w:t>
      </w:r>
      <w:proofErr w:type="spellStart"/>
      <w:r w:rsidRPr="00765081">
        <w:rPr>
          <w:rFonts w:ascii="Times New Roman" w:eastAsia="Times New Roman" w:hAnsi="Times New Roman" w:cs="Times New Roman"/>
          <w:sz w:val="24"/>
          <w:szCs w:val="24"/>
          <w:lang w:eastAsia="ru-RU"/>
        </w:rPr>
        <w:t>потешка</w:t>
      </w:r>
      <w:proofErr w:type="spellEnd"/>
      <w:r w:rsidRPr="00765081">
        <w:rPr>
          <w:rFonts w:ascii="Times New Roman" w:eastAsia="Times New Roman" w:hAnsi="Times New Roman" w:cs="Times New Roman"/>
          <w:sz w:val="24"/>
          <w:szCs w:val="24"/>
          <w:lang w:eastAsia="ru-RU"/>
        </w:rPr>
        <w:t>, загадка, пословица, их назначение (веселить, потешать, играть, поучать).</w:t>
      </w:r>
      <w:proofErr w:type="gramEnd"/>
      <w:r w:rsidRPr="00765081">
        <w:rPr>
          <w:rFonts w:ascii="Times New Roman" w:eastAsia="Times New Roman" w:hAnsi="Times New Roman" w:cs="Times New Roman"/>
          <w:sz w:val="24"/>
          <w:szCs w:val="24"/>
          <w:lang w:eastAsia="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Произведения для чтения: потешки, загадки, пословицы.</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Произведения о братьях наших меньших</w:t>
      </w:r>
      <w:r w:rsidRPr="00765081">
        <w:rPr>
          <w:rFonts w:ascii="Times New Roman" w:eastAsia="Times New Roman" w:hAnsi="Times New Roman" w:cs="Times New Roman"/>
          <w:sz w:val="24"/>
          <w:szCs w:val="24"/>
          <w:lang w:eastAsia="ru-RU"/>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Произведения для чтения: В.В. Бианки «Лис и Мышонок», Е.И. Чарушин «Про Томку», М.М. Пришвин «Ёж», Н.И. Сладков «Лисица и Ёж».</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Произведения о маме.</w:t>
      </w:r>
      <w:r w:rsidRPr="00765081">
        <w:rPr>
          <w:rFonts w:ascii="Times New Roman" w:eastAsia="Times New Roman" w:hAnsi="Times New Roman" w:cs="Times New Roman"/>
          <w:sz w:val="24"/>
          <w:szCs w:val="24"/>
          <w:lang w:eastAsia="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w:t>
      </w:r>
      <w:proofErr w:type="spellStart"/>
      <w:r w:rsidRPr="00765081">
        <w:rPr>
          <w:rFonts w:ascii="Times New Roman" w:eastAsia="Times New Roman" w:hAnsi="Times New Roman" w:cs="Times New Roman"/>
          <w:sz w:val="24"/>
          <w:szCs w:val="24"/>
          <w:lang w:eastAsia="ru-RU"/>
        </w:rPr>
        <w:t>Барто</w:t>
      </w:r>
      <w:proofErr w:type="spellEnd"/>
      <w:r w:rsidRPr="00765081">
        <w:rPr>
          <w:rFonts w:ascii="Times New Roman" w:eastAsia="Times New Roman" w:hAnsi="Times New Roman" w:cs="Times New Roman"/>
          <w:sz w:val="24"/>
          <w:szCs w:val="24"/>
          <w:lang w:eastAsia="ru-RU"/>
        </w:rPr>
        <w:t>, А. В. Митяева</w:t>
      </w:r>
      <w:r w:rsidRPr="00765081">
        <w:rPr>
          <w:rFonts w:ascii="Times New Roman" w:eastAsia="Times New Roman" w:hAnsi="Times New Roman" w:cs="Times New Roman"/>
          <w:sz w:val="24"/>
          <w:szCs w:val="24"/>
          <w:shd w:val="clear" w:color="auto" w:fill="FFFF00"/>
          <w:lang w:eastAsia="ru-RU"/>
        </w:rPr>
        <w:t>‌</w:t>
      </w:r>
      <w:r w:rsidRPr="00765081">
        <w:rPr>
          <w:rFonts w:ascii="Times New Roman" w:eastAsia="Times New Roman" w:hAnsi="Times New Roman" w:cs="Times New Roman"/>
          <w:sz w:val="24"/>
          <w:szCs w:val="24"/>
          <w:lang w:eastAsia="ru-RU"/>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765081">
        <w:rPr>
          <w:rFonts w:ascii="Times New Roman" w:eastAsia="Times New Roman" w:hAnsi="Times New Roman" w:cs="Times New Roman"/>
          <w:sz w:val="24"/>
          <w:szCs w:val="24"/>
          <w:lang w:eastAsia="ru-RU"/>
        </w:rPr>
        <w:t>близким</w:t>
      </w:r>
      <w:proofErr w:type="gramEnd"/>
      <w:r w:rsidRPr="00765081">
        <w:rPr>
          <w:rFonts w:ascii="Times New Roman" w:eastAsia="Times New Roman" w:hAnsi="Times New Roman" w:cs="Times New Roman"/>
          <w:sz w:val="24"/>
          <w:szCs w:val="24"/>
          <w:lang w:eastAsia="ru-RU"/>
        </w:rPr>
        <w:t>), проявление любви и заботы о родных людях.</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lastRenderedPageBreak/>
        <w:t xml:space="preserve">Произведения для чтения: Е.А. Благинина «Посидим в тишине», А.Л. </w:t>
      </w:r>
      <w:proofErr w:type="spellStart"/>
      <w:r w:rsidRPr="00765081">
        <w:rPr>
          <w:rFonts w:ascii="Times New Roman" w:eastAsia="Times New Roman" w:hAnsi="Times New Roman" w:cs="Times New Roman"/>
          <w:sz w:val="24"/>
          <w:szCs w:val="24"/>
          <w:lang w:eastAsia="ru-RU"/>
        </w:rPr>
        <w:t>Барто</w:t>
      </w:r>
      <w:proofErr w:type="spellEnd"/>
      <w:r w:rsidRPr="00765081">
        <w:rPr>
          <w:rFonts w:ascii="Times New Roman" w:eastAsia="Times New Roman" w:hAnsi="Times New Roman" w:cs="Times New Roman"/>
          <w:sz w:val="24"/>
          <w:szCs w:val="24"/>
          <w:lang w:eastAsia="ru-RU"/>
        </w:rPr>
        <w:t xml:space="preserve"> «Мама», А.В. Митяев «За что я люблю маму». </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Фольклорные и авторские произведения о чудесах и фантазии (не менее трёх произведений).</w:t>
      </w:r>
      <w:r w:rsidRPr="00765081">
        <w:rPr>
          <w:rFonts w:ascii="Times New Roman" w:eastAsia="Times New Roman" w:hAnsi="Times New Roman" w:cs="Times New Roman"/>
          <w:sz w:val="24"/>
          <w:szCs w:val="24"/>
          <w:lang w:eastAsia="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765081">
        <w:rPr>
          <w:rFonts w:ascii="Times New Roman" w:eastAsia="Times New Roman" w:hAnsi="Times New Roman" w:cs="Times New Roman"/>
          <w:sz w:val="24"/>
          <w:szCs w:val="24"/>
          <w:lang w:eastAsia="ru-RU"/>
        </w:rPr>
        <w:t>необычными</w:t>
      </w:r>
      <w:proofErr w:type="gramEnd"/>
      <w:r w:rsidRPr="00765081">
        <w:rPr>
          <w:rFonts w:ascii="Times New Roman" w:eastAsia="Times New Roman" w:hAnsi="Times New Roman" w:cs="Times New Roman"/>
          <w:sz w:val="24"/>
          <w:szCs w:val="24"/>
          <w:lang w:eastAsia="ru-RU"/>
        </w:rPr>
        <w:t>, сказочными, фантастическими.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Произведения для чтения: Р.С. </w:t>
      </w:r>
      <w:proofErr w:type="spellStart"/>
      <w:r w:rsidRPr="00765081">
        <w:rPr>
          <w:rFonts w:ascii="Times New Roman" w:eastAsia="Times New Roman" w:hAnsi="Times New Roman" w:cs="Times New Roman"/>
          <w:sz w:val="24"/>
          <w:szCs w:val="24"/>
          <w:lang w:eastAsia="ru-RU"/>
        </w:rPr>
        <w:t>Сеф</w:t>
      </w:r>
      <w:proofErr w:type="spellEnd"/>
      <w:r w:rsidRPr="00765081">
        <w:rPr>
          <w:rFonts w:ascii="Times New Roman" w:eastAsia="Times New Roman" w:hAnsi="Times New Roman" w:cs="Times New Roman"/>
          <w:sz w:val="24"/>
          <w:szCs w:val="24"/>
          <w:lang w:eastAsia="ru-RU"/>
        </w:rPr>
        <w:t xml:space="preserve"> «Чудо», В.В. Лунин «Я видел чудо», Б.В. </w:t>
      </w:r>
      <w:proofErr w:type="spellStart"/>
      <w:r w:rsidRPr="00765081">
        <w:rPr>
          <w:rFonts w:ascii="Times New Roman" w:eastAsia="Times New Roman" w:hAnsi="Times New Roman" w:cs="Times New Roman"/>
          <w:sz w:val="24"/>
          <w:szCs w:val="24"/>
          <w:lang w:eastAsia="ru-RU"/>
        </w:rPr>
        <w:t>Заходер</w:t>
      </w:r>
      <w:proofErr w:type="spellEnd"/>
      <w:r w:rsidRPr="00765081">
        <w:rPr>
          <w:rFonts w:ascii="Times New Roman" w:eastAsia="Times New Roman" w:hAnsi="Times New Roman" w:cs="Times New Roman"/>
          <w:sz w:val="24"/>
          <w:szCs w:val="24"/>
          <w:lang w:eastAsia="ru-RU"/>
        </w:rPr>
        <w:t xml:space="preserve"> «Моя </w:t>
      </w:r>
      <w:proofErr w:type="spellStart"/>
      <w:r w:rsidRPr="00765081">
        <w:rPr>
          <w:rFonts w:ascii="Times New Roman" w:eastAsia="Times New Roman" w:hAnsi="Times New Roman" w:cs="Times New Roman"/>
          <w:sz w:val="24"/>
          <w:szCs w:val="24"/>
          <w:lang w:eastAsia="ru-RU"/>
        </w:rPr>
        <w:t>Вообразилия</w:t>
      </w:r>
      <w:proofErr w:type="spellEnd"/>
      <w:r w:rsidRPr="00765081">
        <w:rPr>
          <w:rFonts w:ascii="Times New Roman" w:eastAsia="Times New Roman" w:hAnsi="Times New Roman" w:cs="Times New Roman"/>
          <w:sz w:val="24"/>
          <w:szCs w:val="24"/>
          <w:lang w:eastAsia="ru-RU"/>
        </w:rPr>
        <w:t xml:space="preserve">», Ю.П. </w:t>
      </w:r>
      <w:proofErr w:type="spellStart"/>
      <w:r w:rsidRPr="00765081">
        <w:rPr>
          <w:rFonts w:ascii="Times New Roman" w:eastAsia="Times New Roman" w:hAnsi="Times New Roman" w:cs="Times New Roman"/>
          <w:sz w:val="24"/>
          <w:szCs w:val="24"/>
          <w:lang w:eastAsia="ru-RU"/>
        </w:rPr>
        <w:t>Мориц</w:t>
      </w:r>
      <w:proofErr w:type="spellEnd"/>
      <w:r w:rsidRPr="00765081">
        <w:rPr>
          <w:rFonts w:ascii="Times New Roman" w:eastAsia="Times New Roman" w:hAnsi="Times New Roman" w:cs="Times New Roman"/>
          <w:sz w:val="24"/>
          <w:szCs w:val="24"/>
          <w:lang w:eastAsia="ru-RU"/>
        </w:rPr>
        <w:t xml:space="preserve"> «Сто фантазий» </w:t>
      </w:r>
      <w:r w:rsidRPr="00765081">
        <w:rPr>
          <w:rFonts w:ascii="Times New Roman" w:eastAsia="Times New Roman" w:hAnsi="Times New Roman" w:cs="Times New Roman"/>
          <w:sz w:val="24"/>
          <w:szCs w:val="24"/>
          <w:shd w:val="clear" w:color="auto" w:fill="FFFFFF"/>
          <w:lang w:eastAsia="ru-RU"/>
        </w:rPr>
        <w:t>​‌и другие (по выбору).‌</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Библиографическая культура</w:t>
      </w:r>
      <w:r w:rsidRPr="00765081">
        <w:rPr>
          <w:rFonts w:ascii="Times New Roman" w:eastAsia="Times New Roman" w:hAnsi="Times New Roman" w:cs="Times New Roman"/>
          <w:sz w:val="24"/>
          <w:szCs w:val="24"/>
          <w:lang w:eastAsia="ru-RU"/>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Базовые логические действия</w:t>
      </w:r>
      <w:r w:rsidRPr="00765081">
        <w:rPr>
          <w:rFonts w:ascii="Times New Roman" w:eastAsia="Times New Roman" w:hAnsi="Times New Roman" w:cs="Times New Roman"/>
          <w:sz w:val="24"/>
          <w:szCs w:val="24"/>
          <w:lang w:eastAsia="ru-RU"/>
        </w:rPr>
        <w:t> как часть познавательных универсальных учебных действий способствуют формированию умений:</w:t>
      </w:r>
    </w:p>
    <w:p w:rsidR="008215D9" w:rsidRPr="00765081" w:rsidRDefault="008215D9" w:rsidP="00C54376">
      <w:pPr>
        <w:numPr>
          <w:ilvl w:val="0"/>
          <w:numId w:val="1"/>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215D9" w:rsidRPr="00765081" w:rsidRDefault="008215D9" w:rsidP="00C54376">
      <w:pPr>
        <w:numPr>
          <w:ilvl w:val="0"/>
          <w:numId w:val="1"/>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понимать фактическое содержание прочитанного или прослушанного текста;</w:t>
      </w:r>
    </w:p>
    <w:p w:rsidR="008215D9" w:rsidRPr="00765081" w:rsidRDefault="008215D9" w:rsidP="00C54376">
      <w:pPr>
        <w:numPr>
          <w:ilvl w:val="0"/>
          <w:numId w:val="1"/>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proofErr w:type="gramStart"/>
      <w:r w:rsidRPr="00765081">
        <w:rPr>
          <w:rFonts w:ascii="Times New Roman" w:eastAsia="Times New Roman" w:hAnsi="Times New Roman" w:cs="Times New Roman"/>
          <w:sz w:val="24"/>
          <w:szCs w:val="24"/>
          <w:lang w:eastAsia="ru-RU"/>
        </w:rPr>
        <w:t>ориентироваться в терминах и понятиях: фольклор, малые фольклорные жанры, тема, идея, заголовок, содержание произведения, сказка (фольклорная</w:t>
      </w:r>
      <w:r w:rsidRPr="00765081">
        <w:rPr>
          <w:rFonts w:ascii="Times New Roman" w:eastAsia="Times New Roman" w:hAnsi="Times New Roman" w:cs="Times New Roman"/>
          <w:sz w:val="24"/>
          <w:szCs w:val="24"/>
          <w:lang w:eastAsia="ru-RU"/>
        </w:rPr>
        <w:br/>
        <w:t>и литературная), автор, герой, рассказ, стихотворение (в пределах изученного);</w:t>
      </w:r>
      <w:proofErr w:type="gramEnd"/>
    </w:p>
    <w:p w:rsidR="008215D9" w:rsidRPr="00765081" w:rsidRDefault="008215D9" w:rsidP="00C54376">
      <w:pPr>
        <w:numPr>
          <w:ilvl w:val="0"/>
          <w:numId w:val="1"/>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различать и группировать произведения по жанрам (загадки, пословицы, сказки (фольклорная и литературная), стихотворение, рассказ);</w:t>
      </w:r>
    </w:p>
    <w:p w:rsidR="008215D9" w:rsidRPr="00765081" w:rsidRDefault="008215D9" w:rsidP="00C54376">
      <w:pPr>
        <w:numPr>
          <w:ilvl w:val="0"/>
          <w:numId w:val="1"/>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765081">
        <w:rPr>
          <w:rFonts w:ascii="Times New Roman" w:eastAsia="Times New Roman" w:hAnsi="Times New Roman" w:cs="Times New Roman"/>
          <w:sz w:val="24"/>
          <w:szCs w:val="24"/>
          <w:lang w:eastAsia="ru-RU"/>
        </w:rPr>
        <w:br/>
        <w:t>или отрицательную оценку его поступкам, задавать вопросы по фактическому содержанию;</w:t>
      </w:r>
    </w:p>
    <w:p w:rsidR="008215D9" w:rsidRPr="00765081" w:rsidRDefault="008215D9" w:rsidP="00C54376">
      <w:pPr>
        <w:numPr>
          <w:ilvl w:val="0"/>
          <w:numId w:val="1"/>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сравнивать произведения по теме, настроению, которое оно вызывает.</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Работа с информацией</w:t>
      </w:r>
      <w:r w:rsidRPr="00765081">
        <w:rPr>
          <w:rFonts w:ascii="Times New Roman" w:eastAsia="Times New Roman" w:hAnsi="Times New Roman" w:cs="Times New Roman"/>
          <w:sz w:val="24"/>
          <w:szCs w:val="24"/>
          <w:lang w:eastAsia="ru-RU"/>
        </w:rPr>
        <w:t> как часть познавательных универсальных учебных действий способствует формированию умений:</w:t>
      </w:r>
    </w:p>
    <w:p w:rsidR="008215D9" w:rsidRPr="00765081" w:rsidRDefault="008215D9" w:rsidP="00C54376">
      <w:pPr>
        <w:numPr>
          <w:ilvl w:val="0"/>
          <w:numId w:val="2"/>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понимать, что те</w:t>
      </w:r>
      <w:proofErr w:type="gramStart"/>
      <w:r w:rsidRPr="00765081">
        <w:rPr>
          <w:rFonts w:ascii="Times New Roman" w:eastAsia="Times New Roman" w:hAnsi="Times New Roman" w:cs="Times New Roman"/>
          <w:sz w:val="24"/>
          <w:szCs w:val="24"/>
          <w:lang w:eastAsia="ru-RU"/>
        </w:rPr>
        <w:t>кст пр</w:t>
      </w:r>
      <w:proofErr w:type="gramEnd"/>
      <w:r w:rsidRPr="00765081">
        <w:rPr>
          <w:rFonts w:ascii="Times New Roman" w:eastAsia="Times New Roman" w:hAnsi="Times New Roman" w:cs="Times New Roman"/>
          <w:sz w:val="24"/>
          <w:szCs w:val="24"/>
          <w:lang w:eastAsia="ru-RU"/>
        </w:rPr>
        <w:t>оизведения может быть представлен в иллюстрациях, различных видах зрительного искусства (фильм, спектакль и другие);</w:t>
      </w:r>
    </w:p>
    <w:p w:rsidR="008215D9" w:rsidRPr="00765081" w:rsidRDefault="008215D9" w:rsidP="00C54376">
      <w:pPr>
        <w:numPr>
          <w:ilvl w:val="0"/>
          <w:numId w:val="2"/>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соотносить иллюстрацию с текстом произведения, читать отрывки из текста, которые соответствуют иллюстрации.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Коммуникативные универсальные учебные действия</w:t>
      </w:r>
      <w:r w:rsidRPr="00765081">
        <w:rPr>
          <w:rFonts w:ascii="Times New Roman" w:eastAsia="Times New Roman" w:hAnsi="Times New Roman" w:cs="Times New Roman"/>
          <w:sz w:val="24"/>
          <w:szCs w:val="24"/>
          <w:lang w:eastAsia="ru-RU"/>
        </w:rPr>
        <w:t> способствуют формированию умений:</w:t>
      </w:r>
    </w:p>
    <w:p w:rsidR="008215D9" w:rsidRPr="00765081" w:rsidRDefault="008215D9" w:rsidP="00C54376">
      <w:pPr>
        <w:numPr>
          <w:ilvl w:val="0"/>
          <w:numId w:val="3"/>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читать наизусть стихотворения, соблюдать орфоэпические и пунктуационные нормы;</w:t>
      </w:r>
    </w:p>
    <w:p w:rsidR="008215D9" w:rsidRPr="00765081" w:rsidRDefault="008215D9" w:rsidP="00C54376">
      <w:pPr>
        <w:numPr>
          <w:ilvl w:val="0"/>
          <w:numId w:val="3"/>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765081">
        <w:rPr>
          <w:rFonts w:ascii="Times New Roman" w:eastAsia="Times New Roman" w:hAnsi="Times New Roman" w:cs="Times New Roman"/>
          <w:sz w:val="24"/>
          <w:szCs w:val="24"/>
          <w:lang w:eastAsia="ru-RU"/>
        </w:rPr>
        <w:t>высказывать своё отношение</w:t>
      </w:r>
      <w:proofErr w:type="gramEnd"/>
      <w:r w:rsidRPr="00765081">
        <w:rPr>
          <w:rFonts w:ascii="Times New Roman" w:eastAsia="Times New Roman" w:hAnsi="Times New Roman" w:cs="Times New Roman"/>
          <w:sz w:val="24"/>
          <w:szCs w:val="24"/>
          <w:lang w:eastAsia="ru-RU"/>
        </w:rPr>
        <w:br/>
        <w:t>к обсуждаемой проблеме;</w:t>
      </w:r>
    </w:p>
    <w:p w:rsidR="008215D9" w:rsidRPr="00765081" w:rsidRDefault="008215D9" w:rsidP="00C54376">
      <w:pPr>
        <w:numPr>
          <w:ilvl w:val="0"/>
          <w:numId w:val="3"/>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пересказывать (устно) содержание произведения с опорой на вопросы, рисунки, предложенный план;</w:t>
      </w:r>
    </w:p>
    <w:p w:rsidR="008215D9" w:rsidRPr="00765081" w:rsidRDefault="008215D9" w:rsidP="00C54376">
      <w:pPr>
        <w:numPr>
          <w:ilvl w:val="0"/>
          <w:numId w:val="3"/>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объяснять своими словами значение изученных понятий;</w:t>
      </w:r>
    </w:p>
    <w:p w:rsidR="008215D9" w:rsidRPr="00765081" w:rsidRDefault="008215D9" w:rsidP="00C54376">
      <w:pPr>
        <w:numPr>
          <w:ilvl w:val="0"/>
          <w:numId w:val="3"/>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описывать своё настроение после слушания (чтения) стихотворений, сказок, рассказов.</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Регулятивные универсальные учебные действия</w:t>
      </w:r>
      <w:r w:rsidRPr="00765081">
        <w:rPr>
          <w:rFonts w:ascii="Times New Roman" w:eastAsia="Times New Roman" w:hAnsi="Times New Roman" w:cs="Times New Roman"/>
          <w:sz w:val="24"/>
          <w:szCs w:val="24"/>
          <w:lang w:eastAsia="ru-RU"/>
        </w:rPr>
        <w:t> способствуют формированию умений:</w:t>
      </w:r>
    </w:p>
    <w:p w:rsidR="008215D9" w:rsidRPr="00765081" w:rsidRDefault="008215D9" w:rsidP="00C54376">
      <w:pPr>
        <w:numPr>
          <w:ilvl w:val="0"/>
          <w:numId w:val="4"/>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понимать и удерживать поставленную учебную задачу, в случае необходимости обращаться за помощью к учителю;</w:t>
      </w:r>
    </w:p>
    <w:p w:rsidR="008215D9" w:rsidRPr="00765081" w:rsidRDefault="008215D9" w:rsidP="00C54376">
      <w:pPr>
        <w:numPr>
          <w:ilvl w:val="0"/>
          <w:numId w:val="4"/>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проявлять желание самостоятельно читать, совершенствовать свой навык чтения;</w:t>
      </w:r>
    </w:p>
    <w:p w:rsidR="008215D9" w:rsidRPr="00765081" w:rsidRDefault="008215D9" w:rsidP="00C54376">
      <w:pPr>
        <w:numPr>
          <w:ilvl w:val="0"/>
          <w:numId w:val="4"/>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 помощью учителя оценивать свои успехи (трудности) в освоении читательской деятельности.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Совместная деятельность</w:t>
      </w:r>
      <w:r w:rsidRPr="00765081">
        <w:rPr>
          <w:rFonts w:ascii="Times New Roman" w:eastAsia="Times New Roman" w:hAnsi="Times New Roman" w:cs="Times New Roman"/>
          <w:sz w:val="24"/>
          <w:szCs w:val="24"/>
          <w:lang w:eastAsia="ru-RU"/>
        </w:rPr>
        <w:t> способствует формированию умений:</w:t>
      </w:r>
    </w:p>
    <w:p w:rsidR="008215D9" w:rsidRPr="00765081" w:rsidRDefault="008215D9" w:rsidP="00C54376">
      <w:pPr>
        <w:numPr>
          <w:ilvl w:val="0"/>
          <w:numId w:val="5"/>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проявлять желание работать в парах, небольших группах;</w:t>
      </w:r>
    </w:p>
    <w:p w:rsidR="008215D9" w:rsidRPr="00765081" w:rsidRDefault="008215D9" w:rsidP="00C54376">
      <w:pPr>
        <w:numPr>
          <w:ilvl w:val="0"/>
          <w:numId w:val="5"/>
        </w:numPr>
        <w:tabs>
          <w:tab w:val="clear" w:pos="720"/>
          <w:tab w:val="left" w:pos="0"/>
          <w:tab w:val="left" w:pos="709"/>
        </w:tabs>
        <w:spacing w:after="0" w:line="240" w:lineRule="auto"/>
        <w:ind w:left="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lastRenderedPageBreak/>
        <w:t>проявлять культуру взаимодействия, терпение, умение договариваться, ответственно выполнять свою часть работы.</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2 КЛАСС</w:t>
      </w:r>
    </w:p>
    <w:p w:rsidR="008215D9" w:rsidRPr="00765081" w:rsidRDefault="008215D9" w:rsidP="00C54376">
      <w:pPr>
        <w:tabs>
          <w:tab w:val="left" w:pos="0"/>
          <w:tab w:val="left" w:pos="709"/>
        </w:tabs>
        <w:spacing w:after="0" w:line="240" w:lineRule="auto"/>
        <w:rPr>
          <w:rFonts w:ascii="Times New Roman" w:eastAsia="Times New Roman" w:hAnsi="Times New Roman" w:cs="Times New Roman"/>
          <w:bCs/>
          <w:i/>
          <w:sz w:val="24"/>
          <w:szCs w:val="24"/>
          <w:lang w:eastAsia="ru-RU"/>
        </w:rPr>
      </w:pP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О нашей Родине</w:t>
      </w:r>
      <w:r w:rsidRPr="00765081">
        <w:rPr>
          <w:rFonts w:ascii="Times New Roman" w:eastAsia="Calibri" w:hAnsi="Times New Roman" w:cs="Times New Roman"/>
          <w:i/>
          <w:sz w:val="24"/>
          <w:szCs w:val="24"/>
        </w:rPr>
        <w:t>.</w:t>
      </w:r>
      <w:r w:rsidRPr="00765081">
        <w:rPr>
          <w:rFonts w:ascii="Times New Roman" w:eastAsia="Calibri" w:hAnsi="Times New Roman" w:cs="Times New Roman"/>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0" w:name="ed982dc1-4f41-4e50-8468-d935ee87e24a"/>
      <w:r w:rsidRPr="00765081">
        <w:rPr>
          <w:rFonts w:ascii="Times New Roman" w:eastAsia="Calibri" w:hAnsi="Times New Roman" w:cs="Times New Roman"/>
          <w:sz w:val="24"/>
          <w:szCs w:val="24"/>
        </w:rPr>
        <w:t>и др.</w:t>
      </w:r>
      <w:bookmarkEnd w:id="0"/>
      <w:r w:rsidRPr="00765081">
        <w:rPr>
          <w:rFonts w:ascii="Times New Roman" w:eastAsia="Calibri" w:hAnsi="Times New Roman" w:cs="Times New Roman"/>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 w:name="1298bf26-b436-4fc1-84b0-9ebe666f1df3"/>
      <w:r w:rsidRPr="00765081">
        <w:rPr>
          <w:rFonts w:ascii="Times New Roman" w:eastAsia="Calibri" w:hAnsi="Times New Roman" w:cs="Times New Roman"/>
          <w:sz w:val="24"/>
          <w:szCs w:val="24"/>
        </w:rPr>
        <w:t>и др.</w:t>
      </w:r>
      <w:bookmarkEnd w:id="1"/>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И.С. Никитин «Русь», Ф.П. Савинов «Родина», А.А. Прокофьев «Родина» ‌</w:t>
      </w:r>
      <w:bookmarkStart w:id="2" w:name="962cdfcc-893b-46af-892f-e7c6efd8159d"/>
      <w:r w:rsidRPr="00765081">
        <w:rPr>
          <w:rFonts w:ascii="Times New Roman" w:eastAsia="Calibri" w:hAnsi="Times New Roman" w:cs="Times New Roman"/>
          <w:sz w:val="24"/>
          <w:szCs w:val="24"/>
        </w:rPr>
        <w:t>и другие (по выбору)</w:t>
      </w:r>
      <w:bookmarkEnd w:id="2"/>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Фольклор (устное народное творчество).</w:t>
      </w:r>
      <w:r w:rsidRPr="00765081">
        <w:rPr>
          <w:rFonts w:ascii="Times New Roman" w:eastAsia="Calibri"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proofErr w:type="gramStart"/>
      <w:r w:rsidRPr="00765081">
        <w:rPr>
          <w:rFonts w:ascii="Times New Roman" w:eastAsia="Calibri"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3" w:name="456c0f4b-38df-4ede-9bfd-a6dc69bb3da3"/>
      <w:r w:rsidRPr="00765081">
        <w:rPr>
          <w:rFonts w:ascii="Times New Roman" w:eastAsia="Calibri" w:hAnsi="Times New Roman" w:cs="Times New Roman"/>
          <w:sz w:val="24"/>
          <w:szCs w:val="24"/>
        </w:rPr>
        <w:t>(1-2 произведения) и другие.</w:t>
      </w:r>
      <w:bookmarkEnd w:id="3"/>
      <w:proofErr w:type="gramEnd"/>
      <w:r w:rsidRPr="00765081">
        <w:rPr>
          <w:rFonts w:ascii="Times New Roman" w:eastAsia="Calibri" w:hAnsi="Times New Roman" w:cs="Times New Roman"/>
          <w:sz w:val="24"/>
          <w:szCs w:val="24"/>
        </w:rPr>
        <w:t>‌</w:t>
      </w:r>
      <w:r w:rsidRPr="00765081">
        <w:rPr>
          <w:rFonts w:ascii="Times New Roman" w:eastAsia="Calibri" w:hAnsi="Times New Roman" w:cs="Times New Roman"/>
          <w:bCs/>
          <w:i/>
          <w:sz w:val="24"/>
          <w:szCs w:val="24"/>
        </w:rPr>
        <w:t>Лиса и тетерев</w:t>
      </w:r>
      <w:proofErr w:type="gramStart"/>
      <w:r w:rsidRPr="00765081">
        <w:rPr>
          <w:rFonts w:ascii="Times New Roman" w:eastAsia="Calibri" w:hAnsi="Times New Roman" w:cs="Times New Roman"/>
          <w:bCs/>
          <w:i/>
          <w:sz w:val="24"/>
          <w:szCs w:val="24"/>
        </w:rPr>
        <w:t>,Л</w:t>
      </w:r>
      <w:proofErr w:type="gramEnd"/>
      <w:r w:rsidRPr="00765081">
        <w:rPr>
          <w:rFonts w:ascii="Times New Roman" w:eastAsia="Calibri" w:hAnsi="Times New Roman" w:cs="Times New Roman"/>
          <w:bCs/>
          <w:i/>
          <w:sz w:val="24"/>
          <w:szCs w:val="24"/>
        </w:rPr>
        <w:t>иса и журавль, Гуси-лебеди.</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Звуки и краски родной природы в разные времена года</w:t>
      </w:r>
      <w:proofErr w:type="gramStart"/>
      <w:r w:rsidRPr="00765081">
        <w:rPr>
          <w:rFonts w:ascii="Times New Roman" w:eastAsia="Calibri" w:hAnsi="Times New Roman" w:cs="Times New Roman"/>
          <w:i/>
          <w:sz w:val="24"/>
          <w:szCs w:val="24"/>
        </w:rPr>
        <w:t>.</w:t>
      </w:r>
      <w:r w:rsidRPr="00765081">
        <w:rPr>
          <w:rFonts w:ascii="Times New Roman" w:eastAsia="Calibri" w:hAnsi="Times New Roman" w:cs="Times New Roman"/>
          <w:sz w:val="24"/>
          <w:szCs w:val="24"/>
        </w:rPr>
        <w:t>Т</w:t>
      </w:r>
      <w:proofErr w:type="gramEnd"/>
      <w:r w:rsidRPr="00765081">
        <w:rPr>
          <w:rFonts w:ascii="Times New Roman" w:eastAsia="Calibri" w:hAnsi="Times New Roman" w:cs="Times New Roman"/>
          <w:sz w:val="24"/>
          <w:szCs w:val="24"/>
        </w:rPr>
        <w:t>ема природы в разные времена года (осень, зима, весна, лето) в произведениях литературы ‌</w:t>
      </w:r>
      <w:bookmarkStart w:id="4" w:name="a795cdb6-3331-4707-b8e8-5cb0da99412e"/>
      <w:r w:rsidRPr="00765081">
        <w:rPr>
          <w:rFonts w:ascii="Times New Roman" w:eastAsia="Calibri" w:hAnsi="Times New Roman" w:cs="Times New Roman"/>
          <w:sz w:val="24"/>
          <w:szCs w:val="24"/>
        </w:rPr>
        <w:t>(по выбору, не менее пяти авторов)</w:t>
      </w:r>
      <w:bookmarkEnd w:id="4"/>
      <w:r w:rsidRPr="00765081">
        <w:rPr>
          <w:rFonts w:ascii="Times New Roman" w:eastAsia="Calibri" w:hAnsi="Times New Roman" w:cs="Times New Roman"/>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5" w:name="38ebb684-bb96-4634-9e10-7eed67228eb5"/>
      <w:r w:rsidRPr="00765081">
        <w:rPr>
          <w:rFonts w:ascii="Times New Roman" w:eastAsia="Calibri" w:hAnsi="Times New Roman" w:cs="Times New Roman"/>
          <w:sz w:val="24"/>
          <w:szCs w:val="24"/>
        </w:rPr>
        <w:t>и др.</w:t>
      </w:r>
      <w:bookmarkEnd w:id="5"/>
      <w:r w:rsidRPr="00765081">
        <w:rPr>
          <w:rFonts w:ascii="Times New Roman" w:eastAsia="Calibri" w:hAnsi="Times New Roman" w:cs="Times New Roman"/>
          <w:sz w:val="24"/>
          <w:szCs w:val="24"/>
        </w:rPr>
        <w:t>‌) и музыкальных произведениях (например, произведения П. И. Чайковского, А. Вивальди ‌</w:t>
      </w:r>
      <w:bookmarkStart w:id="6" w:name="dd29e9f3-12b7-4b9a-918b-b4f7d1d4e3e3"/>
      <w:r w:rsidRPr="00765081">
        <w:rPr>
          <w:rFonts w:ascii="Times New Roman" w:eastAsia="Calibri" w:hAnsi="Times New Roman" w:cs="Times New Roman"/>
          <w:sz w:val="24"/>
          <w:szCs w:val="24"/>
        </w:rPr>
        <w:t>и др.</w:t>
      </w:r>
      <w:bookmarkEnd w:id="6"/>
      <w:r w:rsidRPr="00765081">
        <w:rPr>
          <w:rFonts w:ascii="Times New Roman" w:eastAsia="Calibri" w:hAnsi="Times New Roman" w:cs="Times New Roman"/>
          <w:sz w:val="24"/>
          <w:szCs w:val="24"/>
        </w:rPr>
        <w:t xml:space="preserve">‌).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765081">
        <w:rPr>
          <w:rFonts w:ascii="Times New Roman" w:eastAsia="Calibri" w:hAnsi="Times New Roman" w:cs="Times New Roman"/>
          <w:sz w:val="24"/>
          <w:szCs w:val="24"/>
        </w:rPr>
        <w:t>Скребицкий</w:t>
      </w:r>
      <w:proofErr w:type="spellEnd"/>
      <w:r w:rsidRPr="00765081">
        <w:rPr>
          <w:rFonts w:ascii="Times New Roman" w:eastAsia="Calibri" w:hAnsi="Times New Roman" w:cs="Times New Roman"/>
          <w:sz w:val="24"/>
          <w:szCs w:val="24"/>
        </w:rPr>
        <w:t xml:space="preserve"> «Четыре художника», Ф.И. Тютчев «Чародейкою Зимою», «Зима недаром злится», И.С. Соколов-Микитов «Зима в лесу», С.А. Есенин «Поёт зима – аукает…», И.З. Суриков «Лето» ‌</w:t>
      </w:r>
      <w:bookmarkStart w:id="7" w:name="efb88ac4-efc6-4819-b5c6-387e3421f079"/>
      <w:r w:rsidRPr="00765081">
        <w:rPr>
          <w:rFonts w:ascii="Times New Roman" w:eastAsia="Calibri" w:hAnsi="Times New Roman" w:cs="Times New Roman"/>
          <w:sz w:val="24"/>
          <w:szCs w:val="24"/>
        </w:rPr>
        <w:t xml:space="preserve">и </w:t>
      </w:r>
      <w:proofErr w:type="spellStart"/>
      <w:r w:rsidRPr="00765081">
        <w:rPr>
          <w:rFonts w:ascii="Times New Roman" w:eastAsia="Calibri" w:hAnsi="Times New Roman" w:cs="Times New Roman"/>
          <w:sz w:val="24"/>
          <w:szCs w:val="24"/>
        </w:rPr>
        <w:t>другие</w:t>
      </w:r>
      <w:bookmarkEnd w:id="7"/>
      <w:r w:rsidRPr="00765081">
        <w:rPr>
          <w:rFonts w:ascii="Times New Roman" w:eastAsia="Calibri" w:hAnsi="Times New Roman" w:cs="Times New Roman"/>
          <w:sz w:val="24"/>
          <w:szCs w:val="24"/>
        </w:rPr>
        <w:t>‌.</w:t>
      </w:r>
      <w:r w:rsidRPr="00765081">
        <w:rPr>
          <w:rFonts w:ascii="Times New Roman" w:eastAsia="Calibri" w:hAnsi="Times New Roman" w:cs="Times New Roman"/>
          <w:bCs/>
          <w:i/>
          <w:sz w:val="24"/>
          <w:szCs w:val="24"/>
        </w:rPr>
        <w:t>Ф.Тютчев</w:t>
      </w:r>
      <w:proofErr w:type="spellEnd"/>
      <w:r w:rsidRPr="00765081">
        <w:rPr>
          <w:rFonts w:ascii="Times New Roman" w:eastAsia="Calibri" w:hAnsi="Times New Roman" w:cs="Times New Roman"/>
          <w:bCs/>
          <w:i/>
          <w:sz w:val="24"/>
          <w:szCs w:val="24"/>
        </w:rPr>
        <w:t xml:space="preserve"> «Есть в осени первоначальной …»</w:t>
      </w:r>
      <w:proofErr w:type="gramStart"/>
      <w:r w:rsidRPr="00765081">
        <w:rPr>
          <w:rFonts w:ascii="Times New Roman" w:eastAsia="Calibri" w:hAnsi="Times New Roman" w:cs="Times New Roman"/>
          <w:bCs/>
          <w:i/>
          <w:sz w:val="24"/>
          <w:szCs w:val="24"/>
        </w:rPr>
        <w:t>,А</w:t>
      </w:r>
      <w:proofErr w:type="gramEnd"/>
      <w:r w:rsidRPr="00765081">
        <w:rPr>
          <w:rFonts w:ascii="Times New Roman" w:eastAsia="Calibri" w:hAnsi="Times New Roman" w:cs="Times New Roman"/>
          <w:bCs/>
          <w:i/>
          <w:sz w:val="24"/>
          <w:szCs w:val="24"/>
        </w:rPr>
        <w:t>.Фет «Ласточки пропали … ,С.Михалков «Новогодняя быль»,Ф.Тютчев «Весенние воды»,Ф.Плещеев «Весна», А.Блок «На лугу», И.Бунин «Первый снег», «Два мороза»</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О детях и дружбе.</w:t>
      </w:r>
      <w:r w:rsidRPr="00765081">
        <w:rPr>
          <w:rFonts w:ascii="Times New Roman" w:eastAsia="Calibri" w:hAnsi="Times New Roman" w:cs="Times New Roman"/>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w:t>
      </w:r>
      <w:r w:rsidRPr="00765081">
        <w:rPr>
          <w:rFonts w:ascii="Times New Roman" w:eastAsia="Calibri" w:hAnsi="Times New Roman" w:cs="Times New Roman"/>
          <w:sz w:val="24"/>
          <w:szCs w:val="24"/>
        </w:rPr>
        <w:lastRenderedPageBreak/>
        <w:t>В.В. Лунина ‌</w:t>
      </w:r>
      <w:bookmarkStart w:id="8" w:name="a7e1fa52-e56b-4337-8267-56515f0ca83b"/>
      <w:r w:rsidRPr="00765081">
        <w:rPr>
          <w:rFonts w:ascii="Times New Roman" w:eastAsia="Calibri" w:hAnsi="Times New Roman" w:cs="Times New Roman"/>
          <w:sz w:val="24"/>
          <w:szCs w:val="24"/>
        </w:rPr>
        <w:t>и др.</w:t>
      </w:r>
      <w:bookmarkEnd w:id="8"/>
      <w:r w:rsidRPr="00765081">
        <w:rPr>
          <w:rFonts w:ascii="Times New Roman" w:eastAsia="Calibri" w:hAnsi="Times New Roman" w:cs="Times New Roman"/>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bCs/>
          <w:i/>
          <w:sz w:val="24"/>
          <w:szCs w:val="24"/>
        </w:rPr>
      </w:pPr>
      <w:r w:rsidRPr="00765081">
        <w:rPr>
          <w:rFonts w:ascii="Times New Roman" w:eastAsia="Calibri" w:hAnsi="Times New Roman" w:cs="Times New Roman"/>
          <w:sz w:val="24"/>
          <w:szCs w:val="24"/>
        </w:rPr>
        <w:t xml:space="preserve">Произведения для чтения: </w:t>
      </w:r>
      <w:proofErr w:type="gramStart"/>
      <w:r w:rsidRPr="00765081">
        <w:rPr>
          <w:rFonts w:ascii="Times New Roman" w:eastAsia="Calibri" w:hAnsi="Times New Roman" w:cs="Times New Roman"/>
          <w:sz w:val="24"/>
          <w:szCs w:val="24"/>
        </w:rPr>
        <w:t xml:space="preserve">Л.Н. Толстой «Филиппок», Е.А. Пермяк «Две пословицы», Ю.И. Ермолаев «Два пирожных», В.А. Осеева «Синие листья», Н.Н. Носов «На горке», «Заплатка», А.Л. </w:t>
      </w:r>
      <w:proofErr w:type="spellStart"/>
      <w:r w:rsidRPr="00765081">
        <w:rPr>
          <w:rFonts w:ascii="Times New Roman" w:eastAsia="Calibri" w:hAnsi="Times New Roman" w:cs="Times New Roman"/>
          <w:sz w:val="24"/>
          <w:szCs w:val="24"/>
        </w:rPr>
        <w:t>Барто</w:t>
      </w:r>
      <w:proofErr w:type="spellEnd"/>
      <w:r w:rsidRPr="00765081">
        <w:rPr>
          <w:rFonts w:ascii="Times New Roman" w:eastAsia="Calibri" w:hAnsi="Times New Roman" w:cs="Times New Roman"/>
          <w:sz w:val="24"/>
          <w:szCs w:val="24"/>
        </w:rPr>
        <w:t xml:space="preserve"> «Катя», В.В. Лунин «Я и Вовка», В.Ю. Драгунский «Тайное становится явным» ‌</w:t>
      </w:r>
      <w:bookmarkStart w:id="9" w:name="40ab19d4-931e-4d2b-9014-ad354b0f7461"/>
      <w:r w:rsidRPr="00765081">
        <w:rPr>
          <w:rFonts w:ascii="Times New Roman" w:eastAsia="Calibri" w:hAnsi="Times New Roman" w:cs="Times New Roman"/>
          <w:sz w:val="24"/>
          <w:szCs w:val="24"/>
        </w:rPr>
        <w:t>и другие (по выбору)</w:t>
      </w:r>
      <w:bookmarkEnd w:id="9"/>
      <w:r w:rsidRPr="00765081">
        <w:rPr>
          <w:rFonts w:ascii="Times New Roman" w:eastAsia="Calibri" w:hAnsi="Times New Roman" w:cs="Times New Roman"/>
          <w:sz w:val="24"/>
          <w:szCs w:val="24"/>
        </w:rPr>
        <w:t>‌.</w:t>
      </w:r>
      <w:r w:rsidRPr="00765081">
        <w:rPr>
          <w:rFonts w:ascii="Times New Roman" w:eastAsia="Calibri" w:hAnsi="Times New Roman" w:cs="Times New Roman"/>
          <w:bCs/>
          <w:i/>
          <w:sz w:val="24"/>
          <w:szCs w:val="24"/>
        </w:rPr>
        <w:t>Л.Н.Толстой «Котенок», Л.Н.Толстой «Правда всего дороже», И.А.Крылов «Стрекоза и</w:t>
      </w:r>
      <w:proofErr w:type="gramEnd"/>
      <w:r w:rsidRPr="00765081">
        <w:rPr>
          <w:rFonts w:ascii="Times New Roman" w:eastAsia="Calibri" w:hAnsi="Times New Roman" w:cs="Times New Roman"/>
          <w:bCs/>
          <w:i/>
          <w:sz w:val="24"/>
          <w:szCs w:val="24"/>
        </w:rPr>
        <w:t xml:space="preserve"> муравей», </w:t>
      </w:r>
      <w:proofErr w:type="spellStart"/>
      <w:r w:rsidRPr="00765081">
        <w:rPr>
          <w:rFonts w:ascii="Times New Roman" w:eastAsia="Calibri" w:hAnsi="Times New Roman" w:cs="Times New Roman"/>
          <w:bCs/>
          <w:i/>
          <w:sz w:val="24"/>
          <w:szCs w:val="24"/>
        </w:rPr>
        <w:t>А.Барто</w:t>
      </w:r>
      <w:proofErr w:type="spellEnd"/>
      <w:r w:rsidRPr="00765081">
        <w:rPr>
          <w:rFonts w:ascii="Times New Roman" w:eastAsia="Calibri" w:hAnsi="Times New Roman" w:cs="Times New Roman"/>
          <w:bCs/>
          <w:i/>
          <w:sz w:val="24"/>
          <w:szCs w:val="24"/>
        </w:rPr>
        <w:t xml:space="preserve"> «Веревочка», К.И.Чуковский «Путаница», К.И.Чуковский «</w:t>
      </w:r>
      <w:proofErr w:type="spellStart"/>
      <w:r w:rsidRPr="00765081">
        <w:rPr>
          <w:rFonts w:ascii="Times New Roman" w:eastAsia="Calibri" w:hAnsi="Times New Roman" w:cs="Times New Roman"/>
          <w:bCs/>
          <w:i/>
          <w:sz w:val="24"/>
          <w:szCs w:val="24"/>
        </w:rPr>
        <w:t>Федорино</w:t>
      </w:r>
      <w:proofErr w:type="spellEnd"/>
      <w:r w:rsidRPr="00765081">
        <w:rPr>
          <w:rFonts w:ascii="Times New Roman" w:eastAsia="Calibri" w:hAnsi="Times New Roman" w:cs="Times New Roman"/>
          <w:bCs/>
          <w:i/>
          <w:sz w:val="24"/>
          <w:szCs w:val="24"/>
        </w:rPr>
        <w:t xml:space="preserve"> горе»</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Мир сказок</w:t>
      </w:r>
      <w:proofErr w:type="gramStart"/>
      <w:r w:rsidRPr="00765081">
        <w:rPr>
          <w:rFonts w:ascii="Times New Roman" w:eastAsia="Calibri" w:hAnsi="Times New Roman" w:cs="Times New Roman"/>
          <w:i/>
          <w:sz w:val="24"/>
          <w:szCs w:val="24"/>
        </w:rPr>
        <w:t>.</w:t>
      </w:r>
      <w:r w:rsidRPr="00765081">
        <w:rPr>
          <w:rFonts w:ascii="Times New Roman" w:eastAsia="Calibri" w:hAnsi="Times New Roman" w:cs="Times New Roman"/>
          <w:sz w:val="24"/>
          <w:szCs w:val="24"/>
        </w:rPr>
        <w:t>Ф</w:t>
      </w:r>
      <w:proofErr w:type="gramEnd"/>
      <w:r w:rsidRPr="00765081">
        <w:rPr>
          <w:rFonts w:ascii="Times New Roman" w:eastAsia="Calibri" w:hAnsi="Times New Roman" w:cs="Times New Roman"/>
          <w:sz w:val="24"/>
          <w:szCs w:val="24"/>
        </w:rPr>
        <w:t>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w:t>
      </w:r>
      <w:proofErr w:type="gramStart"/>
      <w:r w:rsidRPr="00765081">
        <w:rPr>
          <w:rFonts w:ascii="Times New Roman" w:eastAsia="Calibri" w:hAnsi="Times New Roman" w:cs="Times New Roman"/>
          <w:sz w:val="24"/>
          <w:szCs w:val="24"/>
        </w:rPr>
        <w:t xml:space="preserve"> ,</w:t>
      </w:r>
      <w:proofErr w:type="gramEnd"/>
      <w:r w:rsidRPr="00765081">
        <w:rPr>
          <w:rFonts w:ascii="Times New Roman" w:eastAsia="Calibri" w:hAnsi="Times New Roman" w:cs="Times New Roman"/>
          <w:i/>
          <w:sz w:val="24"/>
          <w:szCs w:val="24"/>
        </w:rPr>
        <w:t>А.С.Пушкин «У лукоморья дуб зеленый».</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О братьях наших меньших</w:t>
      </w:r>
      <w:proofErr w:type="gramStart"/>
      <w:r w:rsidRPr="00765081">
        <w:rPr>
          <w:rFonts w:ascii="Times New Roman" w:eastAsia="Calibri" w:hAnsi="Times New Roman" w:cs="Times New Roman"/>
          <w:sz w:val="24"/>
          <w:szCs w:val="24"/>
          <w:u w:val="single"/>
        </w:rPr>
        <w:t>.</w:t>
      </w:r>
      <w:r w:rsidRPr="00765081">
        <w:rPr>
          <w:rFonts w:ascii="Times New Roman" w:eastAsia="Calibri" w:hAnsi="Times New Roman" w:cs="Times New Roman"/>
          <w:sz w:val="24"/>
          <w:szCs w:val="24"/>
        </w:rPr>
        <w:t>Ж</w:t>
      </w:r>
      <w:proofErr w:type="gramEnd"/>
      <w:r w:rsidRPr="00765081">
        <w:rPr>
          <w:rFonts w:ascii="Times New Roman" w:eastAsia="Calibri" w:hAnsi="Times New Roman" w:cs="Times New Roman"/>
          <w:sz w:val="24"/>
          <w:szCs w:val="24"/>
        </w:rPr>
        <w:t>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0" w:name="f6c97960-2744-496b-9707-3fa9fd7e78f4"/>
      <w:r w:rsidRPr="00765081">
        <w:rPr>
          <w:rFonts w:ascii="Times New Roman" w:eastAsia="Calibri" w:hAnsi="Times New Roman" w:cs="Times New Roman"/>
          <w:sz w:val="24"/>
          <w:szCs w:val="24"/>
        </w:rPr>
        <w:t>и др.</w:t>
      </w:r>
      <w:bookmarkEnd w:id="10"/>
      <w:r w:rsidRPr="00765081">
        <w:rPr>
          <w:rFonts w:ascii="Times New Roman" w:eastAsia="Calibri" w:hAnsi="Times New Roman" w:cs="Times New Roman"/>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Произведения для чтения: </w:t>
      </w:r>
      <w:proofErr w:type="gramStart"/>
      <w:r w:rsidRPr="00765081">
        <w:rPr>
          <w:rFonts w:ascii="Times New Roman" w:eastAsia="Calibri" w:hAnsi="Times New Roman" w:cs="Times New Roman"/>
          <w:sz w:val="24"/>
          <w:szCs w:val="24"/>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1" w:name="e10d51fb-77d6-4eb6-82fa-e73f940d872c"/>
      <w:r w:rsidRPr="00765081">
        <w:rPr>
          <w:rFonts w:ascii="Times New Roman" w:eastAsia="Calibri" w:hAnsi="Times New Roman" w:cs="Times New Roman"/>
          <w:sz w:val="24"/>
          <w:szCs w:val="24"/>
        </w:rPr>
        <w:t>и другие (по выбору)</w:t>
      </w:r>
      <w:bookmarkEnd w:id="11"/>
      <w:r w:rsidRPr="00765081">
        <w:rPr>
          <w:rFonts w:ascii="Times New Roman" w:eastAsia="Calibri" w:hAnsi="Times New Roman" w:cs="Times New Roman"/>
          <w:sz w:val="24"/>
          <w:szCs w:val="24"/>
        </w:rPr>
        <w:t xml:space="preserve">‌. </w:t>
      </w:r>
      <w:r w:rsidRPr="00765081">
        <w:rPr>
          <w:rFonts w:ascii="Times New Roman" w:eastAsia="Calibri" w:hAnsi="Times New Roman" w:cs="Times New Roman"/>
          <w:i/>
          <w:sz w:val="24"/>
          <w:szCs w:val="24"/>
        </w:rPr>
        <w:t>Е.Благинина «Мороз», В.В.Бианки «Сова»</w:t>
      </w:r>
      <w:proofErr w:type="gramEnd"/>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 xml:space="preserve">О </w:t>
      </w:r>
      <w:proofErr w:type="gramStart"/>
      <w:r w:rsidRPr="00765081">
        <w:rPr>
          <w:rFonts w:ascii="Times New Roman" w:eastAsia="Calibri" w:hAnsi="Times New Roman" w:cs="Times New Roman"/>
          <w:sz w:val="24"/>
          <w:szCs w:val="24"/>
          <w:u w:val="single"/>
        </w:rPr>
        <w:t>наших</w:t>
      </w:r>
      <w:proofErr w:type="gramEnd"/>
      <w:r w:rsidRPr="00765081">
        <w:rPr>
          <w:rFonts w:ascii="Times New Roman" w:eastAsia="Calibri" w:hAnsi="Times New Roman" w:cs="Times New Roman"/>
          <w:sz w:val="24"/>
          <w:szCs w:val="24"/>
          <w:u w:val="single"/>
        </w:rPr>
        <w:t xml:space="preserve"> близких, о семье</w:t>
      </w:r>
      <w:r w:rsidRPr="00765081">
        <w:rPr>
          <w:rFonts w:ascii="Times New Roman" w:eastAsia="Calibri" w:hAnsi="Times New Roman" w:cs="Times New Roman"/>
          <w:sz w:val="24"/>
          <w:szCs w:val="24"/>
        </w:rPr>
        <w:t>. Тема семьи, детства, взаимоотношений взрослых и детей в творчестве писателей и фольклорных произведениях ‌</w:t>
      </w:r>
      <w:bookmarkStart w:id="12" w:name="75f04348-e596-4238-bab2-9e51a0dd9d49"/>
      <w:r w:rsidRPr="00765081">
        <w:rPr>
          <w:rFonts w:ascii="Times New Roman" w:eastAsia="Calibri" w:hAnsi="Times New Roman" w:cs="Times New Roman"/>
          <w:sz w:val="24"/>
          <w:szCs w:val="24"/>
        </w:rPr>
        <w:t>(по выбору)</w:t>
      </w:r>
      <w:bookmarkEnd w:id="12"/>
      <w:r w:rsidRPr="00765081">
        <w:rPr>
          <w:rFonts w:ascii="Times New Roman" w:eastAsia="Calibri" w:hAnsi="Times New Roman" w:cs="Times New Roman"/>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i/>
          <w:sz w:val="24"/>
          <w:szCs w:val="24"/>
        </w:rPr>
      </w:pPr>
      <w:r w:rsidRPr="00765081">
        <w:rPr>
          <w:rFonts w:ascii="Times New Roman" w:eastAsia="Calibri" w:hAnsi="Times New Roman" w:cs="Times New Roman"/>
          <w:sz w:val="24"/>
          <w:szCs w:val="24"/>
        </w:rPr>
        <w:t xml:space="preserve">Произведения для чтения: </w:t>
      </w:r>
      <w:proofErr w:type="gramStart"/>
      <w:r w:rsidRPr="00765081">
        <w:rPr>
          <w:rFonts w:ascii="Times New Roman" w:eastAsia="Calibri" w:hAnsi="Times New Roman" w:cs="Times New Roman"/>
          <w:sz w:val="24"/>
          <w:szCs w:val="24"/>
        </w:rPr>
        <w:t xml:space="preserve">Л.Н. Толстой «Отец и сыновья», А.А. Плещеев «Песня матери», В.А. Осеева «Сыновья», С.В. Михалков «Быль для детей», С.А. </w:t>
      </w:r>
      <w:proofErr w:type="spellStart"/>
      <w:r w:rsidRPr="00765081">
        <w:rPr>
          <w:rFonts w:ascii="Times New Roman" w:eastAsia="Calibri" w:hAnsi="Times New Roman" w:cs="Times New Roman"/>
          <w:sz w:val="24"/>
          <w:szCs w:val="24"/>
        </w:rPr>
        <w:t>Баруздин</w:t>
      </w:r>
      <w:proofErr w:type="spellEnd"/>
      <w:r w:rsidRPr="00765081">
        <w:rPr>
          <w:rFonts w:ascii="Times New Roman" w:eastAsia="Calibri" w:hAnsi="Times New Roman" w:cs="Times New Roman"/>
          <w:sz w:val="24"/>
          <w:szCs w:val="24"/>
        </w:rPr>
        <w:t xml:space="preserve"> «Салют» ‌</w:t>
      </w:r>
      <w:bookmarkStart w:id="13" w:name="00a4a385-cff4-49eb-ae4b-82aa3880cc76"/>
      <w:r w:rsidRPr="00765081">
        <w:rPr>
          <w:rFonts w:ascii="Times New Roman" w:eastAsia="Calibri" w:hAnsi="Times New Roman" w:cs="Times New Roman"/>
          <w:sz w:val="24"/>
          <w:szCs w:val="24"/>
        </w:rPr>
        <w:t>и другое (по выбору)</w:t>
      </w:r>
      <w:bookmarkEnd w:id="13"/>
      <w:r w:rsidRPr="00765081">
        <w:rPr>
          <w:rFonts w:ascii="Times New Roman" w:eastAsia="Calibri" w:hAnsi="Times New Roman" w:cs="Times New Roman"/>
          <w:sz w:val="24"/>
          <w:szCs w:val="24"/>
        </w:rPr>
        <w:t xml:space="preserve">‌. </w:t>
      </w:r>
      <w:r w:rsidRPr="00765081">
        <w:rPr>
          <w:rFonts w:ascii="Times New Roman" w:eastAsia="Calibri" w:hAnsi="Times New Roman" w:cs="Times New Roman"/>
          <w:i/>
          <w:sz w:val="24"/>
          <w:szCs w:val="24"/>
        </w:rPr>
        <w:t>А.Плещеев «В бурю», С.Васильев «Белая береза»</w:t>
      </w:r>
      <w:proofErr w:type="gramEnd"/>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Зарубежная литература</w:t>
      </w:r>
      <w:r w:rsidRPr="00765081">
        <w:rPr>
          <w:rFonts w:ascii="Times New Roman" w:eastAsia="Calibri" w:hAnsi="Times New Roman" w:cs="Times New Roman"/>
          <w:sz w:val="24"/>
          <w:szCs w:val="24"/>
        </w:rPr>
        <w:t>. Круг чтения: литературная (авторская) сказка ‌</w:t>
      </w:r>
      <w:bookmarkStart w:id="14" w:name="0e5bc33d-ae81-4c2f-be70-c19efbdc81bd"/>
      <w:r w:rsidRPr="00765081">
        <w:rPr>
          <w:rFonts w:ascii="Times New Roman" w:eastAsia="Calibri" w:hAnsi="Times New Roman" w:cs="Times New Roman"/>
          <w:sz w:val="24"/>
          <w:szCs w:val="24"/>
        </w:rPr>
        <w:t>(не менее двух произведений)</w:t>
      </w:r>
      <w:bookmarkEnd w:id="14"/>
      <w:r w:rsidRPr="00765081">
        <w:rPr>
          <w:rFonts w:ascii="Times New Roman" w:eastAsia="Calibri" w:hAnsi="Times New Roman" w:cs="Times New Roman"/>
          <w:sz w:val="24"/>
          <w:szCs w:val="24"/>
        </w:rPr>
        <w:t>‌: зарубежные писатели-сказочники (Ш. Перро, Х.-К. Андерсен ‌</w:t>
      </w:r>
      <w:bookmarkStart w:id="15" w:name="55b8cda5-6d6e-49c3-8976-c08403fa95c8"/>
      <w:r w:rsidRPr="00765081">
        <w:rPr>
          <w:rFonts w:ascii="Times New Roman" w:eastAsia="Calibri" w:hAnsi="Times New Roman" w:cs="Times New Roman"/>
          <w:sz w:val="24"/>
          <w:szCs w:val="24"/>
        </w:rPr>
        <w:t>и др.</w:t>
      </w:r>
      <w:bookmarkEnd w:id="15"/>
      <w:r w:rsidRPr="00765081">
        <w:rPr>
          <w:rFonts w:ascii="Times New Roman" w:eastAsia="Calibri" w:hAnsi="Times New Roman" w:cs="Times New Roman"/>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Ш. Перро «Кот в сапогах», Х.-К. Андерсен «Пятеро из одного стручка» ‌</w:t>
      </w:r>
      <w:bookmarkStart w:id="16" w:name="cc294092-e172-41aa-9592-11fd4136cf7d"/>
      <w:r w:rsidRPr="00765081">
        <w:rPr>
          <w:rFonts w:ascii="Times New Roman" w:eastAsia="Calibri" w:hAnsi="Times New Roman" w:cs="Times New Roman"/>
          <w:sz w:val="24"/>
          <w:szCs w:val="24"/>
        </w:rPr>
        <w:t>и другие (по выбору)</w:t>
      </w:r>
      <w:bookmarkEnd w:id="16"/>
      <w:r w:rsidRPr="00765081">
        <w:rPr>
          <w:rFonts w:ascii="Times New Roman" w:eastAsia="Calibri" w:hAnsi="Times New Roman" w:cs="Times New Roman"/>
          <w:sz w:val="24"/>
          <w:szCs w:val="24"/>
        </w:rPr>
        <w:t xml:space="preserve">‌, </w:t>
      </w:r>
      <w:r w:rsidRPr="00765081">
        <w:rPr>
          <w:rFonts w:ascii="Times New Roman" w:eastAsia="Calibri" w:hAnsi="Times New Roman" w:cs="Times New Roman"/>
          <w:bCs/>
          <w:i/>
          <w:sz w:val="24"/>
          <w:szCs w:val="24"/>
        </w:rPr>
        <w:t>Г.Х.Андерсен «Огниво»</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u w:val="single"/>
        </w:rPr>
        <w:t>Библиографическая культура (работа с детской книгой и справочной литературой).</w:t>
      </w:r>
      <w:r w:rsidRPr="00765081">
        <w:rPr>
          <w:rFonts w:ascii="Times New Roman" w:eastAsia="Calibri" w:hAnsi="Times New Roman" w:cs="Times New Roman"/>
          <w:sz w:val="24"/>
          <w:szCs w:val="24"/>
        </w:rPr>
        <w:t xml:space="preserve"> Книга как источник необходимых знаний. Элементы книги: содержание или оглавление, аннотация, </w:t>
      </w:r>
      <w:r w:rsidRPr="00765081">
        <w:rPr>
          <w:rFonts w:ascii="Times New Roman" w:eastAsia="Calibri" w:hAnsi="Times New Roman" w:cs="Times New Roman"/>
          <w:sz w:val="24"/>
          <w:szCs w:val="24"/>
        </w:rPr>
        <w:lastRenderedPageBreak/>
        <w:t>иллюстрация. Выбор книг на основе рекомендательного списка, тематические картотеки библиотеки. Книга учебная, художественная, справочная.</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3 КЛАСС</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О Родине и её истории.</w:t>
      </w:r>
      <w:r w:rsidRPr="00765081">
        <w:rPr>
          <w:rFonts w:ascii="Times New Roman" w:eastAsia="Times New Roman" w:hAnsi="Times New Roman" w:cs="Times New Roman"/>
          <w:sz w:val="24"/>
          <w:szCs w:val="24"/>
          <w:lang w:eastAsia="ru-RU"/>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765081">
        <w:rPr>
          <w:rFonts w:ascii="Times New Roman" w:eastAsia="Times New Roman" w:hAnsi="Times New Roman" w:cs="Times New Roman"/>
          <w:sz w:val="24"/>
          <w:szCs w:val="24"/>
          <w:lang w:eastAsia="ru-RU"/>
        </w:rPr>
        <w:t>I</w:t>
      </w:r>
      <w:proofErr w:type="gramEnd"/>
      <w:r w:rsidRPr="00765081">
        <w:rPr>
          <w:rFonts w:ascii="Times New Roman" w:eastAsia="Times New Roman" w:hAnsi="Times New Roman" w:cs="Times New Roman"/>
          <w:sz w:val="24"/>
          <w:szCs w:val="24"/>
          <w:lang w:eastAsia="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Calibri" w:hAnsi="Times New Roman" w:cs="Times New Roman"/>
          <w:bCs/>
          <w:sz w:val="24"/>
          <w:szCs w:val="24"/>
          <w:lang w:eastAsia="ru-RU"/>
        </w:rPr>
        <w:t xml:space="preserve">Произведения для чтения: К.Д. Ушинский «Наше отечество», М.М. Пришвин «Моя Родина», С.А. Васильев «Россия», Н.П. Кончаловский «Наша древняя столица» (отрывки), Т. </w:t>
      </w:r>
      <w:r w:rsidRPr="00765081">
        <w:rPr>
          <w:rFonts w:ascii="Times New Roman" w:eastAsia="Calibri" w:hAnsi="Times New Roman" w:cs="Times New Roman"/>
          <w:bCs/>
          <w:i/>
          <w:sz w:val="24"/>
          <w:szCs w:val="24"/>
          <w:lang w:eastAsia="ru-RU"/>
        </w:rPr>
        <w:t>В. Бокова «Родина</w:t>
      </w:r>
      <w:r w:rsidRPr="00765081">
        <w:rPr>
          <w:rFonts w:ascii="Times New Roman" w:eastAsia="Calibri" w:hAnsi="Times New Roman" w:cs="Times New Roman"/>
          <w:bCs/>
          <w:sz w:val="24"/>
          <w:szCs w:val="24"/>
          <w:lang w:eastAsia="ru-RU"/>
        </w:rPr>
        <w:t>.</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Фольклор (устное народное творчество). </w:t>
      </w:r>
      <w:proofErr w:type="gramStart"/>
      <w:r w:rsidRPr="00765081">
        <w:rPr>
          <w:rFonts w:ascii="Times New Roman" w:eastAsia="Times New Roman" w:hAnsi="Times New Roman" w:cs="Times New Roman"/>
          <w:sz w:val="24"/>
          <w:szCs w:val="24"/>
          <w:lang w:eastAsia="ru-RU"/>
        </w:rPr>
        <w:t>Круг чтения: малые жанры фольклора (пословицы, потешки, считалки, небылицы, скороговорки, загадки, по выбору).</w:t>
      </w:r>
      <w:proofErr w:type="gramEnd"/>
      <w:r w:rsidRPr="00765081">
        <w:rPr>
          <w:rFonts w:ascii="Times New Roman" w:eastAsia="Times New Roman" w:hAnsi="Times New Roman" w:cs="Times New Roman"/>
          <w:sz w:val="24"/>
          <w:szCs w:val="24"/>
          <w:lang w:eastAsia="ru-RU"/>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Фольклорная сказка как отражение общечеловеческих ценностей и нравственных правил.</w:t>
      </w:r>
      <w:r w:rsidRPr="00765081">
        <w:rPr>
          <w:rFonts w:ascii="Times New Roman" w:eastAsia="Times New Roman" w:hAnsi="Times New Roman" w:cs="Times New Roman"/>
          <w:sz w:val="24"/>
          <w:szCs w:val="24"/>
          <w:lang w:eastAsia="ru-RU"/>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Круг чтения: народная песня.</w:t>
      </w:r>
      <w:r w:rsidRPr="00765081">
        <w:rPr>
          <w:rFonts w:ascii="Times New Roman" w:eastAsia="Times New Roman" w:hAnsi="Times New Roman" w:cs="Times New Roman"/>
          <w:sz w:val="24"/>
          <w:szCs w:val="24"/>
          <w:lang w:eastAsia="ru-RU"/>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215D9" w:rsidRPr="00765081" w:rsidRDefault="008215D9" w:rsidP="00C54376">
      <w:p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      Произведения для чтения: малые жанры фольклора, русская народная сказка «Иван царевич и серый волк», «</w:t>
      </w:r>
      <w:r w:rsidRPr="00765081">
        <w:rPr>
          <w:rFonts w:ascii="Times New Roman" w:eastAsia="Times New Roman" w:hAnsi="Times New Roman" w:cs="Times New Roman"/>
          <w:bCs/>
          <w:i/>
          <w:sz w:val="24"/>
          <w:szCs w:val="24"/>
          <w:lang w:eastAsia="ru-RU"/>
        </w:rPr>
        <w:t>Сивка – бурка</w:t>
      </w:r>
      <w:r w:rsidRPr="00765081">
        <w:rPr>
          <w:rFonts w:ascii="Times New Roman" w:eastAsia="Times New Roman" w:hAnsi="Times New Roman" w:cs="Times New Roman"/>
          <w:bCs/>
          <w:sz w:val="24"/>
          <w:szCs w:val="24"/>
          <w:lang w:eastAsia="ru-RU"/>
        </w:rPr>
        <w:t xml:space="preserve">», «Про Ленивую и </w:t>
      </w:r>
      <w:proofErr w:type="spellStart"/>
      <w:r w:rsidRPr="00765081">
        <w:rPr>
          <w:rFonts w:ascii="Times New Roman" w:eastAsia="Times New Roman" w:hAnsi="Times New Roman" w:cs="Times New Roman"/>
          <w:bCs/>
          <w:sz w:val="24"/>
          <w:szCs w:val="24"/>
          <w:lang w:eastAsia="ru-RU"/>
        </w:rPr>
        <w:t>Радивую</w:t>
      </w:r>
      <w:proofErr w:type="spellEnd"/>
      <w:r w:rsidRPr="00765081">
        <w:rPr>
          <w:rFonts w:ascii="Times New Roman" w:eastAsia="Times New Roman" w:hAnsi="Times New Roman" w:cs="Times New Roman"/>
          <w:bCs/>
          <w:sz w:val="24"/>
          <w:szCs w:val="24"/>
          <w:lang w:eastAsia="ru-RU"/>
        </w:rPr>
        <w:t xml:space="preserve">», «Дочь – семилетка», «Сестрица </w:t>
      </w:r>
      <w:r w:rsidRPr="00765081">
        <w:rPr>
          <w:rFonts w:ascii="Times New Roman" w:eastAsia="Times New Roman" w:hAnsi="Times New Roman" w:cs="Times New Roman"/>
          <w:bCs/>
          <w:i/>
          <w:sz w:val="24"/>
          <w:szCs w:val="24"/>
          <w:u w:val="single"/>
          <w:lang w:eastAsia="ru-RU"/>
        </w:rPr>
        <w:t xml:space="preserve">Алёнушка и братецИванушка», Н. П. Кончаловский «Мастер Фёдоров Иван и его печатный стан» (отрывок </w:t>
      </w:r>
      <w:proofErr w:type="gramStart"/>
      <w:r w:rsidRPr="00765081">
        <w:rPr>
          <w:rFonts w:ascii="Times New Roman" w:eastAsia="Times New Roman" w:hAnsi="Times New Roman" w:cs="Times New Roman"/>
          <w:bCs/>
          <w:i/>
          <w:sz w:val="24"/>
          <w:szCs w:val="24"/>
          <w:u w:val="single"/>
          <w:lang w:eastAsia="ru-RU"/>
        </w:rPr>
        <w:t>из</w:t>
      </w:r>
      <w:proofErr w:type="gramEnd"/>
      <w:r w:rsidRPr="00765081">
        <w:rPr>
          <w:rFonts w:ascii="Times New Roman" w:eastAsia="Times New Roman" w:hAnsi="Times New Roman" w:cs="Times New Roman"/>
          <w:bCs/>
          <w:i/>
          <w:sz w:val="24"/>
          <w:szCs w:val="24"/>
          <w:u w:val="single"/>
          <w:lang w:eastAsia="ru-RU"/>
        </w:rPr>
        <w:t xml:space="preserve"> «Наша древняя столица»).</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Творчество А. С. Пушкина. </w:t>
      </w:r>
      <w:r w:rsidRPr="00765081">
        <w:rPr>
          <w:rFonts w:ascii="Times New Roman" w:eastAsia="Times New Roman" w:hAnsi="Times New Roman" w:cs="Times New Roman"/>
          <w:sz w:val="24"/>
          <w:szCs w:val="24"/>
          <w:lang w:eastAsia="ru-RU"/>
        </w:rPr>
        <w:t xml:space="preserve">А. С. Пушкин – великий русский поэт. Лирические произведения: (эпитет); рифма, ритм. Литературные сказки А. С. Пушкина в стихах («Сказка о царе Салтане, о сыне его славном и могучем богатыре князе </w:t>
      </w:r>
      <w:proofErr w:type="spellStart"/>
      <w:r w:rsidRPr="00765081">
        <w:rPr>
          <w:rFonts w:ascii="Times New Roman" w:eastAsia="Times New Roman" w:hAnsi="Times New Roman" w:cs="Times New Roman"/>
          <w:sz w:val="24"/>
          <w:szCs w:val="24"/>
          <w:lang w:eastAsia="ru-RU"/>
        </w:rPr>
        <w:t>ГвидонеСалтановиче</w:t>
      </w:r>
      <w:proofErr w:type="spellEnd"/>
      <w:r w:rsidRPr="00765081">
        <w:rPr>
          <w:rFonts w:ascii="Times New Roman" w:eastAsia="Times New Roman" w:hAnsi="Times New Roman" w:cs="Times New Roman"/>
          <w:sz w:val="24"/>
          <w:szCs w:val="24"/>
          <w:lang w:eastAsia="ru-RU"/>
        </w:rPr>
        <w:t xml:space="preserve">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765081">
        <w:rPr>
          <w:rFonts w:ascii="Times New Roman" w:eastAsia="Times New Roman" w:hAnsi="Times New Roman" w:cs="Times New Roman"/>
          <w:sz w:val="24"/>
          <w:szCs w:val="24"/>
          <w:lang w:eastAsia="ru-RU"/>
        </w:rPr>
        <w:t>фольклорными</w:t>
      </w:r>
      <w:proofErr w:type="gramEnd"/>
      <w:r w:rsidRPr="00765081">
        <w:rPr>
          <w:rFonts w:ascii="Times New Roman" w:eastAsia="Times New Roman" w:hAnsi="Times New Roman" w:cs="Times New Roman"/>
          <w:sz w:val="24"/>
          <w:szCs w:val="24"/>
          <w:lang w:eastAsia="ru-RU"/>
        </w:rPr>
        <w:t>. Положительные и отрицательные герои, волшебные помощники, язык авторской сказки. И. Я. Билибин – иллюстратор сказок А. С. Пушкина.</w:t>
      </w:r>
    </w:p>
    <w:p w:rsidR="008215D9" w:rsidRPr="00765081" w:rsidRDefault="008215D9" w:rsidP="00C54376">
      <w:pPr>
        <w:tabs>
          <w:tab w:val="left" w:pos="0"/>
          <w:tab w:val="left" w:pos="709"/>
          <w:tab w:val="left" w:pos="993"/>
        </w:tabs>
        <w:spacing w:after="0" w:line="240" w:lineRule="auto"/>
        <w:jc w:val="both"/>
        <w:rPr>
          <w:rFonts w:ascii="Times New Roman" w:eastAsia="Times New Roman" w:hAnsi="Times New Roman" w:cs="Times New Roman"/>
          <w:b/>
          <w:bCs/>
          <w:i/>
          <w:sz w:val="24"/>
          <w:szCs w:val="24"/>
          <w:lang w:eastAsia="ru-RU"/>
        </w:rPr>
      </w:pPr>
      <w:r w:rsidRPr="00765081">
        <w:rPr>
          <w:rFonts w:ascii="Times New Roman" w:eastAsia="Times New Roman" w:hAnsi="Times New Roman" w:cs="Times New Roman"/>
          <w:bCs/>
          <w:sz w:val="24"/>
          <w:szCs w:val="24"/>
          <w:lang w:eastAsia="ru-RU"/>
        </w:rPr>
        <w:t xml:space="preserve">Произведения для чтения: А.С. Пушкин «Сказка о царе Салтане, о сыне его славном и могучем богатыре князе </w:t>
      </w:r>
      <w:proofErr w:type="spellStart"/>
      <w:r w:rsidRPr="00765081">
        <w:rPr>
          <w:rFonts w:ascii="Times New Roman" w:eastAsia="Times New Roman" w:hAnsi="Times New Roman" w:cs="Times New Roman"/>
          <w:bCs/>
          <w:sz w:val="24"/>
          <w:szCs w:val="24"/>
          <w:lang w:eastAsia="ru-RU"/>
        </w:rPr>
        <w:t>ГвидонеСалтановиче</w:t>
      </w:r>
      <w:proofErr w:type="spellEnd"/>
      <w:r w:rsidRPr="00765081">
        <w:rPr>
          <w:rFonts w:ascii="Times New Roman" w:eastAsia="Times New Roman" w:hAnsi="Times New Roman" w:cs="Times New Roman"/>
          <w:bCs/>
          <w:sz w:val="24"/>
          <w:szCs w:val="24"/>
          <w:lang w:eastAsia="ru-RU"/>
        </w:rPr>
        <w:t xml:space="preserve"> и о прекрасной царевне Лебеди», «В тот год осенняя погода…», «Опрятней модного паркета…», « </w:t>
      </w:r>
      <w:r w:rsidRPr="00765081">
        <w:rPr>
          <w:rFonts w:ascii="Times New Roman" w:eastAsia="Times New Roman" w:hAnsi="Times New Roman" w:cs="Times New Roman"/>
          <w:bCs/>
          <w:i/>
          <w:sz w:val="24"/>
          <w:szCs w:val="24"/>
          <w:lang w:eastAsia="ru-RU"/>
        </w:rPr>
        <w:t>Уж небо осенью дышало</w:t>
      </w:r>
      <w:r w:rsidRPr="00765081">
        <w:rPr>
          <w:rFonts w:ascii="Times New Roman" w:eastAsia="Times New Roman" w:hAnsi="Times New Roman" w:cs="Times New Roman"/>
          <w:bCs/>
          <w:sz w:val="24"/>
          <w:szCs w:val="24"/>
          <w:lang w:eastAsia="ru-RU"/>
        </w:rPr>
        <w:t>…», «</w:t>
      </w:r>
      <w:r w:rsidRPr="00765081">
        <w:rPr>
          <w:rFonts w:ascii="Times New Roman" w:eastAsia="Times New Roman" w:hAnsi="Times New Roman" w:cs="Times New Roman"/>
          <w:bCs/>
          <w:i/>
          <w:sz w:val="24"/>
          <w:szCs w:val="24"/>
          <w:lang w:eastAsia="ru-RU"/>
        </w:rPr>
        <w:t xml:space="preserve">Зимнее утро», «Зимний вечер», </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lastRenderedPageBreak/>
        <w:t>Творчество И. А. Крылова.</w:t>
      </w:r>
      <w:r w:rsidRPr="00765081">
        <w:rPr>
          <w:rFonts w:ascii="Times New Roman" w:eastAsia="Times New Roman" w:hAnsi="Times New Roman" w:cs="Times New Roman"/>
          <w:sz w:val="24"/>
          <w:szCs w:val="24"/>
          <w:lang w:eastAsia="ru-RU"/>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(«Ворона и Лисица», «Лисица и виноград»): назначение, темы и герои, особенности языка. Явная и скрытая мораль басен. Использование крылатых выражений в речи. </w:t>
      </w:r>
    </w:p>
    <w:p w:rsidR="008215D9" w:rsidRPr="00765081" w:rsidRDefault="008215D9" w:rsidP="00C54376">
      <w:pPr>
        <w:tabs>
          <w:tab w:val="left" w:pos="0"/>
          <w:tab w:val="left" w:pos="709"/>
        </w:tabs>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Произведения для чтения: И.А. Крылов «Ворона и Лисица», «Лисица и виноград», «Мартышка и очки», «</w:t>
      </w:r>
      <w:r w:rsidRPr="00765081">
        <w:rPr>
          <w:rFonts w:ascii="Times New Roman" w:eastAsia="Times New Roman" w:hAnsi="Times New Roman" w:cs="Times New Roman"/>
          <w:i/>
          <w:sz w:val="24"/>
          <w:szCs w:val="24"/>
          <w:lang w:eastAsia="ru-RU"/>
        </w:rPr>
        <w:t>Лебедь, щука и рак</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shd w:val="clear" w:color="auto" w:fill="FFFF00"/>
          <w:lang w:eastAsia="ru-RU"/>
        </w:rPr>
        <w:t>‌</w:t>
      </w:r>
      <w:r w:rsidRPr="00765081">
        <w:rPr>
          <w:rFonts w:ascii="Times New Roman" w:eastAsia="Times New Roman" w:hAnsi="Times New Roman" w:cs="Times New Roman"/>
          <w:sz w:val="24"/>
          <w:szCs w:val="24"/>
          <w:lang w:eastAsia="ru-RU"/>
        </w:rPr>
        <w:t>.</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Картины природы в произведениях поэтов и писателей Х</w:t>
      </w:r>
      <w:proofErr w:type="gramStart"/>
      <w:r w:rsidRPr="00765081">
        <w:rPr>
          <w:rFonts w:ascii="Times New Roman" w:eastAsia="Times New Roman" w:hAnsi="Times New Roman" w:cs="Times New Roman"/>
          <w:i/>
          <w:iCs/>
          <w:sz w:val="24"/>
          <w:szCs w:val="24"/>
          <w:lang w:eastAsia="ru-RU"/>
        </w:rPr>
        <w:t>I</w:t>
      </w:r>
      <w:proofErr w:type="gramEnd"/>
      <w:r w:rsidRPr="00765081">
        <w:rPr>
          <w:rFonts w:ascii="Times New Roman" w:eastAsia="Times New Roman" w:hAnsi="Times New Roman" w:cs="Times New Roman"/>
          <w:i/>
          <w:iCs/>
          <w:sz w:val="24"/>
          <w:szCs w:val="24"/>
          <w:lang w:eastAsia="ru-RU"/>
        </w:rPr>
        <w:t>Х–ХХ веков</w:t>
      </w:r>
      <w:r w:rsidRPr="00765081">
        <w:rPr>
          <w:rFonts w:ascii="Times New Roman" w:eastAsia="Times New Roman" w:hAnsi="Times New Roman" w:cs="Times New Roman"/>
          <w:sz w:val="24"/>
          <w:szCs w:val="24"/>
          <w:lang w:eastAsia="ru-RU"/>
        </w:rPr>
        <w:t xml:space="preserve">. Лирические произведения как способ передачи чувств людей, автора. Картины природы в произведениях поэтов и писателей («Тютчев Ф. И. «Листья», Никитин И. С. «Встреча зимы», Некрасов Н. А. «Не ветер бушует над бором…», Некрасов «Однажды в студеную зимнюю пору…», «Суриков И. З. «Детство»): Ф. И. Тютчева, А. А. Фета, А. Н. </w:t>
      </w:r>
      <w:proofErr w:type="spellStart"/>
      <w:r w:rsidRPr="00765081">
        <w:rPr>
          <w:rFonts w:ascii="Times New Roman" w:eastAsia="Times New Roman" w:hAnsi="Times New Roman" w:cs="Times New Roman"/>
          <w:sz w:val="24"/>
          <w:szCs w:val="24"/>
          <w:lang w:eastAsia="ru-RU"/>
        </w:rPr>
        <w:t>Майкова</w:t>
      </w:r>
      <w:proofErr w:type="spellEnd"/>
      <w:r w:rsidRPr="00765081">
        <w:rPr>
          <w:rFonts w:ascii="Times New Roman" w:eastAsia="Times New Roman" w:hAnsi="Times New Roman" w:cs="Times New Roman"/>
          <w:sz w:val="24"/>
          <w:szCs w:val="24"/>
          <w:lang w:eastAsia="ru-RU"/>
        </w:rPr>
        <w:t>, Н. А. Некрасова, А. А. Блока, И. А. Бунина, С. А. Есенина, А. П. Чехова, К. Г. Паустовского.</w:t>
      </w:r>
      <w:r w:rsidRPr="00765081">
        <w:rPr>
          <w:rFonts w:ascii="Times New Roman" w:eastAsia="Times New Roman" w:hAnsi="Times New Roman" w:cs="Times New Roman"/>
          <w:sz w:val="24"/>
          <w:szCs w:val="24"/>
          <w:shd w:val="clear" w:color="auto" w:fill="FFFF00"/>
          <w:lang w:eastAsia="ru-RU"/>
        </w:rPr>
        <w:t>‌</w:t>
      </w:r>
      <w:r w:rsidRPr="00765081">
        <w:rPr>
          <w:rFonts w:ascii="Times New Roman" w:eastAsia="Times New Roman" w:hAnsi="Times New Roman" w:cs="Times New Roman"/>
          <w:sz w:val="24"/>
          <w:szCs w:val="24"/>
          <w:lang w:eastAsia="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765081">
        <w:rPr>
          <w:rFonts w:ascii="Times New Roman" w:eastAsia="Times New Roman" w:hAnsi="Times New Roman" w:cs="Times New Roman"/>
          <w:sz w:val="24"/>
          <w:szCs w:val="24"/>
          <w:lang w:eastAsia="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Произведения для чтения: Ф.И. Тютчев «Есть в осени первоначальной…», А.А. Фет «Кот поёт, глаза </w:t>
      </w:r>
      <w:proofErr w:type="spellStart"/>
      <w:r w:rsidRPr="00765081">
        <w:rPr>
          <w:rFonts w:ascii="Times New Roman" w:eastAsia="Times New Roman" w:hAnsi="Times New Roman" w:cs="Times New Roman"/>
          <w:sz w:val="24"/>
          <w:szCs w:val="24"/>
          <w:lang w:eastAsia="ru-RU"/>
        </w:rPr>
        <w:t>прищуря</w:t>
      </w:r>
      <w:proofErr w:type="spellEnd"/>
      <w:r w:rsidRPr="00765081">
        <w:rPr>
          <w:rFonts w:ascii="Times New Roman" w:eastAsia="Times New Roman" w:hAnsi="Times New Roman" w:cs="Times New Roman"/>
          <w:sz w:val="24"/>
          <w:szCs w:val="24"/>
          <w:lang w:eastAsia="ru-RU"/>
        </w:rPr>
        <w:t xml:space="preserve">», «Мама! </w:t>
      </w:r>
      <w:proofErr w:type="gramStart"/>
      <w:r w:rsidRPr="00765081">
        <w:rPr>
          <w:rFonts w:ascii="Times New Roman" w:eastAsia="Times New Roman" w:hAnsi="Times New Roman" w:cs="Times New Roman"/>
          <w:sz w:val="24"/>
          <w:szCs w:val="24"/>
          <w:lang w:eastAsia="ru-RU"/>
        </w:rPr>
        <w:t>Глянь-ка из окошка…», А.Н. Майков «Осень», С.А. Есенин «Берёза», Н.А. Некрасов «Железная дорога» (отрывок), А.А. Блок «Ворона»,  Бунин «Первый снег», «Тютчев Ф. И. «Листья», Никитин И. С. «Встреча зимы», Некрасов Н. А. «Не ветер бушует над бором…», Некрасов «Однажды в студеную зимнюю пору…»,      «Суриков И. З. «Детство»</w:t>
      </w:r>
      <w:proofErr w:type="gramEnd"/>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Творчество Л Н. Толстого</w:t>
      </w:r>
      <w:r w:rsidRPr="00765081">
        <w:rPr>
          <w:rFonts w:ascii="Times New Roman" w:eastAsia="Times New Roman" w:hAnsi="Times New Roman" w:cs="Times New Roman"/>
          <w:sz w:val="24"/>
          <w:szCs w:val="24"/>
          <w:lang w:eastAsia="ru-RU"/>
        </w:rPr>
        <w:t xml:space="preserve">. </w:t>
      </w:r>
      <w:proofErr w:type="gramStart"/>
      <w:r w:rsidRPr="00765081">
        <w:rPr>
          <w:rFonts w:ascii="Times New Roman" w:eastAsia="Times New Roman" w:hAnsi="Times New Roman" w:cs="Times New Roman"/>
          <w:sz w:val="24"/>
          <w:szCs w:val="24"/>
          <w:lang w:eastAsia="ru-RU"/>
        </w:rPr>
        <w:t>Жанровое многообразие произведений Л. Н. Толстого: сказки, рассказы, басни, быль («Лебеди», «Зайцы», «Прыжок», «Акула»).</w:t>
      </w:r>
      <w:proofErr w:type="gramEnd"/>
      <w:r w:rsidRPr="00765081">
        <w:rPr>
          <w:rFonts w:ascii="Times New Roman" w:eastAsia="Times New Roman" w:hAnsi="Times New Roman" w:cs="Times New Roman"/>
          <w:sz w:val="24"/>
          <w:szCs w:val="24"/>
          <w:lang w:eastAsia="ru-RU"/>
        </w:rPr>
        <w:t xml:space="preserve">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Произведения для чтения: Л.Н. Толстой «Лебеди», «Зайцы», «Прыжок», «Акула», «</w:t>
      </w:r>
      <w:r w:rsidRPr="00765081">
        <w:rPr>
          <w:rFonts w:ascii="Times New Roman" w:eastAsia="Times New Roman" w:hAnsi="Times New Roman" w:cs="Times New Roman"/>
          <w:i/>
          <w:sz w:val="24"/>
          <w:szCs w:val="24"/>
          <w:lang w:eastAsia="ru-RU"/>
        </w:rPr>
        <w:t>Какая бывает роса на траве», «Куда девается вода из моря?»</w:t>
      </w:r>
      <w:proofErr w:type="gramStart"/>
      <w:r w:rsidRPr="00765081">
        <w:rPr>
          <w:rFonts w:ascii="Times New Roman" w:eastAsia="Times New Roman" w:hAnsi="Times New Roman" w:cs="Times New Roman"/>
          <w:sz w:val="24"/>
          <w:szCs w:val="24"/>
          <w:lang w:eastAsia="ru-RU"/>
        </w:rPr>
        <w:t> .</w:t>
      </w:r>
      <w:proofErr w:type="gramEnd"/>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Литературная сказка.</w:t>
      </w:r>
      <w:r w:rsidRPr="00765081">
        <w:rPr>
          <w:rFonts w:ascii="Times New Roman" w:eastAsia="Times New Roman" w:hAnsi="Times New Roman" w:cs="Times New Roman"/>
          <w:sz w:val="24"/>
          <w:szCs w:val="24"/>
          <w:lang w:eastAsia="ru-RU"/>
        </w:rPr>
        <w:t xml:space="preserve"> Литературная сказка русских писателей (В.М. Гаршин «Лягушка-путешественница», И.С. Соколов-Микитов «Листопадничек», </w:t>
      </w:r>
      <w:r w:rsidRPr="00765081">
        <w:rPr>
          <w:rFonts w:ascii="Times New Roman" w:eastAsia="Times New Roman" w:hAnsi="Times New Roman" w:cs="Times New Roman"/>
          <w:i/>
          <w:sz w:val="24"/>
          <w:szCs w:val="24"/>
          <w:lang w:eastAsia="ru-RU"/>
        </w:rPr>
        <w:t>М. Горький</w:t>
      </w:r>
      <w:proofErr w:type="gramStart"/>
      <w:r w:rsidRPr="00765081">
        <w:rPr>
          <w:rFonts w:ascii="Times New Roman" w:eastAsia="Times New Roman" w:hAnsi="Times New Roman" w:cs="Times New Roman"/>
          <w:i/>
          <w:sz w:val="24"/>
          <w:szCs w:val="24"/>
          <w:lang w:eastAsia="ru-RU"/>
        </w:rPr>
        <w:t>«</w:t>
      </w:r>
      <w:proofErr w:type="spellStart"/>
      <w:r w:rsidRPr="00765081">
        <w:rPr>
          <w:rFonts w:ascii="Times New Roman" w:eastAsia="Times New Roman" w:hAnsi="Times New Roman" w:cs="Times New Roman"/>
          <w:i/>
          <w:sz w:val="24"/>
          <w:szCs w:val="24"/>
          <w:lang w:eastAsia="ru-RU"/>
        </w:rPr>
        <w:t>С</w:t>
      </w:r>
      <w:proofErr w:type="gramEnd"/>
      <w:r w:rsidRPr="00765081">
        <w:rPr>
          <w:rFonts w:ascii="Times New Roman" w:eastAsia="Times New Roman" w:hAnsi="Times New Roman" w:cs="Times New Roman"/>
          <w:i/>
          <w:sz w:val="24"/>
          <w:szCs w:val="24"/>
          <w:lang w:eastAsia="ru-RU"/>
        </w:rPr>
        <w:t>лучайс</w:t>
      </w:r>
      <w:proofErr w:type="spellEnd"/>
      <w:r w:rsidRPr="00765081">
        <w:rPr>
          <w:rFonts w:ascii="Times New Roman" w:eastAsia="Times New Roman" w:hAnsi="Times New Roman" w:cs="Times New Roman"/>
          <w:i/>
          <w:sz w:val="24"/>
          <w:szCs w:val="24"/>
          <w:lang w:eastAsia="ru-RU"/>
        </w:rPr>
        <w:t xml:space="preserve"> </w:t>
      </w:r>
      <w:proofErr w:type="spellStart"/>
      <w:r w:rsidRPr="00765081">
        <w:rPr>
          <w:rFonts w:ascii="Times New Roman" w:eastAsia="Times New Roman" w:hAnsi="Times New Roman" w:cs="Times New Roman"/>
          <w:i/>
          <w:sz w:val="24"/>
          <w:szCs w:val="24"/>
          <w:lang w:eastAsia="ru-RU"/>
        </w:rPr>
        <w:t>Евсейкой</w:t>
      </w:r>
      <w:proofErr w:type="spellEnd"/>
      <w:r w:rsidRPr="00765081">
        <w:rPr>
          <w:rFonts w:ascii="Times New Roman" w:eastAsia="Times New Roman" w:hAnsi="Times New Roman" w:cs="Times New Roman"/>
          <w:i/>
          <w:sz w:val="24"/>
          <w:szCs w:val="24"/>
          <w:lang w:eastAsia="ru-RU"/>
        </w:rPr>
        <w:t>»</w:t>
      </w:r>
      <w:r w:rsidRPr="00765081">
        <w:rPr>
          <w:rFonts w:ascii="Times New Roman" w:eastAsia="Times New Roman" w:hAnsi="Times New Roman" w:cs="Times New Roman"/>
          <w:bCs/>
          <w:i/>
          <w:sz w:val="24"/>
          <w:szCs w:val="24"/>
          <w:lang w:eastAsia="ru-RU"/>
        </w:rPr>
        <w:t xml:space="preserve"> Д.Н. </w:t>
      </w:r>
      <w:proofErr w:type="spellStart"/>
      <w:r w:rsidRPr="00765081">
        <w:rPr>
          <w:rFonts w:ascii="Times New Roman" w:eastAsia="Times New Roman" w:hAnsi="Times New Roman" w:cs="Times New Roman"/>
          <w:bCs/>
          <w:i/>
          <w:sz w:val="24"/>
          <w:szCs w:val="24"/>
          <w:lang w:eastAsia="ru-RU"/>
        </w:rPr>
        <w:t>Мамин-Сибиряка</w:t>
      </w:r>
      <w:proofErr w:type="spellEnd"/>
      <w:r w:rsidRPr="00765081">
        <w:rPr>
          <w:rFonts w:ascii="Times New Roman" w:eastAsia="Times New Roman" w:hAnsi="Times New Roman" w:cs="Times New Roman"/>
          <w:bCs/>
          <w:i/>
          <w:sz w:val="24"/>
          <w:szCs w:val="24"/>
          <w:lang w:eastAsia="ru-RU"/>
        </w:rPr>
        <w:t xml:space="preserve"> «Умнее всех»</w:t>
      </w:r>
      <w:r w:rsidRPr="00765081">
        <w:rPr>
          <w:rFonts w:ascii="Times New Roman" w:eastAsia="Times New Roman" w:hAnsi="Times New Roman" w:cs="Times New Roman"/>
          <w:i/>
          <w:sz w:val="24"/>
          <w:szCs w:val="24"/>
          <w:lang w:eastAsia="ru-RU"/>
        </w:rPr>
        <w:t>,</w:t>
      </w:r>
      <w:r w:rsidRPr="00765081">
        <w:rPr>
          <w:rFonts w:ascii="Times New Roman" w:eastAsia="Times New Roman" w:hAnsi="Times New Roman" w:cs="Times New Roman"/>
          <w:sz w:val="24"/>
          <w:szCs w:val="24"/>
          <w:lang w:eastAsia="ru-RU"/>
        </w:rPr>
        <w:t>).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i/>
          <w:sz w:val="24"/>
          <w:szCs w:val="24"/>
          <w:lang w:eastAsia="ru-RU"/>
        </w:rPr>
      </w:pPr>
      <w:r w:rsidRPr="00765081">
        <w:rPr>
          <w:rFonts w:ascii="Times New Roman" w:eastAsia="Times New Roman" w:hAnsi="Times New Roman" w:cs="Times New Roman"/>
          <w:sz w:val="24"/>
          <w:szCs w:val="24"/>
          <w:lang w:eastAsia="ru-RU"/>
        </w:rPr>
        <w:t xml:space="preserve">Произведения для чтения: В.М. Гаршин «Лягушка-путешественница», И.С. Соколов-Микитов «Листопадничек», М. Горький «Случай с </w:t>
      </w:r>
      <w:proofErr w:type="spellStart"/>
      <w:r w:rsidRPr="00765081">
        <w:rPr>
          <w:rFonts w:ascii="Times New Roman" w:eastAsia="Times New Roman" w:hAnsi="Times New Roman" w:cs="Times New Roman"/>
          <w:sz w:val="24"/>
          <w:szCs w:val="24"/>
          <w:lang w:eastAsia="ru-RU"/>
        </w:rPr>
        <w:t>Евсейкой</w:t>
      </w:r>
      <w:proofErr w:type="spellEnd"/>
      <w:r w:rsidRPr="00765081">
        <w:rPr>
          <w:rFonts w:ascii="Times New Roman" w:eastAsia="Times New Roman" w:hAnsi="Times New Roman" w:cs="Times New Roman"/>
          <w:sz w:val="24"/>
          <w:szCs w:val="24"/>
          <w:lang w:eastAsia="ru-RU"/>
        </w:rPr>
        <w:t xml:space="preserve">», </w:t>
      </w:r>
      <w:r w:rsidRPr="00765081">
        <w:rPr>
          <w:rFonts w:ascii="Times New Roman" w:eastAsia="Times New Roman" w:hAnsi="Times New Roman" w:cs="Times New Roman"/>
          <w:i/>
          <w:sz w:val="24"/>
          <w:szCs w:val="24"/>
          <w:lang w:eastAsia="ru-RU"/>
        </w:rPr>
        <w:t>В. М. Гаршин «Сказка о жабе и розе</w:t>
      </w:r>
      <w:r w:rsidRPr="00765081">
        <w:rPr>
          <w:rFonts w:ascii="Times New Roman" w:eastAsia="Times New Roman" w:hAnsi="Times New Roman" w:cs="Times New Roman"/>
          <w:i/>
          <w:sz w:val="24"/>
          <w:szCs w:val="24"/>
          <w:shd w:val="clear" w:color="auto" w:fill="FFFF00"/>
          <w:lang w:eastAsia="ru-RU"/>
        </w:rPr>
        <w:t>‌</w:t>
      </w:r>
      <w:r w:rsidRPr="00765081">
        <w:rPr>
          <w:rFonts w:ascii="Times New Roman" w:eastAsia="Times New Roman" w:hAnsi="Times New Roman" w:cs="Times New Roman"/>
          <w:i/>
          <w:sz w:val="24"/>
          <w:szCs w:val="24"/>
          <w:lang w:eastAsia="ru-RU"/>
        </w:rPr>
        <w:t>.</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Произведения о взаимоотношениях человека и животных</w:t>
      </w:r>
      <w:r w:rsidRPr="00765081">
        <w:rPr>
          <w:rFonts w:ascii="Times New Roman" w:eastAsia="Times New Roman" w:hAnsi="Times New Roman" w:cs="Times New Roman"/>
          <w:sz w:val="24"/>
          <w:szCs w:val="24"/>
          <w:lang w:eastAsia="ru-RU"/>
        </w:rPr>
        <w:t xml:space="preserve">. Человек и его отношения с животными: верность, преданность, забота и любовь. Круг чтения: произведения Д. Н. </w:t>
      </w:r>
      <w:proofErr w:type="gramStart"/>
      <w:r w:rsidRPr="00765081">
        <w:rPr>
          <w:rFonts w:ascii="Times New Roman" w:eastAsia="Times New Roman" w:hAnsi="Times New Roman" w:cs="Times New Roman"/>
          <w:sz w:val="24"/>
          <w:szCs w:val="24"/>
          <w:lang w:eastAsia="ru-RU"/>
        </w:rPr>
        <w:t>Мамина-Сибиряка</w:t>
      </w:r>
      <w:proofErr w:type="gramEnd"/>
      <w:r w:rsidRPr="00765081">
        <w:rPr>
          <w:rFonts w:ascii="Times New Roman" w:eastAsia="Times New Roman" w:hAnsi="Times New Roman" w:cs="Times New Roman"/>
          <w:sz w:val="24"/>
          <w:szCs w:val="24"/>
          <w:lang w:eastAsia="ru-RU"/>
        </w:rPr>
        <w:t xml:space="preserve">, К. Г. Паустовского, М. М. Пришвина, Б. С. Житкова. </w:t>
      </w:r>
      <w:proofErr w:type="gramStart"/>
      <w:r w:rsidRPr="00765081">
        <w:rPr>
          <w:rFonts w:ascii="Times New Roman" w:eastAsia="Times New Roman" w:hAnsi="Times New Roman" w:cs="Times New Roman"/>
          <w:sz w:val="24"/>
          <w:szCs w:val="24"/>
          <w:lang w:eastAsia="ru-RU"/>
        </w:rPr>
        <w:t>Особенности рассказа: тема, герои, реальность событий, композиция, объекты описания (портрет героя, описание интерьера).</w:t>
      </w:r>
      <w:proofErr w:type="gramEnd"/>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i/>
          <w:sz w:val="24"/>
          <w:szCs w:val="24"/>
          <w:lang w:eastAsia="ru-RU"/>
        </w:rPr>
      </w:pPr>
      <w:r w:rsidRPr="00765081">
        <w:rPr>
          <w:rFonts w:ascii="Times New Roman" w:eastAsia="Times New Roman" w:hAnsi="Times New Roman" w:cs="Times New Roman"/>
          <w:sz w:val="24"/>
          <w:szCs w:val="24"/>
          <w:lang w:eastAsia="ru-RU"/>
        </w:rPr>
        <w:t xml:space="preserve"> Произведения для чтения: Б.С. Житков «Про обезьянку», К.Г. Паустовский «Барсучий нос», «Кот-ворюга», Д.Н. Мамин-Сибиряк «Приёмыш</w:t>
      </w:r>
      <w:r w:rsidRPr="00765081">
        <w:rPr>
          <w:rFonts w:ascii="Times New Roman" w:eastAsia="Times New Roman" w:hAnsi="Times New Roman" w:cs="Times New Roman"/>
          <w:i/>
          <w:sz w:val="24"/>
          <w:szCs w:val="24"/>
          <w:lang w:eastAsia="ru-RU"/>
        </w:rPr>
        <w:t>»</w:t>
      </w:r>
      <w:proofErr w:type="gramStart"/>
      <w:r w:rsidRPr="00765081">
        <w:rPr>
          <w:rFonts w:ascii="Times New Roman" w:eastAsia="Times New Roman" w:hAnsi="Times New Roman" w:cs="Times New Roman"/>
          <w:i/>
          <w:sz w:val="24"/>
          <w:szCs w:val="24"/>
          <w:lang w:eastAsia="ru-RU"/>
        </w:rPr>
        <w:t>,Д</w:t>
      </w:r>
      <w:proofErr w:type="gramEnd"/>
      <w:r w:rsidRPr="00765081">
        <w:rPr>
          <w:rFonts w:ascii="Times New Roman" w:eastAsia="Times New Roman" w:hAnsi="Times New Roman" w:cs="Times New Roman"/>
          <w:i/>
          <w:sz w:val="24"/>
          <w:szCs w:val="24"/>
          <w:lang w:eastAsia="ru-RU"/>
        </w:rPr>
        <w:t>.Н. Мамин-Сибиряк «Сказка про храброго зайца – длинные уши, косые глаза, короткий хвост». </w:t>
      </w:r>
      <w:r w:rsidRPr="00765081">
        <w:rPr>
          <w:rFonts w:ascii="Times New Roman" w:eastAsia="Times New Roman" w:hAnsi="Times New Roman" w:cs="Times New Roman"/>
          <w:i/>
          <w:sz w:val="24"/>
          <w:szCs w:val="24"/>
          <w:shd w:val="clear" w:color="auto" w:fill="FFFF00"/>
          <w:lang w:eastAsia="ru-RU"/>
        </w:rPr>
        <w:t>‌</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i/>
          <w:sz w:val="24"/>
          <w:szCs w:val="24"/>
          <w:lang w:eastAsia="ru-RU"/>
        </w:rPr>
      </w:pPr>
      <w:r w:rsidRPr="00765081">
        <w:rPr>
          <w:rFonts w:ascii="Times New Roman" w:eastAsia="Times New Roman" w:hAnsi="Times New Roman" w:cs="Times New Roman"/>
          <w:i/>
          <w:iCs/>
          <w:sz w:val="24"/>
          <w:szCs w:val="24"/>
          <w:lang w:eastAsia="ru-RU"/>
        </w:rPr>
        <w:t>Произведения о детях</w:t>
      </w:r>
      <w:r w:rsidRPr="00765081">
        <w:rPr>
          <w:rFonts w:ascii="Times New Roman" w:eastAsia="Times New Roman" w:hAnsi="Times New Roman" w:cs="Times New Roman"/>
          <w:sz w:val="24"/>
          <w:szCs w:val="24"/>
          <w:lang w:eastAsia="ru-RU"/>
        </w:rPr>
        <w:t xml:space="preserve">. Дети – герои произведений: раскрытие тем «Разные детскиесудьбы», «Дети на войне». Отличие автора от героя и рассказчика. Герой </w:t>
      </w:r>
      <w:r w:rsidRPr="00765081">
        <w:rPr>
          <w:rFonts w:ascii="Times New Roman" w:eastAsia="Times New Roman" w:hAnsi="Times New Roman" w:cs="Times New Roman"/>
          <w:sz w:val="24"/>
          <w:szCs w:val="24"/>
          <w:lang w:eastAsia="ru-RU"/>
        </w:rPr>
        <w:lastRenderedPageBreak/>
        <w:t>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r w:rsidRPr="00765081">
        <w:rPr>
          <w:rFonts w:ascii="Times New Roman" w:eastAsia="Times New Roman" w:hAnsi="Times New Roman" w:cs="Times New Roman"/>
          <w:i/>
          <w:sz w:val="24"/>
          <w:szCs w:val="24"/>
          <w:lang w:eastAsia="ru-RU"/>
        </w:rPr>
        <w:t>А. П. Чехов «Ванька», Л. Пантелеева «Честное слово»</w:t>
      </w:r>
      <w:proofErr w:type="gramStart"/>
      <w:r w:rsidRPr="00765081">
        <w:rPr>
          <w:rFonts w:ascii="Times New Roman" w:eastAsia="Times New Roman" w:hAnsi="Times New Roman" w:cs="Times New Roman"/>
          <w:i/>
          <w:sz w:val="24"/>
          <w:szCs w:val="24"/>
          <w:lang w:eastAsia="ru-RU"/>
        </w:rPr>
        <w:t>,Л</w:t>
      </w:r>
      <w:proofErr w:type="gramEnd"/>
      <w:r w:rsidRPr="00765081">
        <w:rPr>
          <w:rFonts w:ascii="Times New Roman" w:eastAsia="Times New Roman" w:hAnsi="Times New Roman" w:cs="Times New Roman"/>
          <w:i/>
          <w:sz w:val="24"/>
          <w:szCs w:val="24"/>
          <w:lang w:eastAsia="ru-RU"/>
        </w:rPr>
        <w:t>. Кассиль «Алексей Андреевич», А. П. Гайдар «Горячий камень» В. Осеева «Васёк Трубачёв и его товарищи»..</w:t>
      </w:r>
    </w:p>
    <w:p w:rsidR="008215D9" w:rsidRPr="00765081" w:rsidRDefault="008215D9" w:rsidP="00C54376">
      <w:pPr>
        <w:tabs>
          <w:tab w:val="left" w:pos="0"/>
          <w:tab w:val="left" w:pos="709"/>
        </w:tabs>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  Основные события сюжета, отношение к ним героев произведения. Оценка нравственных качеств, проявляющихся в военное время.</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i/>
          <w:sz w:val="24"/>
          <w:szCs w:val="24"/>
          <w:lang w:eastAsia="ru-RU"/>
        </w:rPr>
      </w:pPr>
      <w:r w:rsidRPr="00765081">
        <w:rPr>
          <w:rFonts w:ascii="Times New Roman" w:eastAsia="Times New Roman" w:hAnsi="Times New Roman" w:cs="Times New Roman"/>
          <w:sz w:val="24"/>
          <w:szCs w:val="24"/>
          <w:lang w:eastAsia="ru-RU"/>
        </w:rPr>
        <w:t>Произведения для чтения: Л. Пантелеев «На ялике», А. Гайдар «Тимур и его команда» (отрывки),</w:t>
      </w:r>
      <w:r w:rsidRPr="00765081">
        <w:rPr>
          <w:rFonts w:ascii="Times New Roman" w:eastAsia="Times New Roman" w:hAnsi="Times New Roman" w:cs="Times New Roman"/>
          <w:i/>
          <w:sz w:val="24"/>
          <w:szCs w:val="24"/>
          <w:lang w:eastAsia="ru-RU"/>
        </w:rPr>
        <w:t xml:space="preserve"> А. П. Чехов «Ванька», Л. Пантелеева «Честное слово»</w:t>
      </w:r>
      <w:proofErr w:type="gramStart"/>
      <w:r w:rsidRPr="00765081">
        <w:rPr>
          <w:rFonts w:ascii="Times New Roman" w:eastAsia="Times New Roman" w:hAnsi="Times New Roman" w:cs="Times New Roman"/>
          <w:i/>
          <w:sz w:val="24"/>
          <w:szCs w:val="24"/>
          <w:lang w:eastAsia="ru-RU"/>
        </w:rPr>
        <w:t>,Л</w:t>
      </w:r>
      <w:proofErr w:type="gramEnd"/>
      <w:r w:rsidRPr="00765081">
        <w:rPr>
          <w:rFonts w:ascii="Times New Roman" w:eastAsia="Times New Roman" w:hAnsi="Times New Roman" w:cs="Times New Roman"/>
          <w:i/>
          <w:sz w:val="24"/>
          <w:szCs w:val="24"/>
          <w:lang w:eastAsia="ru-RU"/>
        </w:rPr>
        <w:t>. Кассиль «Алексей Андреевич», А. П. Гайдар «Горячий камень», В. Осеева «Васёк Трубачёв и его товарищи».</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Юмористические произведения.</w:t>
      </w:r>
      <w:r w:rsidRPr="00765081">
        <w:rPr>
          <w:rFonts w:ascii="Times New Roman" w:eastAsia="Times New Roman" w:hAnsi="Times New Roman" w:cs="Times New Roman"/>
          <w:sz w:val="24"/>
          <w:szCs w:val="24"/>
          <w:lang w:eastAsia="ru-RU"/>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(«Веселая семейка» Н. Н. Носов, «Денискины рассказы» В. Ю. Драгунский): Н. Н. Носов, В.Ю. Драгунский, М. М. Зощенко «Ёлка».</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Произведения для чтения: В.Ю. Драгунский «Денискины рассказы» (1-2 произведения), Н.Н. Носов «Весёлая семейка» (1-2 рассказа из цикла), </w:t>
      </w:r>
      <w:r w:rsidRPr="00765081">
        <w:rPr>
          <w:rFonts w:ascii="Times New Roman" w:eastAsia="Times New Roman" w:hAnsi="Times New Roman" w:cs="Times New Roman"/>
          <w:i/>
          <w:sz w:val="24"/>
          <w:szCs w:val="24"/>
          <w:lang w:eastAsia="ru-RU"/>
        </w:rPr>
        <w:t>М. М. Зощенко «Ёлка»</w:t>
      </w:r>
      <w:r w:rsidRPr="00765081">
        <w:rPr>
          <w:rFonts w:ascii="Times New Roman" w:eastAsia="Times New Roman" w:hAnsi="Times New Roman" w:cs="Times New Roman"/>
          <w:i/>
          <w:sz w:val="24"/>
          <w:szCs w:val="24"/>
          <w:shd w:val="clear" w:color="auto" w:fill="FFFF00"/>
          <w:lang w:eastAsia="ru-RU"/>
        </w:rPr>
        <w:t>‌</w:t>
      </w:r>
      <w:r w:rsidRPr="00765081">
        <w:rPr>
          <w:rFonts w:ascii="Times New Roman" w:eastAsia="Times New Roman" w:hAnsi="Times New Roman" w:cs="Times New Roman"/>
          <w:sz w:val="24"/>
          <w:szCs w:val="24"/>
          <w:lang w:eastAsia="ru-RU"/>
        </w:rPr>
        <w:t>.</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Зарубежная литература.</w:t>
      </w:r>
      <w:r w:rsidRPr="00765081">
        <w:rPr>
          <w:rFonts w:ascii="Times New Roman" w:eastAsia="Times New Roman" w:hAnsi="Times New Roman" w:cs="Times New Roman"/>
          <w:sz w:val="24"/>
          <w:szCs w:val="24"/>
          <w:lang w:eastAsia="ru-RU"/>
        </w:rPr>
        <w:t xml:space="preserve"> Круг чтения (Джек Лондон «Бурый волк», Э, </w:t>
      </w:r>
      <w:proofErr w:type="spellStart"/>
      <w:proofErr w:type="gramStart"/>
      <w:r w:rsidRPr="00765081">
        <w:rPr>
          <w:rFonts w:ascii="Times New Roman" w:eastAsia="Times New Roman" w:hAnsi="Times New Roman" w:cs="Times New Roman"/>
          <w:sz w:val="24"/>
          <w:szCs w:val="24"/>
          <w:lang w:eastAsia="ru-RU"/>
        </w:rPr>
        <w:t>Сетон</w:t>
      </w:r>
      <w:proofErr w:type="spellEnd"/>
      <w:r w:rsidRPr="00765081">
        <w:rPr>
          <w:rFonts w:ascii="Times New Roman" w:eastAsia="Times New Roman" w:hAnsi="Times New Roman" w:cs="Times New Roman"/>
          <w:sz w:val="24"/>
          <w:szCs w:val="24"/>
          <w:lang w:eastAsia="ru-RU"/>
        </w:rPr>
        <w:t xml:space="preserve"> – Томпсон</w:t>
      </w:r>
      <w:proofErr w:type="gramEnd"/>
      <w:r w:rsidRPr="00765081">
        <w:rPr>
          <w:rFonts w:ascii="Times New Roman" w:eastAsia="Times New Roman" w:hAnsi="Times New Roman" w:cs="Times New Roman"/>
          <w:sz w:val="24"/>
          <w:szCs w:val="24"/>
          <w:lang w:eastAsia="ru-RU"/>
        </w:rPr>
        <w:t xml:space="preserve"> «Чинк»):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w:t>
      </w:r>
      <w:proofErr w:type="spellStart"/>
      <w:r w:rsidRPr="00765081">
        <w:rPr>
          <w:rFonts w:ascii="Times New Roman" w:eastAsia="Times New Roman" w:hAnsi="Times New Roman" w:cs="Times New Roman"/>
          <w:sz w:val="24"/>
          <w:szCs w:val="24"/>
          <w:lang w:eastAsia="ru-RU"/>
        </w:rPr>
        <w:t>Заходер</w:t>
      </w:r>
      <w:proofErr w:type="spellEnd"/>
      <w:r w:rsidRPr="00765081">
        <w:rPr>
          <w:rFonts w:ascii="Times New Roman" w:eastAsia="Times New Roman" w:hAnsi="Times New Roman" w:cs="Times New Roman"/>
          <w:sz w:val="24"/>
          <w:szCs w:val="24"/>
          <w:lang w:eastAsia="ru-RU"/>
        </w:rPr>
        <w:t>. </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Произведения для чтения: Х.-К. Андерсен «Гадкий утёнок», Ш. Перро «Подарок феи» Джек Лондон «Бурый волк», Э, </w:t>
      </w:r>
      <w:proofErr w:type="spellStart"/>
      <w:proofErr w:type="gramStart"/>
      <w:r w:rsidRPr="00765081">
        <w:rPr>
          <w:rFonts w:ascii="Times New Roman" w:eastAsia="Times New Roman" w:hAnsi="Times New Roman" w:cs="Times New Roman"/>
          <w:sz w:val="24"/>
          <w:szCs w:val="24"/>
          <w:lang w:eastAsia="ru-RU"/>
        </w:rPr>
        <w:t>Сетон</w:t>
      </w:r>
      <w:proofErr w:type="spellEnd"/>
      <w:r w:rsidRPr="00765081">
        <w:rPr>
          <w:rFonts w:ascii="Times New Roman" w:eastAsia="Times New Roman" w:hAnsi="Times New Roman" w:cs="Times New Roman"/>
          <w:sz w:val="24"/>
          <w:szCs w:val="24"/>
          <w:lang w:eastAsia="ru-RU"/>
        </w:rPr>
        <w:t xml:space="preserve"> – Томпсон</w:t>
      </w:r>
      <w:proofErr w:type="gramEnd"/>
      <w:r w:rsidRPr="00765081">
        <w:rPr>
          <w:rFonts w:ascii="Times New Roman" w:eastAsia="Times New Roman" w:hAnsi="Times New Roman" w:cs="Times New Roman"/>
          <w:sz w:val="24"/>
          <w:szCs w:val="24"/>
          <w:lang w:eastAsia="ru-RU"/>
        </w:rPr>
        <w:t xml:space="preserve"> «Чинк»).</w:t>
      </w:r>
    </w:p>
    <w:p w:rsidR="008215D9" w:rsidRPr="00765081" w:rsidRDefault="008215D9" w:rsidP="00C54376">
      <w:pPr>
        <w:tabs>
          <w:tab w:val="left" w:pos="0"/>
          <w:tab w:val="left" w:pos="709"/>
        </w:tabs>
        <w:spacing w:after="0" w:line="240" w:lineRule="auto"/>
        <w:ind w:firstLine="567"/>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iCs/>
          <w:sz w:val="24"/>
          <w:szCs w:val="24"/>
          <w:lang w:eastAsia="ru-RU"/>
        </w:rPr>
        <w:t>Библиографическая культура (работа с детской книгой и справочной литературой).</w:t>
      </w:r>
      <w:r w:rsidRPr="00765081">
        <w:rPr>
          <w:rFonts w:ascii="Times New Roman" w:eastAsia="Times New Roman" w:hAnsi="Times New Roman" w:cs="Times New Roman"/>
          <w:sz w:val="24"/>
          <w:szCs w:val="24"/>
          <w:lang w:eastAsia="ru-RU"/>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215D9" w:rsidRPr="00765081" w:rsidRDefault="008215D9" w:rsidP="00C54376">
      <w:pPr>
        <w:tabs>
          <w:tab w:val="left" w:pos="0"/>
          <w:tab w:val="left" w:pos="709"/>
        </w:tabs>
        <w:spacing w:after="0" w:line="240" w:lineRule="auto"/>
        <w:jc w:val="both"/>
        <w:rPr>
          <w:rFonts w:ascii="Times New Roman" w:eastAsia="Times New Roman" w:hAnsi="Times New Roman" w:cs="Times New Roman"/>
          <w:sz w:val="24"/>
          <w:szCs w:val="24"/>
          <w:lang w:eastAsia="ru-RU"/>
        </w:rPr>
      </w:pPr>
    </w:p>
    <w:p w:rsidR="008215D9" w:rsidRPr="00765081" w:rsidRDefault="008215D9" w:rsidP="00C54376">
      <w:p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b/>
          <w:sz w:val="24"/>
          <w:szCs w:val="24"/>
        </w:rPr>
        <w:t>4 КЛАСС</w:t>
      </w:r>
    </w:p>
    <w:p w:rsidR="008215D9" w:rsidRPr="00765081" w:rsidRDefault="008215D9" w:rsidP="00C54376">
      <w:p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О Родине, героические страницы истории.</w:t>
      </w:r>
      <w:r w:rsidRPr="00765081">
        <w:rPr>
          <w:rFonts w:ascii="Times New Roman" w:eastAsia="Calibri" w:hAnsi="Times New Roman" w:cs="Times New Roman"/>
          <w:sz w:val="24"/>
          <w:szCs w:val="24"/>
        </w:rPr>
        <w:t xml:space="preserve"> Наше Отечество, образ родной земли в стихотворных и прозаических произведениях писателей и поэтов Х</w:t>
      </w:r>
      <w:proofErr w:type="gramStart"/>
      <w:r w:rsidRPr="00765081">
        <w:rPr>
          <w:rFonts w:ascii="Times New Roman" w:eastAsia="Calibri" w:hAnsi="Times New Roman" w:cs="Times New Roman"/>
          <w:sz w:val="24"/>
          <w:szCs w:val="24"/>
          <w:lang w:val="en-US"/>
        </w:rPr>
        <w:t>I</w:t>
      </w:r>
      <w:proofErr w:type="gramEnd"/>
      <w:r w:rsidRPr="00765081">
        <w:rPr>
          <w:rFonts w:ascii="Times New Roman" w:eastAsia="Calibri" w:hAnsi="Times New Roman" w:cs="Times New Roman"/>
          <w:sz w:val="24"/>
          <w:szCs w:val="24"/>
        </w:rPr>
        <w:t xml:space="preserve">Х и ХХ веков (по выбору, не менее четырёх, например произведения С. Т. Романовского, А. Т. Твардовского, С. Д. Дрожжина, В. М. </w:t>
      </w:r>
      <w:proofErr w:type="spellStart"/>
      <w:r w:rsidRPr="00765081">
        <w:rPr>
          <w:rFonts w:ascii="Times New Roman" w:eastAsia="Calibri" w:hAnsi="Times New Roman" w:cs="Times New Roman"/>
          <w:sz w:val="24"/>
          <w:szCs w:val="24"/>
        </w:rPr>
        <w:t>Пескова</w:t>
      </w:r>
      <w:proofErr w:type="spellEnd"/>
      <w:r w:rsidRPr="00765081">
        <w:rPr>
          <w:rFonts w:ascii="Times New Roman" w:eastAsia="Calibri" w:hAnsi="Times New Roman" w:cs="Times New Roman"/>
          <w:sz w:val="24"/>
          <w:szCs w:val="24"/>
        </w:rPr>
        <w:t xml:space="preserve"> ‌</w:t>
      </w:r>
      <w:bookmarkStart w:id="17" w:name="22bb0d2e-ad81-40b0-b0be-dd89da9f72dc"/>
      <w:r w:rsidRPr="00765081">
        <w:rPr>
          <w:rFonts w:ascii="Times New Roman" w:eastAsia="Calibri" w:hAnsi="Times New Roman" w:cs="Times New Roman"/>
          <w:sz w:val="24"/>
          <w:szCs w:val="24"/>
        </w:rPr>
        <w:t>и др.</w:t>
      </w:r>
      <w:bookmarkEnd w:id="17"/>
      <w:r w:rsidRPr="00765081">
        <w:rPr>
          <w:rFonts w:ascii="Times New Roman" w:eastAsia="Calibri" w:hAnsi="Times New Roman" w:cs="Times New Roman"/>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8215D9" w:rsidRPr="00765081" w:rsidRDefault="008215D9" w:rsidP="00C54376">
      <w:p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Круг чтения</w:t>
      </w:r>
      <w:r w:rsidRPr="00765081">
        <w:rPr>
          <w:rFonts w:ascii="Times New Roman" w:eastAsia="Calibri" w:hAnsi="Times New Roman"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Произведения для чтения: </w:t>
      </w:r>
      <w:proofErr w:type="gramStart"/>
      <w:r w:rsidRPr="00765081">
        <w:rPr>
          <w:rFonts w:ascii="Times New Roman" w:eastAsia="Calibri"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w:t>
      </w:r>
      <w:bookmarkStart w:id="18" w:name="aef5db48-a5ba-41f7-b163-0303bacd376a"/>
      <w:r w:rsidRPr="00765081">
        <w:rPr>
          <w:rFonts w:ascii="Times New Roman" w:eastAsia="Calibri" w:hAnsi="Times New Roman" w:cs="Times New Roman"/>
          <w:sz w:val="24"/>
          <w:szCs w:val="24"/>
        </w:rPr>
        <w:t>(1-2 рассказа военно-исторической тематики) и другие (по выбору).</w:t>
      </w:r>
      <w:bookmarkEnd w:id="18"/>
      <w:r w:rsidRPr="00765081">
        <w:rPr>
          <w:rFonts w:ascii="Times New Roman" w:eastAsia="Calibri" w:hAnsi="Times New Roman" w:cs="Times New Roman"/>
          <w:sz w:val="24"/>
          <w:szCs w:val="24"/>
        </w:rPr>
        <w:t>‌</w:t>
      </w:r>
      <w:proofErr w:type="gramEnd"/>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Фольклор (устное народное творчество).</w:t>
      </w:r>
      <w:r w:rsidRPr="00765081">
        <w:rPr>
          <w:rFonts w:ascii="Times New Roman" w:eastAsia="Calibri" w:hAnsi="Times New Roman" w:cs="Times New Roman"/>
          <w:sz w:val="24"/>
          <w:szCs w:val="24"/>
        </w:rPr>
        <w:t xml:space="preserve"> Фольклор как народная духовная культура (произведения по выбору). Многообразие видов фольклора: </w:t>
      </w:r>
      <w:proofErr w:type="gramStart"/>
      <w:r w:rsidRPr="00765081">
        <w:rPr>
          <w:rFonts w:ascii="Times New Roman" w:eastAsia="Calibri" w:hAnsi="Times New Roman" w:cs="Times New Roman"/>
          <w:sz w:val="24"/>
          <w:szCs w:val="24"/>
        </w:rPr>
        <w:t>словесный</w:t>
      </w:r>
      <w:proofErr w:type="gramEnd"/>
      <w:r w:rsidRPr="00765081">
        <w:rPr>
          <w:rFonts w:ascii="Times New Roman" w:eastAsia="Calibri" w:hAnsi="Times New Roman" w:cs="Times New Roman"/>
          <w:sz w:val="24"/>
          <w:szCs w:val="24"/>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w:t>
      </w:r>
      <w:r w:rsidRPr="00765081">
        <w:rPr>
          <w:rFonts w:ascii="Times New Roman" w:eastAsia="Calibri" w:hAnsi="Times New Roman" w:cs="Times New Roman"/>
          <w:sz w:val="24"/>
          <w:szCs w:val="24"/>
        </w:rPr>
        <w:lastRenderedPageBreak/>
        <w:t xml:space="preserve">Сходство фольклорных произведений разных народов по тематике, художественным образам и форме («бродячие» сюжеты).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Круг чтения</w:t>
      </w:r>
      <w:r w:rsidRPr="00765081">
        <w:rPr>
          <w:rFonts w:ascii="Times New Roman" w:eastAsia="Calibri" w:hAnsi="Times New Roman" w:cs="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произведения малых жанров фольклора, народные сказки ‌</w:t>
      </w:r>
      <w:bookmarkStart w:id="19" w:name="84376614-4523-4b0a-9f16-ae119cf5e9dc"/>
      <w:r w:rsidRPr="00765081">
        <w:rPr>
          <w:rFonts w:ascii="Times New Roman" w:eastAsia="Calibri" w:hAnsi="Times New Roman" w:cs="Times New Roman"/>
          <w:sz w:val="24"/>
          <w:szCs w:val="24"/>
        </w:rPr>
        <w:t>(2-3 сказки по выбору)</w:t>
      </w:r>
      <w:bookmarkEnd w:id="19"/>
      <w:r w:rsidRPr="00765081">
        <w:rPr>
          <w:rFonts w:ascii="Times New Roman" w:eastAsia="Calibri" w:hAnsi="Times New Roman" w:cs="Times New Roman"/>
          <w:sz w:val="24"/>
          <w:szCs w:val="24"/>
        </w:rPr>
        <w:t>‌, сказки народов России ‌</w:t>
      </w:r>
      <w:bookmarkStart w:id="20" w:name="3b38b09e-3fe3-499c-b80d-cceeb3629ca1"/>
      <w:r w:rsidRPr="00765081">
        <w:rPr>
          <w:rFonts w:ascii="Times New Roman" w:eastAsia="Calibri" w:hAnsi="Times New Roman" w:cs="Times New Roman"/>
          <w:sz w:val="24"/>
          <w:szCs w:val="24"/>
        </w:rPr>
        <w:t>(2-3 сказки по выбору)</w:t>
      </w:r>
      <w:bookmarkEnd w:id="20"/>
      <w:r w:rsidRPr="00765081">
        <w:rPr>
          <w:rFonts w:ascii="Times New Roman" w:eastAsia="Calibri" w:hAnsi="Times New Roman" w:cs="Times New Roman"/>
          <w:sz w:val="24"/>
          <w:szCs w:val="24"/>
        </w:rPr>
        <w:t>‌, былины из цикла об Илье Муромце, Алёше Поповиче, Добрыне Никитиче ‌</w:t>
      </w:r>
      <w:bookmarkStart w:id="21" w:name="3d9e8111-f715-4c8f-b609-9be939e4edcb"/>
      <w:r w:rsidRPr="00765081">
        <w:rPr>
          <w:rFonts w:ascii="Times New Roman" w:eastAsia="Calibri" w:hAnsi="Times New Roman" w:cs="Times New Roman"/>
          <w:sz w:val="24"/>
          <w:szCs w:val="24"/>
        </w:rPr>
        <w:t>(1-2 по выбору)</w:t>
      </w:r>
      <w:bookmarkEnd w:id="21"/>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Творчество А. С. Пушкина</w:t>
      </w:r>
      <w:r w:rsidRPr="00765081">
        <w:rPr>
          <w:rFonts w:ascii="Times New Roman" w:eastAsia="Calibri" w:hAnsi="Times New Roman" w:cs="Times New Roman"/>
          <w:i/>
          <w:sz w:val="24"/>
          <w:szCs w:val="24"/>
        </w:rPr>
        <w:t xml:space="preserve">. </w:t>
      </w:r>
      <w:r w:rsidRPr="00765081">
        <w:rPr>
          <w:rFonts w:ascii="Times New Roman" w:eastAsia="Calibri" w:hAnsi="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А.С. Пушкин «Сказка о мёртвой царевне и о семи богатырях», «Няне», «Осень» (отрывки), «Зимняя дорога» ‌</w:t>
      </w:r>
      <w:bookmarkStart w:id="22" w:name="85f049d2-bd23-4247-86de-df33da036e22"/>
      <w:r w:rsidRPr="00765081">
        <w:rPr>
          <w:rFonts w:ascii="Times New Roman" w:eastAsia="Calibri" w:hAnsi="Times New Roman" w:cs="Times New Roman"/>
          <w:sz w:val="24"/>
          <w:szCs w:val="24"/>
        </w:rPr>
        <w:t>и другие</w:t>
      </w:r>
      <w:bookmarkEnd w:id="22"/>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Творчество И. А. Крылова</w:t>
      </w:r>
      <w:r w:rsidRPr="00765081">
        <w:rPr>
          <w:rFonts w:ascii="Times New Roman" w:eastAsia="Calibri" w:hAnsi="Times New Roman" w:cs="Times New Roman"/>
          <w:i/>
          <w:sz w:val="24"/>
          <w:szCs w:val="24"/>
        </w:rPr>
        <w:t xml:space="preserve">. </w:t>
      </w:r>
      <w:r w:rsidRPr="00765081">
        <w:rPr>
          <w:rFonts w:ascii="Times New Roman" w:eastAsia="Calibri" w:hAnsi="Times New Roman" w:cs="Times New Roman"/>
          <w:sz w:val="24"/>
          <w:szCs w:val="24"/>
        </w:rPr>
        <w:t xml:space="preserve">Представление о басне как лиро-эпическом жанре. Круг чтения: басни на примере произведений И. А. Крылова, И. И. </w:t>
      </w:r>
      <w:proofErr w:type="spellStart"/>
      <w:r w:rsidRPr="00765081">
        <w:rPr>
          <w:rFonts w:ascii="Times New Roman" w:eastAsia="Calibri" w:hAnsi="Times New Roman" w:cs="Times New Roman"/>
          <w:sz w:val="24"/>
          <w:szCs w:val="24"/>
        </w:rPr>
        <w:t>Хемницера</w:t>
      </w:r>
      <w:proofErr w:type="spellEnd"/>
      <w:r w:rsidRPr="00765081">
        <w:rPr>
          <w:rFonts w:ascii="Times New Roman" w:eastAsia="Calibri" w:hAnsi="Times New Roman" w:cs="Times New Roman"/>
          <w:sz w:val="24"/>
          <w:szCs w:val="24"/>
        </w:rPr>
        <w:t>, Л. Н. Толстого, С. В. Михалкова. Басни стихотворные и прозаические ‌</w:t>
      </w:r>
      <w:bookmarkStart w:id="23" w:name="f8d9e167-2e1b-48a4-8672-33b243ab1f7a"/>
      <w:r w:rsidRPr="00765081">
        <w:rPr>
          <w:rFonts w:ascii="Times New Roman" w:eastAsia="Calibri" w:hAnsi="Times New Roman" w:cs="Times New Roman"/>
          <w:sz w:val="24"/>
          <w:szCs w:val="24"/>
        </w:rPr>
        <w:t>(не менее трёх)</w:t>
      </w:r>
      <w:bookmarkEnd w:id="23"/>
      <w:r w:rsidRPr="00765081">
        <w:rPr>
          <w:rFonts w:ascii="Times New Roman" w:eastAsia="Calibri" w:hAnsi="Times New Roman" w:cs="Times New Roman"/>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Произведения для чтения: Крылов И.А. «Стрекоза и муравей», «Квартет», И.И. </w:t>
      </w:r>
      <w:proofErr w:type="spellStart"/>
      <w:r w:rsidRPr="00765081">
        <w:rPr>
          <w:rFonts w:ascii="Times New Roman" w:eastAsia="Calibri" w:hAnsi="Times New Roman" w:cs="Times New Roman"/>
          <w:sz w:val="24"/>
          <w:szCs w:val="24"/>
        </w:rPr>
        <w:t>Хемницер</w:t>
      </w:r>
      <w:proofErr w:type="spellEnd"/>
      <w:r w:rsidRPr="00765081">
        <w:rPr>
          <w:rFonts w:ascii="Times New Roman" w:eastAsia="Calibri" w:hAnsi="Times New Roman" w:cs="Times New Roman"/>
          <w:sz w:val="24"/>
          <w:szCs w:val="24"/>
        </w:rPr>
        <w:t xml:space="preserve"> «Стрекоза», Л.Н. Толстой «Стрекоза и муравьи» ‌</w:t>
      </w:r>
      <w:bookmarkStart w:id="24" w:name="be84008f-4714-4af7-9a8d-d5db8855805f"/>
      <w:r w:rsidRPr="00765081">
        <w:rPr>
          <w:rFonts w:ascii="Times New Roman" w:eastAsia="Calibri" w:hAnsi="Times New Roman" w:cs="Times New Roman"/>
          <w:sz w:val="24"/>
          <w:szCs w:val="24"/>
        </w:rPr>
        <w:t>и другие</w:t>
      </w:r>
      <w:bookmarkEnd w:id="24"/>
      <w:r w:rsidRPr="00765081">
        <w:rPr>
          <w:rFonts w:ascii="Times New Roman" w:eastAsia="Calibri" w:hAnsi="Times New Roman" w:cs="Times New Roman"/>
          <w:sz w:val="24"/>
          <w:szCs w:val="24"/>
        </w:rPr>
        <w:t xml:space="preserve">‌.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Творчество М. Ю. Лермонтова</w:t>
      </w:r>
      <w:r w:rsidRPr="00765081">
        <w:rPr>
          <w:rFonts w:ascii="Times New Roman" w:eastAsia="Calibri" w:hAnsi="Times New Roman" w:cs="Times New Roman"/>
          <w:sz w:val="24"/>
          <w:szCs w:val="24"/>
        </w:rPr>
        <w:t xml:space="preserve">. </w:t>
      </w:r>
      <w:proofErr w:type="gramStart"/>
      <w:r w:rsidRPr="00765081">
        <w:rPr>
          <w:rFonts w:ascii="Times New Roman" w:eastAsia="Calibri" w:hAnsi="Times New Roman" w:cs="Times New Roman"/>
          <w:sz w:val="24"/>
          <w:szCs w:val="24"/>
        </w:rPr>
        <w:t>Круг чтения: лирические произведения М. Ю. Лермонтова ‌</w:t>
      </w:r>
      <w:bookmarkStart w:id="25" w:name="2efe8bc1-9239-4ace-b5a7-c3561f743493"/>
      <w:r w:rsidRPr="00765081">
        <w:rPr>
          <w:rFonts w:ascii="Times New Roman" w:eastAsia="Calibri" w:hAnsi="Times New Roman" w:cs="Times New Roman"/>
          <w:sz w:val="24"/>
          <w:szCs w:val="24"/>
        </w:rPr>
        <w:t>(не менее трёх)</w:t>
      </w:r>
      <w:bookmarkEnd w:id="25"/>
      <w:r w:rsidRPr="00765081">
        <w:rPr>
          <w:rFonts w:ascii="Times New Roman" w:eastAsia="Calibri" w:hAnsi="Times New Roman" w:cs="Times New Roman"/>
          <w:sz w:val="24"/>
          <w:szCs w:val="24"/>
        </w:rPr>
        <w:t>‌. Средства художественной выразительности (сравнение, эпитет, олицетворение); рифма, ритм.</w:t>
      </w:r>
      <w:proofErr w:type="gramEnd"/>
      <w:r w:rsidRPr="00765081">
        <w:rPr>
          <w:rFonts w:ascii="Times New Roman" w:eastAsia="Calibri" w:hAnsi="Times New Roman" w:cs="Times New Roman"/>
          <w:sz w:val="24"/>
          <w:szCs w:val="24"/>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М.Ю. Лермонтов «Утёс», «Парус», «Москва, Москва! …Люблю тебя как сын…» ‌</w:t>
      </w:r>
      <w:bookmarkStart w:id="26" w:name="f1d30773-6a94-4f42-887a-2166f2750849"/>
      <w:r w:rsidRPr="00765081">
        <w:rPr>
          <w:rFonts w:ascii="Times New Roman" w:eastAsia="Calibri" w:hAnsi="Times New Roman" w:cs="Times New Roman"/>
          <w:sz w:val="24"/>
          <w:szCs w:val="24"/>
        </w:rPr>
        <w:t>и другие</w:t>
      </w:r>
      <w:bookmarkEnd w:id="26"/>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Литературная сказка</w:t>
      </w:r>
      <w:r w:rsidRPr="00765081">
        <w:rPr>
          <w:rFonts w:ascii="Times New Roman" w:eastAsia="Calibri" w:hAnsi="Times New Roman" w:cs="Times New Roman"/>
          <w:i/>
          <w:sz w:val="24"/>
          <w:szCs w:val="24"/>
        </w:rPr>
        <w:t>.</w:t>
      </w:r>
      <w:r w:rsidRPr="00765081">
        <w:rPr>
          <w:rFonts w:ascii="Times New Roman" w:eastAsia="Calibri" w:hAnsi="Times New Roman" w:cs="Times New Roman"/>
          <w:sz w:val="24"/>
          <w:szCs w:val="24"/>
        </w:rPr>
        <w:t xml:space="preserve"> Тематика авторских стихотворных сказок ‌</w:t>
      </w:r>
      <w:bookmarkStart w:id="27" w:name="d24420f5-7784-4de8-bf47-fec2f656960e"/>
      <w:r w:rsidRPr="00765081">
        <w:rPr>
          <w:rFonts w:ascii="Times New Roman" w:eastAsia="Calibri" w:hAnsi="Times New Roman" w:cs="Times New Roman"/>
          <w:sz w:val="24"/>
          <w:szCs w:val="24"/>
        </w:rPr>
        <w:t>(две-три по выбору)</w:t>
      </w:r>
      <w:bookmarkEnd w:id="27"/>
      <w:r w:rsidRPr="00765081">
        <w:rPr>
          <w:rFonts w:ascii="Times New Roman" w:eastAsia="Calibri" w:hAnsi="Times New Roman" w:cs="Times New Roman"/>
          <w:sz w:val="24"/>
          <w:szCs w:val="24"/>
        </w:rPr>
        <w:t>‌. Герои литературных сказок (произведения П. П. Ершова, П. П. Бажова, С. Т. Аксакова, С. Я. Маршака ‌</w:t>
      </w:r>
      <w:bookmarkStart w:id="28" w:name="cda96387-1c94-4697-ac9d-f64db13bc866"/>
      <w:r w:rsidRPr="00765081">
        <w:rPr>
          <w:rFonts w:ascii="Times New Roman" w:eastAsia="Calibri" w:hAnsi="Times New Roman" w:cs="Times New Roman"/>
          <w:sz w:val="24"/>
          <w:szCs w:val="24"/>
        </w:rPr>
        <w:t>и др.</w:t>
      </w:r>
      <w:bookmarkEnd w:id="28"/>
      <w:r w:rsidRPr="00765081">
        <w:rPr>
          <w:rFonts w:ascii="Times New Roman" w:eastAsia="Calibri" w:hAnsi="Times New Roman" w:cs="Times New Roman"/>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П.П. Бажов «Серебряное копытце», П.П. Ершов «Конёк-Горбунок», С.Т. Аксаков «Аленький цветочек» ‌</w:t>
      </w:r>
      <w:bookmarkStart w:id="29" w:name="08954654-1f97-4b2e-9229-74ec92d8c8a5"/>
      <w:r w:rsidRPr="00765081">
        <w:rPr>
          <w:rFonts w:ascii="Times New Roman" w:eastAsia="Calibri" w:hAnsi="Times New Roman" w:cs="Times New Roman"/>
          <w:sz w:val="24"/>
          <w:szCs w:val="24"/>
        </w:rPr>
        <w:t>и другие</w:t>
      </w:r>
      <w:bookmarkEnd w:id="29"/>
      <w:r w:rsidRPr="00765081">
        <w:rPr>
          <w:rFonts w:ascii="Times New Roman" w:eastAsia="Calibri" w:hAnsi="Times New Roman" w:cs="Times New Roman"/>
          <w:sz w:val="24"/>
          <w:szCs w:val="24"/>
        </w:rPr>
        <w:t xml:space="preserve">‌.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Картины природы в творчестве поэтов и писателей Х</w:t>
      </w:r>
      <w:r w:rsidRPr="00765081">
        <w:rPr>
          <w:rFonts w:ascii="Times New Roman" w:eastAsia="Calibri" w:hAnsi="Times New Roman" w:cs="Times New Roman"/>
          <w:iCs/>
          <w:sz w:val="24"/>
          <w:szCs w:val="24"/>
          <w:u w:val="single"/>
          <w:lang w:val="en-US"/>
        </w:rPr>
        <w:t>I</w:t>
      </w:r>
      <w:r w:rsidRPr="00765081">
        <w:rPr>
          <w:rFonts w:ascii="Times New Roman" w:eastAsia="Calibri" w:hAnsi="Times New Roman" w:cs="Times New Roman"/>
          <w:iCs/>
          <w:sz w:val="24"/>
          <w:szCs w:val="24"/>
          <w:u w:val="single"/>
        </w:rPr>
        <w:t xml:space="preserve">Х– </w:t>
      </w:r>
      <w:proofErr w:type="gramStart"/>
      <w:r w:rsidRPr="00765081">
        <w:rPr>
          <w:rFonts w:ascii="Times New Roman" w:eastAsia="Calibri" w:hAnsi="Times New Roman" w:cs="Times New Roman"/>
          <w:iCs/>
          <w:sz w:val="24"/>
          <w:szCs w:val="24"/>
          <w:u w:val="single"/>
        </w:rPr>
        <w:t>ХХ</w:t>
      </w:r>
      <w:proofErr w:type="gramEnd"/>
      <w:r w:rsidRPr="00765081">
        <w:rPr>
          <w:rFonts w:ascii="Times New Roman" w:eastAsia="Calibri" w:hAnsi="Times New Roman" w:cs="Times New Roman"/>
          <w:iCs/>
          <w:sz w:val="24"/>
          <w:szCs w:val="24"/>
          <w:u w:val="single"/>
        </w:rPr>
        <w:t xml:space="preserve"> веков.</w:t>
      </w:r>
      <w:r w:rsidRPr="00765081">
        <w:rPr>
          <w:rFonts w:ascii="Times New Roman" w:eastAsia="Calibri" w:hAnsi="Times New Roman" w:cs="Times New Roman"/>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30" w:name="b631436a-def7-48d2-b0a7-7e64aceb08fd"/>
      <w:r w:rsidRPr="00765081">
        <w:rPr>
          <w:rFonts w:ascii="Times New Roman" w:eastAsia="Calibri" w:hAnsi="Times New Roman" w:cs="Times New Roman"/>
          <w:sz w:val="24"/>
          <w:szCs w:val="24"/>
        </w:rPr>
        <w:t>(не менее пяти авторов по выбору)</w:t>
      </w:r>
      <w:bookmarkEnd w:id="30"/>
      <w:r w:rsidRPr="00765081">
        <w:rPr>
          <w:rFonts w:ascii="Times New Roman" w:eastAsia="Calibri" w:hAnsi="Times New Roman" w:cs="Times New Roman"/>
          <w:sz w:val="24"/>
          <w:szCs w:val="24"/>
        </w:rPr>
        <w:t>‌: В. А. Жуковский, И.С. Никитин, Е. А. Баратынский, Ф. И. Тютчев, А. А. Фет, ‌</w:t>
      </w:r>
      <w:bookmarkStart w:id="31" w:name="9a99601d-2f81-41a7-a40b-18f4d76e554b"/>
      <w:r w:rsidRPr="00765081">
        <w:rPr>
          <w:rFonts w:ascii="Times New Roman" w:eastAsia="Calibri" w:hAnsi="Times New Roman" w:cs="Times New Roman"/>
          <w:sz w:val="24"/>
          <w:szCs w:val="24"/>
        </w:rPr>
        <w:t>Н. А. Некрасов, И. А. Бунин, А. А. Блок, К. Д. Бальмонт и др.</w:t>
      </w:r>
      <w:bookmarkEnd w:id="31"/>
      <w:r w:rsidRPr="00765081">
        <w:rPr>
          <w:rFonts w:ascii="Times New Roman" w:eastAsia="Calibri" w:hAnsi="Times New Roman" w:cs="Times New Roman"/>
          <w:sz w:val="24"/>
          <w:szCs w:val="24"/>
        </w:rPr>
        <w:t xml:space="preserve">‌ Темы стихотворных произведений, герой лирического произведения. Авторские приёмы создания художественного образа в лирике. </w:t>
      </w:r>
      <w:proofErr w:type="gramStart"/>
      <w:r w:rsidRPr="00765081">
        <w:rPr>
          <w:rFonts w:ascii="Times New Roman" w:eastAsia="Calibri" w:hAnsi="Times New Roman" w:cs="Times New Roman"/>
          <w:sz w:val="24"/>
          <w:szCs w:val="24"/>
        </w:rPr>
        <w:t>Средства выразительности в произведениях лирики: эпитеты, синонимы, антонимы, сравнения, олицетворения, метафоры.</w:t>
      </w:r>
      <w:proofErr w:type="gramEnd"/>
      <w:r w:rsidRPr="00765081">
        <w:rPr>
          <w:rFonts w:ascii="Times New Roman" w:eastAsia="Calibri" w:hAnsi="Times New Roman" w:cs="Times New Roman"/>
          <w:sz w:val="24"/>
          <w:szCs w:val="24"/>
        </w:rPr>
        <w:t xml:space="preserve"> Репродукция картины как иллюстрация к лирическому произведению.</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32" w:name="cf36c94d-b3f5-4b3d-a3c7-3ba766d230a2"/>
      <w:r w:rsidRPr="00765081">
        <w:rPr>
          <w:rFonts w:ascii="Times New Roman" w:eastAsia="Calibri" w:hAnsi="Times New Roman" w:cs="Times New Roman"/>
          <w:sz w:val="24"/>
          <w:szCs w:val="24"/>
        </w:rPr>
        <w:t>и другие (по выбору).</w:t>
      </w:r>
      <w:bookmarkEnd w:id="32"/>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Творчество Л. Н. Толстого</w:t>
      </w:r>
      <w:r w:rsidRPr="00765081">
        <w:rPr>
          <w:rFonts w:ascii="Times New Roman" w:eastAsia="Calibri" w:hAnsi="Times New Roman" w:cs="Times New Roman"/>
          <w:sz w:val="24"/>
          <w:szCs w:val="24"/>
        </w:rPr>
        <w:t>. Круг чтения ‌</w:t>
      </w:r>
      <w:bookmarkStart w:id="33" w:name="9f73dd0a-54f2-4590-ac41-ba0d876049a1"/>
      <w:r w:rsidRPr="00765081">
        <w:rPr>
          <w:rFonts w:ascii="Times New Roman" w:eastAsia="Calibri" w:hAnsi="Times New Roman" w:cs="Times New Roman"/>
          <w:sz w:val="24"/>
          <w:szCs w:val="24"/>
        </w:rPr>
        <w:t>(не менее трёх произведений)</w:t>
      </w:r>
      <w:bookmarkEnd w:id="33"/>
      <w:r w:rsidRPr="00765081">
        <w:rPr>
          <w:rFonts w:ascii="Times New Roman" w:eastAsia="Calibri" w:hAnsi="Times New Roman" w:cs="Times New Roman"/>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Л.Н. Толстой «Детство» (отдельные главы), «Русак», «Черепаха» ‌</w:t>
      </w:r>
      <w:bookmarkStart w:id="34" w:name="d876fe18-c1a8-4a91-8d52-d25058604082"/>
      <w:r w:rsidRPr="00765081">
        <w:rPr>
          <w:rFonts w:ascii="Times New Roman" w:eastAsia="Calibri" w:hAnsi="Times New Roman" w:cs="Times New Roman"/>
          <w:sz w:val="24"/>
          <w:szCs w:val="24"/>
        </w:rPr>
        <w:t>и другие (по выбору)</w:t>
      </w:r>
      <w:bookmarkEnd w:id="34"/>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Произведения о животных и родной природе</w:t>
      </w:r>
      <w:r w:rsidRPr="00765081">
        <w:rPr>
          <w:rFonts w:ascii="Times New Roman" w:eastAsia="Calibri" w:hAnsi="Times New Roman" w:cs="Times New Roman"/>
          <w:i/>
          <w:sz w:val="24"/>
          <w:szCs w:val="24"/>
        </w:rPr>
        <w:t>.</w:t>
      </w:r>
      <w:r w:rsidRPr="00765081">
        <w:rPr>
          <w:rFonts w:ascii="Times New Roman" w:eastAsia="Calibri" w:hAnsi="Times New Roman" w:cs="Times New Roman"/>
          <w:sz w:val="24"/>
          <w:szCs w:val="24"/>
        </w:rPr>
        <w:t xml:space="preserve"> Взаимоотношения человека и животных, защита и охрана природы – тема произведений литературы. Круг чтения ‌</w:t>
      </w:r>
      <w:bookmarkStart w:id="35" w:name="246de2e0-56be-4295-9596-db940aac14bd"/>
      <w:r w:rsidRPr="00765081">
        <w:rPr>
          <w:rFonts w:ascii="Times New Roman" w:eastAsia="Calibri" w:hAnsi="Times New Roman" w:cs="Times New Roman"/>
          <w:sz w:val="24"/>
          <w:szCs w:val="24"/>
        </w:rPr>
        <w:t>(не менее трёх авторов)</w:t>
      </w:r>
      <w:bookmarkEnd w:id="35"/>
      <w:r w:rsidRPr="00765081">
        <w:rPr>
          <w:rFonts w:ascii="Times New Roman" w:eastAsia="Calibri" w:hAnsi="Times New Roman" w:cs="Times New Roman"/>
          <w:sz w:val="24"/>
          <w:szCs w:val="24"/>
        </w:rPr>
        <w:t>‌: на примере произведений В. П. Астафьева, М. М. Пришвина, С.А. Есенина, ‌</w:t>
      </w:r>
      <w:bookmarkStart w:id="36" w:name="bc1695a5-bd06-4a76-858a-d4d40b281db4"/>
      <w:r w:rsidRPr="00765081">
        <w:rPr>
          <w:rFonts w:ascii="Times New Roman" w:eastAsia="Calibri" w:hAnsi="Times New Roman" w:cs="Times New Roman"/>
          <w:sz w:val="24"/>
          <w:szCs w:val="24"/>
        </w:rPr>
        <w:t>А. И. Куприна, К. Г. Паустовского, Ю. И. Коваля и др.</w:t>
      </w:r>
      <w:bookmarkEnd w:id="36"/>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В.П. Астафьев «</w:t>
      </w:r>
      <w:proofErr w:type="spellStart"/>
      <w:r w:rsidRPr="00765081">
        <w:rPr>
          <w:rFonts w:ascii="Times New Roman" w:eastAsia="Calibri" w:hAnsi="Times New Roman" w:cs="Times New Roman"/>
          <w:sz w:val="24"/>
          <w:szCs w:val="24"/>
        </w:rPr>
        <w:t>Капалуха</w:t>
      </w:r>
      <w:proofErr w:type="spellEnd"/>
      <w:r w:rsidRPr="00765081">
        <w:rPr>
          <w:rFonts w:ascii="Times New Roman" w:eastAsia="Calibri" w:hAnsi="Times New Roman" w:cs="Times New Roman"/>
          <w:sz w:val="24"/>
          <w:szCs w:val="24"/>
        </w:rPr>
        <w:t>», М.М. Пришвин «Выскочка», С.А. Есенин «Лебёдушка» ​‌</w:t>
      </w:r>
      <w:bookmarkStart w:id="37" w:name="43cc23b0-61c4-4e00-b89d-508f8c0c86cc"/>
      <w:r w:rsidRPr="00765081">
        <w:rPr>
          <w:rFonts w:ascii="Times New Roman" w:eastAsia="Calibri" w:hAnsi="Times New Roman" w:cs="Times New Roman"/>
          <w:sz w:val="24"/>
          <w:szCs w:val="24"/>
        </w:rPr>
        <w:t>и другие (по выбору).</w:t>
      </w:r>
      <w:bookmarkEnd w:id="37"/>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Произведения о детях</w:t>
      </w:r>
      <w:r w:rsidRPr="00765081">
        <w:rPr>
          <w:rFonts w:ascii="Times New Roman" w:eastAsia="Calibri" w:hAnsi="Times New Roman" w:cs="Times New Roman"/>
          <w:sz w:val="24"/>
          <w:szCs w:val="24"/>
        </w:rPr>
        <w:t xml:space="preserve">. Тематика произведений о детях, их жизни, играх и занятиях, взаимоотношениях </w:t>
      </w:r>
      <w:proofErr w:type="gramStart"/>
      <w:r w:rsidRPr="00765081">
        <w:rPr>
          <w:rFonts w:ascii="Times New Roman" w:eastAsia="Calibri" w:hAnsi="Times New Roman" w:cs="Times New Roman"/>
          <w:sz w:val="24"/>
          <w:szCs w:val="24"/>
        </w:rPr>
        <w:t>со</w:t>
      </w:r>
      <w:proofErr w:type="gramEnd"/>
      <w:r w:rsidRPr="00765081">
        <w:rPr>
          <w:rFonts w:ascii="Times New Roman" w:eastAsia="Calibri" w:hAnsi="Times New Roman" w:cs="Times New Roman"/>
          <w:sz w:val="24"/>
          <w:szCs w:val="24"/>
        </w:rPr>
        <w:t xml:space="preserve"> взрослыми и сверстниками ‌</w:t>
      </w:r>
      <w:bookmarkStart w:id="38" w:name="7d70a143-b34a-48de-a855-a34e00cf3c38"/>
      <w:r w:rsidRPr="00765081">
        <w:rPr>
          <w:rFonts w:ascii="Times New Roman" w:eastAsia="Calibri" w:hAnsi="Times New Roman" w:cs="Times New Roman"/>
          <w:sz w:val="24"/>
          <w:szCs w:val="24"/>
        </w:rPr>
        <w:t>(на примере произведений не менее трёх авторов)</w:t>
      </w:r>
      <w:bookmarkEnd w:id="38"/>
      <w:r w:rsidRPr="00765081">
        <w:rPr>
          <w:rFonts w:ascii="Times New Roman" w:eastAsia="Calibri" w:hAnsi="Times New Roman" w:cs="Times New Roman"/>
          <w:sz w:val="24"/>
          <w:szCs w:val="24"/>
        </w:rPr>
        <w:t>‌: А. П. Чехова, Н. Г. Гарина-Михайловского, М.М. Зощенко, К.Г.Паустовский, ‌</w:t>
      </w:r>
      <w:bookmarkStart w:id="39" w:name="26220ac3-4e82-456a-9e95-74ad70c180f4"/>
      <w:r w:rsidRPr="00765081">
        <w:rPr>
          <w:rFonts w:ascii="Times New Roman" w:eastAsia="Calibri" w:hAnsi="Times New Roman" w:cs="Times New Roman"/>
          <w:sz w:val="24"/>
          <w:szCs w:val="24"/>
        </w:rPr>
        <w:t>Б. С. Житкова, В. В. Крапивина и др.</w:t>
      </w:r>
      <w:bookmarkEnd w:id="39"/>
      <w:r w:rsidRPr="00765081">
        <w:rPr>
          <w:rFonts w:ascii="Times New Roman" w:eastAsia="Calibri" w:hAnsi="Times New Roman" w:cs="Times New Roman"/>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40" w:name="a4cb9ea3-0451-4889-b1a1-f6f4710bf1d9"/>
      <w:r w:rsidRPr="00765081">
        <w:rPr>
          <w:rFonts w:ascii="Times New Roman" w:eastAsia="Calibri" w:hAnsi="Times New Roman" w:cs="Times New Roman"/>
          <w:sz w:val="24"/>
          <w:szCs w:val="24"/>
        </w:rPr>
        <w:t>(1-2 рассказа из цикла)</w:t>
      </w:r>
      <w:bookmarkEnd w:id="40"/>
      <w:r w:rsidRPr="00765081">
        <w:rPr>
          <w:rFonts w:ascii="Times New Roman" w:eastAsia="Calibri" w:hAnsi="Times New Roman" w:cs="Times New Roman"/>
          <w:sz w:val="24"/>
          <w:szCs w:val="24"/>
        </w:rPr>
        <w:t>‌, К.Г. Паустовский «Корзина с еловыми шишками» и другие.</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Пьеса</w:t>
      </w:r>
      <w:r w:rsidRPr="00765081">
        <w:rPr>
          <w:rFonts w:ascii="Times New Roman" w:eastAsia="Calibri" w:hAnsi="Times New Roman" w:cs="Times New Roman"/>
          <w:i/>
          <w:sz w:val="24"/>
          <w:szCs w:val="24"/>
        </w:rPr>
        <w:t>.</w:t>
      </w:r>
      <w:r w:rsidRPr="00765081">
        <w:rPr>
          <w:rFonts w:ascii="Times New Roman" w:eastAsia="Calibri" w:hAnsi="Times New Roman" w:cs="Times New Roman"/>
          <w:sz w:val="24"/>
          <w:szCs w:val="24"/>
        </w:rPr>
        <w:t xml:space="preserve"> Знакомство с новым жанром – пьесой-сказкой. Пьеса – произведение литературы и театрального искусства ‌</w:t>
      </w:r>
      <w:bookmarkStart w:id="41" w:name="9ce33c6b-ec01-45c7-8e71-faa83c253d05"/>
      <w:r w:rsidRPr="00765081">
        <w:rPr>
          <w:rFonts w:ascii="Times New Roman" w:eastAsia="Calibri" w:hAnsi="Times New Roman" w:cs="Times New Roman"/>
          <w:sz w:val="24"/>
          <w:szCs w:val="24"/>
        </w:rPr>
        <w:t>(одна по выбору)</w:t>
      </w:r>
      <w:bookmarkEnd w:id="41"/>
      <w:r w:rsidRPr="00765081">
        <w:rPr>
          <w:rFonts w:ascii="Times New Roman" w:eastAsia="Calibri" w:hAnsi="Times New Roman" w:cs="Times New Roman"/>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Произведения для чтения: С.Я. Маршак «Двенадцать месяцев» и другие.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Юмористические произведения</w:t>
      </w:r>
      <w:r w:rsidRPr="00765081">
        <w:rPr>
          <w:rFonts w:ascii="Times New Roman" w:eastAsia="Calibri" w:hAnsi="Times New Roman" w:cs="Times New Roman"/>
          <w:i/>
          <w:sz w:val="24"/>
          <w:szCs w:val="24"/>
        </w:rPr>
        <w:t>.</w:t>
      </w:r>
      <w:r w:rsidRPr="00765081">
        <w:rPr>
          <w:rFonts w:ascii="Times New Roman" w:eastAsia="Calibri" w:hAnsi="Times New Roman" w:cs="Times New Roman"/>
          <w:sz w:val="24"/>
          <w:szCs w:val="24"/>
        </w:rPr>
        <w:t xml:space="preserve"> Круг чтения ‌</w:t>
      </w:r>
      <w:bookmarkStart w:id="42" w:name="062a5f32-e196-4fe2-a2d8-404f5174ede8"/>
      <w:r w:rsidRPr="00765081">
        <w:rPr>
          <w:rFonts w:ascii="Times New Roman" w:eastAsia="Calibri" w:hAnsi="Times New Roman" w:cs="Times New Roman"/>
          <w:sz w:val="24"/>
          <w:szCs w:val="24"/>
        </w:rPr>
        <w:t>(не менее двух произведений по выбору):</w:t>
      </w:r>
      <w:bookmarkEnd w:id="42"/>
      <w:r w:rsidRPr="00765081">
        <w:rPr>
          <w:rFonts w:ascii="Times New Roman" w:eastAsia="Calibri" w:hAnsi="Times New Roman" w:cs="Times New Roman"/>
          <w:sz w:val="24"/>
          <w:szCs w:val="24"/>
        </w:rPr>
        <w:t>‌ юмористические произведения на примере рассказов В. Ю. Драгунского, Н. Н. Носова, ‌</w:t>
      </w:r>
      <w:bookmarkStart w:id="43" w:name="4e231ac4-4ac0-464c-bde6-6a1b7d5919e6"/>
      <w:r w:rsidRPr="00765081">
        <w:rPr>
          <w:rFonts w:ascii="Times New Roman" w:eastAsia="Calibri" w:hAnsi="Times New Roman" w:cs="Times New Roman"/>
          <w:sz w:val="24"/>
          <w:szCs w:val="24"/>
        </w:rPr>
        <w:t xml:space="preserve">М. М. Зощенко, В. В. </w:t>
      </w:r>
      <w:proofErr w:type="spellStart"/>
      <w:r w:rsidRPr="00765081">
        <w:rPr>
          <w:rFonts w:ascii="Times New Roman" w:eastAsia="Calibri" w:hAnsi="Times New Roman" w:cs="Times New Roman"/>
          <w:sz w:val="24"/>
          <w:szCs w:val="24"/>
        </w:rPr>
        <w:t>Голявкина</w:t>
      </w:r>
      <w:bookmarkEnd w:id="43"/>
      <w:proofErr w:type="spellEnd"/>
      <w:r w:rsidRPr="00765081">
        <w:rPr>
          <w:rFonts w:ascii="Times New Roman" w:eastAsia="Calibri" w:hAnsi="Times New Roman" w:cs="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Произведения для чтения: В.Ю. Драгунский «Денискины рассказы» ‌</w:t>
      </w:r>
      <w:bookmarkStart w:id="44" w:name="53c080ee-763e-43ed-999e-471164d70763"/>
      <w:r w:rsidRPr="00765081">
        <w:rPr>
          <w:rFonts w:ascii="Times New Roman" w:eastAsia="Calibri" w:hAnsi="Times New Roman" w:cs="Times New Roman"/>
          <w:sz w:val="24"/>
          <w:szCs w:val="24"/>
        </w:rPr>
        <w:t>(1-2 произведения по выбору)</w:t>
      </w:r>
      <w:bookmarkEnd w:id="44"/>
      <w:r w:rsidRPr="00765081">
        <w:rPr>
          <w:rFonts w:ascii="Times New Roman" w:eastAsia="Calibri" w:hAnsi="Times New Roman" w:cs="Times New Roman"/>
          <w:sz w:val="24"/>
          <w:szCs w:val="24"/>
        </w:rPr>
        <w:t>‌, Н.Н. Носов «Витя Малеев в школе и дома» (отдельные главы) ‌</w:t>
      </w:r>
      <w:bookmarkStart w:id="45" w:name="26aa4aeb-d898-422a-9eda-b866102f0def"/>
      <w:r w:rsidRPr="00765081">
        <w:rPr>
          <w:rFonts w:ascii="Times New Roman" w:eastAsia="Calibri" w:hAnsi="Times New Roman" w:cs="Times New Roman"/>
          <w:sz w:val="24"/>
          <w:szCs w:val="24"/>
        </w:rPr>
        <w:t>и другие</w:t>
      </w:r>
      <w:bookmarkEnd w:id="45"/>
      <w:r w:rsidRPr="00765081">
        <w:rPr>
          <w:rFonts w:ascii="Times New Roman" w:eastAsia="Calibri" w:hAnsi="Times New Roman" w:cs="Times New Roman"/>
          <w:sz w:val="24"/>
          <w:szCs w:val="24"/>
        </w:rPr>
        <w:t>‌.</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Зарубежная литература</w:t>
      </w:r>
      <w:r w:rsidRPr="00765081">
        <w:rPr>
          <w:rFonts w:ascii="Times New Roman" w:eastAsia="Calibri" w:hAnsi="Times New Roman" w:cs="Times New Roman"/>
          <w:sz w:val="24"/>
          <w:szCs w:val="24"/>
        </w:rPr>
        <w:t>. Расширение круга чтения произведений зарубежных писателей. Литературные сказки Х.-К. Андерсена, ‌</w:t>
      </w:r>
      <w:bookmarkStart w:id="46" w:name="de9a53ab-3e80-4b5b-8ed7-4e2e364c4403"/>
      <w:r w:rsidRPr="00765081">
        <w:rPr>
          <w:rFonts w:ascii="Times New Roman" w:eastAsia="Calibri" w:hAnsi="Times New Roman" w:cs="Times New Roman"/>
          <w:sz w:val="24"/>
          <w:szCs w:val="24"/>
        </w:rPr>
        <w:t>Ш. Перро, братьев Гримм и др. (по выбору)</w:t>
      </w:r>
      <w:bookmarkEnd w:id="46"/>
      <w:r w:rsidRPr="00765081">
        <w:rPr>
          <w:rFonts w:ascii="Times New Roman" w:eastAsia="Calibri" w:hAnsi="Times New Roman" w:cs="Times New Roman"/>
          <w:sz w:val="24"/>
          <w:szCs w:val="24"/>
        </w:rPr>
        <w:t xml:space="preserve">‌. Приключенческая литература: произведения Дж. Свифта, Марка Твена.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Произведения для чтения: </w:t>
      </w:r>
      <w:proofErr w:type="gramStart"/>
      <w:r w:rsidRPr="00765081">
        <w:rPr>
          <w:rFonts w:ascii="Times New Roman" w:eastAsia="Calibri" w:hAnsi="Times New Roman" w:cs="Times New Roman"/>
          <w:sz w:val="24"/>
          <w:szCs w:val="24"/>
        </w:rPr>
        <w:t xml:space="preserve">Х.-К. Андерсен «Дикие лебеди», «Русалочка», Дж. Свифт «Приключения Гулливера» (отдельные главы), Марк Твен «Том </w:t>
      </w:r>
      <w:proofErr w:type="spellStart"/>
      <w:r w:rsidRPr="00765081">
        <w:rPr>
          <w:rFonts w:ascii="Times New Roman" w:eastAsia="Calibri" w:hAnsi="Times New Roman" w:cs="Times New Roman"/>
          <w:sz w:val="24"/>
          <w:szCs w:val="24"/>
        </w:rPr>
        <w:t>Сойер</w:t>
      </w:r>
      <w:proofErr w:type="spellEnd"/>
      <w:r w:rsidRPr="00765081">
        <w:rPr>
          <w:rFonts w:ascii="Times New Roman" w:eastAsia="Calibri" w:hAnsi="Times New Roman" w:cs="Times New Roman"/>
          <w:sz w:val="24"/>
          <w:szCs w:val="24"/>
        </w:rPr>
        <w:t>» (отдельные главы) ‌</w:t>
      </w:r>
      <w:bookmarkStart w:id="47" w:name="47a66d7e-7bca-4ea2-ba5d-914bf7023a72"/>
      <w:r w:rsidRPr="00765081">
        <w:rPr>
          <w:rFonts w:ascii="Times New Roman" w:eastAsia="Calibri" w:hAnsi="Times New Roman" w:cs="Times New Roman"/>
          <w:sz w:val="24"/>
          <w:szCs w:val="24"/>
        </w:rPr>
        <w:t>и другие (по выбору)</w:t>
      </w:r>
      <w:bookmarkEnd w:id="47"/>
      <w:r w:rsidRPr="00765081">
        <w:rPr>
          <w:rFonts w:ascii="Times New Roman" w:eastAsia="Calibri" w:hAnsi="Times New Roman" w:cs="Times New Roman"/>
          <w:sz w:val="24"/>
          <w:szCs w:val="24"/>
        </w:rPr>
        <w:t>‌.</w:t>
      </w:r>
      <w:proofErr w:type="gramEnd"/>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iCs/>
          <w:sz w:val="24"/>
          <w:szCs w:val="24"/>
          <w:u w:val="single"/>
        </w:rPr>
        <w:t>Библиографическая культура (работа с детской книгой и справочной литературой).</w:t>
      </w:r>
      <w:r w:rsidRPr="00765081">
        <w:rPr>
          <w:rFonts w:ascii="Times New Roman" w:eastAsia="Calibri" w:hAnsi="Times New Roman" w:cs="Times New Roman"/>
          <w:sz w:val="24"/>
          <w:szCs w:val="24"/>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765081">
        <w:rPr>
          <w:rFonts w:ascii="Times New Roman" w:eastAsia="Calibri" w:hAnsi="Times New Roman" w:cs="Times New Roman"/>
          <w:sz w:val="24"/>
          <w:szCs w:val="24"/>
        </w:rPr>
        <w:t xml:space="preserve">Типы книг (изданий): книга-произведение, книга-сборник, </w:t>
      </w:r>
      <w:r w:rsidRPr="00765081">
        <w:rPr>
          <w:rFonts w:ascii="Times New Roman" w:eastAsia="Calibri" w:hAnsi="Times New Roman" w:cs="Times New Roman"/>
          <w:sz w:val="24"/>
          <w:szCs w:val="24"/>
        </w:rPr>
        <w:lastRenderedPageBreak/>
        <w:t>собрание сочинений, периодическая печать, справочные издания.</w:t>
      </w:r>
      <w:proofErr w:type="gramEnd"/>
      <w:r w:rsidRPr="00765081">
        <w:rPr>
          <w:rFonts w:ascii="Times New Roman" w:eastAsia="Calibri" w:hAnsi="Times New Roman" w:cs="Times New Roman"/>
          <w:sz w:val="24"/>
          <w:szCs w:val="24"/>
        </w:rPr>
        <w:t xml:space="preserve"> Работа с источниками периодической печати.</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215D9" w:rsidRPr="00765081" w:rsidRDefault="008215D9" w:rsidP="0089011F">
      <w:pPr>
        <w:numPr>
          <w:ilvl w:val="0"/>
          <w:numId w:val="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215D9" w:rsidRPr="00765081" w:rsidRDefault="008215D9" w:rsidP="0089011F">
      <w:pPr>
        <w:numPr>
          <w:ilvl w:val="0"/>
          <w:numId w:val="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читать про себя (молча), оценивать своё чтение с точки зрения понимания и запоминания текста;</w:t>
      </w:r>
    </w:p>
    <w:p w:rsidR="008215D9" w:rsidRPr="00765081" w:rsidRDefault="008215D9" w:rsidP="0089011F">
      <w:pPr>
        <w:numPr>
          <w:ilvl w:val="0"/>
          <w:numId w:val="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215D9" w:rsidRPr="00765081" w:rsidRDefault="008215D9" w:rsidP="0089011F">
      <w:pPr>
        <w:numPr>
          <w:ilvl w:val="0"/>
          <w:numId w:val="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характеризовать героя и давать оценку его поступкам; </w:t>
      </w:r>
    </w:p>
    <w:p w:rsidR="008215D9" w:rsidRPr="00765081" w:rsidRDefault="008215D9" w:rsidP="0089011F">
      <w:pPr>
        <w:numPr>
          <w:ilvl w:val="0"/>
          <w:numId w:val="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215D9" w:rsidRPr="00765081" w:rsidRDefault="008215D9" w:rsidP="0089011F">
      <w:pPr>
        <w:numPr>
          <w:ilvl w:val="0"/>
          <w:numId w:val="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8215D9" w:rsidRPr="00765081" w:rsidRDefault="008215D9" w:rsidP="0089011F">
      <w:pPr>
        <w:numPr>
          <w:ilvl w:val="0"/>
          <w:numId w:val="6"/>
        </w:numPr>
        <w:tabs>
          <w:tab w:val="left" w:pos="0"/>
          <w:tab w:val="left" w:pos="709"/>
        </w:tabs>
        <w:spacing w:after="0" w:line="264" w:lineRule="auto"/>
        <w:jc w:val="both"/>
        <w:rPr>
          <w:rFonts w:ascii="Times New Roman" w:eastAsia="Calibri" w:hAnsi="Times New Roman" w:cs="Times New Roman"/>
          <w:sz w:val="24"/>
          <w:szCs w:val="24"/>
        </w:rPr>
      </w:pPr>
      <w:proofErr w:type="gramStart"/>
      <w:r w:rsidRPr="00765081">
        <w:rPr>
          <w:rFonts w:ascii="Times New Roman" w:eastAsia="Calibri"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характеризовать книгу по её элементам (обложка, оглавление, аннотация, предисловие, иллюстрации, примечания и другое);</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выбирать книгу в библиотеке в соответствии с учебной задачей; составлять аннотацию.</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Коммуникативные универсальные учебные действия способствуют формированию умений:</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пересказывать текст в соответствии с учебной задачей;</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рассказывать о тематике детской литературы, о любимом писателе и его произведениях;</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оценивать мнение авторов о героях и своё отношение к ним;</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использовать элементы импровизации при исполнении фольклорных произведений;</w:t>
      </w:r>
    </w:p>
    <w:p w:rsidR="008215D9" w:rsidRPr="00765081" w:rsidRDefault="008215D9" w:rsidP="0089011F">
      <w:pPr>
        <w:numPr>
          <w:ilvl w:val="0"/>
          <w:numId w:val="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proofErr w:type="gramStart"/>
      <w:r w:rsidRPr="00765081">
        <w:rPr>
          <w:rFonts w:ascii="Times New Roman" w:eastAsia="Calibri" w:hAnsi="Times New Roman" w:cs="Times New Roman"/>
          <w:sz w:val="24"/>
          <w:szCs w:val="24"/>
        </w:rPr>
        <w:t>Регулятивные</w:t>
      </w:r>
      <w:proofErr w:type="gramEnd"/>
      <w:r w:rsidRPr="00765081">
        <w:rPr>
          <w:rFonts w:ascii="Times New Roman" w:eastAsia="Calibri" w:hAnsi="Times New Roman" w:cs="Times New Roman"/>
          <w:sz w:val="24"/>
          <w:szCs w:val="24"/>
        </w:rPr>
        <w:t xml:space="preserve"> универсальные учебные способствуют формированию умений:</w:t>
      </w:r>
    </w:p>
    <w:p w:rsidR="008215D9" w:rsidRPr="00765081" w:rsidRDefault="008215D9" w:rsidP="0089011F">
      <w:pPr>
        <w:numPr>
          <w:ilvl w:val="0"/>
          <w:numId w:val="8"/>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8215D9" w:rsidRPr="00765081" w:rsidRDefault="008215D9" w:rsidP="0089011F">
      <w:pPr>
        <w:numPr>
          <w:ilvl w:val="0"/>
          <w:numId w:val="8"/>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определять цель выразительного исполнения и работы с текстом;</w:t>
      </w:r>
    </w:p>
    <w:p w:rsidR="008215D9" w:rsidRPr="00765081" w:rsidRDefault="008215D9" w:rsidP="0089011F">
      <w:pPr>
        <w:numPr>
          <w:ilvl w:val="0"/>
          <w:numId w:val="8"/>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оценивать выступление (своё и одноклассников) с точки зрения передачи настроения, особенностей произведения и героев;</w:t>
      </w:r>
    </w:p>
    <w:p w:rsidR="008215D9" w:rsidRPr="00765081" w:rsidRDefault="008215D9" w:rsidP="0089011F">
      <w:pPr>
        <w:numPr>
          <w:ilvl w:val="0"/>
          <w:numId w:val="8"/>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215D9" w:rsidRPr="00765081" w:rsidRDefault="008215D9"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Совместная деятельность способствует формированию умений:</w:t>
      </w:r>
    </w:p>
    <w:p w:rsidR="008215D9" w:rsidRPr="00765081" w:rsidRDefault="008215D9" w:rsidP="0089011F">
      <w:pPr>
        <w:numPr>
          <w:ilvl w:val="0"/>
          <w:numId w:val="9"/>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участвовать в театрализованной деятельности: </w:t>
      </w:r>
      <w:proofErr w:type="spellStart"/>
      <w:r w:rsidRPr="00765081">
        <w:rPr>
          <w:rFonts w:ascii="Times New Roman" w:eastAsia="Calibri" w:hAnsi="Times New Roman" w:cs="Times New Roman"/>
          <w:sz w:val="24"/>
          <w:szCs w:val="24"/>
        </w:rPr>
        <w:t>инсценировании</w:t>
      </w:r>
      <w:proofErr w:type="spellEnd"/>
      <w:r w:rsidRPr="00765081">
        <w:rPr>
          <w:rFonts w:ascii="Times New Roman" w:eastAsia="Calibri" w:hAnsi="Times New Roman" w:cs="Times New Roman"/>
          <w:sz w:val="24"/>
          <w:szCs w:val="24"/>
        </w:rPr>
        <w:t xml:space="preserve"> и драматизации (читать по ролям, разыгрывать сценки);</w:t>
      </w:r>
    </w:p>
    <w:p w:rsidR="008215D9" w:rsidRPr="00765081" w:rsidRDefault="008215D9" w:rsidP="0089011F">
      <w:pPr>
        <w:numPr>
          <w:ilvl w:val="0"/>
          <w:numId w:val="9"/>
        </w:numPr>
        <w:tabs>
          <w:tab w:val="left" w:pos="0"/>
          <w:tab w:val="left" w:pos="709"/>
        </w:tabs>
        <w:spacing w:after="0" w:line="264" w:lineRule="auto"/>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sz w:val="24"/>
          <w:szCs w:val="24"/>
          <w:lang w:val="en-US"/>
        </w:rPr>
        <w:t>соблюдатьправилавзаимодействия</w:t>
      </w:r>
      <w:proofErr w:type="spellEnd"/>
      <w:r w:rsidRPr="00765081">
        <w:rPr>
          <w:rFonts w:ascii="Times New Roman" w:eastAsia="Calibri" w:hAnsi="Times New Roman" w:cs="Times New Roman"/>
          <w:sz w:val="24"/>
          <w:szCs w:val="24"/>
          <w:lang w:val="en-US"/>
        </w:rPr>
        <w:t>;</w:t>
      </w:r>
    </w:p>
    <w:p w:rsidR="008215D9" w:rsidRPr="00765081" w:rsidRDefault="008215D9" w:rsidP="0089011F">
      <w:pPr>
        <w:numPr>
          <w:ilvl w:val="0"/>
          <w:numId w:val="9"/>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8215D9" w:rsidRPr="00765081" w:rsidRDefault="008215D9" w:rsidP="00C54376">
      <w:pPr>
        <w:tabs>
          <w:tab w:val="left" w:pos="0"/>
          <w:tab w:val="left" w:pos="709"/>
        </w:tabs>
        <w:spacing w:after="0" w:line="264" w:lineRule="auto"/>
        <w:ind w:left="12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215D9" w:rsidRPr="00765081" w:rsidRDefault="008215D9" w:rsidP="00C54376">
      <w:pPr>
        <w:tabs>
          <w:tab w:val="left" w:pos="0"/>
          <w:tab w:val="left" w:pos="709"/>
        </w:tabs>
        <w:spacing w:after="0" w:line="240" w:lineRule="auto"/>
        <w:jc w:val="both"/>
        <w:rPr>
          <w:rFonts w:ascii="Times New Roman" w:eastAsia="Times New Roman" w:hAnsi="Times New Roman" w:cs="Times New Roman"/>
          <w:sz w:val="24"/>
          <w:szCs w:val="24"/>
          <w:lang w:eastAsia="ru-RU"/>
        </w:rPr>
      </w:pPr>
    </w:p>
    <w:p w:rsidR="008215D9" w:rsidRPr="00765081" w:rsidRDefault="008215D9" w:rsidP="00C54376">
      <w:pPr>
        <w:tabs>
          <w:tab w:val="left" w:pos="0"/>
          <w:tab w:val="left" w:pos="709"/>
        </w:tabs>
        <w:spacing w:after="0" w:line="240" w:lineRule="auto"/>
        <w:jc w:val="both"/>
        <w:rPr>
          <w:rFonts w:ascii="Times New Roman" w:eastAsia="Times New Roman" w:hAnsi="Times New Roman" w:cs="Times New Roman"/>
          <w:sz w:val="24"/>
          <w:szCs w:val="24"/>
          <w:lang w:eastAsia="ru-RU"/>
        </w:rPr>
      </w:pP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b/>
          <w:sz w:val="24"/>
          <w:szCs w:val="24"/>
        </w:rPr>
      </w:pPr>
      <w:r w:rsidRPr="00765081">
        <w:rPr>
          <w:rFonts w:ascii="Times New Roman" w:hAnsi="Times New Roman" w:cs="Times New Roman"/>
          <w:b/>
          <w:sz w:val="24"/>
          <w:szCs w:val="24"/>
        </w:rPr>
        <w:t xml:space="preserve">2. ПЛАНИРУЕМЫЕ ОБРАЗОВАТЕЛЬНЫЕ РЕЗУЛЬТАТЫ </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r w:rsidRPr="00765081">
        <w:rPr>
          <w:rFonts w:ascii="Times New Roman" w:hAnsi="Times New Roman" w:cs="Times New Roman"/>
          <w:b/>
          <w:sz w:val="24"/>
          <w:szCs w:val="24"/>
        </w:rPr>
        <w:t>1 КЛАСС</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r w:rsidRPr="00765081">
        <w:rPr>
          <w:rFonts w:ascii="Times New Roman" w:hAnsi="Times New Roman" w:cs="Times New Roman"/>
          <w:b/>
          <w:sz w:val="24"/>
          <w:szCs w:val="24"/>
        </w:rPr>
        <w:t>ЛИЧНОСТНЫЕ РЕЗУЛЬТАТЫ</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Гражданско-патриотическое воспитание:</w:t>
      </w:r>
    </w:p>
    <w:p w:rsidR="008215D9" w:rsidRPr="00765081" w:rsidRDefault="008215D9" w:rsidP="0089011F">
      <w:pPr>
        <w:numPr>
          <w:ilvl w:val="0"/>
          <w:numId w:val="10"/>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215D9" w:rsidRPr="00765081" w:rsidRDefault="008215D9" w:rsidP="0089011F">
      <w:pPr>
        <w:numPr>
          <w:ilvl w:val="0"/>
          <w:numId w:val="10"/>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215D9" w:rsidRPr="00765081" w:rsidRDefault="008215D9" w:rsidP="0089011F">
      <w:pPr>
        <w:numPr>
          <w:ilvl w:val="0"/>
          <w:numId w:val="10"/>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Духовно-нравственное воспитание:</w:t>
      </w:r>
    </w:p>
    <w:p w:rsidR="008215D9" w:rsidRPr="00765081" w:rsidRDefault="008215D9" w:rsidP="0089011F">
      <w:pPr>
        <w:numPr>
          <w:ilvl w:val="0"/>
          <w:numId w:val="11"/>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w:t>
      </w:r>
      <w:r w:rsidRPr="00765081">
        <w:rPr>
          <w:rFonts w:ascii="Times New Roman" w:hAnsi="Times New Roman" w:cs="Times New Roman"/>
          <w:sz w:val="24"/>
          <w:szCs w:val="24"/>
        </w:rPr>
        <w:lastRenderedPageBreak/>
        <w:t>моральных качеств к родным, близким и чужим людям, независимо от их национальности, социального статуса, вероисповедания;</w:t>
      </w:r>
    </w:p>
    <w:p w:rsidR="008215D9" w:rsidRPr="00765081" w:rsidRDefault="008215D9" w:rsidP="0089011F">
      <w:pPr>
        <w:numPr>
          <w:ilvl w:val="0"/>
          <w:numId w:val="11"/>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8215D9" w:rsidRPr="00765081" w:rsidRDefault="008215D9" w:rsidP="0089011F">
      <w:pPr>
        <w:numPr>
          <w:ilvl w:val="0"/>
          <w:numId w:val="11"/>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215D9" w:rsidRPr="00765081" w:rsidRDefault="008215D9" w:rsidP="0089011F">
      <w:pPr>
        <w:numPr>
          <w:ilvl w:val="0"/>
          <w:numId w:val="11"/>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Эстетическое воспитание:</w:t>
      </w:r>
    </w:p>
    <w:p w:rsidR="008215D9" w:rsidRPr="00765081" w:rsidRDefault="008215D9" w:rsidP="0089011F">
      <w:pPr>
        <w:numPr>
          <w:ilvl w:val="0"/>
          <w:numId w:val="1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215D9" w:rsidRPr="00765081" w:rsidRDefault="008215D9" w:rsidP="0089011F">
      <w:pPr>
        <w:numPr>
          <w:ilvl w:val="0"/>
          <w:numId w:val="1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215D9" w:rsidRPr="00765081" w:rsidRDefault="008215D9" w:rsidP="0089011F">
      <w:pPr>
        <w:numPr>
          <w:ilvl w:val="0"/>
          <w:numId w:val="1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Трудовое воспитание:</w:t>
      </w:r>
    </w:p>
    <w:p w:rsidR="008215D9" w:rsidRPr="00765081" w:rsidRDefault="008215D9" w:rsidP="0089011F">
      <w:pPr>
        <w:numPr>
          <w:ilvl w:val="0"/>
          <w:numId w:val="1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Экологическое воспитание:</w:t>
      </w:r>
    </w:p>
    <w:p w:rsidR="008215D9" w:rsidRPr="00765081" w:rsidRDefault="008215D9" w:rsidP="0089011F">
      <w:pPr>
        <w:numPr>
          <w:ilvl w:val="0"/>
          <w:numId w:val="14"/>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215D9" w:rsidRPr="00765081" w:rsidRDefault="008215D9" w:rsidP="0089011F">
      <w:pPr>
        <w:numPr>
          <w:ilvl w:val="0"/>
          <w:numId w:val="14"/>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неприятие действий, приносящих ей вред.</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b/>
          <w:sz w:val="24"/>
          <w:szCs w:val="24"/>
        </w:rPr>
        <w:t>Ценности научного познания:</w:t>
      </w:r>
    </w:p>
    <w:p w:rsidR="008215D9" w:rsidRPr="00765081" w:rsidRDefault="008215D9" w:rsidP="0089011F">
      <w:pPr>
        <w:numPr>
          <w:ilvl w:val="0"/>
          <w:numId w:val="15"/>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215D9" w:rsidRPr="00765081" w:rsidRDefault="008215D9" w:rsidP="0089011F">
      <w:pPr>
        <w:numPr>
          <w:ilvl w:val="0"/>
          <w:numId w:val="15"/>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8215D9" w:rsidRPr="00765081" w:rsidRDefault="008215D9" w:rsidP="0089011F">
      <w:pPr>
        <w:numPr>
          <w:ilvl w:val="0"/>
          <w:numId w:val="15"/>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r w:rsidRPr="00765081">
        <w:rPr>
          <w:rFonts w:ascii="Times New Roman" w:hAnsi="Times New Roman" w:cs="Times New Roman"/>
          <w:b/>
          <w:sz w:val="24"/>
          <w:szCs w:val="24"/>
        </w:rPr>
        <w:t>МЕТАПРЕДМЕТНЫЕ РЕЗУЛЬТАТЫ</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i/>
          <w:sz w:val="24"/>
          <w:szCs w:val="24"/>
        </w:rPr>
        <w:t>базовые логические действия:</w:t>
      </w:r>
    </w:p>
    <w:p w:rsidR="008215D9" w:rsidRPr="00765081" w:rsidRDefault="008215D9" w:rsidP="0089011F">
      <w:pPr>
        <w:numPr>
          <w:ilvl w:val="0"/>
          <w:numId w:val="16"/>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215D9" w:rsidRPr="00765081" w:rsidRDefault="008215D9" w:rsidP="0089011F">
      <w:pPr>
        <w:numPr>
          <w:ilvl w:val="0"/>
          <w:numId w:val="16"/>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объединять произведения по жанру, авторской принадлежности;</w:t>
      </w:r>
    </w:p>
    <w:p w:rsidR="008215D9" w:rsidRPr="00765081" w:rsidRDefault="008215D9" w:rsidP="0089011F">
      <w:pPr>
        <w:numPr>
          <w:ilvl w:val="0"/>
          <w:numId w:val="16"/>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8215D9" w:rsidRPr="00765081" w:rsidRDefault="008215D9" w:rsidP="0089011F">
      <w:pPr>
        <w:numPr>
          <w:ilvl w:val="0"/>
          <w:numId w:val="16"/>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215D9" w:rsidRPr="00765081" w:rsidRDefault="008215D9" w:rsidP="0089011F">
      <w:pPr>
        <w:numPr>
          <w:ilvl w:val="0"/>
          <w:numId w:val="16"/>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215D9" w:rsidRPr="00765081" w:rsidRDefault="008215D9" w:rsidP="0089011F">
      <w:pPr>
        <w:numPr>
          <w:ilvl w:val="0"/>
          <w:numId w:val="16"/>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i/>
          <w:sz w:val="24"/>
          <w:szCs w:val="24"/>
        </w:rPr>
        <w:t>базовые исследовательские действия:</w:t>
      </w:r>
    </w:p>
    <w:p w:rsidR="008215D9" w:rsidRPr="00765081" w:rsidRDefault="008215D9" w:rsidP="0089011F">
      <w:pPr>
        <w:numPr>
          <w:ilvl w:val="0"/>
          <w:numId w:val="17"/>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8215D9" w:rsidRPr="00765081" w:rsidRDefault="008215D9" w:rsidP="0089011F">
      <w:pPr>
        <w:numPr>
          <w:ilvl w:val="0"/>
          <w:numId w:val="17"/>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формулировать с помощью учителя цель, планировать изменения объекта, ситуации;</w:t>
      </w:r>
    </w:p>
    <w:p w:rsidR="008215D9" w:rsidRPr="00765081" w:rsidRDefault="008215D9" w:rsidP="0089011F">
      <w:pPr>
        <w:numPr>
          <w:ilvl w:val="0"/>
          <w:numId w:val="17"/>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765081">
        <w:rPr>
          <w:rFonts w:ascii="Times New Roman" w:hAnsi="Times New Roman" w:cs="Times New Roman"/>
          <w:sz w:val="24"/>
          <w:szCs w:val="24"/>
        </w:rPr>
        <w:t>подходящий</w:t>
      </w:r>
      <w:proofErr w:type="gramEnd"/>
      <w:r w:rsidRPr="00765081">
        <w:rPr>
          <w:rFonts w:ascii="Times New Roman" w:hAnsi="Times New Roman" w:cs="Times New Roman"/>
          <w:sz w:val="24"/>
          <w:szCs w:val="24"/>
        </w:rPr>
        <w:t xml:space="preserve"> (на основе предложенных критериев);</w:t>
      </w:r>
    </w:p>
    <w:p w:rsidR="008215D9" w:rsidRPr="00765081" w:rsidRDefault="008215D9" w:rsidP="0089011F">
      <w:pPr>
        <w:numPr>
          <w:ilvl w:val="0"/>
          <w:numId w:val="17"/>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215D9" w:rsidRPr="00765081" w:rsidRDefault="008215D9" w:rsidP="0089011F">
      <w:pPr>
        <w:numPr>
          <w:ilvl w:val="0"/>
          <w:numId w:val="17"/>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215D9" w:rsidRPr="00765081" w:rsidRDefault="008215D9" w:rsidP="0089011F">
      <w:pPr>
        <w:numPr>
          <w:ilvl w:val="0"/>
          <w:numId w:val="17"/>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i/>
          <w:sz w:val="24"/>
          <w:szCs w:val="24"/>
        </w:rPr>
        <w:t>работа с информацией:</w:t>
      </w:r>
    </w:p>
    <w:p w:rsidR="008215D9" w:rsidRPr="00765081" w:rsidRDefault="008215D9" w:rsidP="0089011F">
      <w:pPr>
        <w:numPr>
          <w:ilvl w:val="0"/>
          <w:numId w:val="18"/>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выбирать источник получения информации;</w:t>
      </w:r>
    </w:p>
    <w:p w:rsidR="008215D9" w:rsidRPr="00765081" w:rsidRDefault="008215D9" w:rsidP="0089011F">
      <w:pPr>
        <w:numPr>
          <w:ilvl w:val="0"/>
          <w:numId w:val="18"/>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215D9" w:rsidRPr="00765081" w:rsidRDefault="008215D9" w:rsidP="0089011F">
      <w:pPr>
        <w:numPr>
          <w:ilvl w:val="0"/>
          <w:numId w:val="18"/>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215D9" w:rsidRPr="00765081" w:rsidRDefault="008215D9" w:rsidP="0089011F">
      <w:pPr>
        <w:numPr>
          <w:ilvl w:val="0"/>
          <w:numId w:val="18"/>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215D9" w:rsidRPr="00765081" w:rsidRDefault="008215D9" w:rsidP="0089011F">
      <w:pPr>
        <w:numPr>
          <w:ilvl w:val="0"/>
          <w:numId w:val="18"/>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215D9" w:rsidRPr="00765081" w:rsidRDefault="008215D9" w:rsidP="0089011F">
      <w:pPr>
        <w:numPr>
          <w:ilvl w:val="0"/>
          <w:numId w:val="18"/>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самостоятельно создавать схемы, таблицы для представления информации.</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 xml:space="preserve">К концу обучения в начальной школе у обучающегося формируются </w:t>
      </w:r>
      <w:r w:rsidRPr="00765081">
        <w:rPr>
          <w:rFonts w:ascii="Times New Roman" w:hAnsi="Times New Roman" w:cs="Times New Roman"/>
          <w:b/>
          <w:sz w:val="24"/>
          <w:szCs w:val="24"/>
        </w:rPr>
        <w:t xml:space="preserve">коммуникативные </w:t>
      </w:r>
      <w:r w:rsidRPr="00765081">
        <w:rPr>
          <w:rFonts w:ascii="Times New Roman" w:hAnsi="Times New Roman" w:cs="Times New Roman"/>
          <w:sz w:val="24"/>
          <w:szCs w:val="24"/>
        </w:rPr>
        <w:t>универсальные учебные действия:</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i/>
          <w:sz w:val="24"/>
          <w:szCs w:val="24"/>
        </w:rPr>
        <w:t>общение</w:t>
      </w:r>
      <w:r w:rsidRPr="00765081">
        <w:rPr>
          <w:rFonts w:ascii="Times New Roman" w:hAnsi="Times New Roman" w:cs="Times New Roman"/>
          <w:sz w:val="24"/>
          <w:szCs w:val="24"/>
        </w:rPr>
        <w:t>:</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признавать возможность существования разных точек зрения;</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корректно и аргументированно высказывать своё мнение;</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строить речевое высказывание в соответствии с поставленной задачей;</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создавать устные и письменные тексты (описание, рассуждение, повествование);</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готовить небольшие публичные выступления;</w:t>
      </w:r>
    </w:p>
    <w:p w:rsidR="008215D9" w:rsidRPr="00765081" w:rsidRDefault="008215D9" w:rsidP="0089011F">
      <w:pPr>
        <w:numPr>
          <w:ilvl w:val="0"/>
          <w:numId w:val="19"/>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подбирать иллюстративный материал (рисунки, фото, плакаты) к тексту выступления.</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lastRenderedPageBreak/>
        <w:t xml:space="preserve">К концу обучения в начальной школе у обучающегося формируются </w:t>
      </w:r>
      <w:r w:rsidRPr="00765081">
        <w:rPr>
          <w:rFonts w:ascii="Times New Roman" w:hAnsi="Times New Roman" w:cs="Times New Roman"/>
          <w:b/>
          <w:sz w:val="24"/>
          <w:szCs w:val="24"/>
        </w:rPr>
        <w:t>регулятивные</w:t>
      </w:r>
      <w:r w:rsidRPr="00765081">
        <w:rPr>
          <w:rFonts w:ascii="Times New Roman" w:hAnsi="Times New Roman" w:cs="Times New Roman"/>
          <w:sz w:val="24"/>
          <w:szCs w:val="24"/>
        </w:rPr>
        <w:t xml:space="preserve"> универсальные учебные действия:</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i/>
          <w:sz w:val="24"/>
          <w:szCs w:val="24"/>
        </w:rPr>
        <w:t>самоорганизация</w:t>
      </w:r>
      <w:r w:rsidRPr="00765081">
        <w:rPr>
          <w:rFonts w:ascii="Times New Roman" w:hAnsi="Times New Roman" w:cs="Times New Roman"/>
          <w:sz w:val="24"/>
          <w:szCs w:val="24"/>
        </w:rPr>
        <w:t>:</w:t>
      </w:r>
    </w:p>
    <w:p w:rsidR="008215D9" w:rsidRPr="00765081" w:rsidRDefault="008215D9" w:rsidP="0089011F">
      <w:pPr>
        <w:numPr>
          <w:ilvl w:val="0"/>
          <w:numId w:val="20"/>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планировать действия по решению учебной задачи для получения результата;</w:t>
      </w:r>
    </w:p>
    <w:p w:rsidR="008215D9" w:rsidRPr="00765081" w:rsidRDefault="008215D9" w:rsidP="0089011F">
      <w:pPr>
        <w:numPr>
          <w:ilvl w:val="0"/>
          <w:numId w:val="20"/>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выстраивать последовательность выбранных действий;</w:t>
      </w: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i/>
          <w:sz w:val="24"/>
          <w:szCs w:val="24"/>
        </w:rPr>
        <w:t>самоконтроль</w:t>
      </w:r>
      <w:r w:rsidRPr="00765081">
        <w:rPr>
          <w:rFonts w:ascii="Times New Roman" w:hAnsi="Times New Roman" w:cs="Times New Roman"/>
          <w:sz w:val="24"/>
          <w:szCs w:val="24"/>
        </w:rPr>
        <w:t>:</w:t>
      </w:r>
    </w:p>
    <w:p w:rsidR="008215D9" w:rsidRPr="00765081" w:rsidRDefault="008215D9" w:rsidP="0089011F">
      <w:pPr>
        <w:numPr>
          <w:ilvl w:val="0"/>
          <w:numId w:val="21"/>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устанавливать причины успеха/неудач учебной деятельности;</w:t>
      </w:r>
    </w:p>
    <w:p w:rsidR="008215D9" w:rsidRPr="00765081" w:rsidRDefault="008215D9" w:rsidP="0089011F">
      <w:pPr>
        <w:numPr>
          <w:ilvl w:val="0"/>
          <w:numId w:val="21"/>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корректировать свои учебные действия для преодоления ошибок.</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r w:rsidRPr="00765081">
        <w:rPr>
          <w:rFonts w:ascii="Times New Roman" w:hAnsi="Times New Roman" w:cs="Times New Roman"/>
          <w:sz w:val="24"/>
          <w:szCs w:val="24"/>
        </w:rPr>
        <w:t>Совместная деятельность:</w:t>
      </w:r>
    </w:p>
    <w:p w:rsidR="008215D9" w:rsidRPr="00765081" w:rsidRDefault="008215D9" w:rsidP="0089011F">
      <w:pPr>
        <w:numPr>
          <w:ilvl w:val="0"/>
          <w:numId w:val="2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15D9" w:rsidRPr="00765081" w:rsidRDefault="008215D9" w:rsidP="0089011F">
      <w:pPr>
        <w:numPr>
          <w:ilvl w:val="0"/>
          <w:numId w:val="2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15D9" w:rsidRPr="00765081" w:rsidRDefault="008215D9" w:rsidP="0089011F">
      <w:pPr>
        <w:numPr>
          <w:ilvl w:val="0"/>
          <w:numId w:val="2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проявлять готовность руководить, выполнять поручения, подчиняться;</w:t>
      </w:r>
    </w:p>
    <w:p w:rsidR="008215D9" w:rsidRPr="00765081" w:rsidRDefault="008215D9" w:rsidP="0089011F">
      <w:pPr>
        <w:numPr>
          <w:ilvl w:val="0"/>
          <w:numId w:val="2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ответственно выполнять свою часть работы;</w:t>
      </w:r>
    </w:p>
    <w:p w:rsidR="008215D9" w:rsidRPr="00765081" w:rsidRDefault="008215D9" w:rsidP="0089011F">
      <w:pPr>
        <w:numPr>
          <w:ilvl w:val="0"/>
          <w:numId w:val="2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оценивать свой вклад в общий результат;</w:t>
      </w:r>
    </w:p>
    <w:p w:rsidR="008215D9" w:rsidRPr="00765081" w:rsidRDefault="008215D9" w:rsidP="0089011F">
      <w:pPr>
        <w:numPr>
          <w:ilvl w:val="0"/>
          <w:numId w:val="22"/>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выполнять совместные проектные задания с опорой на предложенные образцы.</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r w:rsidRPr="00765081">
        <w:rPr>
          <w:rFonts w:ascii="Times New Roman" w:hAnsi="Times New Roman" w:cs="Times New Roman"/>
          <w:b/>
          <w:sz w:val="24"/>
          <w:szCs w:val="24"/>
        </w:rPr>
        <w:t>ПРЕДМЕТНЫЕ РЕЗУЛЬТАТЫ</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C54376">
      <w:pPr>
        <w:tabs>
          <w:tab w:val="left" w:pos="0"/>
          <w:tab w:val="left" w:pos="709"/>
        </w:tabs>
        <w:spacing w:after="0" w:line="264" w:lineRule="auto"/>
        <w:ind w:firstLine="600"/>
        <w:jc w:val="both"/>
        <w:rPr>
          <w:rFonts w:ascii="Times New Roman" w:hAnsi="Times New Roman" w:cs="Times New Roman"/>
          <w:sz w:val="24"/>
          <w:szCs w:val="24"/>
        </w:rPr>
      </w:pPr>
      <w:r w:rsidRPr="00765081">
        <w:rPr>
          <w:rFonts w:ascii="Times New Roman" w:hAnsi="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215D9" w:rsidRPr="00765081" w:rsidRDefault="008215D9" w:rsidP="00C54376">
      <w:pPr>
        <w:tabs>
          <w:tab w:val="left" w:pos="0"/>
          <w:tab w:val="left" w:pos="709"/>
        </w:tabs>
        <w:spacing w:after="0" w:line="264" w:lineRule="auto"/>
        <w:ind w:left="120"/>
        <w:jc w:val="both"/>
        <w:rPr>
          <w:rFonts w:ascii="Times New Roman" w:hAnsi="Times New Roman" w:cs="Times New Roman"/>
          <w:sz w:val="24"/>
          <w:szCs w:val="24"/>
        </w:rPr>
      </w:pP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различать прозаическую (</w:t>
      </w:r>
      <w:proofErr w:type="spellStart"/>
      <w:r w:rsidRPr="00765081">
        <w:rPr>
          <w:rFonts w:ascii="Times New Roman" w:hAnsi="Times New Roman" w:cs="Times New Roman"/>
          <w:sz w:val="24"/>
          <w:szCs w:val="24"/>
        </w:rPr>
        <w:t>нестихотворную</w:t>
      </w:r>
      <w:proofErr w:type="spellEnd"/>
      <w:r w:rsidRPr="00765081">
        <w:rPr>
          <w:rFonts w:ascii="Times New Roman" w:hAnsi="Times New Roman" w:cs="Times New Roman"/>
          <w:sz w:val="24"/>
          <w:szCs w:val="24"/>
        </w:rPr>
        <w:t>) и стихотворную речь;</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lastRenderedPageBreak/>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читать по ролям с соблюдением норм произношения, расстановки ударения;</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сочинять небольшие тексты по предложенному началу и др. (не менее 3 предложений);</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ориентироваться в книге/учебнике по обложке, оглавлению, иллюстрациям;</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215D9" w:rsidRPr="00765081" w:rsidRDefault="008215D9" w:rsidP="0089011F">
      <w:pPr>
        <w:numPr>
          <w:ilvl w:val="0"/>
          <w:numId w:val="23"/>
        </w:numPr>
        <w:tabs>
          <w:tab w:val="left" w:pos="0"/>
          <w:tab w:val="left" w:pos="709"/>
        </w:tabs>
        <w:spacing w:after="0" w:line="264" w:lineRule="auto"/>
        <w:jc w:val="both"/>
        <w:rPr>
          <w:rFonts w:ascii="Times New Roman" w:hAnsi="Times New Roman" w:cs="Times New Roman"/>
          <w:sz w:val="24"/>
          <w:szCs w:val="24"/>
        </w:rPr>
      </w:pPr>
      <w:r w:rsidRPr="00765081">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8215D9" w:rsidRPr="00765081" w:rsidRDefault="008215D9" w:rsidP="00C54376">
      <w:pPr>
        <w:tabs>
          <w:tab w:val="left" w:pos="0"/>
          <w:tab w:val="left" w:pos="709"/>
        </w:tabs>
        <w:spacing w:after="0" w:line="240" w:lineRule="auto"/>
        <w:jc w:val="both"/>
        <w:rPr>
          <w:rFonts w:ascii="Times New Roman" w:eastAsia="Times New Roman" w:hAnsi="Times New Roman" w:cs="Times New Roman"/>
          <w:sz w:val="24"/>
          <w:szCs w:val="24"/>
          <w:lang w:eastAsia="ru-RU"/>
        </w:rPr>
      </w:pPr>
    </w:p>
    <w:p w:rsidR="008215D9" w:rsidRPr="00765081" w:rsidRDefault="008215D9" w:rsidP="00C54376">
      <w:pPr>
        <w:tabs>
          <w:tab w:val="left" w:pos="0"/>
          <w:tab w:val="left" w:pos="709"/>
        </w:tabs>
        <w:ind w:left="644"/>
        <w:contextualSpacing/>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2 КЛАСС</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Изучение литературного чтения во 2 классе направлено на достижение </w:t>
      </w:r>
      <w:proofErr w:type="gramStart"/>
      <w:r w:rsidRPr="00765081">
        <w:rPr>
          <w:rFonts w:ascii="Times New Roman" w:eastAsia="Times New Roman" w:hAnsi="Times New Roman" w:cs="Times New Roman"/>
          <w:bCs/>
          <w:sz w:val="24"/>
          <w:szCs w:val="24"/>
          <w:lang w:eastAsia="ru-RU"/>
        </w:rPr>
        <w:t>обучающимися</w:t>
      </w:r>
      <w:proofErr w:type="gramEnd"/>
      <w:r w:rsidRPr="00765081">
        <w:rPr>
          <w:rFonts w:ascii="Times New Roman" w:eastAsia="Times New Roman" w:hAnsi="Times New Roman" w:cs="Times New Roman"/>
          <w:bCs/>
          <w:sz w:val="24"/>
          <w:szCs w:val="24"/>
          <w:lang w:eastAsia="ru-RU"/>
        </w:rPr>
        <w:t xml:space="preserve"> личностных, метапредметных и предметных результатов освоения учебного предмета.</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Личностные результаты.</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
          <w:bCs/>
          <w:sz w:val="24"/>
          <w:szCs w:val="24"/>
          <w:lang w:eastAsia="ru-RU"/>
        </w:rPr>
        <w:t>Гражданско-патриотическое воспитание</w:t>
      </w:r>
      <w:r w:rsidRPr="00765081">
        <w:rPr>
          <w:rFonts w:ascii="Times New Roman" w:eastAsia="Times New Roman" w:hAnsi="Times New Roman" w:cs="Times New Roman"/>
          <w:bCs/>
          <w:sz w:val="24"/>
          <w:szCs w:val="24"/>
          <w:lang w:eastAsia="ru-RU"/>
        </w:rPr>
        <w:t>:</w:t>
      </w:r>
    </w:p>
    <w:p w:rsidR="008215D9" w:rsidRPr="00765081" w:rsidRDefault="008215D9" w:rsidP="0089011F">
      <w:pPr>
        <w:numPr>
          <w:ilvl w:val="0"/>
          <w:numId w:val="24"/>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215D9" w:rsidRPr="00765081" w:rsidRDefault="008215D9" w:rsidP="0089011F">
      <w:pPr>
        <w:numPr>
          <w:ilvl w:val="0"/>
          <w:numId w:val="24"/>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215D9" w:rsidRPr="00765081" w:rsidRDefault="008215D9" w:rsidP="0089011F">
      <w:pPr>
        <w:numPr>
          <w:ilvl w:val="0"/>
          <w:numId w:val="25"/>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Духовно-нравственное воспитание:</w:t>
      </w:r>
    </w:p>
    <w:p w:rsidR="008215D9" w:rsidRPr="00765081" w:rsidRDefault="008215D9" w:rsidP="0089011F">
      <w:pPr>
        <w:numPr>
          <w:ilvl w:val="0"/>
          <w:numId w:val="26"/>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215D9" w:rsidRPr="00765081" w:rsidRDefault="008215D9" w:rsidP="0089011F">
      <w:pPr>
        <w:numPr>
          <w:ilvl w:val="0"/>
          <w:numId w:val="27"/>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215D9" w:rsidRPr="00765081" w:rsidRDefault="008215D9" w:rsidP="0089011F">
      <w:pPr>
        <w:numPr>
          <w:ilvl w:val="0"/>
          <w:numId w:val="27"/>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215D9" w:rsidRPr="00765081" w:rsidRDefault="008215D9" w:rsidP="0089011F">
      <w:pPr>
        <w:numPr>
          <w:ilvl w:val="0"/>
          <w:numId w:val="27"/>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неприятие любых форм поведения, направленных на причинение физического и морального вреда другим людям </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Эстетическое воспитание:</w:t>
      </w:r>
    </w:p>
    <w:p w:rsidR="008215D9" w:rsidRPr="00765081" w:rsidRDefault="008215D9" w:rsidP="0089011F">
      <w:pPr>
        <w:numPr>
          <w:ilvl w:val="0"/>
          <w:numId w:val="28"/>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215D9" w:rsidRPr="00765081" w:rsidRDefault="008215D9" w:rsidP="0089011F">
      <w:pPr>
        <w:numPr>
          <w:ilvl w:val="0"/>
          <w:numId w:val="28"/>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215D9" w:rsidRPr="00765081" w:rsidRDefault="008215D9" w:rsidP="0089011F">
      <w:pPr>
        <w:numPr>
          <w:ilvl w:val="0"/>
          <w:numId w:val="28"/>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понимание образного языка художественных произведений, выразительных средств, создающих художественный образ.</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
          <w:bCs/>
          <w:sz w:val="24"/>
          <w:szCs w:val="24"/>
          <w:lang w:eastAsia="ru-RU"/>
        </w:rPr>
        <w:t>Физическое воспитание</w:t>
      </w:r>
      <w:r w:rsidRPr="00765081">
        <w:rPr>
          <w:rFonts w:ascii="Times New Roman" w:eastAsia="Times New Roman" w:hAnsi="Times New Roman" w:cs="Times New Roman"/>
          <w:bCs/>
          <w:sz w:val="24"/>
          <w:szCs w:val="24"/>
          <w:lang w:eastAsia="ru-RU"/>
        </w:rPr>
        <w:t>:</w:t>
      </w:r>
    </w:p>
    <w:p w:rsidR="008215D9" w:rsidRPr="00765081" w:rsidRDefault="008215D9" w:rsidP="0089011F">
      <w:pPr>
        <w:numPr>
          <w:ilvl w:val="0"/>
          <w:numId w:val="30"/>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формирование культуры здоровья эмоционального благополучия:</w:t>
      </w:r>
    </w:p>
    <w:p w:rsidR="008215D9" w:rsidRPr="00765081" w:rsidRDefault="008215D9" w:rsidP="0089011F">
      <w:pPr>
        <w:numPr>
          <w:ilvl w:val="0"/>
          <w:numId w:val="29"/>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8215D9" w:rsidRPr="00765081" w:rsidRDefault="008215D9" w:rsidP="0089011F">
      <w:pPr>
        <w:numPr>
          <w:ilvl w:val="0"/>
          <w:numId w:val="29"/>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бережное отношение к физическому и психическому здоровью.</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Трудовое воспитание:</w:t>
      </w:r>
    </w:p>
    <w:p w:rsidR="008215D9" w:rsidRPr="00765081" w:rsidRDefault="008215D9" w:rsidP="0089011F">
      <w:pPr>
        <w:numPr>
          <w:ilvl w:val="0"/>
          <w:numId w:val="31"/>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Экологическое воспитание:</w:t>
      </w:r>
    </w:p>
    <w:p w:rsidR="008215D9" w:rsidRPr="00765081" w:rsidRDefault="008215D9" w:rsidP="0089011F">
      <w:pPr>
        <w:numPr>
          <w:ilvl w:val="0"/>
          <w:numId w:val="32"/>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8215D9" w:rsidRPr="00765081" w:rsidRDefault="008215D9" w:rsidP="0089011F">
      <w:pPr>
        <w:numPr>
          <w:ilvl w:val="0"/>
          <w:numId w:val="32"/>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неприятие действий, приносящих ей вред.</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Ценности научного познания:</w:t>
      </w:r>
    </w:p>
    <w:p w:rsidR="008215D9" w:rsidRPr="00765081" w:rsidRDefault="008215D9" w:rsidP="0089011F">
      <w:pPr>
        <w:numPr>
          <w:ilvl w:val="0"/>
          <w:numId w:val="33"/>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215D9" w:rsidRPr="00765081" w:rsidRDefault="008215D9" w:rsidP="0089011F">
      <w:pPr>
        <w:numPr>
          <w:ilvl w:val="0"/>
          <w:numId w:val="33"/>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овладение смысловым чтением для решения различного уровня учебных и жизненных задач;</w:t>
      </w:r>
    </w:p>
    <w:p w:rsidR="008215D9" w:rsidRPr="00765081" w:rsidRDefault="008215D9" w:rsidP="0089011F">
      <w:pPr>
        <w:numPr>
          <w:ilvl w:val="0"/>
          <w:numId w:val="33"/>
        </w:numPr>
        <w:tabs>
          <w:tab w:val="left" w:pos="0"/>
          <w:tab w:val="left" w:pos="709"/>
        </w:tabs>
        <w:spacing w:after="0" w:line="240" w:lineRule="auto"/>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МЕТАПРЕДМЕТНЫЕ РЕЗУЛЬТАТЫ</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ab/>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i/>
          <w:sz w:val="24"/>
          <w:szCs w:val="24"/>
          <w:lang w:eastAsia="ru-RU"/>
        </w:rPr>
        <w:t>базовые логические действия: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объединять произведения по жанру, авторской принадлежности;</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определять существенный признак для классификации, классифицировать произведения по темам, жанрам и видам;</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w:t>
      </w:r>
      <w:r w:rsidRPr="00765081">
        <w:rPr>
          <w:rFonts w:ascii="Times New Roman" w:eastAsia="Times New Roman" w:hAnsi="Times New Roman" w:cs="Times New Roman"/>
          <w:bCs/>
          <w:sz w:val="24"/>
          <w:szCs w:val="24"/>
          <w:lang w:eastAsia="ru-RU"/>
        </w:rPr>
        <w:lastRenderedPageBreak/>
        <w:t xml:space="preserve">отзыв по </w:t>
      </w:r>
      <w:r w:rsidRPr="00765081">
        <w:rPr>
          <w:rFonts w:ascii="Times New Roman" w:eastAsia="Times New Roman" w:hAnsi="Times New Roman" w:cs="Times New Roman"/>
          <w:bCs/>
          <w:sz w:val="24"/>
          <w:szCs w:val="24"/>
          <w:lang w:eastAsia="ru-RU"/>
        </w:rPr>
        <w:br/>
        <w:t>предложенному алгоритму;</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выявлять недостаток информации для решения учебной (практической) задачи на основе предложенного алгоритма;</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xml:space="preserve">—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i/>
          <w:sz w:val="24"/>
          <w:szCs w:val="24"/>
          <w:lang w:eastAsia="ru-RU"/>
        </w:rPr>
        <w:t>базовые исследовательские действия: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определять разрыв между реальным и желательным состоянием объекта (ситуации) на основе </w:t>
      </w:r>
      <w:r w:rsidRPr="00765081">
        <w:rPr>
          <w:rFonts w:ascii="Times New Roman" w:eastAsia="Times New Roman" w:hAnsi="Times New Roman" w:cs="Times New Roman"/>
          <w:bCs/>
          <w:sz w:val="24"/>
          <w:szCs w:val="24"/>
          <w:lang w:eastAsia="ru-RU"/>
        </w:rPr>
        <w:tab/>
        <w:t>предложенных учителем вопросов;</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формулировать с помощью учителя цель, планировать изменения объекта, ситуации;</w:t>
      </w:r>
      <w:r w:rsidRPr="00765081">
        <w:rPr>
          <w:rFonts w:ascii="Times New Roman" w:eastAsia="Times New Roman" w:hAnsi="Times New Roman" w:cs="Times New Roman"/>
          <w:bCs/>
          <w:sz w:val="24"/>
          <w:szCs w:val="24"/>
          <w:lang w:eastAsia="ru-RU"/>
        </w:rPr>
        <w:tab/>
        <w:t>—  сравнивать несколько вариантов решения задачи, выбирать наиболее подходящий (на основе предложенных критериев);</w:t>
      </w:r>
      <w:proofErr w:type="gramEnd"/>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proofErr w:type="gramStart"/>
      <w:r w:rsidRPr="00765081">
        <w:rPr>
          <w:rFonts w:ascii="Times New Roman" w:eastAsia="Times New Roman" w:hAnsi="Times New Roman" w:cs="Times New Roman"/>
          <w:bCs/>
          <w:sz w:val="24"/>
          <w:szCs w:val="24"/>
          <w:lang w:eastAsia="ru-RU"/>
        </w:rPr>
        <w:t>—с</w:t>
      </w:r>
      <w:proofErr w:type="gramEnd"/>
      <w:r w:rsidRPr="00765081">
        <w:rPr>
          <w:rFonts w:ascii="Times New Roman" w:eastAsia="Times New Roman" w:hAnsi="Times New Roman" w:cs="Times New Roman"/>
          <w:bCs/>
          <w:sz w:val="24"/>
          <w:szCs w:val="24"/>
          <w:lang w:eastAsia="ru-RU"/>
        </w:rPr>
        <w:t>ледствие);</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формулировать выводы и подкреплять их доказательствами на основе результатов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проведённого наблюдения (опыта, классификации, сравнения, исследования);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прогнозировать возможное развитие процессов, событий и их последствия в аналогичных или сходных ситуациях;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i/>
          <w:sz w:val="24"/>
          <w:szCs w:val="24"/>
          <w:lang w:eastAsia="ru-RU"/>
        </w:rPr>
        <w:t>работа с информацией:</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выбирать источник получения информации;</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w:t>
      </w:r>
      <w:proofErr w:type="gramStart"/>
      <w:r w:rsidRPr="00765081">
        <w:rPr>
          <w:rFonts w:ascii="Times New Roman" w:eastAsia="Times New Roman" w:hAnsi="Times New Roman" w:cs="Times New Roman"/>
          <w:bCs/>
          <w:sz w:val="24"/>
          <w:szCs w:val="24"/>
          <w:lang w:eastAsia="ru-RU"/>
        </w:rPr>
        <w:t xml:space="preserve">согласно заданному алгоритму находить в предложенном источнике информацию,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представленную в явном виде;</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распознавать достоверную и недостоверную информацию самостоятельно или на основании предложенного учителем способа её проверки;</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анализировать и создавать текстовую, видео, графическую, звуковую информацию в соответствии с учебной задачей;</w:t>
      </w:r>
      <w:proofErr w:type="gramEnd"/>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самостоятельно создавать схемы, таблицы для представления информации.</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ab/>
      </w:r>
      <w:proofErr w:type="gramStart"/>
      <w:r w:rsidRPr="00765081">
        <w:rPr>
          <w:rFonts w:ascii="Times New Roman" w:eastAsia="Times New Roman" w:hAnsi="Times New Roman" w:cs="Times New Roman"/>
          <w:bCs/>
          <w:sz w:val="24"/>
          <w:szCs w:val="24"/>
          <w:lang w:eastAsia="ru-RU"/>
        </w:rPr>
        <w:t xml:space="preserve">К концу обучения в начальной школе у обучающегося формируются коммуникативные универсальные учебные действия: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r>
      <w:r w:rsidRPr="00765081">
        <w:rPr>
          <w:rFonts w:ascii="Times New Roman" w:eastAsia="Times New Roman" w:hAnsi="Times New Roman" w:cs="Times New Roman"/>
          <w:bCs/>
          <w:i/>
          <w:sz w:val="24"/>
          <w:szCs w:val="24"/>
          <w:lang w:eastAsia="ru-RU"/>
        </w:rPr>
        <w:t>общение</w:t>
      </w:r>
      <w:r w:rsidRPr="00765081">
        <w:rPr>
          <w:rFonts w:ascii="Times New Roman" w:eastAsia="Times New Roman" w:hAnsi="Times New Roman" w:cs="Times New Roman"/>
          <w:bCs/>
          <w:sz w:val="24"/>
          <w:szCs w:val="24"/>
          <w:lang w:eastAsia="ru-RU"/>
        </w:rPr>
        <w:t>:</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воспринимать и формулировать суждения, выражать эмоции в соответствии с целями и условиями общения в знакомой среде;</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проявлять уважительное отношение к собеседнику, соблюдать правила ведения диалога и дискуссии;</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признавать возможность существования разных точек зрения;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корректно и аргументированно высказывать своё мнение;</w:t>
      </w:r>
      <w:proofErr w:type="gramEnd"/>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строить речевое высказывание в соответствии с поставленной задачей;</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создавать устные и письменные тексты (описание, рассуждение, повествование);</w:t>
      </w:r>
      <w:r w:rsidRPr="00765081">
        <w:rPr>
          <w:rFonts w:ascii="Times New Roman" w:eastAsia="Times New Roman" w:hAnsi="Times New Roman" w:cs="Times New Roman"/>
          <w:bCs/>
          <w:sz w:val="24"/>
          <w:szCs w:val="24"/>
          <w:lang w:eastAsia="ru-RU"/>
        </w:rPr>
        <w:tab/>
        <w:t>—  готовить небольшие публичные выступления;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подбирать иллюстративный материал (рисунки, фото, плакаты) к тексту выступления.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
          <w:bCs/>
          <w:sz w:val="24"/>
          <w:szCs w:val="24"/>
          <w:lang w:eastAsia="ru-RU"/>
        </w:rPr>
        <w:tab/>
      </w:r>
      <w:r w:rsidRPr="00765081">
        <w:rPr>
          <w:rFonts w:ascii="Times New Roman" w:eastAsia="Times New Roman" w:hAnsi="Times New Roman" w:cs="Times New Roman"/>
          <w:bCs/>
          <w:sz w:val="24"/>
          <w:szCs w:val="24"/>
          <w:lang w:eastAsia="ru-RU"/>
        </w:rPr>
        <w:t xml:space="preserve">К концу обучения в начальной школе у обучающегося формируются регулятивные универсальные учебные действия: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r>
      <w:r w:rsidRPr="00765081">
        <w:rPr>
          <w:rFonts w:ascii="Times New Roman" w:eastAsia="Times New Roman" w:hAnsi="Times New Roman" w:cs="Times New Roman"/>
          <w:bCs/>
          <w:i/>
          <w:sz w:val="24"/>
          <w:szCs w:val="24"/>
          <w:lang w:eastAsia="ru-RU"/>
        </w:rPr>
        <w:t>самоорганизация</w:t>
      </w:r>
      <w:r w:rsidRPr="00765081">
        <w:rPr>
          <w:rFonts w:ascii="Times New Roman" w:eastAsia="Times New Roman" w:hAnsi="Times New Roman" w:cs="Times New Roman"/>
          <w:bCs/>
          <w:sz w:val="24"/>
          <w:szCs w:val="24"/>
          <w:lang w:eastAsia="ru-RU"/>
        </w:rPr>
        <w:t>:</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планировать действия по решению учебной задачи для получения результата;</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выстраивать последовательность выбранных действий;</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i/>
          <w:sz w:val="24"/>
          <w:szCs w:val="24"/>
          <w:lang w:eastAsia="ru-RU"/>
        </w:rPr>
        <w:t>самоконтроль</w:t>
      </w:r>
      <w:r w:rsidRPr="00765081">
        <w:rPr>
          <w:rFonts w:ascii="Times New Roman" w:eastAsia="Times New Roman" w:hAnsi="Times New Roman" w:cs="Times New Roman"/>
          <w:bCs/>
          <w:sz w:val="24"/>
          <w:szCs w:val="24"/>
          <w:lang w:eastAsia="ru-RU"/>
        </w:rPr>
        <w:t>:</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устанавливать причины успеха/неудач учебной деятельности;</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корректировать свои учебные действия для преодоления ошибок.</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lastRenderedPageBreak/>
        <w:t>Совместная деятельность:</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проявлять готовность руководить, выполнять поручения, подчиняться;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ответственно выполнять свою часть работы;</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оценивать свой вклад в общий результат;</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выполнять совместные проектные задания с опорой на предложенные образцы.</w:t>
      </w:r>
    </w:p>
    <w:p w:rsidR="00FC4C3C" w:rsidRPr="00765081" w:rsidRDefault="00FC4C3C"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ПРЕДМЕТНЫЕ РЕЗУЛЬТАТЫ</w:t>
      </w:r>
    </w:p>
    <w:p w:rsidR="00FC4C3C" w:rsidRPr="00765081" w:rsidRDefault="00FC4C3C"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К концу обучения во втором классе </w:t>
      </w:r>
      <w:proofErr w:type="gramStart"/>
      <w:r w:rsidRPr="00765081">
        <w:rPr>
          <w:rFonts w:ascii="Times New Roman" w:eastAsia="Times New Roman" w:hAnsi="Times New Roman" w:cs="Times New Roman"/>
          <w:bCs/>
          <w:sz w:val="24"/>
          <w:szCs w:val="24"/>
          <w:lang w:eastAsia="ru-RU"/>
        </w:rPr>
        <w:t>обучающийся</w:t>
      </w:r>
      <w:proofErr w:type="gramEnd"/>
      <w:r w:rsidRPr="00765081">
        <w:rPr>
          <w:rFonts w:ascii="Times New Roman" w:eastAsia="Times New Roman" w:hAnsi="Times New Roman" w:cs="Times New Roman"/>
          <w:bCs/>
          <w:sz w:val="24"/>
          <w:szCs w:val="24"/>
          <w:lang w:eastAsia="ru-RU"/>
        </w:rPr>
        <w:t xml:space="preserve"> научится: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xml:space="preserve">—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765081">
        <w:rPr>
          <w:rFonts w:ascii="Times New Roman" w:eastAsia="Times New Roman" w:hAnsi="Times New Roman" w:cs="Times New Roman"/>
          <w:bCs/>
          <w:sz w:val="24"/>
          <w:szCs w:val="24"/>
          <w:lang w:eastAsia="ru-RU"/>
        </w:rPr>
        <w:b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различать прозаическую и стихотворную речь: называть особенности стихотворного произведения (ритм, рифма);</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lastRenderedPageBreak/>
        <w:t>—  пересказывать (устно) содержание произведения подробно, выборочно, от лица героя, от третьего лица;</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читать по ролям с соблюдением норм произношения, расстановки ударения, инсценировать небольшие эпизоды из произведения;</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составлять высказывания на заданную тему по содержанию произведения (не менее 5 предложений);</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  сочинять по аналогии с </w:t>
      </w:r>
      <w:proofErr w:type="gramStart"/>
      <w:r w:rsidRPr="00765081">
        <w:rPr>
          <w:rFonts w:ascii="Times New Roman" w:eastAsia="Times New Roman" w:hAnsi="Times New Roman" w:cs="Times New Roman"/>
          <w:bCs/>
          <w:sz w:val="24"/>
          <w:szCs w:val="24"/>
          <w:lang w:eastAsia="ru-RU"/>
        </w:rPr>
        <w:t>прочитанным</w:t>
      </w:r>
      <w:proofErr w:type="gramEnd"/>
      <w:r w:rsidRPr="00765081">
        <w:rPr>
          <w:rFonts w:ascii="Times New Roman" w:eastAsia="Times New Roman" w:hAnsi="Times New Roman" w:cs="Times New Roman"/>
          <w:bCs/>
          <w:sz w:val="24"/>
          <w:szCs w:val="24"/>
          <w:lang w:eastAsia="ru-RU"/>
        </w:rPr>
        <w:t xml:space="preserve"> загадки, небольшие сказки, рассказы;</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ориентироваться в книге/учебнике по обложке, оглавлению, аннотации, иллюстрациям, предисловию, условным обозначениям;</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выбирать книги для самостоятельного чтения с учётом рекомендательного списка, используя картотеки, рассказывать о прочитанной книге;</w:t>
      </w:r>
    </w:p>
    <w:p w:rsidR="008215D9" w:rsidRPr="00765081" w:rsidRDefault="008215D9"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использовать справочную литературу для получения дополнительной информации в соответствии с учебной задачей.</w:t>
      </w:r>
    </w:p>
    <w:p w:rsidR="008215D9" w:rsidRPr="00765081" w:rsidRDefault="008215D9" w:rsidP="00C54376">
      <w:pPr>
        <w:tabs>
          <w:tab w:val="left" w:pos="0"/>
          <w:tab w:val="left" w:pos="709"/>
        </w:tabs>
        <w:spacing w:after="0" w:line="240" w:lineRule="auto"/>
        <w:jc w:val="both"/>
        <w:rPr>
          <w:rFonts w:ascii="Times New Roman" w:eastAsia="Times New Roman" w:hAnsi="Times New Roman" w:cs="Times New Roman"/>
          <w:sz w:val="24"/>
          <w:szCs w:val="24"/>
          <w:lang w:eastAsia="ru-RU"/>
        </w:rPr>
      </w:pPr>
    </w:p>
    <w:p w:rsidR="008215D9" w:rsidRPr="00765081" w:rsidRDefault="008215D9" w:rsidP="00C54376">
      <w:pPr>
        <w:tabs>
          <w:tab w:val="left" w:pos="0"/>
          <w:tab w:val="left" w:pos="709"/>
        </w:tabs>
        <w:spacing w:after="0" w:line="240" w:lineRule="auto"/>
        <w:jc w:val="both"/>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3КЛАСС</w:t>
      </w:r>
    </w:p>
    <w:p w:rsidR="0089011F" w:rsidRPr="00765081" w:rsidRDefault="0089011F" w:rsidP="00C54376">
      <w:pPr>
        <w:tabs>
          <w:tab w:val="left" w:pos="0"/>
          <w:tab w:val="left" w:pos="709"/>
        </w:tabs>
        <w:spacing w:after="0" w:line="240" w:lineRule="auto"/>
        <w:jc w:val="both"/>
        <w:rPr>
          <w:rFonts w:ascii="Times New Roman" w:eastAsia="Times New Roman" w:hAnsi="Times New Roman" w:cs="Times New Roman"/>
          <w:b/>
          <w:sz w:val="24"/>
          <w:szCs w:val="24"/>
          <w:lang w:eastAsia="ru-RU"/>
        </w:rPr>
      </w:pPr>
    </w:p>
    <w:p w:rsidR="00C54376" w:rsidRPr="00765081" w:rsidRDefault="00C54376" w:rsidP="00C54376">
      <w:pPr>
        <w:tabs>
          <w:tab w:val="left" w:pos="0"/>
          <w:tab w:val="left" w:pos="709"/>
        </w:tabs>
        <w:spacing w:after="0" w:line="240" w:lineRule="auto"/>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Личностные результаты.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Гражданско-патриотическое воспитание: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Духовно-нравственное воспитание: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осознание этических понятий, оценка поведения и поступков персонажей художественных произведений в ситуации нравственного выбора;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  неприятие любых форм поведения, направленных на причинение физического и морального вреда другим людям </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Эстетическое воспитание: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lastRenderedPageBreak/>
        <w:t>—  приобретение  эстетического  опыта  слушания,  чтения и эмоционально-эстетической оценки произведений фольклора и художественной литературы;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понимание образного языка художественных произведений, выразительных средств, создающих художественный образ.</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Физическое воспитание, формирование культуры здоровья эмоционального благополучия: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соблюдение правил  здорового  и  безопасного  (для  себя и других людей) образа жизни в окружающей среде (в том числе информационной);</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бережное отношение к физическому и психическому здоровью.</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Трудовое воспитание: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Экологическое воспитание: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бережное отношение к природе, осознание проблем взаимоотношений человека и животных, отражённых в литературных произведениях;</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неприятие действий, приносящих ей вред.</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Ценности научного познания: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овладение смысловым чтением для решения различного уровня учебных и жизненных задач;</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МЕТАПРЕДМЕТНЫЕ РЕЗУЛЬТАТЫ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ab/>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i/>
          <w:sz w:val="24"/>
          <w:szCs w:val="24"/>
          <w:lang w:eastAsia="ru-RU"/>
        </w:rPr>
        <w:t>базовые логические действия: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объединять произведения по жанру, авторской принадлежности;</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определять существенный признак для классификации, классифицировать произведения по темам, жанрам и видам;</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rsidRPr="00765081">
        <w:rPr>
          <w:rFonts w:ascii="Times New Roman" w:eastAsia="Times New Roman" w:hAnsi="Times New Roman" w:cs="Times New Roman"/>
          <w:bCs/>
          <w:sz w:val="24"/>
          <w:szCs w:val="24"/>
          <w:lang w:eastAsia="ru-RU"/>
        </w:rPr>
        <w:br/>
        <w:t>предложенному алгоритму;</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выявлять недостаток информации для решения учебной (практической) задачи на основе предложенного алгоритма;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xml:space="preserve">—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i/>
          <w:sz w:val="24"/>
          <w:szCs w:val="24"/>
          <w:lang w:eastAsia="ru-RU"/>
        </w:rPr>
        <w:t>базовые исследовательские действия: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определять разрыв между реальным и желательным состоянием объекта (ситуации) на основе </w:t>
      </w:r>
      <w:r w:rsidRPr="00765081">
        <w:rPr>
          <w:rFonts w:ascii="Times New Roman" w:eastAsia="Times New Roman" w:hAnsi="Times New Roman" w:cs="Times New Roman"/>
          <w:bCs/>
          <w:sz w:val="24"/>
          <w:szCs w:val="24"/>
          <w:lang w:eastAsia="ru-RU"/>
        </w:rPr>
        <w:tab/>
        <w:t>предложенных учителем вопросов;</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формулировать с помощью учителя цель, планировать изменения объекта, ситуации;</w:t>
      </w:r>
      <w:r w:rsidRPr="00765081">
        <w:rPr>
          <w:rFonts w:ascii="Times New Roman" w:eastAsia="Times New Roman" w:hAnsi="Times New Roman" w:cs="Times New Roman"/>
          <w:bCs/>
          <w:sz w:val="24"/>
          <w:szCs w:val="24"/>
          <w:lang w:eastAsia="ru-RU"/>
        </w:rPr>
        <w:tab/>
        <w:t>—  сравнивать несколько вариантов решения задачи, выбирать наиболее подходящий (на основе предложенных критериев);</w:t>
      </w:r>
      <w:proofErr w:type="gramEnd"/>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lastRenderedPageBreak/>
        <w:tab/>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proofErr w:type="gramStart"/>
      <w:r w:rsidRPr="00765081">
        <w:rPr>
          <w:rFonts w:ascii="Times New Roman" w:eastAsia="Times New Roman" w:hAnsi="Times New Roman" w:cs="Times New Roman"/>
          <w:bCs/>
          <w:sz w:val="24"/>
          <w:szCs w:val="24"/>
          <w:lang w:eastAsia="ru-RU"/>
        </w:rPr>
        <w:t>—с</w:t>
      </w:r>
      <w:proofErr w:type="gramEnd"/>
      <w:r w:rsidRPr="00765081">
        <w:rPr>
          <w:rFonts w:ascii="Times New Roman" w:eastAsia="Times New Roman" w:hAnsi="Times New Roman" w:cs="Times New Roman"/>
          <w:bCs/>
          <w:sz w:val="24"/>
          <w:szCs w:val="24"/>
          <w:lang w:eastAsia="ru-RU"/>
        </w:rPr>
        <w:t>ледствие);</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формулировать выводы и подкреплять их доказательствами на основе результатов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проведённого наблюдения (опыта, классификации, сравнения, исследования);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прогнозировать возможное развитие процессов, событий и их последствия в аналогичных или сходных ситуациях;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i/>
          <w:sz w:val="24"/>
          <w:szCs w:val="24"/>
          <w:lang w:eastAsia="ru-RU"/>
        </w:rPr>
        <w:t>работа с информацией:</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выбирать источник получения информации;</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xml:space="preserve">—  </w:t>
      </w:r>
      <w:proofErr w:type="gramStart"/>
      <w:r w:rsidRPr="00765081">
        <w:rPr>
          <w:rFonts w:ascii="Times New Roman" w:eastAsia="Times New Roman" w:hAnsi="Times New Roman" w:cs="Times New Roman"/>
          <w:bCs/>
          <w:sz w:val="24"/>
          <w:szCs w:val="24"/>
          <w:lang w:eastAsia="ru-RU"/>
        </w:rPr>
        <w:t xml:space="preserve">согласно заданному алгоритму находить в предложенном источнике информацию,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представленную в явном виде;</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распознавать достоверную и недостоверную информацию самостоятельно или на основании предложенного учителем способа её проверки;</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анализировать и создавать текстовую, видео, графическую, звуковую информацию в соответствии с учебной задачей;</w:t>
      </w:r>
      <w:proofErr w:type="gramEnd"/>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самостоятельно создавать схемы, таблицы для представления информации.</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ab/>
      </w:r>
      <w:proofErr w:type="gramStart"/>
      <w:r w:rsidRPr="00765081">
        <w:rPr>
          <w:rFonts w:ascii="Times New Roman" w:eastAsia="Times New Roman" w:hAnsi="Times New Roman" w:cs="Times New Roman"/>
          <w:bCs/>
          <w:sz w:val="24"/>
          <w:szCs w:val="24"/>
          <w:lang w:eastAsia="ru-RU"/>
        </w:rPr>
        <w:t xml:space="preserve">К концу обучения в начальной школе у обучающегося формируются коммуникативные универсальные учебные действия: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r>
      <w:r w:rsidRPr="00765081">
        <w:rPr>
          <w:rFonts w:ascii="Times New Roman" w:eastAsia="Times New Roman" w:hAnsi="Times New Roman" w:cs="Times New Roman"/>
          <w:bCs/>
          <w:i/>
          <w:sz w:val="24"/>
          <w:szCs w:val="24"/>
          <w:lang w:eastAsia="ru-RU"/>
        </w:rPr>
        <w:t>общение</w:t>
      </w:r>
      <w:r w:rsidRPr="00765081">
        <w:rPr>
          <w:rFonts w:ascii="Times New Roman" w:eastAsia="Times New Roman" w:hAnsi="Times New Roman" w:cs="Times New Roman"/>
          <w:bCs/>
          <w:sz w:val="24"/>
          <w:szCs w:val="24"/>
          <w:lang w:eastAsia="ru-RU"/>
        </w:rPr>
        <w:t>:</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воспринимать и формулировать суждения, выражать эмоции в соответствии с целями и условиями общения в знакомой среде;</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проявлять уважительное отношение к собеседнику, соблюдать правила ведения диалога и дискуссии;</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признавать возможность существования разных точек зрения;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корректно и аргументированно высказывать своё мнение;</w:t>
      </w:r>
      <w:proofErr w:type="gramEnd"/>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строить речевое высказывание в соответствии с поставленной задачей;</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создавать устные и письменные тексты (описание, рассуждение, повествование);</w:t>
      </w:r>
      <w:r w:rsidRPr="00765081">
        <w:rPr>
          <w:rFonts w:ascii="Times New Roman" w:eastAsia="Times New Roman" w:hAnsi="Times New Roman" w:cs="Times New Roman"/>
          <w:bCs/>
          <w:sz w:val="24"/>
          <w:szCs w:val="24"/>
          <w:lang w:eastAsia="ru-RU"/>
        </w:rPr>
        <w:tab/>
        <w:t>—  готовить небольшие публичные выступления;</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t>—  подбирать иллюстративный материал (рисунки, фото, плакаты) к тексту выступления.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
          <w:bCs/>
          <w:sz w:val="24"/>
          <w:szCs w:val="24"/>
          <w:lang w:eastAsia="ru-RU"/>
        </w:rPr>
        <w:tab/>
      </w:r>
      <w:r w:rsidRPr="00765081">
        <w:rPr>
          <w:rFonts w:ascii="Times New Roman" w:eastAsia="Times New Roman" w:hAnsi="Times New Roman" w:cs="Times New Roman"/>
          <w:bCs/>
          <w:sz w:val="24"/>
          <w:szCs w:val="24"/>
          <w:lang w:eastAsia="ru-RU"/>
        </w:rPr>
        <w:t xml:space="preserve">К концу обучения в начальной школе у обучающегося формируются регулятивные универсальные учебные действия: </w:t>
      </w:r>
      <w:r w:rsidRPr="00765081">
        <w:rPr>
          <w:rFonts w:ascii="Times New Roman" w:eastAsia="Times New Roman" w:hAnsi="Times New Roman" w:cs="Times New Roman"/>
          <w:bCs/>
          <w:sz w:val="24"/>
          <w:szCs w:val="24"/>
          <w:lang w:eastAsia="ru-RU"/>
        </w:rPr>
        <w:br/>
      </w:r>
      <w:r w:rsidRPr="00765081">
        <w:rPr>
          <w:rFonts w:ascii="Times New Roman" w:eastAsia="Times New Roman" w:hAnsi="Times New Roman" w:cs="Times New Roman"/>
          <w:bCs/>
          <w:sz w:val="24"/>
          <w:szCs w:val="24"/>
          <w:lang w:eastAsia="ru-RU"/>
        </w:rPr>
        <w:tab/>
      </w:r>
      <w:r w:rsidRPr="00765081">
        <w:rPr>
          <w:rFonts w:ascii="Times New Roman" w:eastAsia="Times New Roman" w:hAnsi="Times New Roman" w:cs="Times New Roman"/>
          <w:bCs/>
          <w:i/>
          <w:sz w:val="24"/>
          <w:szCs w:val="24"/>
          <w:lang w:eastAsia="ru-RU"/>
        </w:rPr>
        <w:t>самоорганизация</w:t>
      </w:r>
      <w:r w:rsidRPr="00765081">
        <w:rPr>
          <w:rFonts w:ascii="Times New Roman" w:eastAsia="Times New Roman" w:hAnsi="Times New Roman" w:cs="Times New Roman"/>
          <w:bCs/>
          <w:sz w:val="24"/>
          <w:szCs w:val="24"/>
          <w:lang w:eastAsia="ru-RU"/>
        </w:rPr>
        <w:t>:</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планировать действия по решению учебной задачи для получения результата;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выстраивать последовательность выбранных действий;</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i/>
          <w:sz w:val="24"/>
          <w:szCs w:val="24"/>
          <w:lang w:eastAsia="ru-RU"/>
        </w:rPr>
        <w:t>самоконтроль</w:t>
      </w:r>
      <w:r w:rsidRPr="00765081">
        <w:rPr>
          <w:rFonts w:ascii="Times New Roman" w:eastAsia="Times New Roman" w:hAnsi="Times New Roman" w:cs="Times New Roman"/>
          <w:bCs/>
          <w:sz w:val="24"/>
          <w:szCs w:val="24"/>
          <w:lang w:eastAsia="ru-RU"/>
        </w:rPr>
        <w:t>:</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устанавливать причины успеха/неудач учебной деятельности;</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корректировать свои учебные действия для преодоления ошибок.</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Совместная деятельность:</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проявлять готовность руководить, выполнять поручения, подчиняться;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ответственно выполнять свою часть работы;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оценивать свой вклад в общий результат;</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выполнять совместные проектные задания с опорой на предложенные образцы.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ПРЕДМЕТНЫЕ РЕЗУЛЬТАТЫ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lastRenderedPageBreak/>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К концу обучения в третьем  классе </w:t>
      </w:r>
      <w:proofErr w:type="gramStart"/>
      <w:r w:rsidRPr="00765081">
        <w:rPr>
          <w:rFonts w:ascii="Times New Roman" w:eastAsia="Times New Roman" w:hAnsi="Times New Roman" w:cs="Times New Roman"/>
          <w:bCs/>
          <w:sz w:val="24"/>
          <w:szCs w:val="24"/>
          <w:lang w:eastAsia="ru-RU"/>
        </w:rPr>
        <w:t>обучающийся</w:t>
      </w:r>
      <w:proofErr w:type="gramEnd"/>
      <w:r w:rsidRPr="00765081">
        <w:rPr>
          <w:rFonts w:ascii="Times New Roman" w:eastAsia="Times New Roman" w:hAnsi="Times New Roman" w:cs="Times New Roman"/>
          <w:bCs/>
          <w:sz w:val="24"/>
          <w:szCs w:val="24"/>
          <w:lang w:eastAsia="ru-RU"/>
        </w:rPr>
        <w:t xml:space="preserve"> научится: </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xml:space="preserve">—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765081">
        <w:rPr>
          <w:rFonts w:ascii="Times New Roman" w:eastAsia="Times New Roman" w:hAnsi="Times New Roman" w:cs="Times New Roman"/>
          <w:bCs/>
          <w:sz w:val="24"/>
          <w:szCs w:val="24"/>
          <w:lang w:eastAsia="ru-RU"/>
        </w:rPr>
        <w:b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различать прозаическую и стихотворную речь: называть особенности стихотворного произведения (ритм, рифма);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proofErr w:type="gramStart"/>
      <w:r w:rsidRPr="00765081">
        <w:rPr>
          <w:rFonts w:ascii="Times New Roman" w:eastAsia="Times New Roman" w:hAnsi="Times New Roman" w:cs="Times New Roman"/>
          <w:bCs/>
          <w:sz w:val="24"/>
          <w:szCs w:val="24"/>
          <w:lang w:eastAsia="ru-RU"/>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пересказывать (устно) содержание произведения подробно, выборочно, от лица героя, от третьего лица;</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читать по ролям с соблюдением норм произношения, расстановки ударения, инсценировать небольшие эпизоды из произведения;</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составлять высказывания на заданную тему по содержанию произведения (не менее 5 предложений);</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xml:space="preserve">—  сочинять по аналогии с </w:t>
      </w:r>
      <w:proofErr w:type="gramStart"/>
      <w:r w:rsidRPr="00765081">
        <w:rPr>
          <w:rFonts w:ascii="Times New Roman" w:eastAsia="Times New Roman" w:hAnsi="Times New Roman" w:cs="Times New Roman"/>
          <w:bCs/>
          <w:sz w:val="24"/>
          <w:szCs w:val="24"/>
          <w:lang w:eastAsia="ru-RU"/>
        </w:rPr>
        <w:t>прочитанным</w:t>
      </w:r>
      <w:proofErr w:type="gramEnd"/>
      <w:r w:rsidRPr="00765081">
        <w:rPr>
          <w:rFonts w:ascii="Times New Roman" w:eastAsia="Times New Roman" w:hAnsi="Times New Roman" w:cs="Times New Roman"/>
          <w:bCs/>
          <w:sz w:val="24"/>
          <w:szCs w:val="24"/>
          <w:lang w:eastAsia="ru-RU"/>
        </w:rPr>
        <w:t xml:space="preserve"> загадки, небольшие сказки, рассказы;</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ориентироваться в книге/учебнике по обложке, оглавлению, аннотации, иллюстрациям, предисловию, условным обозначениям;</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выбирать книги для самостоятельного чтения с учётом рекомендательного списка, используя картотеки, рассказывать о прочитанной книге;</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Cs/>
          <w:sz w:val="24"/>
          <w:szCs w:val="24"/>
          <w:lang w:eastAsia="ru-RU"/>
        </w:rPr>
      </w:pPr>
      <w:r w:rsidRPr="00765081">
        <w:rPr>
          <w:rFonts w:ascii="Times New Roman" w:eastAsia="Times New Roman" w:hAnsi="Times New Roman" w:cs="Times New Roman"/>
          <w:bCs/>
          <w:sz w:val="24"/>
          <w:szCs w:val="24"/>
          <w:lang w:eastAsia="ru-RU"/>
        </w:rPr>
        <w:t>—  использовать справочную литературу для получения дополнительной информации в соответствии с учебной задачей.</w:t>
      </w:r>
    </w:p>
    <w:p w:rsidR="00C54376" w:rsidRPr="00765081" w:rsidRDefault="00C54376" w:rsidP="00C54376">
      <w:pPr>
        <w:tabs>
          <w:tab w:val="left" w:pos="0"/>
          <w:tab w:val="left" w:pos="709"/>
        </w:tabs>
        <w:spacing w:after="0" w:line="240" w:lineRule="auto"/>
        <w:ind w:firstLine="709"/>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4 КЛАСС</w:t>
      </w:r>
    </w:p>
    <w:p w:rsidR="00C54376" w:rsidRPr="00765081" w:rsidRDefault="00C54376" w:rsidP="00C54376">
      <w:pPr>
        <w:tabs>
          <w:tab w:val="left" w:pos="0"/>
          <w:tab w:val="left" w:pos="709"/>
        </w:tabs>
        <w:spacing w:after="0" w:line="264" w:lineRule="auto"/>
        <w:ind w:left="120"/>
        <w:jc w:val="both"/>
        <w:rPr>
          <w:rFonts w:ascii="Times New Roman" w:eastAsia="Calibri" w:hAnsi="Times New Roman" w:cs="Times New Roman"/>
          <w:sz w:val="24"/>
          <w:szCs w:val="24"/>
        </w:rPr>
      </w:pPr>
      <w:r w:rsidRPr="00765081">
        <w:rPr>
          <w:rFonts w:ascii="Times New Roman" w:eastAsia="Calibri" w:hAnsi="Times New Roman" w:cs="Times New Roman"/>
          <w:b/>
          <w:sz w:val="24"/>
          <w:szCs w:val="24"/>
        </w:rPr>
        <w:t>Личностные результаты</w:t>
      </w:r>
    </w:p>
    <w:p w:rsidR="00C54376" w:rsidRPr="00765081" w:rsidRDefault="00C54376" w:rsidP="00C54376">
      <w:pPr>
        <w:tabs>
          <w:tab w:val="left" w:pos="0"/>
          <w:tab w:val="left" w:pos="709"/>
        </w:tabs>
        <w:spacing w:after="0" w:line="264" w:lineRule="auto"/>
        <w:ind w:left="120"/>
        <w:jc w:val="both"/>
        <w:rPr>
          <w:rFonts w:ascii="Times New Roman" w:eastAsia="Calibri" w:hAnsi="Times New Roman" w:cs="Times New Roman"/>
          <w:sz w:val="24"/>
          <w:szCs w:val="24"/>
        </w:rPr>
      </w:pP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sz w:val="24"/>
          <w:szCs w:val="24"/>
          <w:lang w:val="en-US"/>
        </w:rPr>
        <w:t>Гражданско-патриотическоевоспитание</w:t>
      </w:r>
      <w:proofErr w:type="spellEnd"/>
      <w:r w:rsidRPr="00765081">
        <w:rPr>
          <w:rFonts w:ascii="Times New Roman" w:eastAsia="Calibri" w:hAnsi="Times New Roman" w:cs="Times New Roman"/>
          <w:b/>
          <w:sz w:val="24"/>
          <w:szCs w:val="24"/>
          <w:lang w:val="en-US"/>
        </w:rPr>
        <w:t>:</w:t>
      </w:r>
    </w:p>
    <w:p w:rsidR="00C54376" w:rsidRPr="00765081" w:rsidRDefault="00C54376" w:rsidP="0089011F">
      <w:pPr>
        <w:numPr>
          <w:ilvl w:val="0"/>
          <w:numId w:val="3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54376" w:rsidRPr="00765081" w:rsidRDefault="00C54376" w:rsidP="0089011F">
      <w:pPr>
        <w:numPr>
          <w:ilvl w:val="0"/>
          <w:numId w:val="3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54376" w:rsidRPr="00765081" w:rsidRDefault="00C54376" w:rsidP="0089011F">
      <w:pPr>
        <w:numPr>
          <w:ilvl w:val="0"/>
          <w:numId w:val="3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sz w:val="24"/>
          <w:szCs w:val="24"/>
          <w:lang w:val="en-US"/>
        </w:rPr>
        <w:t>Духовно-нравственноевоспитание</w:t>
      </w:r>
      <w:proofErr w:type="spellEnd"/>
      <w:r w:rsidRPr="00765081">
        <w:rPr>
          <w:rFonts w:ascii="Times New Roman" w:eastAsia="Calibri" w:hAnsi="Times New Roman" w:cs="Times New Roman"/>
          <w:b/>
          <w:sz w:val="24"/>
          <w:szCs w:val="24"/>
          <w:lang w:val="en-US"/>
        </w:rPr>
        <w:t>:</w:t>
      </w:r>
    </w:p>
    <w:p w:rsidR="00C54376" w:rsidRPr="00765081" w:rsidRDefault="00C54376" w:rsidP="0089011F">
      <w:pPr>
        <w:numPr>
          <w:ilvl w:val="0"/>
          <w:numId w:val="35"/>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54376" w:rsidRPr="00765081" w:rsidRDefault="00C54376" w:rsidP="0089011F">
      <w:pPr>
        <w:numPr>
          <w:ilvl w:val="0"/>
          <w:numId w:val="35"/>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54376" w:rsidRPr="00765081" w:rsidRDefault="00C54376" w:rsidP="0089011F">
      <w:pPr>
        <w:numPr>
          <w:ilvl w:val="0"/>
          <w:numId w:val="35"/>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54376" w:rsidRPr="00765081" w:rsidRDefault="00C54376" w:rsidP="0089011F">
      <w:pPr>
        <w:numPr>
          <w:ilvl w:val="0"/>
          <w:numId w:val="35"/>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sz w:val="24"/>
          <w:szCs w:val="24"/>
          <w:lang w:val="en-US"/>
        </w:rPr>
        <w:t>Эстетическоевоспитание</w:t>
      </w:r>
      <w:proofErr w:type="spellEnd"/>
      <w:r w:rsidRPr="00765081">
        <w:rPr>
          <w:rFonts w:ascii="Times New Roman" w:eastAsia="Calibri" w:hAnsi="Times New Roman" w:cs="Times New Roman"/>
          <w:b/>
          <w:sz w:val="24"/>
          <w:szCs w:val="24"/>
          <w:lang w:val="en-US"/>
        </w:rPr>
        <w:t>:</w:t>
      </w:r>
    </w:p>
    <w:p w:rsidR="00C54376" w:rsidRPr="00765081" w:rsidRDefault="00C54376" w:rsidP="0089011F">
      <w:pPr>
        <w:numPr>
          <w:ilvl w:val="0"/>
          <w:numId w:val="3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54376" w:rsidRPr="00765081" w:rsidRDefault="00C54376" w:rsidP="0089011F">
      <w:pPr>
        <w:numPr>
          <w:ilvl w:val="0"/>
          <w:numId w:val="3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54376" w:rsidRPr="00765081" w:rsidRDefault="00C54376" w:rsidP="0089011F">
      <w:pPr>
        <w:numPr>
          <w:ilvl w:val="0"/>
          <w:numId w:val="36"/>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sz w:val="24"/>
          <w:szCs w:val="24"/>
          <w:lang w:val="en-US"/>
        </w:rPr>
        <w:t>Трудовоевоспитание</w:t>
      </w:r>
      <w:proofErr w:type="spellEnd"/>
      <w:r w:rsidRPr="00765081">
        <w:rPr>
          <w:rFonts w:ascii="Times New Roman" w:eastAsia="Calibri" w:hAnsi="Times New Roman" w:cs="Times New Roman"/>
          <w:b/>
          <w:sz w:val="24"/>
          <w:szCs w:val="24"/>
          <w:lang w:val="en-US"/>
        </w:rPr>
        <w:t>:</w:t>
      </w:r>
    </w:p>
    <w:p w:rsidR="00C54376" w:rsidRPr="00765081" w:rsidRDefault="00C54376" w:rsidP="0089011F">
      <w:pPr>
        <w:numPr>
          <w:ilvl w:val="0"/>
          <w:numId w:val="37"/>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sz w:val="24"/>
          <w:szCs w:val="24"/>
          <w:lang w:val="en-US"/>
        </w:rPr>
        <w:t>Экологическоевоспитание</w:t>
      </w:r>
      <w:proofErr w:type="spellEnd"/>
      <w:r w:rsidRPr="00765081">
        <w:rPr>
          <w:rFonts w:ascii="Times New Roman" w:eastAsia="Calibri" w:hAnsi="Times New Roman" w:cs="Times New Roman"/>
          <w:b/>
          <w:sz w:val="24"/>
          <w:szCs w:val="24"/>
          <w:lang w:val="en-US"/>
        </w:rPr>
        <w:t>:</w:t>
      </w:r>
    </w:p>
    <w:p w:rsidR="00C54376" w:rsidRPr="00765081" w:rsidRDefault="00C54376" w:rsidP="0089011F">
      <w:pPr>
        <w:numPr>
          <w:ilvl w:val="0"/>
          <w:numId w:val="38"/>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бережное отношение к природе, осознание проблем взаимоотношений человека и животных, отражённых в литературных произведениях;</w:t>
      </w:r>
    </w:p>
    <w:p w:rsidR="00C54376" w:rsidRPr="00765081" w:rsidRDefault="00C54376" w:rsidP="0089011F">
      <w:pPr>
        <w:numPr>
          <w:ilvl w:val="0"/>
          <w:numId w:val="38"/>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неприятие действий, приносящих ей вред.</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sz w:val="24"/>
          <w:szCs w:val="24"/>
          <w:lang w:val="en-US"/>
        </w:rPr>
        <w:t>Ценностинаучногопознания</w:t>
      </w:r>
      <w:proofErr w:type="spellEnd"/>
      <w:r w:rsidRPr="00765081">
        <w:rPr>
          <w:rFonts w:ascii="Times New Roman" w:eastAsia="Calibri" w:hAnsi="Times New Roman" w:cs="Times New Roman"/>
          <w:b/>
          <w:sz w:val="24"/>
          <w:szCs w:val="24"/>
          <w:lang w:val="en-US"/>
        </w:rPr>
        <w:t>:</w:t>
      </w:r>
    </w:p>
    <w:p w:rsidR="00C54376" w:rsidRPr="00765081" w:rsidRDefault="00C54376" w:rsidP="0089011F">
      <w:pPr>
        <w:numPr>
          <w:ilvl w:val="0"/>
          <w:numId w:val="39"/>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54376" w:rsidRPr="00765081" w:rsidRDefault="00C54376" w:rsidP="0089011F">
      <w:pPr>
        <w:numPr>
          <w:ilvl w:val="0"/>
          <w:numId w:val="40"/>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подбирать иллюстративный материал (рисунки, фото, плакаты) к тексту выступления.</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К концу обучения в начальной школе у обучающегося формируются </w:t>
      </w:r>
      <w:r w:rsidRPr="00765081">
        <w:rPr>
          <w:rFonts w:ascii="Times New Roman" w:eastAsia="Calibri" w:hAnsi="Times New Roman" w:cs="Times New Roman"/>
          <w:b/>
          <w:sz w:val="24"/>
          <w:szCs w:val="24"/>
        </w:rPr>
        <w:t>регулятивные</w:t>
      </w:r>
      <w:r w:rsidRPr="00765081">
        <w:rPr>
          <w:rFonts w:ascii="Times New Roman" w:eastAsia="Calibri" w:hAnsi="Times New Roman" w:cs="Times New Roman"/>
          <w:sz w:val="24"/>
          <w:szCs w:val="24"/>
        </w:rPr>
        <w:t xml:space="preserve"> универсальные учебные действия:</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proofErr w:type="gramStart"/>
      <w:r w:rsidRPr="00765081">
        <w:rPr>
          <w:rFonts w:ascii="Times New Roman" w:eastAsia="Calibri" w:hAnsi="Times New Roman" w:cs="Times New Roman"/>
          <w:i/>
          <w:sz w:val="24"/>
          <w:szCs w:val="24"/>
          <w:lang w:val="en-US"/>
        </w:rPr>
        <w:t>самоорганизация</w:t>
      </w:r>
      <w:proofErr w:type="spellEnd"/>
      <w:proofErr w:type="gramEnd"/>
      <w:r w:rsidRPr="00765081">
        <w:rPr>
          <w:rFonts w:ascii="Times New Roman" w:eastAsia="Calibri" w:hAnsi="Times New Roman" w:cs="Times New Roman"/>
          <w:sz w:val="24"/>
          <w:szCs w:val="24"/>
          <w:lang w:val="en-US"/>
        </w:rPr>
        <w:t>:</w:t>
      </w:r>
    </w:p>
    <w:p w:rsidR="00C54376" w:rsidRPr="00765081" w:rsidRDefault="00C54376" w:rsidP="0089011F">
      <w:pPr>
        <w:numPr>
          <w:ilvl w:val="0"/>
          <w:numId w:val="41"/>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планировать действия по решению учебной задачи для получения результата;</w:t>
      </w:r>
    </w:p>
    <w:p w:rsidR="00C54376" w:rsidRPr="00765081" w:rsidRDefault="00C54376" w:rsidP="0089011F">
      <w:pPr>
        <w:numPr>
          <w:ilvl w:val="0"/>
          <w:numId w:val="41"/>
        </w:numPr>
        <w:tabs>
          <w:tab w:val="left" w:pos="0"/>
          <w:tab w:val="left" w:pos="709"/>
        </w:tabs>
        <w:spacing w:after="0" w:line="264" w:lineRule="auto"/>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sz w:val="24"/>
          <w:szCs w:val="24"/>
          <w:lang w:val="en-US"/>
        </w:rPr>
        <w:t>выстраиватьпоследовательностьвыбранныхдействий</w:t>
      </w:r>
      <w:proofErr w:type="spellEnd"/>
      <w:r w:rsidRPr="00765081">
        <w:rPr>
          <w:rFonts w:ascii="Times New Roman" w:eastAsia="Calibri" w:hAnsi="Times New Roman" w:cs="Times New Roman"/>
          <w:sz w:val="24"/>
          <w:szCs w:val="24"/>
          <w:lang w:val="en-US"/>
        </w:rPr>
        <w:t>;</w:t>
      </w: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lang w:val="en-US"/>
        </w:rPr>
      </w:pPr>
      <w:proofErr w:type="spellStart"/>
      <w:proofErr w:type="gramStart"/>
      <w:r w:rsidRPr="00765081">
        <w:rPr>
          <w:rFonts w:ascii="Times New Roman" w:eastAsia="Calibri" w:hAnsi="Times New Roman" w:cs="Times New Roman"/>
          <w:i/>
          <w:sz w:val="24"/>
          <w:szCs w:val="24"/>
          <w:lang w:val="en-US"/>
        </w:rPr>
        <w:t>самоконтроль</w:t>
      </w:r>
      <w:proofErr w:type="spellEnd"/>
      <w:proofErr w:type="gramEnd"/>
      <w:r w:rsidRPr="00765081">
        <w:rPr>
          <w:rFonts w:ascii="Times New Roman" w:eastAsia="Calibri" w:hAnsi="Times New Roman" w:cs="Times New Roman"/>
          <w:sz w:val="24"/>
          <w:szCs w:val="24"/>
          <w:lang w:val="en-US"/>
        </w:rPr>
        <w:t>:</w:t>
      </w:r>
    </w:p>
    <w:p w:rsidR="00C54376" w:rsidRPr="00765081" w:rsidRDefault="00C54376" w:rsidP="0089011F">
      <w:pPr>
        <w:numPr>
          <w:ilvl w:val="0"/>
          <w:numId w:val="42"/>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устанавливать причины успеха/неудач учебной деятельности;</w:t>
      </w:r>
    </w:p>
    <w:p w:rsidR="00C54376" w:rsidRPr="00765081" w:rsidRDefault="00C54376" w:rsidP="0089011F">
      <w:pPr>
        <w:numPr>
          <w:ilvl w:val="0"/>
          <w:numId w:val="42"/>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корректировать свои учебные действия для преодоления ошибок.</w:t>
      </w:r>
    </w:p>
    <w:p w:rsidR="00C54376" w:rsidRPr="00765081" w:rsidRDefault="00C54376" w:rsidP="00C54376">
      <w:pPr>
        <w:tabs>
          <w:tab w:val="left" w:pos="0"/>
          <w:tab w:val="left" w:pos="709"/>
        </w:tabs>
        <w:spacing w:after="0" w:line="264" w:lineRule="auto"/>
        <w:ind w:left="120"/>
        <w:jc w:val="both"/>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sz w:val="24"/>
          <w:szCs w:val="24"/>
          <w:lang w:val="en-US"/>
        </w:rPr>
        <w:t>Совместнаядеятельность</w:t>
      </w:r>
      <w:proofErr w:type="spellEnd"/>
      <w:r w:rsidRPr="00765081">
        <w:rPr>
          <w:rFonts w:ascii="Times New Roman" w:eastAsia="Calibri" w:hAnsi="Times New Roman" w:cs="Times New Roman"/>
          <w:sz w:val="24"/>
          <w:szCs w:val="24"/>
          <w:lang w:val="en-US"/>
        </w:rPr>
        <w:t>:</w:t>
      </w:r>
    </w:p>
    <w:p w:rsidR="00C54376" w:rsidRPr="00765081" w:rsidRDefault="00C54376" w:rsidP="0089011F">
      <w:pPr>
        <w:numPr>
          <w:ilvl w:val="0"/>
          <w:numId w:val="43"/>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54376" w:rsidRPr="00765081" w:rsidRDefault="00C54376" w:rsidP="0089011F">
      <w:pPr>
        <w:numPr>
          <w:ilvl w:val="0"/>
          <w:numId w:val="43"/>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4376" w:rsidRPr="00765081" w:rsidRDefault="00C54376" w:rsidP="0089011F">
      <w:pPr>
        <w:numPr>
          <w:ilvl w:val="0"/>
          <w:numId w:val="43"/>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проявлять готовность руководить, выполнять поручения, подчиняться;</w:t>
      </w:r>
    </w:p>
    <w:p w:rsidR="00C54376" w:rsidRPr="00765081" w:rsidRDefault="00C54376" w:rsidP="0089011F">
      <w:pPr>
        <w:numPr>
          <w:ilvl w:val="0"/>
          <w:numId w:val="43"/>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ответственно выполнять свою часть работы;</w:t>
      </w:r>
    </w:p>
    <w:p w:rsidR="00C54376" w:rsidRPr="00765081" w:rsidRDefault="00C54376" w:rsidP="0089011F">
      <w:pPr>
        <w:numPr>
          <w:ilvl w:val="0"/>
          <w:numId w:val="43"/>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оценивать свой вклад в общий результат;</w:t>
      </w:r>
    </w:p>
    <w:p w:rsidR="00C54376" w:rsidRPr="00765081" w:rsidRDefault="00C54376" w:rsidP="0089011F">
      <w:pPr>
        <w:numPr>
          <w:ilvl w:val="0"/>
          <w:numId w:val="43"/>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выполнять совместные проектные задания с опорой на предложенные образцы.</w:t>
      </w:r>
    </w:p>
    <w:p w:rsidR="00C54376" w:rsidRPr="00765081" w:rsidRDefault="00C54376" w:rsidP="00C54376">
      <w:pPr>
        <w:tabs>
          <w:tab w:val="left" w:pos="0"/>
          <w:tab w:val="left" w:pos="709"/>
        </w:tabs>
        <w:spacing w:after="0" w:line="264" w:lineRule="auto"/>
        <w:ind w:left="120"/>
        <w:jc w:val="both"/>
        <w:rPr>
          <w:rFonts w:ascii="Times New Roman" w:eastAsia="Calibri" w:hAnsi="Times New Roman" w:cs="Times New Roman"/>
          <w:sz w:val="24"/>
          <w:szCs w:val="24"/>
        </w:rPr>
      </w:pPr>
    </w:p>
    <w:p w:rsidR="00C54376" w:rsidRPr="00765081" w:rsidRDefault="00C54376" w:rsidP="00C54376">
      <w:pPr>
        <w:tabs>
          <w:tab w:val="left" w:pos="0"/>
          <w:tab w:val="left" w:pos="709"/>
        </w:tabs>
        <w:spacing w:after="0" w:line="264" w:lineRule="auto"/>
        <w:ind w:left="120"/>
        <w:jc w:val="both"/>
        <w:rPr>
          <w:rFonts w:ascii="Times New Roman" w:eastAsia="Calibri" w:hAnsi="Times New Roman" w:cs="Times New Roman"/>
          <w:sz w:val="24"/>
          <w:szCs w:val="24"/>
        </w:rPr>
      </w:pPr>
      <w:r w:rsidRPr="00765081">
        <w:rPr>
          <w:rFonts w:ascii="Times New Roman" w:eastAsia="Calibri" w:hAnsi="Times New Roman" w:cs="Times New Roman"/>
          <w:b/>
          <w:sz w:val="24"/>
          <w:szCs w:val="24"/>
        </w:rPr>
        <w:t>Предметные результаты</w:t>
      </w:r>
    </w:p>
    <w:p w:rsidR="00C54376" w:rsidRPr="00765081" w:rsidRDefault="00C54376" w:rsidP="00C54376">
      <w:pPr>
        <w:tabs>
          <w:tab w:val="left" w:pos="0"/>
          <w:tab w:val="left" w:pos="709"/>
        </w:tabs>
        <w:spacing w:after="0" w:line="264" w:lineRule="auto"/>
        <w:ind w:left="120"/>
        <w:jc w:val="both"/>
        <w:rPr>
          <w:rFonts w:ascii="Times New Roman" w:eastAsia="Calibri" w:hAnsi="Times New Roman" w:cs="Times New Roman"/>
          <w:sz w:val="24"/>
          <w:szCs w:val="24"/>
        </w:rPr>
      </w:pPr>
    </w:p>
    <w:p w:rsidR="00C54376" w:rsidRPr="00765081" w:rsidRDefault="00C54376" w:rsidP="00C54376">
      <w:pPr>
        <w:tabs>
          <w:tab w:val="left" w:pos="0"/>
          <w:tab w:val="left" w:pos="709"/>
        </w:tabs>
        <w:spacing w:after="0" w:line="264" w:lineRule="auto"/>
        <w:ind w:firstLine="600"/>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54376" w:rsidRPr="00765081" w:rsidRDefault="00C54376" w:rsidP="00C54376">
      <w:pPr>
        <w:tabs>
          <w:tab w:val="left" w:pos="0"/>
          <w:tab w:val="left" w:pos="709"/>
        </w:tabs>
        <w:spacing w:after="0" w:line="264" w:lineRule="auto"/>
        <w:ind w:left="960"/>
        <w:jc w:val="both"/>
        <w:rPr>
          <w:rFonts w:ascii="Times New Roman" w:eastAsia="Calibri" w:hAnsi="Times New Roman" w:cs="Times New Roman"/>
          <w:sz w:val="24"/>
          <w:szCs w:val="24"/>
        </w:rPr>
      </w:pP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читать наизусть не менее 5 стихотворений в соответствии с изученной тематикой произведений;</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различать художественные произведения и познавательные тексты;</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765081">
        <w:rPr>
          <w:rFonts w:ascii="Times New Roman" w:eastAsia="Calibri" w:hAnsi="Times New Roman" w:cs="Times New Roman"/>
          <w:sz w:val="24"/>
          <w:szCs w:val="24"/>
        </w:rPr>
        <w:t>от</w:t>
      </w:r>
      <w:proofErr w:type="gramEnd"/>
      <w:r w:rsidRPr="00765081">
        <w:rPr>
          <w:rFonts w:ascii="Times New Roman" w:eastAsia="Calibri" w:hAnsi="Times New Roman" w:cs="Times New Roman"/>
          <w:sz w:val="24"/>
          <w:szCs w:val="24"/>
        </w:rPr>
        <w:t xml:space="preserve"> эпического;</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proofErr w:type="gramStart"/>
      <w:r w:rsidRPr="00765081">
        <w:rPr>
          <w:rFonts w:ascii="Times New Roman" w:eastAsia="Calibri"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proofErr w:type="gramStart"/>
      <w:r w:rsidRPr="00765081">
        <w:rPr>
          <w:rFonts w:ascii="Times New Roman" w:eastAsia="Calibri"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54376" w:rsidRPr="00765081" w:rsidRDefault="00C54376" w:rsidP="0089011F">
      <w:pPr>
        <w:numPr>
          <w:ilvl w:val="0"/>
          <w:numId w:val="44"/>
        </w:numPr>
        <w:tabs>
          <w:tab w:val="left" w:pos="0"/>
          <w:tab w:val="left" w:pos="709"/>
        </w:tabs>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pPr>
      <w:proofErr w:type="gramStart"/>
      <w:r w:rsidRPr="00765081">
        <w:rPr>
          <w:rFonts w:ascii="Times New Roman" w:eastAsia="MS Mincho"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pPr>
      <w:r w:rsidRPr="00765081">
        <w:rPr>
          <w:rFonts w:ascii="Times New Roman" w:eastAsia="MS Mincho"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pPr>
      <w:r w:rsidRPr="00765081">
        <w:rPr>
          <w:rFonts w:ascii="Times New Roman" w:eastAsia="MS Mincho" w:hAnsi="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w:t>
      </w:r>
      <w:r w:rsidRPr="00765081">
        <w:rPr>
          <w:rFonts w:ascii="Times New Roman" w:eastAsia="MS Mincho" w:hAnsi="Times New Roman" w:cs="Times New Roman"/>
          <w:sz w:val="24"/>
          <w:szCs w:val="24"/>
        </w:rPr>
        <w:lastRenderedPageBreak/>
        <w:t>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pPr>
      <w:r w:rsidRPr="00765081">
        <w:rPr>
          <w:rFonts w:ascii="Times New Roman" w:eastAsia="MS Mincho" w:hAnsi="Times New Roman" w:cs="Times New Roman"/>
          <w:sz w:val="24"/>
          <w:szCs w:val="24"/>
        </w:rPr>
        <w:t>составлять краткий отзыв о прочитанном произведении по заданному алгоритму;</w:t>
      </w:r>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pPr>
      <w:proofErr w:type="gramStart"/>
      <w:r w:rsidRPr="00765081">
        <w:rPr>
          <w:rFonts w:ascii="Times New Roman" w:eastAsia="MS Mincho"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pPr>
      <w:proofErr w:type="gramStart"/>
      <w:r w:rsidRPr="00765081">
        <w:rPr>
          <w:rFonts w:ascii="Times New Roman" w:eastAsia="MS Mincho"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pPr>
      <w:r w:rsidRPr="00765081">
        <w:rPr>
          <w:rFonts w:ascii="Times New Roman" w:eastAsia="MS Mincho"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54376" w:rsidRPr="00765081" w:rsidRDefault="00C54376" w:rsidP="0089011F">
      <w:pPr>
        <w:numPr>
          <w:ilvl w:val="0"/>
          <w:numId w:val="44"/>
        </w:numPr>
        <w:tabs>
          <w:tab w:val="left" w:pos="0"/>
          <w:tab w:val="left" w:pos="709"/>
        </w:tabs>
        <w:spacing w:after="0" w:line="264" w:lineRule="auto"/>
        <w:jc w:val="both"/>
        <w:rPr>
          <w:rFonts w:ascii="Times New Roman" w:eastAsia="MS Mincho" w:hAnsi="Times New Roman" w:cs="Times New Roman"/>
          <w:sz w:val="24"/>
          <w:szCs w:val="24"/>
        </w:rPr>
        <w:sectPr w:rsidR="00C54376" w:rsidRPr="00765081" w:rsidSect="00C54376">
          <w:pgSz w:w="11906" w:h="16838"/>
          <w:pgMar w:top="1134" w:right="850" w:bottom="1134" w:left="993" w:header="708" w:footer="708" w:gutter="0"/>
          <w:cols w:space="708"/>
          <w:docGrid w:linePitch="360"/>
        </w:sectPr>
      </w:pPr>
      <w:r w:rsidRPr="00765081">
        <w:rPr>
          <w:rFonts w:ascii="Times New Roman" w:eastAsia="MS Mincho"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750F9" w:rsidRPr="00765081" w:rsidRDefault="004750F9" w:rsidP="00382DC6">
      <w:pPr>
        <w:pStyle w:val="a5"/>
        <w:spacing w:after="0"/>
        <w:ind w:left="960"/>
        <w:rPr>
          <w:rFonts w:ascii="Times New Roman" w:hAnsi="Times New Roman" w:cs="Times New Roman"/>
          <w:sz w:val="24"/>
          <w:szCs w:val="24"/>
        </w:rPr>
      </w:pPr>
      <w:r w:rsidRPr="00765081">
        <w:rPr>
          <w:rFonts w:ascii="Times New Roman" w:eastAsia="Times New Roman" w:hAnsi="Times New Roman" w:cs="Times New Roman"/>
          <w:b/>
          <w:bCs/>
          <w:sz w:val="24"/>
          <w:szCs w:val="24"/>
          <w:lang w:eastAsia="ru-RU"/>
        </w:rPr>
        <w:lastRenderedPageBreak/>
        <w:t xml:space="preserve">Тематическое планирование с указание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(далее </w:t>
      </w:r>
      <w:r w:rsidRPr="00765081">
        <w:rPr>
          <w:rFonts w:ascii="Times New Roman" w:eastAsia="Times New Roman" w:hAnsi="Times New Roman" w:cs="Times New Roman"/>
          <w:b/>
          <w:bCs/>
          <w:caps/>
          <w:sz w:val="24"/>
          <w:szCs w:val="24"/>
          <w:lang w:eastAsia="ru-RU"/>
        </w:rPr>
        <w:t xml:space="preserve">- ЭОР) </w:t>
      </w:r>
    </w:p>
    <w:p w:rsidR="004750F9" w:rsidRPr="00765081" w:rsidRDefault="004750F9" w:rsidP="004750F9">
      <w:pPr>
        <w:pStyle w:val="a5"/>
        <w:spacing w:after="0"/>
        <w:ind w:left="960"/>
        <w:rPr>
          <w:rFonts w:ascii="Times New Roman" w:hAnsi="Times New Roman" w:cs="Times New Roman"/>
          <w:sz w:val="24"/>
          <w:szCs w:val="24"/>
        </w:rPr>
      </w:pPr>
      <w:r w:rsidRPr="00765081">
        <w:rPr>
          <w:rFonts w:ascii="Times New Roman" w:hAnsi="Times New Roman" w:cs="Times New Roman"/>
          <w:b/>
          <w:color w:val="000000"/>
          <w:sz w:val="24"/>
          <w:szCs w:val="24"/>
        </w:rPr>
        <w:t xml:space="preserve"> 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3"/>
        <w:gridCol w:w="993"/>
        <w:gridCol w:w="1275"/>
        <w:gridCol w:w="4395"/>
        <w:gridCol w:w="3195"/>
      </w:tblGrid>
      <w:tr w:rsidR="004750F9" w:rsidRPr="00765081" w:rsidTr="004750F9">
        <w:trPr>
          <w:trHeight w:val="144"/>
          <w:tblCellSpacing w:w="20" w:type="nil"/>
        </w:trPr>
        <w:tc>
          <w:tcPr>
            <w:tcW w:w="851" w:type="dxa"/>
            <w:vMerge w:val="restart"/>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b/>
                <w:color w:val="000000"/>
                <w:sz w:val="24"/>
                <w:szCs w:val="24"/>
              </w:rPr>
              <w:t xml:space="preserve">№ </w:t>
            </w:r>
            <w:proofErr w:type="gramStart"/>
            <w:r w:rsidRPr="00765081">
              <w:rPr>
                <w:rFonts w:ascii="Times New Roman" w:hAnsi="Times New Roman" w:cs="Times New Roman"/>
                <w:b/>
                <w:color w:val="000000"/>
                <w:sz w:val="24"/>
                <w:szCs w:val="24"/>
              </w:rPr>
              <w:t>п</w:t>
            </w:r>
            <w:proofErr w:type="gramEnd"/>
            <w:r w:rsidRPr="00765081">
              <w:rPr>
                <w:rFonts w:ascii="Times New Roman" w:hAnsi="Times New Roman" w:cs="Times New Roman"/>
                <w:b/>
                <w:color w:val="000000"/>
                <w:sz w:val="24"/>
                <w:szCs w:val="24"/>
              </w:rPr>
              <w:t xml:space="preserve">/п </w:t>
            </w:r>
          </w:p>
          <w:p w:rsidR="004750F9" w:rsidRPr="00765081" w:rsidRDefault="004750F9" w:rsidP="004750F9">
            <w:pPr>
              <w:spacing w:after="0"/>
              <w:ind w:left="135"/>
              <w:rPr>
                <w:rFonts w:ascii="Times New Roman" w:hAnsi="Times New Roman" w:cs="Times New Roman"/>
                <w:sz w:val="24"/>
                <w:szCs w:val="24"/>
              </w:rPr>
            </w:pPr>
          </w:p>
        </w:tc>
        <w:tc>
          <w:tcPr>
            <w:tcW w:w="3113" w:type="dxa"/>
            <w:vMerge w:val="restart"/>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b/>
                <w:color w:val="000000"/>
                <w:sz w:val="24"/>
                <w:szCs w:val="24"/>
              </w:rPr>
              <w:t xml:space="preserve">Наименование разделов и тем программы </w:t>
            </w:r>
          </w:p>
          <w:p w:rsidR="004750F9" w:rsidRPr="00765081" w:rsidRDefault="004750F9" w:rsidP="004750F9">
            <w:pPr>
              <w:spacing w:after="0"/>
              <w:ind w:left="135"/>
              <w:rPr>
                <w:rFonts w:ascii="Times New Roman" w:hAnsi="Times New Roman" w:cs="Times New Roman"/>
                <w:sz w:val="24"/>
                <w:szCs w:val="24"/>
              </w:rPr>
            </w:pPr>
          </w:p>
        </w:tc>
        <w:tc>
          <w:tcPr>
            <w:tcW w:w="2268" w:type="dxa"/>
            <w:gridSpan w:val="2"/>
            <w:tcMar>
              <w:top w:w="50" w:type="dxa"/>
              <w:left w:w="100" w:type="dxa"/>
            </w:tcMar>
            <w:vAlign w:val="center"/>
          </w:tcPr>
          <w:p w:rsidR="004750F9" w:rsidRPr="00765081" w:rsidRDefault="004750F9" w:rsidP="004750F9">
            <w:pPr>
              <w:spacing w:after="0"/>
              <w:rPr>
                <w:rFonts w:ascii="Times New Roman" w:hAnsi="Times New Roman" w:cs="Times New Roman"/>
                <w:sz w:val="24"/>
                <w:szCs w:val="24"/>
              </w:rPr>
            </w:pPr>
            <w:r w:rsidRPr="00765081">
              <w:rPr>
                <w:rFonts w:ascii="Times New Roman" w:hAnsi="Times New Roman" w:cs="Times New Roman"/>
                <w:b/>
                <w:color w:val="000000"/>
                <w:sz w:val="24"/>
                <w:szCs w:val="24"/>
              </w:rPr>
              <w:t>Количество часов</w:t>
            </w:r>
          </w:p>
        </w:tc>
        <w:tc>
          <w:tcPr>
            <w:tcW w:w="4395" w:type="dxa"/>
            <w:vMerge w:val="restart"/>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b/>
                <w:color w:val="000000"/>
                <w:sz w:val="24"/>
                <w:szCs w:val="24"/>
              </w:rPr>
              <w:t xml:space="preserve">Электронные (цифровые) образовательные ресурсы </w:t>
            </w:r>
          </w:p>
          <w:p w:rsidR="004750F9" w:rsidRPr="00765081" w:rsidRDefault="004750F9" w:rsidP="004750F9">
            <w:pPr>
              <w:spacing w:after="0"/>
              <w:ind w:left="135"/>
              <w:rPr>
                <w:rFonts w:ascii="Times New Roman" w:hAnsi="Times New Roman" w:cs="Times New Roman"/>
                <w:sz w:val="24"/>
                <w:szCs w:val="24"/>
              </w:rPr>
            </w:pPr>
          </w:p>
        </w:tc>
        <w:tc>
          <w:tcPr>
            <w:tcW w:w="3195" w:type="dxa"/>
            <w:vMerge w:val="restart"/>
          </w:tcPr>
          <w:p w:rsidR="004750F9" w:rsidRPr="00765081" w:rsidRDefault="004750F9" w:rsidP="004750F9">
            <w:pPr>
              <w:spacing w:after="0"/>
              <w:ind w:left="135"/>
              <w:jc w:val="center"/>
              <w:rPr>
                <w:rFonts w:ascii="Times New Roman" w:hAnsi="Times New Roman" w:cs="Times New Roman"/>
                <w:b/>
                <w:color w:val="000000"/>
                <w:sz w:val="24"/>
                <w:szCs w:val="24"/>
              </w:rPr>
            </w:pPr>
            <w:r w:rsidRPr="00765081">
              <w:rPr>
                <w:rFonts w:ascii="Times New Roman" w:hAnsi="Times New Roman" w:cs="Times New Roman"/>
                <w:b/>
                <w:color w:val="000000"/>
                <w:sz w:val="24"/>
                <w:szCs w:val="24"/>
              </w:rPr>
              <w:t>Воспитательный компонент</w:t>
            </w:r>
          </w:p>
        </w:tc>
      </w:tr>
      <w:tr w:rsidR="004750F9" w:rsidRPr="00765081" w:rsidTr="004750F9">
        <w:trPr>
          <w:trHeight w:val="144"/>
          <w:tblCellSpacing w:w="20" w:type="nil"/>
        </w:trPr>
        <w:tc>
          <w:tcPr>
            <w:tcW w:w="851" w:type="dxa"/>
            <w:vMerge/>
            <w:tcMar>
              <w:top w:w="50" w:type="dxa"/>
              <w:left w:w="100" w:type="dxa"/>
            </w:tcMar>
          </w:tcPr>
          <w:p w:rsidR="004750F9" w:rsidRPr="00765081" w:rsidRDefault="004750F9" w:rsidP="004750F9">
            <w:pPr>
              <w:rPr>
                <w:rFonts w:ascii="Times New Roman" w:hAnsi="Times New Roman" w:cs="Times New Roman"/>
                <w:sz w:val="24"/>
                <w:szCs w:val="24"/>
              </w:rPr>
            </w:pPr>
          </w:p>
        </w:tc>
        <w:tc>
          <w:tcPr>
            <w:tcW w:w="3113" w:type="dxa"/>
            <w:vMerge/>
            <w:tcMar>
              <w:top w:w="50" w:type="dxa"/>
              <w:left w:w="100" w:type="dxa"/>
            </w:tcMar>
          </w:tcPr>
          <w:p w:rsidR="004750F9" w:rsidRPr="00765081" w:rsidRDefault="004750F9" w:rsidP="004750F9">
            <w:pPr>
              <w:rPr>
                <w:rFonts w:ascii="Times New Roman" w:hAnsi="Times New Roman" w:cs="Times New Roman"/>
                <w:sz w:val="24"/>
                <w:szCs w:val="24"/>
              </w:rPr>
            </w:pPr>
          </w:p>
        </w:tc>
        <w:tc>
          <w:tcPr>
            <w:tcW w:w="993" w:type="dxa"/>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b/>
                <w:color w:val="000000"/>
                <w:sz w:val="24"/>
                <w:szCs w:val="24"/>
              </w:rPr>
              <w:t xml:space="preserve">Всего </w:t>
            </w:r>
          </w:p>
          <w:p w:rsidR="004750F9" w:rsidRPr="00765081" w:rsidRDefault="004750F9" w:rsidP="004750F9">
            <w:pPr>
              <w:spacing w:after="0"/>
              <w:ind w:left="135"/>
              <w:rPr>
                <w:rFonts w:ascii="Times New Roman" w:hAnsi="Times New Roman" w:cs="Times New Roman"/>
                <w:sz w:val="24"/>
                <w:szCs w:val="24"/>
              </w:rPr>
            </w:pPr>
          </w:p>
        </w:tc>
        <w:tc>
          <w:tcPr>
            <w:tcW w:w="1275" w:type="dxa"/>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b/>
                <w:color w:val="000000"/>
                <w:sz w:val="24"/>
                <w:szCs w:val="24"/>
              </w:rPr>
              <w:t xml:space="preserve">Контрольные работы </w:t>
            </w:r>
          </w:p>
          <w:p w:rsidR="004750F9" w:rsidRPr="00765081" w:rsidRDefault="004750F9" w:rsidP="004750F9">
            <w:pPr>
              <w:spacing w:after="0"/>
              <w:ind w:left="135"/>
              <w:rPr>
                <w:rFonts w:ascii="Times New Roman" w:hAnsi="Times New Roman" w:cs="Times New Roman"/>
                <w:sz w:val="24"/>
                <w:szCs w:val="24"/>
              </w:rPr>
            </w:pPr>
          </w:p>
        </w:tc>
        <w:tc>
          <w:tcPr>
            <w:tcW w:w="4395" w:type="dxa"/>
            <w:vMerge/>
            <w:tcMar>
              <w:top w:w="50" w:type="dxa"/>
              <w:left w:w="100" w:type="dxa"/>
            </w:tcMar>
          </w:tcPr>
          <w:p w:rsidR="004750F9" w:rsidRPr="00765081" w:rsidRDefault="004750F9" w:rsidP="004750F9">
            <w:pPr>
              <w:rPr>
                <w:rFonts w:ascii="Times New Roman" w:hAnsi="Times New Roman" w:cs="Times New Roman"/>
                <w:sz w:val="24"/>
                <w:szCs w:val="24"/>
              </w:rPr>
            </w:pPr>
          </w:p>
        </w:tc>
        <w:tc>
          <w:tcPr>
            <w:tcW w:w="3195" w:type="dxa"/>
            <w:vMerge/>
          </w:tcPr>
          <w:p w:rsidR="004750F9" w:rsidRPr="00765081" w:rsidRDefault="004750F9" w:rsidP="004750F9">
            <w:pPr>
              <w:rPr>
                <w:rFonts w:ascii="Times New Roman" w:hAnsi="Times New Roman" w:cs="Times New Roman"/>
                <w:sz w:val="24"/>
                <w:szCs w:val="24"/>
              </w:rPr>
            </w:pPr>
          </w:p>
        </w:tc>
      </w:tr>
      <w:tr w:rsidR="004750F9" w:rsidRPr="00765081" w:rsidTr="004750F9">
        <w:trPr>
          <w:trHeight w:val="144"/>
          <w:tblCellSpacing w:w="20" w:type="nil"/>
        </w:trPr>
        <w:tc>
          <w:tcPr>
            <w:tcW w:w="10627" w:type="dxa"/>
            <w:gridSpan w:val="5"/>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b/>
                <w:color w:val="000000"/>
                <w:sz w:val="24"/>
                <w:szCs w:val="24"/>
              </w:rPr>
              <w:t>Раздел 1.Обучение грамоте</w:t>
            </w:r>
          </w:p>
        </w:tc>
        <w:tc>
          <w:tcPr>
            <w:tcW w:w="3195" w:type="dxa"/>
          </w:tcPr>
          <w:p w:rsidR="004750F9" w:rsidRPr="00765081" w:rsidRDefault="004750F9" w:rsidP="004750F9">
            <w:pPr>
              <w:spacing w:after="0"/>
              <w:ind w:left="135"/>
              <w:rPr>
                <w:rFonts w:ascii="Times New Roman" w:hAnsi="Times New Roman" w:cs="Times New Roman"/>
                <w:b/>
                <w:color w:val="000000"/>
                <w:sz w:val="24"/>
                <w:szCs w:val="24"/>
              </w:rPr>
            </w:pP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sz w:val="24"/>
                <w:szCs w:val="24"/>
              </w:rPr>
            </w:pPr>
            <w:r w:rsidRPr="00765081">
              <w:rPr>
                <w:rFonts w:ascii="Times New Roman" w:hAnsi="Times New Roman" w:cs="Times New Roman"/>
                <w:color w:val="000000"/>
                <w:sz w:val="24"/>
                <w:szCs w:val="24"/>
              </w:rPr>
              <w:t>1.1</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Развитие речи</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r w:rsidRPr="00765081">
              <w:rPr>
                <w:rFonts w:ascii="Times New Roman" w:hAnsi="Times New Roman" w:cs="Times New Roman"/>
                <w:color w:val="000000"/>
                <w:sz w:val="24"/>
                <w:szCs w:val="24"/>
              </w:rPr>
              <w:t xml:space="preserve"> 4 </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6"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sz w:val="24"/>
                <w:szCs w:val="24"/>
              </w:rPr>
            </w:pPr>
            <w:r w:rsidRPr="00765081">
              <w:rPr>
                <w:rFonts w:ascii="Times New Roman" w:hAnsi="Times New Roman" w:cs="Times New Roman"/>
                <w:color w:val="000000"/>
                <w:sz w:val="24"/>
                <w:szCs w:val="24"/>
              </w:rPr>
              <w:t>1.2</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Фонетика</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r w:rsidRPr="00765081">
              <w:rPr>
                <w:rFonts w:ascii="Times New Roman" w:hAnsi="Times New Roman" w:cs="Times New Roman"/>
                <w:color w:val="000000"/>
                <w:sz w:val="24"/>
                <w:szCs w:val="24"/>
              </w:rPr>
              <w:t xml:space="preserve"> 4 </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7"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sz w:val="24"/>
                <w:szCs w:val="24"/>
              </w:rPr>
            </w:pPr>
            <w:r w:rsidRPr="00765081">
              <w:rPr>
                <w:rFonts w:ascii="Times New Roman" w:hAnsi="Times New Roman" w:cs="Times New Roman"/>
                <w:color w:val="000000"/>
                <w:sz w:val="24"/>
                <w:szCs w:val="24"/>
              </w:rPr>
              <w:lastRenderedPageBreak/>
              <w:t>1.3</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Чтение</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r w:rsidRPr="00765081">
              <w:rPr>
                <w:rFonts w:ascii="Times New Roman" w:hAnsi="Times New Roman" w:cs="Times New Roman"/>
                <w:color w:val="000000"/>
                <w:sz w:val="24"/>
                <w:szCs w:val="24"/>
              </w:rPr>
              <w:t xml:space="preserve"> 72 </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8"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tc>
      </w:tr>
      <w:tr w:rsidR="004750F9" w:rsidRPr="00765081" w:rsidTr="004750F9">
        <w:trPr>
          <w:trHeight w:val="144"/>
          <w:tblCellSpacing w:w="20" w:type="nil"/>
        </w:trPr>
        <w:tc>
          <w:tcPr>
            <w:tcW w:w="3964" w:type="dxa"/>
            <w:gridSpan w:val="2"/>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hAnsi="Times New Roman" w:cs="Times New Roman"/>
                <w:color w:val="000000"/>
                <w:sz w:val="24"/>
                <w:szCs w:val="24"/>
              </w:rPr>
              <w:t>Итого по разделу</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80</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4750F9" w:rsidP="004750F9">
            <w:pPr>
              <w:rPr>
                <w:rFonts w:ascii="Times New Roman" w:hAnsi="Times New Roman" w:cs="Times New Roman"/>
                <w:sz w:val="24"/>
                <w:szCs w:val="24"/>
              </w:rPr>
            </w:pPr>
          </w:p>
        </w:tc>
        <w:tc>
          <w:tcPr>
            <w:tcW w:w="3195" w:type="dxa"/>
          </w:tcPr>
          <w:p w:rsidR="004750F9" w:rsidRPr="00765081" w:rsidRDefault="004750F9" w:rsidP="004750F9">
            <w:pPr>
              <w:rPr>
                <w:rFonts w:ascii="Times New Roman" w:hAnsi="Times New Roman" w:cs="Times New Roman"/>
                <w:sz w:val="24"/>
                <w:szCs w:val="24"/>
              </w:rPr>
            </w:pPr>
          </w:p>
        </w:tc>
      </w:tr>
      <w:tr w:rsidR="004750F9" w:rsidRPr="00765081" w:rsidTr="004750F9">
        <w:trPr>
          <w:trHeight w:val="144"/>
          <w:tblCellSpacing w:w="20" w:type="nil"/>
        </w:trPr>
        <w:tc>
          <w:tcPr>
            <w:tcW w:w="3964" w:type="dxa"/>
            <w:gridSpan w:val="2"/>
            <w:tcMar>
              <w:top w:w="50" w:type="dxa"/>
              <w:left w:w="100" w:type="dxa"/>
            </w:tcMar>
            <w:vAlign w:val="center"/>
          </w:tcPr>
          <w:p w:rsidR="004750F9" w:rsidRPr="00765081" w:rsidRDefault="004750F9" w:rsidP="004750F9">
            <w:pPr>
              <w:spacing w:after="0"/>
              <w:ind w:left="135"/>
              <w:rPr>
                <w:rFonts w:ascii="Times New Roman" w:hAnsi="Times New Roman" w:cs="Times New Roman"/>
                <w:sz w:val="24"/>
                <w:szCs w:val="24"/>
              </w:rPr>
            </w:pPr>
            <w:r w:rsidRPr="00765081">
              <w:rPr>
                <w:rFonts w:ascii="Times New Roman" w:hAnsi="Times New Roman" w:cs="Times New Roman"/>
                <w:sz w:val="24"/>
                <w:szCs w:val="24"/>
              </w:rPr>
              <w:t>ОБЩЕЕ КОЛИЧЕСТВО ЧАСОВ ПО ПРОГРАММЕ</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r w:rsidRPr="00765081">
              <w:rPr>
                <w:rFonts w:ascii="Times New Roman" w:hAnsi="Times New Roman" w:cs="Times New Roman"/>
                <w:sz w:val="24"/>
                <w:szCs w:val="24"/>
              </w:rPr>
              <w:t xml:space="preserve">80 </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4750F9" w:rsidP="004750F9">
            <w:pPr>
              <w:rPr>
                <w:rFonts w:ascii="Times New Roman" w:hAnsi="Times New Roman" w:cs="Times New Roman"/>
                <w:sz w:val="24"/>
                <w:szCs w:val="24"/>
              </w:rPr>
            </w:pPr>
          </w:p>
        </w:tc>
        <w:tc>
          <w:tcPr>
            <w:tcW w:w="3195" w:type="dxa"/>
          </w:tcPr>
          <w:p w:rsidR="004750F9" w:rsidRPr="00765081" w:rsidRDefault="004750F9" w:rsidP="004750F9">
            <w:pPr>
              <w:rPr>
                <w:rFonts w:ascii="Times New Roman" w:hAnsi="Times New Roman" w:cs="Times New Roman"/>
                <w:sz w:val="24"/>
                <w:szCs w:val="24"/>
              </w:rPr>
            </w:pPr>
          </w:p>
        </w:tc>
      </w:tr>
      <w:tr w:rsidR="004750F9" w:rsidRPr="00765081" w:rsidTr="004750F9">
        <w:trPr>
          <w:trHeight w:val="144"/>
          <w:tblCellSpacing w:w="20" w:type="nil"/>
        </w:trPr>
        <w:tc>
          <w:tcPr>
            <w:tcW w:w="10627" w:type="dxa"/>
            <w:gridSpan w:val="5"/>
            <w:tcMar>
              <w:top w:w="50" w:type="dxa"/>
              <w:left w:w="100" w:type="dxa"/>
            </w:tcMar>
            <w:vAlign w:val="center"/>
          </w:tcPr>
          <w:p w:rsidR="004750F9" w:rsidRPr="00765081" w:rsidRDefault="004750F9" w:rsidP="004750F9">
            <w:pPr>
              <w:rPr>
                <w:rFonts w:ascii="Times New Roman" w:hAnsi="Times New Roman" w:cs="Times New Roman"/>
                <w:b/>
                <w:sz w:val="24"/>
                <w:szCs w:val="24"/>
              </w:rPr>
            </w:pPr>
            <w:r w:rsidRPr="00765081">
              <w:rPr>
                <w:rFonts w:ascii="Times New Roman" w:hAnsi="Times New Roman" w:cs="Times New Roman"/>
                <w:b/>
                <w:sz w:val="24"/>
                <w:szCs w:val="24"/>
              </w:rPr>
              <w:t xml:space="preserve">Раздел 2. Систематический курс </w:t>
            </w:r>
          </w:p>
        </w:tc>
        <w:tc>
          <w:tcPr>
            <w:tcW w:w="3195" w:type="dxa"/>
          </w:tcPr>
          <w:p w:rsidR="004750F9" w:rsidRPr="00765081" w:rsidRDefault="004750F9" w:rsidP="004750F9">
            <w:pPr>
              <w:rPr>
                <w:rFonts w:ascii="Times New Roman" w:hAnsi="Times New Roman" w:cs="Times New Roman"/>
                <w:b/>
                <w:sz w:val="24"/>
                <w:szCs w:val="24"/>
              </w:rPr>
            </w:pP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t>2.1</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eastAsia="Times New Roman" w:hAnsi="Times New Roman" w:cs="Times New Roman"/>
                <w:sz w:val="24"/>
                <w:szCs w:val="24"/>
                <w:lang w:eastAsia="ru-RU"/>
              </w:rPr>
              <w:t>Сказка народная (фольклорная) и литературная (авторская)</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9</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9"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w:t>
            </w:r>
            <w:r w:rsidRPr="00765081">
              <w:rPr>
                <w:rFonts w:ascii="Times New Roman" w:hAnsi="Times New Roman" w:cs="Times New Roman"/>
                <w:color w:val="000000"/>
                <w:sz w:val="24"/>
                <w:szCs w:val="24"/>
              </w:rPr>
              <w:lastRenderedPageBreak/>
              <w:t>разных видах художественной деятельности</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lastRenderedPageBreak/>
              <w:t>2.2</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eastAsia="Times New Roman" w:hAnsi="Times New Roman" w:cs="Times New Roman"/>
                <w:sz w:val="24"/>
                <w:szCs w:val="24"/>
                <w:lang w:eastAsia="ru-RU"/>
              </w:rPr>
              <w:t>Произведения о детях и для детей</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12</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10"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t>2.3</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eastAsia="Times New Roman" w:hAnsi="Times New Roman" w:cs="Times New Roman"/>
                <w:sz w:val="24"/>
                <w:szCs w:val="24"/>
                <w:lang w:eastAsia="ru-RU"/>
              </w:rPr>
              <w:t>Произведения о родной природе</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6</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11"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t>2.4</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eastAsia="Times New Roman" w:hAnsi="Times New Roman" w:cs="Times New Roman"/>
                <w:sz w:val="24"/>
                <w:szCs w:val="24"/>
                <w:lang w:eastAsia="ru-RU"/>
              </w:rPr>
              <w:t>Устное народное творчество — малые фольклорные жанры</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5</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12"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t>2.5</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eastAsia="Times New Roman" w:hAnsi="Times New Roman" w:cs="Times New Roman"/>
                <w:sz w:val="24"/>
                <w:szCs w:val="24"/>
                <w:lang w:eastAsia="ru-RU"/>
              </w:rPr>
              <w:t>Произведения о братьях наших меньших</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10</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13"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 xml:space="preserve">Бережное отношение к природе, осознание проблем взаимоотношений человека </w:t>
            </w:r>
            <w:r w:rsidRPr="00765081">
              <w:rPr>
                <w:rFonts w:ascii="Times New Roman" w:hAnsi="Times New Roman" w:cs="Times New Roman"/>
                <w:color w:val="000000"/>
                <w:sz w:val="24"/>
                <w:szCs w:val="24"/>
              </w:rPr>
              <w:lastRenderedPageBreak/>
              <w:t>и животных, отражённых в литературных произведениях.</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lastRenderedPageBreak/>
              <w:t>2.6</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hAnsi="Times New Roman" w:cs="Times New Roman"/>
                <w:color w:val="000000"/>
                <w:sz w:val="24"/>
                <w:szCs w:val="24"/>
              </w:rPr>
              <w:t xml:space="preserve">Произведения о маме </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3</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14"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spacing w:after="0" w:line="264" w:lineRule="auto"/>
              <w:jc w:val="both"/>
              <w:rPr>
                <w:rFonts w:ascii="Times New Roman" w:hAnsi="Times New Roman" w:cs="Times New Roman"/>
                <w:sz w:val="24"/>
                <w:szCs w:val="24"/>
              </w:rPr>
            </w:pPr>
            <w:r w:rsidRPr="00765081">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4750F9" w:rsidRPr="00765081" w:rsidRDefault="004750F9" w:rsidP="004750F9">
            <w:pPr>
              <w:rPr>
                <w:rStyle w:val="a7"/>
                <w:rFonts w:ascii="Times New Roman" w:hAnsi="Times New Roman" w:cs="Times New Roman"/>
                <w:sz w:val="24"/>
                <w:szCs w:val="24"/>
              </w:rPr>
            </w:pP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t>2.7</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eastAsia="Times New Roman" w:hAnsi="Times New Roman" w:cs="Times New Roman"/>
                <w:sz w:val="24"/>
                <w:szCs w:val="24"/>
                <w:lang w:eastAsia="ru-RU"/>
              </w:rPr>
              <w:t>Фольклорные и авторские произведения о чудесах и фантазии</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4</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15"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tc>
      </w:tr>
      <w:tr w:rsidR="004750F9" w:rsidRPr="00765081" w:rsidTr="004750F9">
        <w:trPr>
          <w:trHeight w:val="144"/>
          <w:tblCellSpacing w:w="20" w:type="nil"/>
        </w:trPr>
        <w:tc>
          <w:tcPr>
            <w:tcW w:w="851" w:type="dxa"/>
            <w:tcMar>
              <w:top w:w="50" w:type="dxa"/>
              <w:left w:w="100" w:type="dxa"/>
            </w:tcMar>
            <w:vAlign w:val="center"/>
          </w:tcPr>
          <w:p w:rsidR="004750F9" w:rsidRPr="00765081" w:rsidRDefault="004750F9" w:rsidP="004750F9">
            <w:pPr>
              <w:spacing w:after="0"/>
              <w:rPr>
                <w:rFonts w:ascii="Times New Roman" w:hAnsi="Times New Roman" w:cs="Times New Roman"/>
                <w:color w:val="000000"/>
                <w:sz w:val="24"/>
                <w:szCs w:val="24"/>
              </w:rPr>
            </w:pPr>
            <w:r w:rsidRPr="00765081">
              <w:rPr>
                <w:rFonts w:ascii="Times New Roman" w:hAnsi="Times New Roman" w:cs="Times New Roman"/>
                <w:color w:val="000000"/>
                <w:sz w:val="24"/>
                <w:szCs w:val="24"/>
              </w:rPr>
              <w:t>2.8</w:t>
            </w:r>
          </w:p>
        </w:tc>
        <w:tc>
          <w:tcPr>
            <w:tcW w:w="3113" w:type="dxa"/>
            <w:tcMar>
              <w:top w:w="50" w:type="dxa"/>
              <w:left w:w="100" w:type="dxa"/>
            </w:tcMar>
            <w:vAlign w:val="center"/>
          </w:tcPr>
          <w:p w:rsidR="004750F9" w:rsidRPr="00765081" w:rsidRDefault="004750F9" w:rsidP="004750F9">
            <w:pPr>
              <w:spacing w:after="0"/>
              <w:ind w:left="135"/>
              <w:rPr>
                <w:rFonts w:ascii="Times New Roman" w:hAnsi="Times New Roman" w:cs="Times New Roman"/>
                <w:color w:val="000000"/>
                <w:sz w:val="24"/>
                <w:szCs w:val="24"/>
              </w:rPr>
            </w:pPr>
            <w:r w:rsidRPr="00765081">
              <w:rPr>
                <w:rFonts w:ascii="Times New Roman" w:eastAsia="Times New Roman" w:hAnsi="Times New Roman" w:cs="Times New Roman"/>
                <w:sz w:val="24"/>
                <w:szCs w:val="24"/>
                <w:lang w:eastAsia="ru-RU"/>
              </w:rPr>
              <w:t>Библиографическая культура (работа с детской книгой)</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color w:val="000000"/>
                <w:sz w:val="24"/>
                <w:szCs w:val="24"/>
              </w:rPr>
            </w:pPr>
            <w:r w:rsidRPr="00765081">
              <w:rPr>
                <w:rFonts w:ascii="Times New Roman" w:hAnsi="Times New Roman" w:cs="Times New Roman"/>
                <w:color w:val="000000"/>
                <w:sz w:val="24"/>
                <w:szCs w:val="24"/>
              </w:rPr>
              <w:t>3</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sz w:val="24"/>
                <w:szCs w:val="24"/>
              </w:rPr>
            </w:pPr>
            <w:r w:rsidRPr="00765081">
              <w:rPr>
                <w:rFonts w:ascii="Times New Roman" w:hAnsi="Times New Roman" w:cs="Times New Roman"/>
                <w:sz w:val="24"/>
                <w:szCs w:val="24"/>
              </w:rPr>
              <w:t>1</w:t>
            </w:r>
          </w:p>
        </w:tc>
        <w:tc>
          <w:tcPr>
            <w:tcW w:w="4395" w:type="dxa"/>
            <w:tcMar>
              <w:top w:w="50" w:type="dxa"/>
              <w:left w:w="100" w:type="dxa"/>
            </w:tcMar>
          </w:tcPr>
          <w:p w:rsidR="004750F9" w:rsidRPr="00765081" w:rsidRDefault="007B5670" w:rsidP="004750F9">
            <w:pPr>
              <w:rPr>
                <w:rFonts w:ascii="Times New Roman" w:hAnsi="Times New Roman" w:cs="Times New Roman"/>
                <w:sz w:val="24"/>
                <w:szCs w:val="24"/>
              </w:rPr>
            </w:pPr>
            <w:hyperlink r:id="rId16" w:history="1">
              <w:r w:rsidR="004750F9" w:rsidRPr="00765081">
                <w:rPr>
                  <w:rStyle w:val="a7"/>
                  <w:rFonts w:ascii="Times New Roman" w:hAnsi="Times New Roman" w:cs="Times New Roman"/>
                  <w:sz w:val="24"/>
                  <w:szCs w:val="24"/>
                </w:rPr>
                <w:t>https://resh.edu.ru/subject/32/1/</w:t>
              </w:r>
            </w:hyperlink>
          </w:p>
        </w:tc>
        <w:tc>
          <w:tcPr>
            <w:tcW w:w="3195" w:type="dxa"/>
          </w:tcPr>
          <w:p w:rsidR="004750F9" w:rsidRPr="00765081" w:rsidRDefault="004750F9" w:rsidP="004750F9">
            <w:pPr>
              <w:rPr>
                <w:rStyle w:val="a7"/>
                <w:rFonts w:ascii="Times New Roman" w:hAnsi="Times New Roman" w:cs="Times New Roman"/>
                <w:sz w:val="24"/>
                <w:szCs w:val="24"/>
              </w:rPr>
            </w:pPr>
            <w:r w:rsidRPr="00765081">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tc>
      </w:tr>
      <w:tr w:rsidR="004750F9" w:rsidRPr="00765081" w:rsidTr="004750F9">
        <w:trPr>
          <w:trHeight w:val="144"/>
          <w:tblCellSpacing w:w="20" w:type="nil"/>
        </w:trPr>
        <w:tc>
          <w:tcPr>
            <w:tcW w:w="3964" w:type="dxa"/>
            <w:gridSpan w:val="2"/>
            <w:tcMar>
              <w:top w:w="50" w:type="dxa"/>
              <w:left w:w="100" w:type="dxa"/>
            </w:tcMar>
            <w:vAlign w:val="center"/>
          </w:tcPr>
          <w:p w:rsidR="004750F9" w:rsidRPr="00765081" w:rsidRDefault="004750F9" w:rsidP="004750F9">
            <w:pPr>
              <w:spacing w:after="0"/>
              <w:ind w:left="135"/>
              <w:rPr>
                <w:rFonts w:ascii="Times New Roman" w:hAnsi="Times New Roman" w:cs="Times New Roman"/>
                <w:b/>
                <w:color w:val="000000"/>
                <w:sz w:val="24"/>
                <w:szCs w:val="24"/>
              </w:rPr>
            </w:pPr>
            <w:r w:rsidRPr="00765081">
              <w:rPr>
                <w:rFonts w:ascii="Times New Roman" w:hAnsi="Times New Roman" w:cs="Times New Roman"/>
                <w:b/>
                <w:color w:val="000000"/>
                <w:sz w:val="24"/>
                <w:szCs w:val="24"/>
              </w:rPr>
              <w:lastRenderedPageBreak/>
              <w:t xml:space="preserve">Итого по разделу </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b/>
                <w:color w:val="000000"/>
                <w:sz w:val="24"/>
                <w:szCs w:val="24"/>
              </w:rPr>
            </w:pPr>
            <w:r w:rsidRPr="00765081">
              <w:rPr>
                <w:rFonts w:ascii="Times New Roman" w:hAnsi="Times New Roman" w:cs="Times New Roman"/>
                <w:b/>
                <w:color w:val="000000"/>
                <w:sz w:val="24"/>
                <w:szCs w:val="24"/>
              </w:rPr>
              <w:t>52</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b/>
                <w:sz w:val="24"/>
                <w:szCs w:val="24"/>
              </w:rPr>
            </w:pPr>
            <w:r w:rsidRPr="00765081">
              <w:rPr>
                <w:rFonts w:ascii="Times New Roman" w:hAnsi="Times New Roman" w:cs="Times New Roman"/>
                <w:b/>
                <w:sz w:val="24"/>
                <w:szCs w:val="24"/>
              </w:rPr>
              <w:t>1</w:t>
            </w:r>
          </w:p>
        </w:tc>
        <w:tc>
          <w:tcPr>
            <w:tcW w:w="4395" w:type="dxa"/>
            <w:tcMar>
              <w:top w:w="50" w:type="dxa"/>
              <w:left w:w="100" w:type="dxa"/>
            </w:tcMar>
          </w:tcPr>
          <w:p w:rsidR="004750F9" w:rsidRPr="00765081" w:rsidRDefault="004750F9" w:rsidP="004750F9">
            <w:pPr>
              <w:rPr>
                <w:rFonts w:ascii="Times New Roman" w:hAnsi="Times New Roman" w:cs="Times New Roman"/>
                <w:sz w:val="24"/>
                <w:szCs w:val="24"/>
              </w:rPr>
            </w:pPr>
          </w:p>
        </w:tc>
        <w:tc>
          <w:tcPr>
            <w:tcW w:w="3195" w:type="dxa"/>
          </w:tcPr>
          <w:p w:rsidR="004750F9" w:rsidRPr="00765081" w:rsidRDefault="004750F9" w:rsidP="004750F9">
            <w:pPr>
              <w:rPr>
                <w:rFonts w:ascii="Times New Roman" w:hAnsi="Times New Roman" w:cs="Times New Roman"/>
                <w:sz w:val="24"/>
                <w:szCs w:val="24"/>
              </w:rPr>
            </w:pPr>
          </w:p>
        </w:tc>
      </w:tr>
      <w:tr w:rsidR="004750F9" w:rsidRPr="00765081" w:rsidTr="004750F9">
        <w:trPr>
          <w:trHeight w:val="144"/>
          <w:tblCellSpacing w:w="20" w:type="nil"/>
        </w:trPr>
        <w:tc>
          <w:tcPr>
            <w:tcW w:w="3964" w:type="dxa"/>
            <w:gridSpan w:val="2"/>
            <w:tcMar>
              <w:top w:w="50" w:type="dxa"/>
              <w:left w:w="100" w:type="dxa"/>
            </w:tcMar>
            <w:vAlign w:val="center"/>
          </w:tcPr>
          <w:p w:rsidR="004750F9" w:rsidRPr="00765081" w:rsidRDefault="004750F9" w:rsidP="004750F9">
            <w:pPr>
              <w:spacing w:after="0"/>
              <w:ind w:left="135"/>
              <w:rPr>
                <w:rFonts w:ascii="Times New Roman" w:hAnsi="Times New Roman" w:cs="Times New Roman"/>
                <w:b/>
                <w:color w:val="000000"/>
                <w:sz w:val="24"/>
                <w:szCs w:val="24"/>
              </w:rPr>
            </w:pPr>
            <w:r w:rsidRPr="00765081">
              <w:rPr>
                <w:rFonts w:ascii="Times New Roman" w:hAnsi="Times New Roman" w:cs="Times New Roman"/>
                <w:b/>
                <w:color w:val="000000"/>
                <w:sz w:val="24"/>
                <w:szCs w:val="24"/>
              </w:rPr>
              <w:t xml:space="preserve">Общее количество часов по программе </w:t>
            </w:r>
          </w:p>
        </w:tc>
        <w:tc>
          <w:tcPr>
            <w:tcW w:w="993"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b/>
                <w:color w:val="000000"/>
                <w:sz w:val="24"/>
                <w:szCs w:val="24"/>
              </w:rPr>
            </w:pPr>
            <w:r w:rsidRPr="00765081">
              <w:rPr>
                <w:rFonts w:ascii="Times New Roman" w:hAnsi="Times New Roman" w:cs="Times New Roman"/>
                <w:b/>
                <w:color w:val="000000"/>
                <w:sz w:val="24"/>
                <w:szCs w:val="24"/>
              </w:rPr>
              <w:t xml:space="preserve">132 </w:t>
            </w:r>
          </w:p>
        </w:tc>
        <w:tc>
          <w:tcPr>
            <w:tcW w:w="1275" w:type="dxa"/>
            <w:tcMar>
              <w:top w:w="50" w:type="dxa"/>
              <w:left w:w="100" w:type="dxa"/>
            </w:tcMar>
            <w:vAlign w:val="center"/>
          </w:tcPr>
          <w:p w:rsidR="004750F9" w:rsidRPr="00765081" w:rsidRDefault="004750F9" w:rsidP="004750F9">
            <w:pPr>
              <w:spacing w:after="0"/>
              <w:ind w:left="135"/>
              <w:jc w:val="center"/>
              <w:rPr>
                <w:rFonts w:ascii="Times New Roman" w:hAnsi="Times New Roman" w:cs="Times New Roman"/>
                <w:b/>
                <w:sz w:val="24"/>
                <w:szCs w:val="24"/>
              </w:rPr>
            </w:pPr>
            <w:r w:rsidRPr="00765081">
              <w:rPr>
                <w:rFonts w:ascii="Times New Roman" w:hAnsi="Times New Roman" w:cs="Times New Roman"/>
                <w:b/>
                <w:sz w:val="24"/>
                <w:szCs w:val="24"/>
              </w:rPr>
              <w:t>1</w:t>
            </w:r>
          </w:p>
        </w:tc>
        <w:tc>
          <w:tcPr>
            <w:tcW w:w="4395" w:type="dxa"/>
            <w:tcMar>
              <w:top w:w="50" w:type="dxa"/>
              <w:left w:w="100" w:type="dxa"/>
            </w:tcMar>
          </w:tcPr>
          <w:p w:rsidR="004750F9" w:rsidRPr="00765081" w:rsidRDefault="004750F9" w:rsidP="004750F9">
            <w:pPr>
              <w:rPr>
                <w:rFonts w:ascii="Times New Roman" w:hAnsi="Times New Roman" w:cs="Times New Roman"/>
                <w:sz w:val="24"/>
                <w:szCs w:val="24"/>
              </w:rPr>
            </w:pPr>
          </w:p>
        </w:tc>
        <w:tc>
          <w:tcPr>
            <w:tcW w:w="3195" w:type="dxa"/>
          </w:tcPr>
          <w:p w:rsidR="004750F9" w:rsidRPr="00765081" w:rsidRDefault="004750F9" w:rsidP="004750F9">
            <w:pPr>
              <w:rPr>
                <w:rFonts w:ascii="Times New Roman" w:hAnsi="Times New Roman" w:cs="Times New Roman"/>
                <w:sz w:val="24"/>
                <w:szCs w:val="24"/>
              </w:rPr>
            </w:pPr>
          </w:p>
        </w:tc>
      </w:tr>
    </w:tbl>
    <w:p w:rsidR="00C54376" w:rsidRPr="00765081" w:rsidRDefault="00C54376" w:rsidP="00C54376">
      <w:pPr>
        <w:tabs>
          <w:tab w:val="left" w:pos="0"/>
          <w:tab w:val="left" w:pos="709"/>
        </w:tabs>
        <w:spacing w:after="0" w:line="240" w:lineRule="auto"/>
        <w:rPr>
          <w:rFonts w:ascii="Times New Roman" w:eastAsia="Times New Roman" w:hAnsi="Times New Roman" w:cs="Times New Roman"/>
          <w:bCs/>
          <w:sz w:val="24"/>
          <w:szCs w:val="24"/>
          <w:lang w:eastAsia="ru-RU"/>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382DC6" w:rsidRDefault="00382DC6" w:rsidP="004750F9">
      <w:pPr>
        <w:rPr>
          <w:rFonts w:ascii="Times New Roman" w:eastAsia="Calibri" w:hAnsi="Times New Roman" w:cs="Times New Roman"/>
          <w:b/>
          <w:sz w:val="24"/>
          <w:szCs w:val="24"/>
        </w:rPr>
      </w:pPr>
    </w:p>
    <w:p w:rsidR="004750F9" w:rsidRPr="00765081" w:rsidRDefault="004750F9" w:rsidP="004750F9">
      <w:pPr>
        <w:rPr>
          <w:rFonts w:ascii="Times New Roman" w:eastAsia="Calibri" w:hAnsi="Times New Roman" w:cs="Times New Roman"/>
          <w:b/>
          <w:sz w:val="24"/>
          <w:szCs w:val="24"/>
        </w:rPr>
      </w:pPr>
      <w:r w:rsidRPr="00765081">
        <w:rPr>
          <w:rFonts w:ascii="Times New Roman" w:eastAsia="Calibri" w:hAnsi="Times New Roman" w:cs="Times New Roman"/>
          <w:b/>
          <w:sz w:val="24"/>
          <w:szCs w:val="24"/>
        </w:rPr>
        <w:lastRenderedPageBreak/>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64"/>
        <w:gridCol w:w="3026"/>
        <w:gridCol w:w="1030"/>
        <w:gridCol w:w="1276"/>
        <w:gridCol w:w="4367"/>
        <w:gridCol w:w="16"/>
        <w:gridCol w:w="3413"/>
      </w:tblGrid>
      <w:tr w:rsidR="004750F9" w:rsidRPr="00765081" w:rsidTr="004750F9">
        <w:trPr>
          <w:trHeight w:val="707"/>
          <w:tblCellSpacing w:w="20" w:type="nil"/>
        </w:trPr>
        <w:tc>
          <w:tcPr>
            <w:tcW w:w="864" w:type="dxa"/>
            <w:vMerge w:val="restart"/>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b/>
                <w:color w:val="000000"/>
                <w:sz w:val="24"/>
                <w:szCs w:val="24"/>
                <w:lang w:val="en-US"/>
              </w:rPr>
              <w:t xml:space="preserve">№ п/п </w:t>
            </w:r>
          </w:p>
          <w:p w:rsidR="004750F9" w:rsidRPr="00765081" w:rsidRDefault="004750F9" w:rsidP="004750F9">
            <w:pPr>
              <w:spacing w:after="0" w:line="276" w:lineRule="auto"/>
              <w:ind w:left="135"/>
              <w:rPr>
                <w:rFonts w:ascii="Times New Roman" w:eastAsia="Calibri" w:hAnsi="Times New Roman" w:cs="Times New Roman"/>
                <w:sz w:val="24"/>
                <w:szCs w:val="24"/>
                <w:lang w:val="en-US"/>
              </w:rPr>
            </w:pPr>
          </w:p>
        </w:tc>
        <w:tc>
          <w:tcPr>
            <w:tcW w:w="3026" w:type="dxa"/>
            <w:vMerge w:val="restart"/>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Наименованиеразделов</w:t>
            </w:r>
            <w:proofErr w:type="spellEnd"/>
            <w:r w:rsidRPr="00765081">
              <w:rPr>
                <w:rFonts w:ascii="Times New Roman" w:eastAsia="Calibri" w:hAnsi="Times New Roman" w:cs="Times New Roman"/>
                <w:b/>
                <w:color w:val="000000"/>
                <w:sz w:val="24"/>
                <w:szCs w:val="24"/>
                <w:lang w:val="en-US"/>
              </w:rPr>
              <w:t xml:space="preserve"> и </w:t>
            </w:r>
            <w:proofErr w:type="spellStart"/>
            <w:r w:rsidRPr="00765081">
              <w:rPr>
                <w:rFonts w:ascii="Times New Roman" w:eastAsia="Calibri" w:hAnsi="Times New Roman" w:cs="Times New Roman"/>
                <w:b/>
                <w:color w:val="000000"/>
                <w:sz w:val="24"/>
                <w:szCs w:val="24"/>
                <w:lang w:val="en-US"/>
              </w:rPr>
              <w:t>тем</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программы</w:t>
            </w:r>
            <w:proofErr w:type="spellEnd"/>
            <w:r w:rsidRPr="00765081">
              <w:rPr>
                <w:rFonts w:ascii="Times New Roman" w:eastAsia="Calibri" w:hAnsi="Times New Roman" w:cs="Times New Roman"/>
                <w:b/>
                <w:color w:val="000000"/>
                <w:sz w:val="24"/>
                <w:szCs w:val="24"/>
                <w:lang w:val="en-US"/>
              </w:rPr>
              <w:t xml:space="preserve"> </w:t>
            </w:r>
          </w:p>
          <w:p w:rsidR="004750F9" w:rsidRPr="00765081" w:rsidRDefault="004750F9" w:rsidP="004750F9">
            <w:pPr>
              <w:spacing w:after="0" w:line="276" w:lineRule="auto"/>
              <w:ind w:left="135"/>
              <w:rPr>
                <w:rFonts w:ascii="Times New Roman" w:eastAsia="Calibri" w:hAnsi="Times New Roman" w:cs="Times New Roman"/>
                <w:sz w:val="24"/>
                <w:szCs w:val="24"/>
                <w:lang w:val="en-US"/>
              </w:rPr>
            </w:pPr>
          </w:p>
        </w:tc>
        <w:tc>
          <w:tcPr>
            <w:tcW w:w="2306" w:type="dxa"/>
            <w:gridSpan w:val="2"/>
            <w:tcBorders>
              <w:right w:val="single" w:sz="4" w:space="0" w:color="auto"/>
            </w:tcBorders>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b/>
                <w:color w:val="000000"/>
                <w:sz w:val="24"/>
                <w:szCs w:val="24"/>
              </w:rPr>
            </w:pPr>
            <w:r w:rsidRPr="00765081">
              <w:rPr>
                <w:rFonts w:ascii="Times New Roman" w:eastAsia="Calibri" w:hAnsi="Times New Roman" w:cs="Times New Roman"/>
                <w:b/>
                <w:color w:val="000000"/>
                <w:sz w:val="24"/>
                <w:szCs w:val="24"/>
              </w:rPr>
              <w:t xml:space="preserve">Количество часов </w:t>
            </w:r>
          </w:p>
          <w:p w:rsidR="004750F9" w:rsidRPr="00765081" w:rsidRDefault="004750F9" w:rsidP="004750F9">
            <w:pPr>
              <w:spacing w:after="0" w:line="276" w:lineRule="auto"/>
              <w:rPr>
                <w:rFonts w:ascii="Times New Roman" w:eastAsia="Calibri" w:hAnsi="Times New Roman" w:cs="Times New Roman"/>
                <w:sz w:val="24"/>
                <w:szCs w:val="24"/>
                <w:lang w:val="en-US"/>
              </w:rPr>
            </w:pPr>
          </w:p>
        </w:tc>
        <w:tc>
          <w:tcPr>
            <w:tcW w:w="4383" w:type="dxa"/>
            <w:gridSpan w:val="2"/>
            <w:tcBorders>
              <w:right w:val="single" w:sz="4" w:space="0" w:color="auto"/>
            </w:tcBorders>
            <w:vAlign w:val="center"/>
          </w:tcPr>
          <w:p w:rsidR="004750F9" w:rsidRPr="00765081" w:rsidRDefault="004750F9" w:rsidP="004750F9">
            <w:pPr>
              <w:spacing w:after="0" w:line="276" w:lineRule="auto"/>
              <w:ind w:left="794"/>
              <w:rPr>
                <w:rFonts w:ascii="Times New Roman" w:eastAsia="Calibri" w:hAnsi="Times New Roman" w:cs="Times New Roman"/>
                <w:sz w:val="24"/>
                <w:szCs w:val="24"/>
              </w:rPr>
            </w:pPr>
            <w:proofErr w:type="spellStart"/>
            <w:r w:rsidRPr="00765081">
              <w:rPr>
                <w:rFonts w:ascii="Times New Roman" w:eastAsia="Calibri" w:hAnsi="Times New Roman" w:cs="Times New Roman"/>
                <w:b/>
                <w:color w:val="000000"/>
                <w:sz w:val="24"/>
                <w:szCs w:val="24"/>
                <w:lang w:val="en-US"/>
              </w:rPr>
              <w:t>Электронные</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цифровые</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образовательныересурсы</w:t>
            </w:r>
            <w:proofErr w:type="spellEnd"/>
          </w:p>
        </w:tc>
        <w:tc>
          <w:tcPr>
            <w:tcW w:w="3413" w:type="dxa"/>
            <w:tcBorders>
              <w:right w:val="single" w:sz="4" w:space="0" w:color="auto"/>
            </w:tcBorders>
            <w:vAlign w:val="center"/>
          </w:tcPr>
          <w:p w:rsidR="004750F9" w:rsidRPr="00765081" w:rsidRDefault="004750F9" w:rsidP="004750F9">
            <w:pPr>
              <w:spacing w:after="0" w:line="276"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Воспитательный компонент</w:t>
            </w:r>
          </w:p>
        </w:tc>
      </w:tr>
      <w:tr w:rsidR="004750F9" w:rsidRPr="00765081" w:rsidTr="004750F9">
        <w:trPr>
          <w:trHeight w:val="76"/>
          <w:tblCellSpacing w:w="20" w:type="nil"/>
        </w:trPr>
        <w:tc>
          <w:tcPr>
            <w:tcW w:w="864" w:type="dxa"/>
            <w:vMerge/>
            <w:tcBorders>
              <w:top w:val="nil"/>
            </w:tcBorders>
            <w:tcMar>
              <w:top w:w="50" w:type="dxa"/>
              <w:left w:w="100" w:type="dxa"/>
            </w:tcMar>
          </w:tcPr>
          <w:p w:rsidR="004750F9" w:rsidRPr="00765081" w:rsidRDefault="004750F9" w:rsidP="004750F9">
            <w:pPr>
              <w:spacing w:after="200" w:line="276" w:lineRule="auto"/>
              <w:rPr>
                <w:rFonts w:ascii="Times New Roman" w:eastAsia="Calibri" w:hAnsi="Times New Roman" w:cs="Times New Roman"/>
                <w:sz w:val="24"/>
                <w:szCs w:val="24"/>
                <w:lang w:val="en-US"/>
              </w:rPr>
            </w:pPr>
          </w:p>
        </w:tc>
        <w:tc>
          <w:tcPr>
            <w:tcW w:w="3026" w:type="dxa"/>
            <w:vMerge/>
            <w:tcBorders>
              <w:top w:val="nil"/>
            </w:tcBorders>
            <w:tcMar>
              <w:top w:w="50" w:type="dxa"/>
              <w:left w:w="100" w:type="dxa"/>
            </w:tcMar>
          </w:tcPr>
          <w:p w:rsidR="004750F9" w:rsidRPr="00765081" w:rsidRDefault="004750F9" w:rsidP="004750F9">
            <w:pPr>
              <w:spacing w:after="200" w:line="276" w:lineRule="auto"/>
              <w:rPr>
                <w:rFonts w:ascii="Times New Roman" w:eastAsia="Calibri" w:hAnsi="Times New Roman" w:cs="Times New Roman"/>
                <w:sz w:val="24"/>
                <w:szCs w:val="24"/>
                <w:lang w:val="en-US"/>
              </w:rPr>
            </w:pPr>
          </w:p>
        </w:tc>
        <w:tc>
          <w:tcPr>
            <w:tcW w:w="1030"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Всего</w:t>
            </w:r>
            <w:proofErr w:type="spellEnd"/>
          </w:p>
          <w:p w:rsidR="004750F9" w:rsidRPr="00765081" w:rsidRDefault="004750F9" w:rsidP="004750F9">
            <w:pPr>
              <w:spacing w:after="0" w:line="276" w:lineRule="auto"/>
              <w:ind w:left="135"/>
              <w:rPr>
                <w:rFonts w:ascii="Times New Roman" w:eastAsia="Calibri" w:hAnsi="Times New Roman" w:cs="Times New Roman"/>
                <w:sz w:val="24"/>
                <w:szCs w:val="24"/>
                <w:lang w:val="en-US"/>
              </w:rPr>
            </w:pPr>
          </w:p>
        </w:tc>
        <w:tc>
          <w:tcPr>
            <w:tcW w:w="127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b/>
                <w:color w:val="000000"/>
                <w:sz w:val="24"/>
                <w:szCs w:val="24"/>
              </w:rPr>
            </w:pPr>
            <w:proofErr w:type="spellStart"/>
            <w:r w:rsidRPr="00765081">
              <w:rPr>
                <w:rFonts w:ascii="Times New Roman" w:eastAsia="Calibri" w:hAnsi="Times New Roman" w:cs="Times New Roman"/>
                <w:b/>
                <w:color w:val="000000"/>
                <w:sz w:val="24"/>
                <w:szCs w:val="24"/>
                <w:lang w:val="en-US"/>
              </w:rPr>
              <w:t>Контро</w:t>
            </w:r>
            <w:proofErr w:type="spellEnd"/>
          </w:p>
          <w:p w:rsidR="004750F9" w:rsidRPr="00765081" w:rsidRDefault="004750F9" w:rsidP="004750F9">
            <w:pPr>
              <w:spacing w:after="0" w:line="276" w:lineRule="auto"/>
              <w:ind w:left="135"/>
              <w:rPr>
                <w:rFonts w:ascii="Times New Roman" w:eastAsia="Calibri" w:hAnsi="Times New Roman" w:cs="Times New Roman"/>
                <w:sz w:val="24"/>
                <w:szCs w:val="24"/>
              </w:rPr>
            </w:pPr>
            <w:proofErr w:type="spellStart"/>
            <w:r w:rsidRPr="00765081">
              <w:rPr>
                <w:rFonts w:ascii="Times New Roman" w:eastAsia="Calibri" w:hAnsi="Times New Roman" w:cs="Times New Roman"/>
                <w:b/>
                <w:color w:val="000000"/>
                <w:sz w:val="24"/>
                <w:szCs w:val="24"/>
                <w:lang w:val="en-US"/>
              </w:rPr>
              <w:t>льныеработы</w:t>
            </w:r>
            <w:proofErr w:type="spellEnd"/>
          </w:p>
        </w:tc>
        <w:tc>
          <w:tcPr>
            <w:tcW w:w="4383" w:type="dxa"/>
            <w:gridSpan w:val="2"/>
            <w:tcBorders>
              <w:top w:val="nil"/>
              <w:right w:val="single" w:sz="4" w:space="0" w:color="auto"/>
            </w:tcBorders>
            <w:tcMar>
              <w:top w:w="50" w:type="dxa"/>
              <w:left w:w="100" w:type="dxa"/>
            </w:tcMar>
          </w:tcPr>
          <w:p w:rsidR="004750F9" w:rsidRPr="00765081" w:rsidRDefault="004750F9" w:rsidP="004750F9">
            <w:pPr>
              <w:spacing w:after="200" w:line="276" w:lineRule="auto"/>
              <w:rPr>
                <w:rFonts w:ascii="Times New Roman" w:eastAsia="Calibri" w:hAnsi="Times New Roman" w:cs="Times New Roman"/>
                <w:sz w:val="24"/>
                <w:szCs w:val="24"/>
                <w:lang w:val="en-US"/>
              </w:rPr>
            </w:pPr>
          </w:p>
        </w:tc>
        <w:tc>
          <w:tcPr>
            <w:tcW w:w="3413" w:type="dxa"/>
            <w:tcBorders>
              <w:top w:val="nil"/>
              <w:left w:val="single" w:sz="4" w:space="0" w:color="auto"/>
            </w:tcBorders>
          </w:tcPr>
          <w:p w:rsidR="004750F9" w:rsidRPr="00765081" w:rsidRDefault="004750F9" w:rsidP="004750F9">
            <w:pPr>
              <w:spacing w:after="200" w:line="276" w:lineRule="auto"/>
              <w:rPr>
                <w:rFonts w:ascii="Times New Roman" w:eastAsia="Calibri" w:hAnsi="Times New Roman" w:cs="Times New Roman"/>
                <w:sz w:val="24"/>
                <w:szCs w:val="24"/>
                <w:lang w:val="en-US"/>
              </w:rPr>
            </w:pP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1</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О </w:t>
            </w:r>
            <w:proofErr w:type="spellStart"/>
            <w:r w:rsidRPr="00765081">
              <w:rPr>
                <w:rFonts w:ascii="Times New Roman" w:eastAsia="Calibri" w:hAnsi="Times New Roman" w:cs="Times New Roman"/>
                <w:color w:val="000000"/>
                <w:sz w:val="24"/>
                <w:szCs w:val="24"/>
                <w:lang w:val="en-US"/>
              </w:rPr>
              <w:t>нашейРодине</w:t>
            </w:r>
            <w:proofErr w:type="spellEnd"/>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 6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17" w:history="1">
              <w:r w:rsidR="004750F9" w:rsidRPr="00765081">
                <w:rPr>
                  <w:rFonts w:ascii="Times New Roman" w:eastAsia="Calibri" w:hAnsi="Times New Roman" w:cs="Times New Roman"/>
                  <w:color w:val="0000FF"/>
                  <w:sz w:val="24"/>
                  <w:szCs w:val="24"/>
                  <w:u w:val="single"/>
                  <w:lang w:val="en-US"/>
                </w:rPr>
                <w:t>https://lesson.edu.ru/lesson/7522a26b-9056-40a4-bee8-ee3a92eaeecd</w:t>
              </w:r>
            </w:hyperlink>
          </w:p>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18" w:history="1">
              <w:r w:rsidR="004750F9" w:rsidRPr="00765081">
                <w:rPr>
                  <w:rFonts w:ascii="Times New Roman" w:eastAsia="Calibri" w:hAnsi="Times New Roman" w:cs="Times New Roman"/>
                  <w:color w:val="0000FF"/>
                  <w:sz w:val="24"/>
                  <w:szCs w:val="24"/>
                  <w:u w:val="single"/>
                  <w:lang w:val="en-US"/>
                </w:rPr>
                <w:t>https://lesson.edu.ru/lesson/c5b80d8c-ae31-4e48-8b40-6159b2f1d565</w:t>
              </w:r>
            </w:hyperlink>
          </w:p>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19" w:history="1">
              <w:r w:rsidR="004750F9" w:rsidRPr="00765081">
                <w:rPr>
                  <w:rFonts w:ascii="Times New Roman" w:eastAsia="Calibri" w:hAnsi="Times New Roman" w:cs="Times New Roman"/>
                  <w:color w:val="0000FF"/>
                  <w:sz w:val="24"/>
                  <w:szCs w:val="24"/>
                  <w:u w:val="single"/>
                  <w:lang w:val="en-US"/>
                </w:rPr>
                <w:t>https://lesson.edu.ru/lesson/263d792b-9bec-4d32-847c-af8f76c3a11e</w:t>
              </w:r>
            </w:hyperlink>
          </w:p>
          <w:p w:rsidR="004750F9" w:rsidRPr="00765081" w:rsidRDefault="004750F9" w:rsidP="004750F9">
            <w:pPr>
              <w:spacing w:after="0" w:line="276" w:lineRule="auto"/>
              <w:ind w:left="135"/>
              <w:rPr>
                <w:rFonts w:ascii="Times New Roman" w:eastAsia="Calibri" w:hAnsi="Times New Roman" w:cs="Times New Roman"/>
                <w:sz w:val="24"/>
                <w:szCs w:val="24"/>
                <w:lang w:val="en-US"/>
              </w:rPr>
            </w:pPr>
          </w:p>
        </w:tc>
        <w:tc>
          <w:tcPr>
            <w:tcW w:w="3413" w:type="dxa"/>
            <w:tcBorders>
              <w:left w:val="single" w:sz="4" w:space="0" w:color="auto"/>
            </w:tcBorders>
          </w:tcPr>
          <w:p w:rsidR="004750F9" w:rsidRPr="00765081" w:rsidRDefault="004750F9" w:rsidP="004750F9">
            <w:pPr>
              <w:spacing w:after="0" w:line="264" w:lineRule="auto"/>
              <w:jc w:val="both"/>
              <w:rPr>
                <w:rFonts w:ascii="Times New Roman" w:eastAsia="Calibri" w:hAnsi="Times New Roman" w:cs="Times New Roman"/>
                <w:bCs/>
                <w:color w:val="000000"/>
                <w:sz w:val="24"/>
                <w:szCs w:val="24"/>
                <w:lang w:eastAsia="ru-RU"/>
              </w:rPr>
            </w:pPr>
            <w:r w:rsidRPr="00765081">
              <w:rPr>
                <w:rFonts w:ascii="Times New Roman" w:eastAsia="Calibri" w:hAnsi="Times New Roman" w:cs="Times New Roman"/>
                <w:bCs/>
                <w:color w:val="000000"/>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2</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color w:val="000000"/>
                <w:sz w:val="24"/>
                <w:szCs w:val="24"/>
                <w:lang w:val="en-US"/>
              </w:rPr>
              <w:t>Фольклор</w:t>
            </w:r>
            <w:proofErr w:type="spellEnd"/>
            <w:r w:rsidRPr="00765081">
              <w:rPr>
                <w:rFonts w:ascii="Times New Roman" w:eastAsia="Calibri" w:hAnsi="Times New Roman" w:cs="Times New Roman"/>
                <w:color w:val="000000"/>
                <w:sz w:val="24"/>
                <w:szCs w:val="24"/>
                <w:lang w:val="en-US"/>
              </w:rPr>
              <w:t xml:space="preserve"> (</w:t>
            </w:r>
            <w:proofErr w:type="spellStart"/>
            <w:r w:rsidRPr="00765081">
              <w:rPr>
                <w:rFonts w:ascii="Times New Roman" w:eastAsia="Calibri" w:hAnsi="Times New Roman" w:cs="Times New Roman"/>
                <w:color w:val="000000"/>
                <w:sz w:val="24"/>
                <w:szCs w:val="24"/>
                <w:lang w:val="en-US"/>
              </w:rPr>
              <w:t>устноенародноетворчество</w:t>
            </w:r>
            <w:proofErr w:type="spellEnd"/>
            <w:r w:rsidRPr="00765081">
              <w:rPr>
                <w:rFonts w:ascii="Times New Roman" w:eastAsia="Calibri" w:hAnsi="Times New Roman" w:cs="Times New Roman"/>
                <w:color w:val="000000"/>
                <w:sz w:val="24"/>
                <w:szCs w:val="24"/>
                <w:lang w:val="en-US"/>
              </w:rPr>
              <w:t>)</w:t>
            </w:r>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 16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w:t>
            </w: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rPr>
            </w:pPr>
            <w:hyperlink r:id="rId20"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/5019/</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/286258/</w:t>
              </w:r>
            </w:hyperlink>
          </w:p>
          <w:p w:rsidR="004750F9" w:rsidRPr="00765081" w:rsidRDefault="007B5670" w:rsidP="004750F9">
            <w:pPr>
              <w:spacing w:after="0" w:line="276" w:lineRule="auto"/>
              <w:ind w:left="135"/>
              <w:rPr>
                <w:rFonts w:ascii="Times New Roman" w:eastAsia="Calibri" w:hAnsi="Times New Roman" w:cs="Times New Roman"/>
                <w:sz w:val="24"/>
                <w:szCs w:val="24"/>
              </w:rPr>
            </w:pPr>
            <w:hyperlink r:id="rId21"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/5021/</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/186854/</w:t>
              </w:r>
            </w:hyperlink>
          </w:p>
          <w:p w:rsidR="004750F9" w:rsidRPr="00765081" w:rsidRDefault="007B5670" w:rsidP="004750F9">
            <w:pPr>
              <w:spacing w:after="0" w:line="276" w:lineRule="auto"/>
              <w:ind w:left="135"/>
              <w:rPr>
                <w:rFonts w:ascii="Times New Roman" w:eastAsia="Calibri" w:hAnsi="Times New Roman" w:cs="Times New Roman"/>
                <w:sz w:val="24"/>
                <w:szCs w:val="24"/>
              </w:rPr>
            </w:pPr>
            <w:hyperlink r:id="rId22"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/4240/</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w:t>
              </w:r>
            </w:hyperlink>
          </w:p>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lang w:val="en-US"/>
              </w:rPr>
              <w:t>https</w:t>
            </w:r>
            <w:r w:rsidRPr="00765081">
              <w:rPr>
                <w:rFonts w:ascii="Times New Roman" w:eastAsia="Calibri" w:hAnsi="Times New Roman" w:cs="Times New Roman"/>
                <w:sz w:val="24"/>
                <w:szCs w:val="24"/>
              </w:rPr>
              <w:t>://</w:t>
            </w:r>
            <w:proofErr w:type="spellStart"/>
            <w:r w:rsidRPr="00765081">
              <w:rPr>
                <w:rFonts w:ascii="Times New Roman" w:eastAsia="Calibri" w:hAnsi="Times New Roman" w:cs="Times New Roman"/>
                <w:sz w:val="24"/>
                <w:szCs w:val="24"/>
                <w:lang w:val="en-US"/>
              </w:rPr>
              <w:t>resh</w:t>
            </w:r>
            <w:proofErr w:type="spellEnd"/>
            <w:r w:rsidRPr="00765081">
              <w:rPr>
                <w:rFonts w:ascii="Times New Roman" w:eastAsia="Calibri" w:hAnsi="Times New Roman" w:cs="Times New Roman"/>
                <w:sz w:val="24"/>
                <w:szCs w:val="24"/>
              </w:rPr>
              <w:t>.</w:t>
            </w:r>
            <w:proofErr w:type="spellStart"/>
            <w:r w:rsidRPr="00765081">
              <w:rPr>
                <w:rFonts w:ascii="Times New Roman" w:eastAsia="Calibri" w:hAnsi="Times New Roman" w:cs="Times New Roman"/>
                <w:sz w:val="24"/>
                <w:szCs w:val="24"/>
                <w:lang w:val="en-US"/>
              </w:rPr>
              <w:t>edu</w:t>
            </w:r>
            <w:proofErr w:type="spellEnd"/>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ru</w:t>
            </w:r>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subject</w:t>
            </w:r>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lesson</w:t>
            </w:r>
            <w:r w:rsidRPr="00765081">
              <w:rPr>
                <w:rFonts w:ascii="Times New Roman" w:eastAsia="Calibri" w:hAnsi="Times New Roman" w:cs="Times New Roman"/>
                <w:sz w:val="24"/>
                <w:szCs w:val="24"/>
              </w:rPr>
              <w:t>/5074/</w:t>
            </w:r>
            <w:r w:rsidRPr="00765081">
              <w:rPr>
                <w:rFonts w:ascii="Times New Roman" w:eastAsia="Calibri" w:hAnsi="Times New Roman" w:cs="Times New Roman"/>
                <w:sz w:val="24"/>
                <w:szCs w:val="24"/>
                <w:lang w:val="en-US"/>
              </w:rPr>
              <w:t>start</w:t>
            </w:r>
            <w:r w:rsidRPr="00765081">
              <w:rPr>
                <w:rFonts w:ascii="Times New Roman" w:eastAsia="Calibri" w:hAnsi="Times New Roman" w:cs="Times New Roman"/>
                <w:sz w:val="24"/>
                <w:szCs w:val="24"/>
              </w:rPr>
              <w:t>/</w:t>
            </w:r>
          </w:p>
        </w:tc>
        <w:tc>
          <w:tcPr>
            <w:tcW w:w="3413" w:type="dxa"/>
            <w:tcBorders>
              <w:left w:val="single" w:sz="4" w:space="0" w:color="auto"/>
            </w:tcBorders>
          </w:tcPr>
          <w:p w:rsidR="004750F9" w:rsidRPr="00765081" w:rsidRDefault="004750F9" w:rsidP="004750F9">
            <w:pPr>
              <w:spacing w:after="0" w:line="264" w:lineRule="auto"/>
              <w:jc w:val="both"/>
              <w:rPr>
                <w:rFonts w:ascii="Times New Roman" w:eastAsia="Calibri" w:hAnsi="Times New Roman" w:cs="Times New Roman"/>
                <w:bCs/>
                <w:color w:val="000000"/>
                <w:sz w:val="24"/>
                <w:szCs w:val="24"/>
                <w:lang w:eastAsia="ru-RU"/>
              </w:rPr>
            </w:pPr>
            <w:r w:rsidRPr="00765081">
              <w:rPr>
                <w:rFonts w:ascii="Times New Roman" w:eastAsia="Calibri" w:hAnsi="Times New Roman" w:cs="Times New Roman"/>
                <w:bCs/>
                <w:color w:val="000000"/>
                <w:sz w:val="24"/>
                <w:szCs w:val="24"/>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3</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Звуки и краски родной природы в разные времена года (осень)</w:t>
            </w:r>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8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23" w:history="1">
              <w:r w:rsidR="004750F9" w:rsidRPr="00765081">
                <w:rPr>
                  <w:rFonts w:ascii="Times New Roman" w:eastAsia="Calibri" w:hAnsi="Times New Roman" w:cs="Times New Roman"/>
                  <w:color w:val="0000FF"/>
                  <w:sz w:val="24"/>
                  <w:szCs w:val="24"/>
                  <w:u w:val="single"/>
                  <w:lang w:val="en-US"/>
                </w:rPr>
                <w:t>https://resh.edu.ru/subject/lesson/4246/start/</w:t>
              </w:r>
            </w:hyperlink>
          </w:p>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sz w:val="24"/>
                <w:szCs w:val="24"/>
                <w:lang w:val="en-US"/>
              </w:rPr>
              <w:t>https://resh.edu.ru/subject/lesson/5029/start/</w:t>
            </w:r>
          </w:p>
        </w:tc>
        <w:tc>
          <w:tcPr>
            <w:tcW w:w="3413" w:type="dxa"/>
            <w:tcBorders>
              <w:left w:val="single" w:sz="4" w:space="0" w:color="auto"/>
            </w:tcBorders>
            <w:vAlign w:val="center"/>
          </w:tcPr>
          <w:p w:rsidR="004750F9" w:rsidRPr="00765081" w:rsidRDefault="004750F9" w:rsidP="004750F9">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4750F9" w:rsidRPr="00765081" w:rsidRDefault="004750F9" w:rsidP="004750F9">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неприятие действий, приносящих ей вред.</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4</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О </w:t>
            </w:r>
            <w:proofErr w:type="spellStart"/>
            <w:r w:rsidRPr="00765081">
              <w:rPr>
                <w:rFonts w:ascii="Times New Roman" w:eastAsia="Calibri" w:hAnsi="Times New Roman" w:cs="Times New Roman"/>
                <w:color w:val="000000"/>
                <w:sz w:val="24"/>
                <w:szCs w:val="24"/>
                <w:lang w:val="en-US"/>
              </w:rPr>
              <w:t>детях</w:t>
            </w:r>
            <w:proofErr w:type="spellEnd"/>
            <w:r w:rsidRPr="00765081">
              <w:rPr>
                <w:rFonts w:ascii="Times New Roman" w:eastAsia="Calibri" w:hAnsi="Times New Roman" w:cs="Times New Roman"/>
                <w:color w:val="000000"/>
                <w:sz w:val="24"/>
                <w:szCs w:val="24"/>
                <w:lang w:val="en-US"/>
              </w:rPr>
              <w:t xml:space="preserve"> и </w:t>
            </w:r>
            <w:proofErr w:type="spellStart"/>
            <w:r w:rsidRPr="00765081">
              <w:rPr>
                <w:rFonts w:ascii="Times New Roman" w:eastAsia="Calibri" w:hAnsi="Times New Roman" w:cs="Times New Roman"/>
                <w:color w:val="000000"/>
                <w:sz w:val="24"/>
                <w:szCs w:val="24"/>
                <w:lang w:val="en-US"/>
              </w:rPr>
              <w:t>дружбе</w:t>
            </w:r>
            <w:proofErr w:type="spellEnd"/>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 12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24" w:history="1">
              <w:r w:rsidR="004750F9" w:rsidRPr="00765081">
                <w:rPr>
                  <w:rFonts w:ascii="Times New Roman" w:eastAsia="Calibri" w:hAnsi="Times New Roman" w:cs="Times New Roman"/>
                  <w:color w:val="0000FF"/>
                  <w:sz w:val="24"/>
                  <w:szCs w:val="24"/>
                  <w:u w:val="single"/>
                  <w:lang w:val="en-US"/>
                </w:rPr>
                <w:t>https://resh.edu.ru/subject/lesson/5031/start/304222/</w:t>
              </w:r>
            </w:hyperlink>
          </w:p>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25" w:history="1">
              <w:r w:rsidR="004750F9" w:rsidRPr="00765081">
                <w:rPr>
                  <w:rFonts w:ascii="Times New Roman" w:eastAsia="Calibri" w:hAnsi="Times New Roman" w:cs="Times New Roman"/>
                  <w:color w:val="0000FF"/>
                  <w:sz w:val="24"/>
                  <w:szCs w:val="24"/>
                  <w:u w:val="single"/>
                  <w:lang w:val="en-US"/>
                </w:rPr>
                <w:t>https://resh.edu.ru/subject/lesson/5032/start/286602/</w:t>
              </w:r>
            </w:hyperlink>
          </w:p>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sz w:val="24"/>
                <w:szCs w:val="24"/>
                <w:lang w:val="en-US"/>
              </w:rPr>
              <w:t>https://resh.edu.ru/subject/lesson/4260/start/187301/</w:t>
            </w:r>
          </w:p>
        </w:tc>
        <w:tc>
          <w:tcPr>
            <w:tcW w:w="3413" w:type="dxa"/>
            <w:tcBorders>
              <w:left w:val="single" w:sz="4" w:space="0" w:color="auto"/>
            </w:tcBorders>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bCs/>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5</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color w:val="000000"/>
                <w:sz w:val="24"/>
                <w:szCs w:val="24"/>
                <w:lang w:val="en-US"/>
              </w:rPr>
              <w:t>Мирсказок</w:t>
            </w:r>
            <w:proofErr w:type="spellEnd"/>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 12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rPr>
            </w:pP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rPr>
            </w:pPr>
            <w:hyperlink r:id="rId26"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/4248/</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w:t>
              </w:r>
            </w:hyperlink>
          </w:p>
          <w:p w:rsidR="004750F9" w:rsidRPr="00765081" w:rsidRDefault="007B5670" w:rsidP="004750F9">
            <w:pPr>
              <w:spacing w:after="0" w:line="276" w:lineRule="auto"/>
              <w:ind w:left="135"/>
              <w:rPr>
                <w:rFonts w:ascii="Times New Roman" w:eastAsia="Calibri" w:hAnsi="Times New Roman" w:cs="Times New Roman"/>
                <w:sz w:val="24"/>
                <w:szCs w:val="24"/>
              </w:rPr>
            </w:pPr>
            <w:hyperlink r:id="rId27"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/5046/</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/286509/</w:t>
              </w:r>
            </w:hyperlink>
          </w:p>
          <w:p w:rsidR="004750F9" w:rsidRPr="00765081" w:rsidRDefault="007B5670" w:rsidP="004750F9">
            <w:pPr>
              <w:spacing w:after="0" w:line="276" w:lineRule="auto"/>
              <w:ind w:left="135"/>
              <w:rPr>
                <w:rFonts w:ascii="Times New Roman" w:eastAsia="Calibri" w:hAnsi="Times New Roman" w:cs="Times New Roman"/>
                <w:sz w:val="24"/>
                <w:szCs w:val="24"/>
              </w:rPr>
            </w:pPr>
            <w:hyperlink r:id="rId28"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/4255/</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w:t>
              </w:r>
            </w:hyperlink>
          </w:p>
        </w:tc>
        <w:tc>
          <w:tcPr>
            <w:tcW w:w="3413" w:type="dxa"/>
            <w:tcBorders>
              <w:left w:val="single" w:sz="4" w:space="0" w:color="auto"/>
            </w:tcBorders>
            <w:vAlign w:val="center"/>
          </w:tcPr>
          <w:p w:rsidR="004750F9" w:rsidRPr="00765081" w:rsidRDefault="004750F9" w:rsidP="004750F9">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4750F9" w:rsidRPr="00765081" w:rsidRDefault="004750F9" w:rsidP="004750F9">
            <w:pPr>
              <w:spacing w:after="0" w:line="276" w:lineRule="auto"/>
              <w:rPr>
                <w:rFonts w:ascii="Times New Roman" w:eastAsia="Calibri" w:hAnsi="Times New Roman" w:cs="Times New Roman"/>
                <w:sz w:val="24"/>
                <w:szCs w:val="24"/>
              </w:rPr>
            </w:pP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6</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Звуки и краски родной природы в разные времена года (зима)</w:t>
            </w:r>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12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w:t>
            </w: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rPr>
            </w:pPr>
            <w:hyperlink r:id="rId29"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/5036/</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/183941/</w:t>
              </w:r>
            </w:hyperlink>
          </w:p>
          <w:p w:rsidR="004750F9" w:rsidRPr="00765081" w:rsidRDefault="007B5670" w:rsidP="004750F9">
            <w:pPr>
              <w:spacing w:after="0" w:line="276" w:lineRule="auto"/>
              <w:ind w:left="135"/>
              <w:rPr>
                <w:rFonts w:ascii="Times New Roman" w:eastAsia="Calibri" w:hAnsi="Times New Roman" w:cs="Times New Roman"/>
                <w:sz w:val="24"/>
                <w:szCs w:val="24"/>
              </w:rPr>
            </w:pPr>
            <w:hyperlink r:id="rId30"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/5069/</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/198994/</w:t>
              </w:r>
            </w:hyperlink>
          </w:p>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lang w:val="en-US"/>
              </w:rPr>
              <w:lastRenderedPageBreak/>
              <w:t>https</w:t>
            </w:r>
            <w:r w:rsidRPr="00765081">
              <w:rPr>
                <w:rFonts w:ascii="Times New Roman" w:eastAsia="Calibri" w:hAnsi="Times New Roman" w:cs="Times New Roman"/>
                <w:sz w:val="24"/>
                <w:szCs w:val="24"/>
              </w:rPr>
              <w:t>://</w:t>
            </w:r>
            <w:proofErr w:type="spellStart"/>
            <w:r w:rsidRPr="00765081">
              <w:rPr>
                <w:rFonts w:ascii="Times New Roman" w:eastAsia="Calibri" w:hAnsi="Times New Roman" w:cs="Times New Roman"/>
                <w:sz w:val="24"/>
                <w:szCs w:val="24"/>
                <w:lang w:val="en-US"/>
              </w:rPr>
              <w:t>resh</w:t>
            </w:r>
            <w:proofErr w:type="spellEnd"/>
            <w:r w:rsidRPr="00765081">
              <w:rPr>
                <w:rFonts w:ascii="Times New Roman" w:eastAsia="Calibri" w:hAnsi="Times New Roman" w:cs="Times New Roman"/>
                <w:sz w:val="24"/>
                <w:szCs w:val="24"/>
              </w:rPr>
              <w:t>.</w:t>
            </w:r>
            <w:proofErr w:type="spellStart"/>
            <w:r w:rsidRPr="00765081">
              <w:rPr>
                <w:rFonts w:ascii="Times New Roman" w:eastAsia="Calibri" w:hAnsi="Times New Roman" w:cs="Times New Roman"/>
                <w:sz w:val="24"/>
                <w:szCs w:val="24"/>
                <w:lang w:val="en-US"/>
              </w:rPr>
              <w:t>edu</w:t>
            </w:r>
            <w:proofErr w:type="spellEnd"/>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ru</w:t>
            </w:r>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subject</w:t>
            </w:r>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lesson</w:t>
            </w:r>
            <w:r w:rsidRPr="00765081">
              <w:rPr>
                <w:rFonts w:ascii="Times New Roman" w:eastAsia="Calibri" w:hAnsi="Times New Roman" w:cs="Times New Roman"/>
                <w:sz w:val="24"/>
                <w:szCs w:val="24"/>
              </w:rPr>
              <w:t>/5037/</w:t>
            </w:r>
            <w:r w:rsidRPr="00765081">
              <w:rPr>
                <w:rFonts w:ascii="Times New Roman" w:eastAsia="Calibri" w:hAnsi="Times New Roman" w:cs="Times New Roman"/>
                <w:sz w:val="24"/>
                <w:szCs w:val="24"/>
                <w:lang w:val="en-US"/>
              </w:rPr>
              <w:t>start</w:t>
            </w:r>
            <w:r w:rsidRPr="00765081">
              <w:rPr>
                <w:rFonts w:ascii="Times New Roman" w:eastAsia="Calibri" w:hAnsi="Times New Roman" w:cs="Times New Roman"/>
                <w:sz w:val="24"/>
                <w:szCs w:val="24"/>
              </w:rPr>
              <w:t>/</w:t>
            </w:r>
          </w:p>
        </w:tc>
        <w:tc>
          <w:tcPr>
            <w:tcW w:w="3413" w:type="dxa"/>
            <w:tcBorders>
              <w:left w:val="single" w:sz="4" w:space="0" w:color="auto"/>
            </w:tcBorders>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 xml:space="preserve">Бережное отношение к природе, осознание проблем взаимоотношений человека и животных, отражённых в </w:t>
            </w:r>
            <w:r w:rsidRPr="00765081">
              <w:rPr>
                <w:rFonts w:ascii="Times New Roman" w:eastAsia="Calibri" w:hAnsi="Times New Roman" w:cs="Times New Roman"/>
                <w:sz w:val="24"/>
                <w:szCs w:val="24"/>
              </w:rPr>
              <w:lastRenderedPageBreak/>
              <w:t>литературных произведениях;</w:t>
            </w:r>
          </w:p>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неприятие действий, приносящих ей вред.</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7</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О </w:t>
            </w:r>
            <w:proofErr w:type="spellStart"/>
            <w:r w:rsidRPr="00765081">
              <w:rPr>
                <w:rFonts w:ascii="Times New Roman" w:eastAsia="Calibri" w:hAnsi="Times New Roman" w:cs="Times New Roman"/>
                <w:color w:val="000000"/>
                <w:sz w:val="24"/>
                <w:szCs w:val="24"/>
                <w:lang w:val="en-US"/>
              </w:rPr>
              <w:t>братьяхнашихменьших</w:t>
            </w:r>
            <w:proofErr w:type="spellEnd"/>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 18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31" w:history="1">
              <w:r w:rsidR="004750F9" w:rsidRPr="00765081">
                <w:rPr>
                  <w:rFonts w:ascii="Times New Roman" w:eastAsia="Calibri" w:hAnsi="Times New Roman" w:cs="Times New Roman"/>
                  <w:color w:val="0000FF"/>
                  <w:sz w:val="24"/>
                  <w:szCs w:val="24"/>
                  <w:u w:val="single"/>
                  <w:lang w:val="en-US"/>
                </w:rPr>
                <w:t>https://resh.edu.ru/subject/lesson/5030/start/286539/</w:t>
              </w:r>
            </w:hyperlink>
          </w:p>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32" w:history="1">
              <w:r w:rsidR="004750F9" w:rsidRPr="00765081">
                <w:rPr>
                  <w:rFonts w:ascii="Times New Roman" w:eastAsia="Calibri" w:hAnsi="Times New Roman" w:cs="Times New Roman"/>
                  <w:color w:val="0000FF"/>
                  <w:sz w:val="24"/>
                  <w:szCs w:val="24"/>
                  <w:u w:val="single"/>
                  <w:lang w:val="en-US"/>
                </w:rPr>
                <w:t>https://resh.edu.ru/subject/lesson/5033/start/299963/</w:t>
              </w:r>
            </w:hyperlink>
          </w:p>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33" w:history="1">
              <w:r w:rsidR="004750F9" w:rsidRPr="00765081">
                <w:rPr>
                  <w:rFonts w:ascii="Times New Roman" w:eastAsia="Calibri" w:hAnsi="Times New Roman" w:cs="Times New Roman"/>
                  <w:color w:val="0000FF"/>
                  <w:sz w:val="24"/>
                  <w:szCs w:val="24"/>
                  <w:u w:val="single"/>
                  <w:lang w:val="en-US"/>
                </w:rPr>
                <w:t>https://resh.edu.ru/subject/lesson/5022/start/</w:t>
              </w:r>
            </w:hyperlink>
          </w:p>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sz w:val="24"/>
                <w:szCs w:val="24"/>
                <w:lang w:val="en-US"/>
              </w:rPr>
              <w:t>https://resh.edu.ru/subject/lesson/5023/start/</w:t>
            </w:r>
          </w:p>
        </w:tc>
        <w:tc>
          <w:tcPr>
            <w:tcW w:w="3413" w:type="dxa"/>
            <w:tcBorders>
              <w:left w:val="single" w:sz="4" w:space="0" w:color="auto"/>
            </w:tcBorders>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подбирать иллюстративный материал (рисунки, фото, плакаты) к тексту выступления.</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8</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Звуки и краски родной природы в разные времена года (весна и лето)</w:t>
            </w:r>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18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34" w:history="1">
              <w:r w:rsidR="004750F9" w:rsidRPr="00765081">
                <w:rPr>
                  <w:rFonts w:ascii="Times New Roman" w:eastAsia="Calibri" w:hAnsi="Times New Roman" w:cs="Times New Roman"/>
                  <w:color w:val="0000FF"/>
                  <w:sz w:val="24"/>
                  <w:szCs w:val="24"/>
                  <w:u w:val="single"/>
                  <w:lang w:val="en-US"/>
                </w:rPr>
                <w:t>https://resh.edu.ru/subject/lesson/4261/start/</w:t>
              </w:r>
            </w:hyperlink>
          </w:p>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35" w:history="1">
              <w:r w:rsidR="004750F9" w:rsidRPr="00765081">
                <w:rPr>
                  <w:rFonts w:ascii="Times New Roman" w:eastAsia="Calibri" w:hAnsi="Times New Roman" w:cs="Times New Roman"/>
                  <w:color w:val="0000FF"/>
                  <w:sz w:val="24"/>
                  <w:szCs w:val="24"/>
                  <w:u w:val="single"/>
                  <w:lang w:val="en-US"/>
                </w:rPr>
                <w:t>https://resh.edu.ru/subject/lesson/5061/start/</w:t>
              </w:r>
            </w:hyperlink>
          </w:p>
          <w:p w:rsidR="004750F9" w:rsidRPr="00765081" w:rsidRDefault="007B5670" w:rsidP="004750F9">
            <w:pPr>
              <w:spacing w:after="0" w:line="276" w:lineRule="auto"/>
              <w:ind w:left="135"/>
              <w:rPr>
                <w:rFonts w:ascii="Times New Roman" w:eastAsia="Calibri" w:hAnsi="Times New Roman" w:cs="Times New Roman"/>
                <w:sz w:val="24"/>
                <w:szCs w:val="24"/>
                <w:lang w:val="en-US"/>
              </w:rPr>
            </w:pPr>
            <w:hyperlink r:id="rId36" w:history="1">
              <w:r w:rsidR="004750F9" w:rsidRPr="00765081">
                <w:rPr>
                  <w:rFonts w:ascii="Times New Roman" w:eastAsia="Calibri" w:hAnsi="Times New Roman" w:cs="Times New Roman"/>
                  <w:color w:val="0000FF"/>
                  <w:sz w:val="24"/>
                  <w:szCs w:val="24"/>
                  <w:u w:val="single"/>
                  <w:lang w:val="en-US"/>
                </w:rPr>
                <w:t>https://resh.edu.ru/subject/lesson/4261/start/</w:t>
              </w:r>
            </w:hyperlink>
          </w:p>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sz w:val="24"/>
                <w:szCs w:val="24"/>
                <w:lang w:val="en-US"/>
              </w:rPr>
              <w:t>https://resh.edu.ru/subject/lesson/4263/start/</w:t>
            </w:r>
          </w:p>
        </w:tc>
        <w:tc>
          <w:tcPr>
            <w:tcW w:w="3413" w:type="dxa"/>
            <w:tcBorders>
              <w:left w:val="single" w:sz="4" w:space="0" w:color="auto"/>
            </w:tcBorders>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неприятие действий, приносящих ей вред.</w:t>
            </w:r>
          </w:p>
          <w:p w:rsidR="004750F9" w:rsidRPr="00765081" w:rsidRDefault="004750F9" w:rsidP="004750F9">
            <w:pPr>
              <w:spacing w:after="0" w:line="276" w:lineRule="auto"/>
              <w:ind w:left="135"/>
              <w:rPr>
                <w:rFonts w:ascii="Times New Roman" w:eastAsia="Calibri" w:hAnsi="Times New Roman" w:cs="Times New Roman"/>
                <w:sz w:val="24"/>
                <w:szCs w:val="24"/>
              </w:rPr>
            </w:pP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9</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О </w:t>
            </w:r>
            <w:proofErr w:type="gramStart"/>
            <w:r w:rsidRPr="00765081">
              <w:rPr>
                <w:rFonts w:ascii="Times New Roman" w:eastAsia="Calibri" w:hAnsi="Times New Roman" w:cs="Times New Roman"/>
                <w:color w:val="000000"/>
                <w:sz w:val="24"/>
                <w:szCs w:val="24"/>
              </w:rPr>
              <w:t>наших</w:t>
            </w:r>
            <w:proofErr w:type="gramEnd"/>
            <w:r w:rsidRPr="00765081">
              <w:rPr>
                <w:rFonts w:ascii="Times New Roman" w:eastAsia="Calibri" w:hAnsi="Times New Roman" w:cs="Times New Roman"/>
                <w:color w:val="000000"/>
                <w:sz w:val="24"/>
                <w:szCs w:val="24"/>
              </w:rPr>
              <w:t xml:space="preserve"> близких, о семье</w:t>
            </w:r>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13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p>
        </w:tc>
        <w:tc>
          <w:tcPr>
            <w:tcW w:w="4383" w:type="dxa"/>
            <w:gridSpan w:val="2"/>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Times New Roman" w:hAnsi="Times New Roman" w:cs="Times New Roman"/>
                <w:color w:val="000000"/>
                <w:sz w:val="24"/>
                <w:szCs w:val="24"/>
                <w:lang w:val="en-US" w:eastAsia="ru-RU"/>
              </w:rPr>
            </w:pPr>
            <w:hyperlink r:id="rId37" w:history="1">
              <w:r w:rsidR="004750F9" w:rsidRPr="00765081">
                <w:rPr>
                  <w:rFonts w:ascii="Times New Roman" w:eastAsia="Times New Roman" w:hAnsi="Times New Roman" w:cs="Times New Roman"/>
                  <w:color w:val="0000FF"/>
                  <w:sz w:val="24"/>
                  <w:szCs w:val="24"/>
                  <w:u w:val="single"/>
                  <w:lang w:val="en-US" w:eastAsia="ru-RU"/>
                </w:rPr>
                <w:t>https://m.edsoo.ru/8bc52806</w:t>
              </w:r>
            </w:hyperlink>
          </w:p>
          <w:p w:rsidR="004750F9" w:rsidRPr="00765081" w:rsidRDefault="004750F9" w:rsidP="004750F9">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sz w:val="24"/>
                <w:szCs w:val="24"/>
                <w:lang w:val="en-US"/>
              </w:rPr>
              <w:t>https://resh.edu.ru/subject/lesson/5070/start/</w:t>
            </w:r>
          </w:p>
        </w:tc>
        <w:tc>
          <w:tcPr>
            <w:tcW w:w="3413" w:type="dxa"/>
            <w:tcBorders>
              <w:left w:val="single" w:sz="4" w:space="0" w:color="auto"/>
            </w:tcBorders>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Осознание этических понятий, оценка поведения и поступков персонажей </w:t>
            </w:r>
            <w:r w:rsidRPr="00765081">
              <w:rPr>
                <w:rFonts w:ascii="Times New Roman" w:eastAsia="Calibri" w:hAnsi="Times New Roman" w:cs="Times New Roman"/>
                <w:color w:val="000000"/>
                <w:sz w:val="24"/>
                <w:szCs w:val="24"/>
              </w:rPr>
              <w:lastRenderedPageBreak/>
              <w:t>художественных произведений в ситуации нравственного выбора</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10</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color w:val="000000"/>
                <w:sz w:val="24"/>
                <w:szCs w:val="24"/>
                <w:lang w:val="en-US"/>
              </w:rPr>
              <w:t>Зарубежнаялитература</w:t>
            </w:r>
            <w:proofErr w:type="spellEnd"/>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 11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w:t>
            </w:r>
          </w:p>
        </w:tc>
        <w:tc>
          <w:tcPr>
            <w:tcW w:w="4367" w:type="dxa"/>
            <w:tcBorders>
              <w:right w:val="single" w:sz="4" w:space="0" w:color="auto"/>
            </w:tcBorders>
            <w:tcMar>
              <w:top w:w="50" w:type="dxa"/>
              <w:left w:w="100" w:type="dxa"/>
            </w:tcMar>
            <w:vAlign w:val="center"/>
          </w:tcPr>
          <w:p w:rsidR="004750F9" w:rsidRPr="00765081" w:rsidRDefault="007B5670" w:rsidP="004750F9">
            <w:pPr>
              <w:spacing w:after="0" w:line="276" w:lineRule="auto"/>
              <w:ind w:left="135"/>
              <w:rPr>
                <w:rFonts w:ascii="Times New Roman" w:eastAsia="Calibri" w:hAnsi="Times New Roman" w:cs="Times New Roman"/>
                <w:sz w:val="24"/>
                <w:szCs w:val="24"/>
              </w:rPr>
            </w:pPr>
            <w:hyperlink r:id="rId38"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/5066/</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w:t>
              </w:r>
            </w:hyperlink>
          </w:p>
          <w:p w:rsidR="004750F9" w:rsidRPr="00765081" w:rsidRDefault="007B5670" w:rsidP="004750F9">
            <w:pPr>
              <w:spacing w:after="0" w:line="276" w:lineRule="auto"/>
              <w:ind w:left="135"/>
              <w:rPr>
                <w:rFonts w:ascii="Times New Roman" w:eastAsia="Calibri" w:hAnsi="Times New Roman" w:cs="Times New Roman"/>
                <w:sz w:val="24"/>
                <w:szCs w:val="24"/>
              </w:rPr>
            </w:pPr>
            <w:hyperlink r:id="rId39"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/4267/</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w:t>
              </w:r>
            </w:hyperlink>
          </w:p>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lang w:val="en-US"/>
              </w:rPr>
              <w:t>https</w:t>
            </w:r>
            <w:r w:rsidRPr="00765081">
              <w:rPr>
                <w:rFonts w:ascii="Times New Roman" w:eastAsia="Calibri" w:hAnsi="Times New Roman" w:cs="Times New Roman"/>
                <w:sz w:val="24"/>
                <w:szCs w:val="24"/>
              </w:rPr>
              <w:t>://</w:t>
            </w:r>
            <w:proofErr w:type="spellStart"/>
            <w:r w:rsidRPr="00765081">
              <w:rPr>
                <w:rFonts w:ascii="Times New Roman" w:eastAsia="Calibri" w:hAnsi="Times New Roman" w:cs="Times New Roman"/>
                <w:sz w:val="24"/>
                <w:szCs w:val="24"/>
                <w:lang w:val="en-US"/>
              </w:rPr>
              <w:t>resh</w:t>
            </w:r>
            <w:proofErr w:type="spellEnd"/>
            <w:r w:rsidRPr="00765081">
              <w:rPr>
                <w:rFonts w:ascii="Times New Roman" w:eastAsia="Calibri" w:hAnsi="Times New Roman" w:cs="Times New Roman"/>
                <w:sz w:val="24"/>
                <w:szCs w:val="24"/>
              </w:rPr>
              <w:t>.</w:t>
            </w:r>
            <w:proofErr w:type="spellStart"/>
            <w:r w:rsidRPr="00765081">
              <w:rPr>
                <w:rFonts w:ascii="Times New Roman" w:eastAsia="Calibri" w:hAnsi="Times New Roman" w:cs="Times New Roman"/>
                <w:sz w:val="24"/>
                <w:szCs w:val="24"/>
                <w:lang w:val="en-US"/>
              </w:rPr>
              <w:t>edu</w:t>
            </w:r>
            <w:proofErr w:type="spellEnd"/>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ru</w:t>
            </w:r>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subject</w:t>
            </w:r>
            <w:r w:rsidRPr="00765081">
              <w:rPr>
                <w:rFonts w:ascii="Times New Roman" w:eastAsia="Calibri" w:hAnsi="Times New Roman" w:cs="Times New Roman"/>
                <w:sz w:val="24"/>
                <w:szCs w:val="24"/>
              </w:rPr>
              <w:t>/</w:t>
            </w:r>
            <w:r w:rsidRPr="00765081">
              <w:rPr>
                <w:rFonts w:ascii="Times New Roman" w:eastAsia="Calibri" w:hAnsi="Times New Roman" w:cs="Times New Roman"/>
                <w:sz w:val="24"/>
                <w:szCs w:val="24"/>
                <w:lang w:val="en-US"/>
              </w:rPr>
              <w:t>lesson</w:t>
            </w:r>
            <w:r w:rsidRPr="00765081">
              <w:rPr>
                <w:rFonts w:ascii="Times New Roman" w:eastAsia="Calibri" w:hAnsi="Times New Roman" w:cs="Times New Roman"/>
                <w:sz w:val="24"/>
                <w:szCs w:val="24"/>
              </w:rPr>
              <w:t>/5071/</w:t>
            </w:r>
            <w:r w:rsidRPr="00765081">
              <w:rPr>
                <w:rFonts w:ascii="Times New Roman" w:eastAsia="Calibri" w:hAnsi="Times New Roman" w:cs="Times New Roman"/>
                <w:sz w:val="24"/>
                <w:szCs w:val="24"/>
                <w:lang w:val="en-US"/>
              </w:rPr>
              <w:t>start</w:t>
            </w:r>
            <w:r w:rsidRPr="00765081">
              <w:rPr>
                <w:rFonts w:ascii="Times New Roman" w:eastAsia="Calibri" w:hAnsi="Times New Roman" w:cs="Times New Roman"/>
                <w:sz w:val="24"/>
                <w:szCs w:val="24"/>
              </w:rPr>
              <w:t>/199868/</w:t>
            </w:r>
          </w:p>
        </w:tc>
        <w:tc>
          <w:tcPr>
            <w:tcW w:w="3429" w:type="dxa"/>
            <w:gridSpan w:val="2"/>
            <w:tcBorders>
              <w:left w:val="single" w:sz="4" w:space="0" w:color="auto"/>
            </w:tcBorders>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tc>
      </w:tr>
      <w:tr w:rsidR="004750F9" w:rsidRPr="00765081" w:rsidTr="004750F9">
        <w:trPr>
          <w:trHeight w:val="76"/>
          <w:tblCellSpacing w:w="20" w:type="nil"/>
        </w:trPr>
        <w:tc>
          <w:tcPr>
            <w:tcW w:w="864" w:type="dxa"/>
            <w:tcMar>
              <w:top w:w="50" w:type="dxa"/>
              <w:left w:w="100" w:type="dxa"/>
            </w:tcMar>
            <w:vAlign w:val="center"/>
          </w:tcPr>
          <w:p w:rsidR="004750F9" w:rsidRPr="00765081" w:rsidRDefault="004750F9" w:rsidP="004750F9">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11</w:t>
            </w:r>
          </w:p>
        </w:tc>
        <w:tc>
          <w:tcPr>
            <w:tcW w:w="3026" w:type="dxa"/>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Библиографическая культура (работа с детской книгой и справочной литературой)</w:t>
            </w:r>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10</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rPr>
            </w:pPr>
          </w:p>
        </w:tc>
        <w:tc>
          <w:tcPr>
            <w:tcW w:w="4367" w:type="dxa"/>
            <w:tcBorders>
              <w:right w:val="single" w:sz="4" w:space="0" w:color="auto"/>
            </w:tcBorders>
            <w:tcMar>
              <w:top w:w="50" w:type="dxa"/>
              <w:left w:w="100" w:type="dxa"/>
            </w:tcMar>
            <w:vAlign w:val="center"/>
          </w:tcPr>
          <w:p w:rsidR="004750F9" w:rsidRPr="00765081" w:rsidRDefault="007B5670" w:rsidP="004750F9">
            <w:pPr>
              <w:spacing w:after="0" w:line="276" w:lineRule="auto"/>
              <w:rPr>
                <w:rFonts w:ascii="Times New Roman" w:eastAsia="Calibri" w:hAnsi="Times New Roman" w:cs="Times New Roman"/>
                <w:sz w:val="24"/>
                <w:szCs w:val="24"/>
              </w:rPr>
            </w:pPr>
            <w:hyperlink r:id="rId40"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/5058/</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/186792/</w:t>
              </w:r>
            </w:hyperlink>
          </w:p>
          <w:p w:rsidR="004750F9" w:rsidRPr="00765081" w:rsidRDefault="007B5670" w:rsidP="004750F9">
            <w:pPr>
              <w:spacing w:after="0" w:line="240" w:lineRule="auto"/>
              <w:rPr>
                <w:rFonts w:ascii="Times New Roman" w:eastAsia="Calibri" w:hAnsi="Times New Roman" w:cs="Times New Roman"/>
                <w:sz w:val="24"/>
                <w:szCs w:val="24"/>
              </w:rPr>
            </w:pPr>
            <w:hyperlink r:id="rId41" w:history="1">
              <w:r w:rsidR="004750F9" w:rsidRPr="00765081">
                <w:rPr>
                  <w:rFonts w:ascii="Times New Roman" w:eastAsia="Calibri" w:hAnsi="Times New Roman" w:cs="Times New Roman"/>
                  <w:color w:val="0000FF"/>
                  <w:sz w:val="24"/>
                  <w:szCs w:val="24"/>
                  <w:u w:val="single"/>
                  <w:lang w:val="en-US"/>
                </w:rPr>
                <w:t>https</w:t>
              </w:r>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resh</w:t>
              </w:r>
              <w:proofErr w:type="spellEnd"/>
              <w:r w:rsidR="004750F9" w:rsidRPr="00765081">
                <w:rPr>
                  <w:rFonts w:ascii="Times New Roman" w:eastAsia="Calibri" w:hAnsi="Times New Roman" w:cs="Times New Roman"/>
                  <w:color w:val="0000FF"/>
                  <w:sz w:val="24"/>
                  <w:szCs w:val="24"/>
                  <w:u w:val="single"/>
                </w:rPr>
                <w:t>.</w:t>
              </w:r>
              <w:proofErr w:type="spellStart"/>
              <w:r w:rsidR="004750F9" w:rsidRPr="00765081">
                <w:rPr>
                  <w:rFonts w:ascii="Times New Roman" w:eastAsia="Calibri" w:hAnsi="Times New Roman" w:cs="Times New Roman"/>
                  <w:color w:val="0000FF"/>
                  <w:sz w:val="24"/>
                  <w:szCs w:val="24"/>
                  <w:u w:val="single"/>
                  <w:lang w:val="en-US"/>
                </w:rPr>
                <w:t>edu</w:t>
              </w:r>
              <w:proofErr w:type="spellEnd"/>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ru</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subject</w:t>
              </w:r>
              <w:r w:rsidR="004750F9" w:rsidRPr="00765081">
                <w:rPr>
                  <w:rFonts w:ascii="Times New Roman" w:eastAsia="Calibri" w:hAnsi="Times New Roman" w:cs="Times New Roman"/>
                  <w:color w:val="0000FF"/>
                  <w:sz w:val="24"/>
                  <w:szCs w:val="24"/>
                  <w:u w:val="single"/>
                </w:rPr>
                <w:t>/</w:t>
              </w:r>
              <w:r w:rsidR="004750F9" w:rsidRPr="00765081">
                <w:rPr>
                  <w:rFonts w:ascii="Times New Roman" w:eastAsia="Calibri" w:hAnsi="Times New Roman" w:cs="Times New Roman"/>
                  <w:color w:val="0000FF"/>
                  <w:sz w:val="24"/>
                  <w:szCs w:val="24"/>
                  <w:u w:val="single"/>
                  <w:lang w:val="en-US"/>
                </w:rPr>
                <w:t>lesson</w:t>
              </w:r>
              <w:r w:rsidR="004750F9" w:rsidRPr="00765081">
                <w:rPr>
                  <w:rFonts w:ascii="Times New Roman" w:eastAsia="Calibri" w:hAnsi="Times New Roman" w:cs="Times New Roman"/>
                  <w:color w:val="0000FF"/>
                  <w:sz w:val="24"/>
                  <w:szCs w:val="24"/>
                  <w:u w:val="single"/>
                </w:rPr>
                <w:t>/6203/</w:t>
              </w:r>
              <w:r w:rsidR="004750F9" w:rsidRPr="00765081">
                <w:rPr>
                  <w:rFonts w:ascii="Times New Roman" w:eastAsia="Calibri" w:hAnsi="Times New Roman" w:cs="Times New Roman"/>
                  <w:color w:val="0000FF"/>
                  <w:sz w:val="24"/>
                  <w:szCs w:val="24"/>
                  <w:u w:val="single"/>
                  <w:lang w:val="en-US"/>
                </w:rPr>
                <w:t>start</w:t>
              </w:r>
              <w:r w:rsidR="004750F9" w:rsidRPr="00765081">
                <w:rPr>
                  <w:rFonts w:ascii="Times New Roman" w:eastAsia="Calibri" w:hAnsi="Times New Roman" w:cs="Times New Roman"/>
                  <w:color w:val="0000FF"/>
                  <w:sz w:val="24"/>
                  <w:szCs w:val="24"/>
                  <w:u w:val="single"/>
                </w:rPr>
                <w:t>/</w:t>
              </w:r>
            </w:hyperlink>
          </w:p>
          <w:p w:rsidR="004750F9" w:rsidRPr="00765081" w:rsidRDefault="004750F9" w:rsidP="004750F9">
            <w:pPr>
              <w:spacing w:after="0" w:line="240" w:lineRule="auto"/>
              <w:rPr>
                <w:rFonts w:ascii="Times New Roman" w:eastAsia="Calibri" w:hAnsi="Times New Roman" w:cs="Times New Roman"/>
                <w:b/>
                <w:bCs/>
                <w:color w:val="000000"/>
                <w:sz w:val="24"/>
                <w:szCs w:val="24"/>
              </w:rPr>
            </w:pPr>
          </w:p>
        </w:tc>
        <w:tc>
          <w:tcPr>
            <w:tcW w:w="3429" w:type="dxa"/>
            <w:gridSpan w:val="2"/>
            <w:tcBorders>
              <w:left w:val="single" w:sz="4" w:space="0" w:color="auto"/>
            </w:tcBorders>
            <w:vAlign w:val="center"/>
          </w:tcPr>
          <w:p w:rsidR="004750F9" w:rsidRPr="00765081" w:rsidRDefault="004750F9" w:rsidP="004750F9">
            <w:pPr>
              <w:spacing w:after="0" w:line="240" w:lineRule="auto"/>
              <w:rPr>
                <w:rFonts w:ascii="Times New Roman" w:eastAsia="Calibri" w:hAnsi="Times New Roman" w:cs="Times New Roman"/>
                <w:b/>
                <w:bCs/>
                <w:color w:val="000000"/>
                <w:sz w:val="24"/>
                <w:szCs w:val="24"/>
              </w:rPr>
            </w:pPr>
            <w:r w:rsidRPr="00765081">
              <w:rPr>
                <w:rFonts w:ascii="Times New Roman" w:eastAsia="Calibri" w:hAnsi="Times New Roman" w:cs="Times New Roman"/>
                <w:bCs/>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sidRPr="00765081">
              <w:rPr>
                <w:rFonts w:ascii="Times New Roman" w:eastAsia="Calibri" w:hAnsi="Times New Roman" w:cs="Times New Roman"/>
                <w:b/>
                <w:bCs/>
                <w:color w:val="000000"/>
                <w:sz w:val="24"/>
                <w:szCs w:val="24"/>
              </w:rPr>
              <w:t>.</w:t>
            </w:r>
          </w:p>
        </w:tc>
      </w:tr>
      <w:tr w:rsidR="004750F9" w:rsidRPr="00765081" w:rsidTr="004750F9">
        <w:trPr>
          <w:trHeight w:val="76"/>
          <w:tblCellSpacing w:w="20" w:type="nil"/>
        </w:trPr>
        <w:tc>
          <w:tcPr>
            <w:tcW w:w="3890" w:type="dxa"/>
            <w:gridSpan w:val="2"/>
            <w:tcMar>
              <w:top w:w="50" w:type="dxa"/>
              <w:left w:w="100" w:type="dxa"/>
            </w:tcMar>
            <w:vAlign w:val="center"/>
          </w:tcPr>
          <w:p w:rsidR="004750F9" w:rsidRPr="00765081" w:rsidRDefault="004750F9" w:rsidP="004750F9">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ОБЩЕЕ КОЛИЧЕСТВО ЧАСОВ ПО ПРОГРАММЕ</w:t>
            </w:r>
          </w:p>
        </w:tc>
        <w:tc>
          <w:tcPr>
            <w:tcW w:w="1030"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136 </w:t>
            </w:r>
          </w:p>
        </w:tc>
        <w:tc>
          <w:tcPr>
            <w:tcW w:w="1276" w:type="dxa"/>
            <w:tcMar>
              <w:top w:w="50" w:type="dxa"/>
              <w:left w:w="100" w:type="dxa"/>
            </w:tcMar>
            <w:vAlign w:val="center"/>
          </w:tcPr>
          <w:p w:rsidR="004750F9" w:rsidRPr="00765081" w:rsidRDefault="004750F9" w:rsidP="004750F9">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3</w:t>
            </w:r>
          </w:p>
        </w:tc>
        <w:tc>
          <w:tcPr>
            <w:tcW w:w="4367" w:type="dxa"/>
            <w:tcBorders>
              <w:right w:val="single" w:sz="4" w:space="0" w:color="auto"/>
            </w:tcBorders>
            <w:tcMar>
              <w:top w:w="50" w:type="dxa"/>
              <w:left w:w="100" w:type="dxa"/>
            </w:tcMar>
            <w:vAlign w:val="center"/>
          </w:tcPr>
          <w:p w:rsidR="004750F9" w:rsidRPr="00765081" w:rsidRDefault="004750F9" w:rsidP="004750F9">
            <w:pPr>
              <w:spacing w:after="200" w:line="276" w:lineRule="auto"/>
              <w:rPr>
                <w:rFonts w:ascii="Times New Roman" w:eastAsia="Calibri" w:hAnsi="Times New Roman" w:cs="Times New Roman"/>
                <w:sz w:val="24"/>
                <w:szCs w:val="24"/>
                <w:lang w:val="en-US"/>
              </w:rPr>
            </w:pPr>
          </w:p>
        </w:tc>
        <w:tc>
          <w:tcPr>
            <w:tcW w:w="3429" w:type="dxa"/>
            <w:gridSpan w:val="2"/>
            <w:tcBorders>
              <w:left w:val="single" w:sz="4" w:space="0" w:color="auto"/>
            </w:tcBorders>
            <w:vAlign w:val="center"/>
          </w:tcPr>
          <w:p w:rsidR="004750F9" w:rsidRPr="00765081" w:rsidRDefault="004750F9" w:rsidP="004750F9">
            <w:pPr>
              <w:spacing w:after="200" w:line="276" w:lineRule="auto"/>
              <w:rPr>
                <w:rFonts w:ascii="Times New Roman" w:eastAsia="Calibri" w:hAnsi="Times New Roman" w:cs="Times New Roman"/>
                <w:sz w:val="24"/>
                <w:szCs w:val="24"/>
                <w:lang w:val="en-US"/>
              </w:rPr>
            </w:pPr>
          </w:p>
        </w:tc>
      </w:tr>
    </w:tbl>
    <w:p w:rsidR="004750F9" w:rsidRPr="00765081" w:rsidRDefault="004750F9" w:rsidP="004750F9">
      <w:pPr>
        <w:spacing w:after="200" w:line="276" w:lineRule="auto"/>
        <w:rPr>
          <w:rFonts w:ascii="Times New Roman" w:eastAsia="Calibri" w:hAnsi="Times New Roman" w:cs="Times New Roman"/>
          <w:sz w:val="24"/>
          <w:szCs w:val="24"/>
          <w:lang w:val="en-US"/>
        </w:rPr>
      </w:pPr>
    </w:p>
    <w:p w:rsidR="00B90487" w:rsidRPr="00765081" w:rsidRDefault="00B90487" w:rsidP="00B90487">
      <w:pPr>
        <w:rPr>
          <w:rFonts w:ascii="Times New Roman" w:eastAsia="Calibri" w:hAnsi="Times New Roman" w:cs="Times New Roman"/>
          <w:b/>
          <w:sz w:val="24"/>
          <w:szCs w:val="24"/>
        </w:rPr>
      </w:pPr>
      <w:r w:rsidRPr="00765081">
        <w:rPr>
          <w:rFonts w:ascii="Times New Roman" w:eastAsia="Calibri" w:hAnsi="Times New Roman" w:cs="Times New Roman"/>
          <w:b/>
          <w:sz w:val="24"/>
          <w:szCs w:val="24"/>
        </w:rPr>
        <w:t>3 класс</w:t>
      </w:r>
    </w:p>
    <w:p w:rsidR="00B90487" w:rsidRPr="00765081" w:rsidRDefault="00B90487" w:rsidP="004750F9">
      <w:pPr>
        <w:spacing w:after="200" w:line="276" w:lineRule="auto"/>
        <w:rPr>
          <w:rFonts w:ascii="Times New Roman" w:eastAsia="Calibri" w:hAnsi="Times New Roman" w:cs="Times New Roman"/>
          <w:sz w:val="24"/>
          <w:szCs w:val="24"/>
        </w:rPr>
      </w:pPr>
    </w:p>
    <w:tbl>
      <w:tblPr>
        <w:tblpPr w:leftFromText="180" w:rightFromText="180" w:vertAnchor="text" w:horzAnchor="margin" w:tblpXSpec="center" w:tblpY="-576"/>
        <w:tblW w:w="1498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18"/>
        <w:gridCol w:w="4044"/>
        <w:gridCol w:w="1275"/>
        <w:gridCol w:w="1276"/>
        <w:gridCol w:w="3260"/>
        <w:gridCol w:w="4111"/>
      </w:tblGrid>
      <w:tr w:rsidR="00B90487" w:rsidRPr="00765081" w:rsidTr="00B928D0">
        <w:trPr>
          <w:trHeight w:val="143"/>
          <w:tblCellSpacing w:w="20" w:type="nil"/>
        </w:trPr>
        <w:tc>
          <w:tcPr>
            <w:tcW w:w="1018" w:type="dxa"/>
            <w:vMerge w:val="restart"/>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b/>
                <w:color w:val="000000"/>
                <w:sz w:val="24"/>
                <w:szCs w:val="24"/>
                <w:lang w:val="en-US"/>
              </w:rPr>
              <w:lastRenderedPageBreak/>
              <w:t xml:space="preserve">№ п/п </w:t>
            </w:r>
          </w:p>
          <w:p w:rsidR="00B90487" w:rsidRPr="00765081" w:rsidRDefault="00B90487" w:rsidP="00B90487">
            <w:pPr>
              <w:spacing w:after="0" w:line="276" w:lineRule="auto"/>
              <w:ind w:left="135"/>
              <w:rPr>
                <w:rFonts w:ascii="Times New Roman" w:eastAsia="Calibri" w:hAnsi="Times New Roman" w:cs="Times New Roman"/>
                <w:sz w:val="24"/>
                <w:szCs w:val="24"/>
                <w:lang w:val="en-US"/>
              </w:rPr>
            </w:pPr>
          </w:p>
        </w:tc>
        <w:tc>
          <w:tcPr>
            <w:tcW w:w="4044" w:type="dxa"/>
            <w:vMerge w:val="restart"/>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Наименованиеразделов</w:t>
            </w:r>
            <w:proofErr w:type="spellEnd"/>
            <w:r w:rsidRPr="00765081">
              <w:rPr>
                <w:rFonts w:ascii="Times New Roman" w:eastAsia="Calibri" w:hAnsi="Times New Roman" w:cs="Times New Roman"/>
                <w:b/>
                <w:color w:val="000000"/>
                <w:sz w:val="24"/>
                <w:szCs w:val="24"/>
                <w:lang w:val="en-US"/>
              </w:rPr>
              <w:t xml:space="preserve"> и </w:t>
            </w:r>
            <w:proofErr w:type="spellStart"/>
            <w:r w:rsidRPr="00765081">
              <w:rPr>
                <w:rFonts w:ascii="Times New Roman" w:eastAsia="Calibri" w:hAnsi="Times New Roman" w:cs="Times New Roman"/>
                <w:b/>
                <w:color w:val="000000"/>
                <w:sz w:val="24"/>
                <w:szCs w:val="24"/>
                <w:lang w:val="en-US"/>
              </w:rPr>
              <w:t>тем</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программы</w:t>
            </w:r>
            <w:proofErr w:type="spellEnd"/>
            <w:r w:rsidRPr="00765081">
              <w:rPr>
                <w:rFonts w:ascii="Times New Roman" w:eastAsia="Calibri" w:hAnsi="Times New Roman" w:cs="Times New Roman"/>
                <w:b/>
                <w:color w:val="000000"/>
                <w:sz w:val="24"/>
                <w:szCs w:val="24"/>
                <w:lang w:val="en-US"/>
              </w:rPr>
              <w:t xml:space="preserve"> </w:t>
            </w:r>
          </w:p>
          <w:p w:rsidR="00B90487" w:rsidRPr="00765081" w:rsidRDefault="00B90487" w:rsidP="00B90487">
            <w:pPr>
              <w:spacing w:after="0" w:line="276" w:lineRule="auto"/>
              <w:ind w:left="135"/>
              <w:rPr>
                <w:rFonts w:ascii="Times New Roman" w:eastAsia="Calibri" w:hAnsi="Times New Roman" w:cs="Times New Roman"/>
                <w:sz w:val="24"/>
                <w:szCs w:val="24"/>
                <w:lang w:val="en-US"/>
              </w:rPr>
            </w:pPr>
          </w:p>
        </w:tc>
        <w:tc>
          <w:tcPr>
            <w:tcW w:w="2551" w:type="dxa"/>
            <w:gridSpan w:val="2"/>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Количество</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часов</w:t>
            </w:r>
            <w:proofErr w:type="spellEnd"/>
          </w:p>
        </w:tc>
        <w:tc>
          <w:tcPr>
            <w:tcW w:w="3260" w:type="dxa"/>
            <w:vMerge w:val="restart"/>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Электронные</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цифровые</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образовательныересурсы</w:t>
            </w:r>
            <w:proofErr w:type="spellEnd"/>
          </w:p>
          <w:p w:rsidR="00B90487" w:rsidRPr="00765081" w:rsidRDefault="00B90487" w:rsidP="00B90487">
            <w:pPr>
              <w:spacing w:after="0" w:line="276" w:lineRule="auto"/>
              <w:ind w:left="135"/>
              <w:rPr>
                <w:rFonts w:ascii="Times New Roman" w:eastAsia="Calibri" w:hAnsi="Times New Roman" w:cs="Times New Roman"/>
                <w:sz w:val="24"/>
                <w:szCs w:val="24"/>
                <w:lang w:val="en-US"/>
              </w:rPr>
            </w:pPr>
          </w:p>
        </w:tc>
        <w:tc>
          <w:tcPr>
            <w:tcW w:w="4111" w:type="dxa"/>
            <w:vMerge w:val="restart"/>
          </w:tcPr>
          <w:p w:rsidR="00B90487" w:rsidRPr="00765081" w:rsidRDefault="00B90487" w:rsidP="00B90487">
            <w:pPr>
              <w:tabs>
                <w:tab w:val="left" w:pos="1452"/>
              </w:tabs>
              <w:spacing w:after="0" w:line="276" w:lineRule="auto"/>
              <w:ind w:left="135" w:right="2443"/>
              <w:rPr>
                <w:rFonts w:ascii="Times New Roman" w:eastAsia="Calibri" w:hAnsi="Times New Roman" w:cs="Times New Roman"/>
                <w:b/>
                <w:color w:val="000000"/>
                <w:sz w:val="24"/>
                <w:szCs w:val="24"/>
                <w:lang w:val="en-US"/>
              </w:rPr>
            </w:pPr>
            <w:proofErr w:type="spellStart"/>
            <w:r w:rsidRPr="00765081">
              <w:rPr>
                <w:rFonts w:ascii="Times New Roman" w:eastAsia="Calibri" w:hAnsi="Times New Roman" w:cs="Times New Roman"/>
                <w:b/>
                <w:color w:val="000000"/>
                <w:sz w:val="24"/>
                <w:szCs w:val="24"/>
                <w:lang w:val="en-US"/>
              </w:rPr>
              <w:t>Воспитательныйкомпонет</w:t>
            </w:r>
            <w:proofErr w:type="spellEnd"/>
          </w:p>
        </w:tc>
      </w:tr>
      <w:tr w:rsidR="00B90487" w:rsidRPr="00765081" w:rsidTr="00B928D0">
        <w:trPr>
          <w:trHeight w:val="143"/>
          <w:tblCellSpacing w:w="20" w:type="nil"/>
        </w:trPr>
        <w:tc>
          <w:tcPr>
            <w:tcW w:w="1018" w:type="dxa"/>
            <w:vMerge/>
            <w:tcBorders>
              <w:top w:val="nil"/>
            </w:tcBorders>
            <w:tcMar>
              <w:top w:w="50" w:type="dxa"/>
              <w:left w:w="100" w:type="dxa"/>
            </w:tcMar>
          </w:tcPr>
          <w:p w:rsidR="00B90487" w:rsidRPr="00765081" w:rsidRDefault="00B90487" w:rsidP="00B90487">
            <w:pPr>
              <w:spacing w:after="200" w:line="276" w:lineRule="auto"/>
              <w:rPr>
                <w:rFonts w:ascii="Times New Roman" w:eastAsia="Calibri" w:hAnsi="Times New Roman" w:cs="Times New Roman"/>
                <w:sz w:val="24"/>
                <w:szCs w:val="24"/>
                <w:lang w:val="en-US"/>
              </w:rPr>
            </w:pPr>
          </w:p>
        </w:tc>
        <w:tc>
          <w:tcPr>
            <w:tcW w:w="4044" w:type="dxa"/>
            <w:vMerge/>
            <w:tcBorders>
              <w:top w:val="nil"/>
            </w:tcBorders>
            <w:tcMar>
              <w:top w:w="50" w:type="dxa"/>
              <w:left w:w="100" w:type="dxa"/>
            </w:tcMar>
          </w:tcPr>
          <w:p w:rsidR="00B90487" w:rsidRPr="00765081" w:rsidRDefault="00B90487" w:rsidP="00B90487">
            <w:pPr>
              <w:spacing w:after="200" w:line="276" w:lineRule="auto"/>
              <w:rPr>
                <w:rFonts w:ascii="Times New Roman" w:eastAsia="Calibri" w:hAnsi="Times New Roman" w:cs="Times New Roman"/>
                <w:sz w:val="24"/>
                <w:szCs w:val="24"/>
                <w:lang w:val="en-US"/>
              </w:rPr>
            </w:pPr>
          </w:p>
        </w:tc>
        <w:tc>
          <w:tcPr>
            <w:tcW w:w="1275"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Всего</w:t>
            </w:r>
            <w:proofErr w:type="spellEnd"/>
          </w:p>
          <w:p w:rsidR="00B90487" w:rsidRPr="00765081" w:rsidRDefault="00B90487" w:rsidP="00B90487">
            <w:pPr>
              <w:spacing w:after="0" w:line="276" w:lineRule="auto"/>
              <w:ind w:left="135"/>
              <w:rPr>
                <w:rFonts w:ascii="Times New Roman" w:eastAsia="Calibri" w:hAnsi="Times New Roman" w:cs="Times New Roman"/>
                <w:sz w:val="24"/>
                <w:szCs w:val="24"/>
                <w:lang w:val="en-US"/>
              </w:rPr>
            </w:pPr>
          </w:p>
        </w:tc>
        <w:tc>
          <w:tcPr>
            <w:tcW w:w="1276"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Контрольныеработы</w:t>
            </w:r>
            <w:proofErr w:type="spellEnd"/>
          </w:p>
          <w:p w:rsidR="00B90487" w:rsidRPr="00765081" w:rsidRDefault="00B90487" w:rsidP="00B90487">
            <w:pPr>
              <w:spacing w:after="0" w:line="276" w:lineRule="auto"/>
              <w:ind w:left="135"/>
              <w:rPr>
                <w:rFonts w:ascii="Times New Roman" w:eastAsia="Calibri" w:hAnsi="Times New Roman" w:cs="Times New Roman"/>
                <w:sz w:val="24"/>
                <w:szCs w:val="24"/>
                <w:lang w:val="en-US"/>
              </w:rPr>
            </w:pPr>
          </w:p>
        </w:tc>
        <w:tc>
          <w:tcPr>
            <w:tcW w:w="3260" w:type="dxa"/>
            <w:vMerge/>
            <w:tcBorders>
              <w:top w:val="nil"/>
            </w:tcBorders>
            <w:tcMar>
              <w:top w:w="50" w:type="dxa"/>
              <w:left w:w="100" w:type="dxa"/>
            </w:tcMar>
          </w:tcPr>
          <w:p w:rsidR="00B90487" w:rsidRPr="00765081" w:rsidRDefault="00B90487" w:rsidP="00B90487">
            <w:pPr>
              <w:spacing w:after="200" w:line="276" w:lineRule="auto"/>
              <w:rPr>
                <w:rFonts w:ascii="Times New Roman" w:eastAsia="Calibri" w:hAnsi="Times New Roman" w:cs="Times New Roman"/>
                <w:sz w:val="24"/>
                <w:szCs w:val="24"/>
                <w:lang w:val="en-US"/>
              </w:rPr>
            </w:pPr>
          </w:p>
        </w:tc>
        <w:tc>
          <w:tcPr>
            <w:tcW w:w="4111" w:type="dxa"/>
            <w:vMerge/>
          </w:tcPr>
          <w:p w:rsidR="00B90487" w:rsidRPr="00765081" w:rsidRDefault="00B90487" w:rsidP="00B90487">
            <w:pPr>
              <w:spacing w:after="200" w:line="276" w:lineRule="auto"/>
              <w:ind w:right="2443"/>
              <w:rPr>
                <w:rFonts w:ascii="Times New Roman" w:eastAsia="Calibri" w:hAnsi="Times New Roman" w:cs="Times New Roman"/>
                <w:sz w:val="24"/>
                <w:szCs w:val="24"/>
                <w:lang w:val="en-US"/>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1</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Cs/>
                <w:color w:val="000000"/>
                <w:sz w:val="24"/>
                <w:szCs w:val="24"/>
                <w:shd w:val="clear" w:color="auto" w:fill="FFFFFF"/>
                <w:lang w:eastAsia="ru-RU"/>
              </w:rPr>
              <w:t>О Родине и её истории</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6</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2"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2</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r w:rsidRPr="00765081">
              <w:rPr>
                <w:rFonts w:ascii="Times New Roman" w:eastAsia="Times New Roman" w:hAnsi="Times New Roman" w:cs="Times New Roman"/>
                <w:bCs/>
                <w:color w:val="000000"/>
                <w:sz w:val="24"/>
                <w:szCs w:val="24"/>
                <w:shd w:val="clear" w:color="auto" w:fill="FFFFFF"/>
                <w:lang w:eastAsia="ru-RU"/>
              </w:rPr>
              <w:t>Фольклор (устное народное творчество)</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22</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w:t>
            </w: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3"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3</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Cs/>
                <w:color w:val="000000"/>
                <w:sz w:val="24"/>
                <w:szCs w:val="24"/>
                <w:shd w:val="clear" w:color="auto" w:fill="FFFFFF"/>
                <w:lang w:eastAsia="ru-RU"/>
              </w:rPr>
              <w:t>Творчество И.А.Крылова</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4</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выражение своего видения мира, </w:t>
            </w:r>
            <w:r w:rsidRPr="00765081">
              <w:rPr>
                <w:rFonts w:ascii="Times New Roman" w:eastAsia="Calibri" w:hAnsi="Times New Roman" w:cs="Times New Roman"/>
                <w:color w:val="000000"/>
                <w:sz w:val="24"/>
                <w:szCs w:val="24"/>
              </w:rPr>
              <w:lastRenderedPageBreak/>
              <w:t>индивидуальной позиции посредством накопления и систематизации литературных впечатлений, разнообразных по эмоциональной окраске.</w:t>
            </w:r>
          </w:p>
          <w:p w:rsidR="00B90487" w:rsidRPr="00765081" w:rsidRDefault="00B90487" w:rsidP="00B90487">
            <w:pPr>
              <w:spacing w:after="0" w:line="276" w:lineRule="auto"/>
              <w:ind w:left="135" w:right="2443"/>
              <w:rPr>
                <w:rFonts w:ascii="Times New Roman" w:eastAsia="Calibri" w:hAnsi="Times New Roman" w:cs="Times New Roman"/>
                <w:sz w:val="24"/>
                <w:szCs w:val="24"/>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4</w:t>
            </w:r>
          </w:p>
        </w:tc>
        <w:tc>
          <w:tcPr>
            <w:tcW w:w="4044" w:type="dxa"/>
            <w:tcMar>
              <w:top w:w="50" w:type="dxa"/>
              <w:left w:w="100" w:type="dxa"/>
            </w:tcMar>
            <w:vAlign w:val="center"/>
          </w:tcPr>
          <w:p w:rsidR="00B90487" w:rsidRPr="00765081" w:rsidRDefault="00B90487" w:rsidP="00B90487">
            <w:pPr>
              <w:spacing w:before="100" w:beforeAutospacing="1" w:after="100" w:afterAutospacing="1" w:line="240" w:lineRule="auto"/>
              <w:rPr>
                <w:rFonts w:ascii="Times New Roman" w:eastAsia="Calibri" w:hAnsi="Times New Roman" w:cs="Times New Roman"/>
                <w:bCs/>
                <w:sz w:val="24"/>
                <w:szCs w:val="24"/>
                <w:lang w:eastAsia="ru-RU"/>
              </w:rPr>
            </w:pPr>
            <w:r w:rsidRPr="00765081">
              <w:rPr>
                <w:rFonts w:ascii="Times New Roman" w:eastAsia="Calibri" w:hAnsi="Times New Roman" w:cs="Times New Roman"/>
                <w:color w:val="000000"/>
                <w:sz w:val="24"/>
                <w:szCs w:val="24"/>
                <w:lang w:eastAsia="ru-RU"/>
              </w:rPr>
              <w:br/>
              <w:t>Творчество А.С.Пушкина</w:t>
            </w:r>
          </w:p>
          <w:p w:rsidR="00B90487" w:rsidRPr="00765081" w:rsidRDefault="00B90487" w:rsidP="00B90487">
            <w:pPr>
              <w:spacing w:after="0" w:line="276" w:lineRule="auto"/>
              <w:ind w:left="135"/>
              <w:rPr>
                <w:rFonts w:ascii="Times New Roman" w:eastAsia="Calibri" w:hAnsi="Times New Roman" w:cs="Times New Roman"/>
                <w:sz w:val="24"/>
                <w:szCs w:val="24"/>
                <w:lang w:val="en-US"/>
              </w:rPr>
            </w:pP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9</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4"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5</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Cs/>
                <w:color w:val="000000"/>
                <w:sz w:val="24"/>
                <w:szCs w:val="24"/>
                <w:shd w:val="clear" w:color="auto" w:fill="FFFFFF"/>
                <w:lang w:eastAsia="ru-RU"/>
              </w:rPr>
              <w:t>Картины природы в произведениях поэтов и писателей Х</w:t>
            </w:r>
            <w:proofErr w:type="gramStart"/>
            <w:r w:rsidRPr="00765081">
              <w:rPr>
                <w:rFonts w:ascii="Times New Roman" w:eastAsia="Times New Roman" w:hAnsi="Times New Roman" w:cs="Times New Roman"/>
                <w:bCs/>
                <w:color w:val="000000"/>
                <w:sz w:val="24"/>
                <w:szCs w:val="24"/>
                <w:shd w:val="clear" w:color="auto" w:fill="FFFFFF"/>
                <w:lang w:eastAsia="ru-RU"/>
              </w:rPr>
              <w:t>I</w:t>
            </w:r>
            <w:proofErr w:type="gramEnd"/>
            <w:r w:rsidRPr="00765081">
              <w:rPr>
                <w:rFonts w:ascii="Times New Roman" w:eastAsia="Times New Roman" w:hAnsi="Times New Roman" w:cs="Times New Roman"/>
                <w:bCs/>
                <w:color w:val="000000"/>
                <w:sz w:val="24"/>
                <w:szCs w:val="24"/>
                <w:shd w:val="clear" w:color="auto" w:fill="FFFFFF"/>
                <w:lang w:eastAsia="ru-RU"/>
              </w:rPr>
              <w:t>Х века</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9</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w:t>
            </w: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5"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6</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Cs/>
                <w:color w:val="000000"/>
                <w:sz w:val="24"/>
                <w:szCs w:val="24"/>
                <w:shd w:val="clear" w:color="auto" w:fill="FFFFFF"/>
                <w:lang w:eastAsia="ru-RU"/>
              </w:rPr>
              <w:t>Творчество Л.Н.Толстого</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10 </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6"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Осознание этических понятий, оценка поведения и поступков </w:t>
            </w:r>
            <w:r w:rsidRPr="00765081">
              <w:rPr>
                <w:rFonts w:ascii="Times New Roman" w:eastAsia="Calibri" w:hAnsi="Times New Roman" w:cs="Times New Roman"/>
                <w:color w:val="000000"/>
                <w:sz w:val="24"/>
                <w:szCs w:val="24"/>
              </w:rPr>
              <w:lastRenderedPageBreak/>
              <w:t>персонажей художественных произведений в ситуации нравственного выбора;</w:t>
            </w:r>
          </w:p>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7</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r w:rsidRPr="00765081">
              <w:rPr>
                <w:rFonts w:ascii="Times New Roman" w:eastAsia="Times New Roman" w:hAnsi="Times New Roman" w:cs="Times New Roman"/>
                <w:bCs/>
                <w:color w:val="000000"/>
                <w:sz w:val="24"/>
                <w:szCs w:val="24"/>
                <w:shd w:val="clear" w:color="auto" w:fill="FFFFFF"/>
                <w:lang w:eastAsia="ru-RU"/>
              </w:rPr>
              <w:t>Литературная сказка</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9</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7"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8</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Cs/>
                <w:color w:val="000000"/>
                <w:sz w:val="24"/>
                <w:szCs w:val="24"/>
                <w:shd w:val="clear" w:color="auto" w:fill="FFFFFF"/>
                <w:lang w:eastAsia="ru-RU"/>
              </w:rPr>
              <w:t>Картины природы в произведениях поэтов и писателей XX века</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10</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8"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b/>
                <w:color w:val="000000"/>
                <w:sz w:val="24"/>
                <w:szCs w:val="24"/>
              </w:rPr>
              <w:t>Экологическое воспитание:</w:t>
            </w:r>
          </w:p>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неприятие действий, приносящих ей вред.</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9</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Cs/>
                <w:color w:val="000000"/>
                <w:sz w:val="24"/>
                <w:szCs w:val="24"/>
                <w:shd w:val="clear" w:color="auto" w:fill="FFFFFF"/>
                <w:lang w:eastAsia="ru-RU"/>
              </w:rPr>
              <w:t>Произведения о взаимоотношениях человека и животных</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18</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49"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90487" w:rsidRPr="00765081" w:rsidRDefault="00B90487" w:rsidP="00B90487">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подбирать иллюстративный материал (рисунки, фото, плакаты) к тексту выступления.</w:t>
            </w:r>
          </w:p>
          <w:p w:rsidR="00B90487" w:rsidRPr="00765081" w:rsidRDefault="00B90487" w:rsidP="00B90487">
            <w:pPr>
              <w:spacing w:after="0" w:line="276" w:lineRule="auto"/>
              <w:ind w:left="135" w:right="2443"/>
              <w:rPr>
                <w:rFonts w:ascii="Times New Roman" w:eastAsia="Times New Roman" w:hAnsi="Times New Roman" w:cs="Times New Roman"/>
                <w:b/>
                <w:bCs/>
                <w:color w:val="000000"/>
                <w:sz w:val="24"/>
                <w:szCs w:val="24"/>
                <w:lang w:eastAsia="ru-RU"/>
              </w:rPr>
            </w:pP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10</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lang w:val="en-US"/>
              </w:rPr>
            </w:pPr>
            <w:r w:rsidRPr="00765081">
              <w:rPr>
                <w:rFonts w:ascii="Times New Roman" w:eastAsia="Times New Roman" w:hAnsi="Times New Roman" w:cs="Times New Roman"/>
                <w:bCs/>
                <w:color w:val="000000"/>
                <w:sz w:val="24"/>
                <w:szCs w:val="24"/>
                <w:shd w:val="clear" w:color="auto" w:fill="FFFFFF"/>
                <w:lang w:eastAsia="ru-RU"/>
              </w:rPr>
              <w:t>Произведения о детях</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18</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50"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76" w:lineRule="auto"/>
              <w:ind w:left="135" w:right="-108"/>
              <w:rPr>
                <w:rFonts w:ascii="Times New Roman" w:eastAsia="Times New Roman" w:hAnsi="Times New Roman" w:cs="Times New Roman"/>
                <w:b/>
                <w:bCs/>
                <w:color w:val="000000"/>
                <w:sz w:val="24"/>
                <w:szCs w:val="24"/>
                <w:lang w:eastAsia="ru-RU"/>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11</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Times New Roman" w:hAnsi="Times New Roman" w:cs="Times New Roman"/>
                <w:bCs/>
                <w:color w:val="000000"/>
                <w:sz w:val="24"/>
                <w:szCs w:val="24"/>
                <w:shd w:val="clear" w:color="auto" w:fill="FFFFFF"/>
                <w:lang w:eastAsia="ru-RU"/>
              </w:rPr>
              <w:t>Юмористические произведения</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6</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0487">
            <w:pPr>
              <w:spacing w:after="0" w:line="240" w:lineRule="auto"/>
              <w:rPr>
                <w:rFonts w:ascii="Times New Roman" w:eastAsia="Calibri" w:hAnsi="Times New Roman" w:cs="Times New Roman"/>
                <w:b/>
                <w:bCs/>
                <w:color w:val="000000"/>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51"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40" w:lineRule="auto"/>
              <w:ind w:right="317"/>
              <w:rPr>
                <w:rFonts w:ascii="Times New Roman" w:eastAsia="Times New Roman" w:hAnsi="Times New Roman" w:cs="Times New Roman"/>
                <w:b/>
                <w:bCs/>
                <w:color w:val="000000"/>
                <w:sz w:val="24"/>
                <w:szCs w:val="24"/>
                <w:lang w:eastAsia="ru-RU"/>
              </w:rPr>
            </w:pPr>
            <w:r w:rsidRPr="00765081">
              <w:rPr>
                <w:rFonts w:ascii="Times New Roman" w:eastAsia="Calibri" w:hAnsi="Times New Roman" w:cs="Times New Roman"/>
                <w:color w:val="000000"/>
                <w:sz w:val="24"/>
                <w:szCs w:val="24"/>
              </w:rPr>
              <w:t>О знание этических понятий, оценка поведения и поступков персонажей художественных произведений в ситуации нравственного выбора</w:t>
            </w: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12</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color w:val="000000"/>
                <w:sz w:val="24"/>
                <w:szCs w:val="24"/>
              </w:rPr>
            </w:pPr>
            <w:r w:rsidRPr="00765081">
              <w:rPr>
                <w:rFonts w:ascii="Times New Roman" w:eastAsia="Times New Roman" w:hAnsi="Times New Roman" w:cs="Times New Roman"/>
                <w:bCs/>
                <w:color w:val="000000"/>
                <w:sz w:val="24"/>
                <w:szCs w:val="24"/>
                <w:shd w:val="clear" w:color="auto" w:fill="FFFFFF"/>
                <w:lang w:eastAsia="ru-RU"/>
              </w:rPr>
              <w:t>Зарубежная литература</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11</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52"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76" w:lineRule="auto"/>
              <w:ind w:right="175"/>
              <w:rPr>
                <w:rFonts w:ascii="Times New Roman" w:eastAsia="Times New Roman" w:hAnsi="Times New Roman" w:cs="Times New Roman"/>
                <w:b/>
                <w:bCs/>
                <w:color w:val="000000"/>
                <w:sz w:val="24"/>
                <w:szCs w:val="24"/>
                <w:lang w:eastAsia="ru-RU"/>
              </w:rPr>
            </w:pPr>
            <w:r w:rsidRPr="00765081">
              <w:rPr>
                <w:rFonts w:ascii="Times New Roman" w:eastAsia="Calibri"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tc>
      </w:tr>
      <w:tr w:rsidR="00B90487" w:rsidRPr="00765081" w:rsidTr="00B928D0">
        <w:trPr>
          <w:trHeight w:val="143"/>
          <w:tblCellSpacing w:w="20" w:type="nil"/>
        </w:trPr>
        <w:tc>
          <w:tcPr>
            <w:tcW w:w="1018"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13</w:t>
            </w:r>
          </w:p>
        </w:tc>
        <w:tc>
          <w:tcPr>
            <w:tcW w:w="4044" w:type="dxa"/>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color w:val="000000"/>
                <w:sz w:val="24"/>
                <w:szCs w:val="24"/>
              </w:rPr>
            </w:pPr>
            <w:r w:rsidRPr="00765081">
              <w:rPr>
                <w:rFonts w:ascii="Times New Roman" w:eastAsia="Times New Roman" w:hAnsi="Times New Roman" w:cs="Times New Roman"/>
                <w:bCs/>
                <w:color w:val="000000"/>
                <w:sz w:val="24"/>
                <w:szCs w:val="24"/>
                <w:shd w:val="clear" w:color="auto" w:fill="FFFFFF"/>
                <w:lang w:eastAsia="ru-RU"/>
              </w:rPr>
              <w:t>Библиографическая культура (работа с детской книгой и справочной литературой)</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0487">
            <w:pPr>
              <w:spacing w:after="0" w:line="276" w:lineRule="auto"/>
              <w:rPr>
                <w:rFonts w:ascii="Times New Roman" w:eastAsia="Calibri" w:hAnsi="Times New Roman" w:cs="Times New Roman"/>
                <w:sz w:val="24"/>
                <w:szCs w:val="24"/>
              </w:rPr>
            </w:pPr>
            <w:r w:rsidRPr="00765081">
              <w:rPr>
                <w:rFonts w:ascii="Times New Roman" w:eastAsia="Times New Roman" w:hAnsi="Times New Roman" w:cs="Times New Roman"/>
                <w:b/>
                <w:bCs/>
                <w:color w:val="000000"/>
                <w:sz w:val="24"/>
                <w:szCs w:val="24"/>
                <w:lang w:eastAsia="ru-RU"/>
              </w:rPr>
              <w:t xml:space="preserve">Библиотека ЦОК </w:t>
            </w:r>
            <w:hyperlink r:id="rId53" w:history="1">
              <w:r w:rsidRPr="00765081">
                <w:rPr>
                  <w:rFonts w:ascii="Times New Roman" w:eastAsia="Times New Roman" w:hAnsi="Times New Roman" w:cs="Times New Roman"/>
                  <w:b/>
                  <w:bCs/>
                  <w:color w:val="0000FF"/>
                  <w:sz w:val="24"/>
                  <w:szCs w:val="24"/>
                  <w:lang w:eastAsia="ru-RU"/>
                </w:rPr>
                <w:t>https://m.edsoo.ru/7f411a40</w:t>
              </w:r>
            </w:hyperlink>
          </w:p>
        </w:tc>
        <w:tc>
          <w:tcPr>
            <w:tcW w:w="4111" w:type="dxa"/>
          </w:tcPr>
          <w:p w:rsidR="00B90487" w:rsidRPr="00765081" w:rsidRDefault="00B90487" w:rsidP="00B90487">
            <w:pPr>
              <w:spacing w:after="0" w:line="276" w:lineRule="auto"/>
              <w:rPr>
                <w:rFonts w:ascii="Times New Roman" w:eastAsia="Times New Roman" w:hAnsi="Times New Roman" w:cs="Times New Roman"/>
                <w:b/>
                <w:bCs/>
                <w:color w:val="000000"/>
                <w:sz w:val="24"/>
                <w:szCs w:val="24"/>
                <w:lang w:eastAsia="ru-RU"/>
              </w:rPr>
            </w:pPr>
            <w:r w:rsidRPr="00765081">
              <w:rPr>
                <w:rFonts w:ascii="Times New Roman" w:eastAsia="Calibri" w:hAnsi="Times New Roman" w:cs="Times New Roman"/>
                <w:color w:val="000000"/>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w:t>
            </w:r>
            <w:r w:rsidRPr="00765081">
              <w:rPr>
                <w:rFonts w:ascii="Times New Roman" w:eastAsia="Calibri" w:hAnsi="Times New Roman" w:cs="Times New Roman"/>
                <w:color w:val="000000"/>
                <w:sz w:val="24"/>
                <w:szCs w:val="24"/>
              </w:rPr>
              <w:lastRenderedPageBreak/>
              <w:t>деятельности, интерес к различным профессиям</w:t>
            </w:r>
          </w:p>
        </w:tc>
      </w:tr>
      <w:tr w:rsidR="00B90487" w:rsidRPr="00765081" w:rsidTr="00B928D0">
        <w:trPr>
          <w:trHeight w:val="143"/>
          <w:tblCellSpacing w:w="20" w:type="nil"/>
        </w:trPr>
        <w:tc>
          <w:tcPr>
            <w:tcW w:w="5062" w:type="dxa"/>
            <w:gridSpan w:val="2"/>
            <w:tcMar>
              <w:top w:w="50" w:type="dxa"/>
              <w:left w:w="100" w:type="dxa"/>
            </w:tcMar>
            <w:vAlign w:val="center"/>
          </w:tcPr>
          <w:p w:rsidR="00B90487" w:rsidRPr="00765081" w:rsidRDefault="00B90487" w:rsidP="00B90487">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ОБЩЕЕ КОЛИЧЕСТВО ЧАСОВ ПО ПРОГРАММЕ</w:t>
            </w:r>
          </w:p>
        </w:tc>
        <w:tc>
          <w:tcPr>
            <w:tcW w:w="1275"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136 </w:t>
            </w:r>
          </w:p>
        </w:tc>
        <w:tc>
          <w:tcPr>
            <w:tcW w:w="1276" w:type="dxa"/>
            <w:tcMar>
              <w:top w:w="50" w:type="dxa"/>
              <w:left w:w="100" w:type="dxa"/>
            </w:tcMar>
            <w:vAlign w:val="center"/>
          </w:tcPr>
          <w:p w:rsidR="00B90487" w:rsidRPr="00765081" w:rsidRDefault="00B90487" w:rsidP="00B90487">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2</w:t>
            </w:r>
          </w:p>
        </w:tc>
        <w:tc>
          <w:tcPr>
            <w:tcW w:w="3260" w:type="dxa"/>
            <w:tcMar>
              <w:top w:w="50" w:type="dxa"/>
              <w:left w:w="100" w:type="dxa"/>
            </w:tcMar>
            <w:vAlign w:val="center"/>
          </w:tcPr>
          <w:p w:rsidR="00B90487" w:rsidRPr="00765081" w:rsidRDefault="00B90487" w:rsidP="00B90487">
            <w:pPr>
              <w:spacing w:after="200" w:line="276" w:lineRule="auto"/>
              <w:rPr>
                <w:rFonts w:ascii="Times New Roman" w:eastAsia="Calibri" w:hAnsi="Times New Roman" w:cs="Times New Roman"/>
                <w:sz w:val="24"/>
                <w:szCs w:val="24"/>
                <w:lang w:val="en-US"/>
              </w:rPr>
            </w:pPr>
          </w:p>
        </w:tc>
        <w:tc>
          <w:tcPr>
            <w:tcW w:w="4111" w:type="dxa"/>
          </w:tcPr>
          <w:p w:rsidR="00B90487" w:rsidRPr="00765081" w:rsidRDefault="00B90487" w:rsidP="00B90487">
            <w:pPr>
              <w:spacing w:after="200" w:line="276" w:lineRule="auto"/>
              <w:ind w:right="2443"/>
              <w:rPr>
                <w:rFonts w:ascii="Times New Roman" w:eastAsia="Calibri" w:hAnsi="Times New Roman" w:cs="Times New Roman"/>
                <w:sz w:val="24"/>
                <w:szCs w:val="24"/>
                <w:lang w:val="en-US"/>
              </w:rPr>
            </w:pPr>
          </w:p>
        </w:tc>
      </w:tr>
    </w:tbl>
    <w:p w:rsidR="00B90487" w:rsidRPr="00765081" w:rsidRDefault="00B90487" w:rsidP="004750F9">
      <w:pPr>
        <w:spacing w:after="200" w:line="276" w:lineRule="auto"/>
        <w:rPr>
          <w:rFonts w:ascii="Times New Roman" w:eastAsia="Calibri" w:hAnsi="Times New Roman" w:cs="Times New Roman"/>
          <w:sz w:val="24"/>
          <w:szCs w:val="24"/>
          <w:lang w:val="en-US"/>
        </w:rPr>
      </w:pPr>
    </w:p>
    <w:p w:rsidR="00B90487" w:rsidRPr="00765081" w:rsidRDefault="00B90487" w:rsidP="004750F9">
      <w:pPr>
        <w:spacing w:after="200" w:line="276"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4класс</w:t>
      </w:r>
    </w:p>
    <w:tbl>
      <w:tblPr>
        <w:tblW w:w="14417"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3"/>
        <w:gridCol w:w="4110"/>
        <w:gridCol w:w="1276"/>
        <w:gridCol w:w="1276"/>
        <w:gridCol w:w="3260"/>
        <w:gridCol w:w="3502"/>
      </w:tblGrid>
      <w:tr w:rsidR="00B90487" w:rsidRPr="00765081" w:rsidTr="00B90487">
        <w:trPr>
          <w:trHeight w:val="143"/>
          <w:tblCellSpacing w:w="20" w:type="nil"/>
        </w:trPr>
        <w:tc>
          <w:tcPr>
            <w:tcW w:w="993" w:type="dxa"/>
            <w:vMerge w:val="restart"/>
            <w:tcMar>
              <w:top w:w="50" w:type="dxa"/>
              <w:left w:w="100" w:type="dxa"/>
            </w:tcMar>
            <w:vAlign w:val="center"/>
          </w:tcPr>
          <w:p w:rsidR="00B90487" w:rsidRPr="00765081" w:rsidRDefault="00B90487" w:rsidP="00B928D0">
            <w:pPr>
              <w:spacing w:after="0" w:line="276" w:lineRule="auto"/>
              <w:ind w:left="135"/>
              <w:rPr>
                <w:rFonts w:ascii="Times New Roman" w:eastAsia="Calibri" w:hAnsi="Times New Roman" w:cs="Times New Roman"/>
                <w:sz w:val="24"/>
                <w:szCs w:val="24"/>
                <w:lang w:val="en-US"/>
              </w:rPr>
            </w:pPr>
            <w:r w:rsidRPr="00765081">
              <w:rPr>
                <w:rFonts w:ascii="Times New Roman" w:eastAsia="Calibri" w:hAnsi="Times New Roman" w:cs="Times New Roman"/>
                <w:b/>
                <w:color w:val="000000"/>
                <w:sz w:val="24"/>
                <w:szCs w:val="24"/>
                <w:lang w:val="en-US"/>
              </w:rPr>
              <w:t xml:space="preserve">№ п/п </w:t>
            </w:r>
          </w:p>
          <w:p w:rsidR="00B90487" w:rsidRPr="00765081" w:rsidRDefault="00B90487" w:rsidP="00B928D0">
            <w:pPr>
              <w:spacing w:after="0" w:line="276" w:lineRule="auto"/>
              <w:ind w:left="135"/>
              <w:rPr>
                <w:rFonts w:ascii="Times New Roman" w:eastAsia="Calibri" w:hAnsi="Times New Roman" w:cs="Times New Roman"/>
                <w:sz w:val="24"/>
                <w:szCs w:val="24"/>
                <w:lang w:val="en-US"/>
              </w:rPr>
            </w:pPr>
          </w:p>
        </w:tc>
        <w:tc>
          <w:tcPr>
            <w:tcW w:w="4110" w:type="dxa"/>
            <w:vMerge w:val="restart"/>
            <w:tcMar>
              <w:top w:w="50" w:type="dxa"/>
              <w:left w:w="100" w:type="dxa"/>
            </w:tcMar>
            <w:vAlign w:val="center"/>
          </w:tcPr>
          <w:p w:rsidR="00B90487" w:rsidRPr="00765081" w:rsidRDefault="00B90487" w:rsidP="00B928D0">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Наименованиеразделов</w:t>
            </w:r>
            <w:proofErr w:type="spellEnd"/>
            <w:r w:rsidRPr="00765081">
              <w:rPr>
                <w:rFonts w:ascii="Times New Roman" w:eastAsia="Calibri" w:hAnsi="Times New Roman" w:cs="Times New Roman"/>
                <w:b/>
                <w:color w:val="000000"/>
                <w:sz w:val="24"/>
                <w:szCs w:val="24"/>
                <w:lang w:val="en-US"/>
              </w:rPr>
              <w:t xml:space="preserve"> и </w:t>
            </w:r>
            <w:proofErr w:type="spellStart"/>
            <w:r w:rsidRPr="00765081">
              <w:rPr>
                <w:rFonts w:ascii="Times New Roman" w:eastAsia="Calibri" w:hAnsi="Times New Roman" w:cs="Times New Roman"/>
                <w:b/>
                <w:color w:val="000000"/>
                <w:sz w:val="24"/>
                <w:szCs w:val="24"/>
                <w:lang w:val="en-US"/>
              </w:rPr>
              <w:t>тем</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программы</w:t>
            </w:r>
            <w:proofErr w:type="spellEnd"/>
            <w:r w:rsidRPr="00765081">
              <w:rPr>
                <w:rFonts w:ascii="Times New Roman" w:eastAsia="Calibri" w:hAnsi="Times New Roman" w:cs="Times New Roman"/>
                <w:b/>
                <w:color w:val="000000"/>
                <w:sz w:val="24"/>
                <w:szCs w:val="24"/>
                <w:lang w:val="en-US"/>
              </w:rPr>
              <w:t xml:space="preserve"> </w:t>
            </w:r>
          </w:p>
          <w:p w:rsidR="00B90487" w:rsidRPr="00765081" w:rsidRDefault="00B90487" w:rsidP="00B928D0">
            <w:pPr>
              <w:spacing w:after="0" w:line="276" w:lineRule="auto"/>
              <w:ind w:left="135"/>
              <w:rPr>
                <w:rFonts w:ascii="Times New Roman" w:eastAsia="Calibri" w:hAnsi="Times New Roman" w:cs="Times New Roman"/>
                <w:sz w:val="24"/>
                <w:szCs w:val="24"/>
                <w:lang w:val="en-US"/>
              </w:rPr>
            </w:pPr>
          </w:p>
        </w:tc>
        <w:tc>
          <w:tcPr>
            <w:tcW w:w="2552" w:type="dxa"/>
            <w:gridSpan w:val="2"/>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Количество</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часов</w:t>
            </w:r>
            <w:proofErr w:type="spellEnd"/>
          </w:p>
        </w:tc>
        <w:tc>
          <w:tcPr>
            <w:tcW w:w="3260" w:type="dxa"/>
            <w:vMerge w:val="restart"/>
            <w:tcMar>
              <w:top w:w="50" w:type="dxa"/>
              <w:left w:w="100" w:type="dxa"/>
            </w:tcMar>
            <w:vAlign w:val="center"/>
          </w:tcPr>
          <w:p w:rsidR="00B90487" w:rsidRPr="00765081" w:rsidRDefault="00B90487" w:rsidP="00B928D0">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Электронные</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цифровые</w:t>
            </w:r>
            <w:proofErr w:type="spellEnd"/>
            <w:r w:rsidRPr="00765081">
              <w:rPr>
                <w:rFonts w:ascii="Times New Roman" w:eastAsia="Calibri" w:hAnsi="Times New Roman" w:cs="Times New Roman"/>
                <w:b/>
                <w:color w:val="000000"/>
                <w:sz w:val="24"/>
                <w:szCs w:val="24"/>
                <w:lang w:val="en-US"/>
              </w:rPr>
              <w:t xml:space="preserve">) </w:t>
            </w:r>
            <w:proofErr w:type="spellStart"/>
            <w:r w:rsidRPr="00765081">
              <w:rPr>
                <w:rFonts w:ascii="Times New Roman" w:eastAsia="Calibri" w:hAnsi="Times New Roman" w:cs="Times New Roman"/>
                <w:b/>
                <w:color w:val="000000"/>
                <w:sz w:val="24"/>
                <w:szCs w:val="24"/>
                <w:lang w:val="en-US"/>
              </w:rPr>
              <w:t>образовательныересурсы</w:t>
            </w:r>
            <w:proofErr w:type="spellEnd"/>
          </w:p>
          <w:p w:rsidR="00B90487" w:rsidRPr="00765081" w:rsidRDefault="00B90487" w:rsidP="00B928D0">
            <w:pPr>
              <w:spacing w:after="0" w:line="276" w:lineRule="auto"/>
              <w:ind w:left="135"/>
              <w:rPr>
                <w:rFonts w:ascii="Times New Roman" w:eastAsia="Calibri" w:hAnsi="Times New Roman" w:cs="Times New Roman"/>
                <w:sz w:val="24"/>
                <w:szCs w:val="24"/>
                <w:lang w:val="en-US"/>
              </w:rPr>
            </w:pPr>
          </w:p>
        </w:tc>
        <w:tc>
          <w:tcPr>
            <w:tcW w:w="3502" w:type="dxa"/>
            <w:vMerge w:val="restart"/>
          </w:tcPr>
          <w:p w:rsidR="00B90487" w:rsidRPr="00765081" w:rsidRDefault="00B90487" w:rsidP="00B928D0">
            <w:pPr>
              <w:spacing w:after="0" w:line="276" w:lineRule="auto"/>
              <w:ind w:left="135"/>
              <w:rPr>
                <w:rFonts w:ascii="Times New Roman" w:eastAsia="Calibri" w:hAnsi="Times New Roman" w:cs="Times New Roman"/>
                <w:b/>
                <w:color w:val="000000"/>
                <w:sz w:val="24"/>
                <w:szCs w:val="24"/>
              </w:rPr>
            </w:pPr>
            <w:r w:rsidRPr="00765081">
              <w:rPr>
                <w:rFonts w:ascii="Times New Roman" w:eastAsia="Calibri" w:hAnsi="Times New Roman" w:cs="Times New Roman"/>
                <w:b/>
                <w:color w:val="000000"/>
                <w:sz w:val="24"/>
                <w:szCs w:val="24"/>
              </w:rPr>
              <w:t xml:space="preserve">Воспитательный </w:t>
            </w:r>
            <w:proofErr w:type="spellStart"/>
            <w:r w:rsidRPr="00765081">
              <w:rPr>
                <w:rFonts w:ascii="Times New Roman" w:eastAsia="Calibri" w:hAnsi="Times New Roman" w:cs="Times New Roman"/>
                <w:b/>
                <w:color w:val="000000"/>
                <w:sz w:val="24"/>
                <w:szCs w:val="24"/>
              </w:rPr>
              <w:t>компонет</w:t>
            </w:r>
            <w:proofErr w:type="spellEnd"/>
          </w:p>
        </w:tc>
      </w:tr>
      <w:tr w:rsidR="00B90487" w:rsidRPr="00765081" w:rsidTr="00B90487">
        <w:trPr>
          <w:trHeight w:val="143"/>
          <w:tblCellSpacing w:w="20" w:type="nil"/>
        </w:trPr>
        <w:tc>
          <w:tcPr>
            <w:tcW w:w="993" w:type="dxa"/>
            <w:vMerge/>
            <w:tcBorders>
              <w:top w:val="nil"/>
            </w:tcBorders>
            <w:tcMar>
              <w:top w:w="50" w:type="dxa"/>
              <w:left w:w="100" w:type="dxa"/>
            </w:tcMar>
          </w:tcPr>
          <w:p w:rsidR="00B90487" w:rsidRPr="00765081" w:rsidRDefault="00B90487" w:rsidP="00B928D0">
            <w:pPr>
              <w:spacing w:after="200" w:line="276" w:lineRule="auto"/>
              <w:rPr>
                <w:rFonts w:ascii="Times New Roman" w:eastAsia="Calibri" w:hAnsi="Times New Roman" w:cs="Times New Roman"/>
                <w:sz w:val="24"/>
                <w:szCs w:val="24"/>
                <w:lang w:val="en-US"/>
              </w:rPr>
            </w:pPr>
          </w:p>
        </w:tc>
        <w:tc>
          <w:tcPr>
            <w:tcW w:w="4110" w:type="dxa"/>
            <w:vMerge/>
            <w:tcBorders>
              <w:top w:val="nil"/>
            </w:tcBorders>
            <w:tcMar>
              <w:top w:w="50" w:type="dxa"/>
              <w:left w:w="100" w:type="dxa"/>
            </w:tcMar>
          </w:tcPr>
          <w:p w:rsidR="00B90487" w:rsidRPr="00765081" w:rsidRDefault="00B90487" w:rsidP="00B928D0">
            <w:pPr>
              <w:spacing w:after="200" w:line="276" w:lineRule="auto"/>
              <w:rPr>
                <w:rFonts w:ascii="Times New Roman" w:eastAsia="Calibri" w:hAnsi="Times New Roman" w:cs="Times New Roman"/>
                <w:sz w:val="24"/>
                <w:szCs w:val="24"/>
                <w:lang w:val="en-US"/>
              </w:rPr>
            </w:pPr>
          </w:p>
        </w:tc>
        <w:tc>
          <w:tcPr>
            <w:tcW w:w="1276" w:type="dxa"/>
            <w:tcMar>
              <w:top w:w="50" w:type="dxa"/>
              <w:left w:w="100" w:type="dxa"/>
            </w:tcMar>
            <w:vAlign w:val="center"/>
          </w:tcPr>
          <w:p w:rsidR="00B90487" w:rsidRPr="00765081" w:rsidRDefault="00B90487" w:rsidP="00B928D0">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Всего</w:t>
            </w:r>
            <w:proofErr w:type="spellEnd"/>
          </w:p>
          <w:p w:rsidR="00B90487" w:rsidRPr="00765081" w:rsidRDefault="00B90487" w:rsidP="00B928D0">
            <w:pPr>
              <w:spacing w:after="0" w:line="276" w:lineRule="auto"/>
              <w:ind w:left="135"/>
              <w:rPr>
                <w:rFonts w:ascii="Times New Roman" w:eastAsia="Calibri" w:hAnsi="Times New Roman" w:cs="Times New Roman"/>
                <w:sz w:val="24"/>
                <w:szCs w:val="24"/>
                <w:lang w:val="en-US"/>
              </w:rPr>
            </w:pPr>
          </w:p>
        </w:tc>
        <w:tc>
          <w:tcPr>
            <w:tcW w:w="1276" w:type="dxa"/>
            <w:tcMar>
              <w:top w:w="50" w:type="dxa"/>
              <w:left w:w="100" w:type="dxa"/>
            </w:tcMar>
            <w:vAlign w:val="center"/>
          </w:tcPr>
          <w:p w:rsidR="00B90487" w:rsidRPr="00765081" w:rsidRDefault="00B90487" w:rsidP="00B928D0">
            <w:pPr>
              <w:spacing w:after="0" w:line="276" w:lineRule="auto"/>
              <w:ind w:left="135"/>
              <w:rPr>
                <w:rFonts w:ascii="Times New Roman" w:eastAsia="Calibri" w:hAnsi="Times New Roman" w:cs="Times New Roman"/>
                <w:sz w:val="24"/>
                <w:szCs w:val="24"/>
                <w:lang w:val="en-US"/>
              </w:rPr>
            </w:pPr>
            <w:proofErr w:type="spellStart"/>
            <w:r w:rsidRPr="00765081">
              <w:rPr>
                <w:rFonts w:ascii="Times New Roman" w:eastAsia="Calibri" w:hAnsi="Times New Roman" w:cs="Times New Roman"/>
                <w:b/>
                <w:color w:val="000000"/>
                <w:sz w:val="24"/>
                <w:szCs w:val="24"/>
                <w:lang w:val="en-US"/>
              </w:rPr>
              <w:t>Контрольныеработы</w:t>
            </w:r>
            <w:proofErr w:type="spellEnd"/>
          </w:p>
          <w:p w:rsidR="00B90487" w:rsidRPr="00765081" w:rsidRDefault="00B90487" w:rsidP="00B928D0">
            <w:pPr>
              <w:spacing w:after="0" w:line="276" w:lineRule="auto"/>
              <w:ind w:left="135"/>
              <w:rPr>
                <w:rFonts w:ascii="Times New Roman" w:eastAsia="Calibri" w:hAnsi="Times New Roman" w:cs="Times New Roman"/>
                <w:sz w:val="24"/>
                <w:szCs w:val="24"/>
                <w:lang w:val="en-US"/>
              </w:rPr>
            </w:pPr>
          </w:p>
        </w:tc>
        <w:tc>
          <w:tcPr>
            <w:tcW w:w="3260" w:type="dxa"/>
            <w:vMerge/>
            <w:tcMar>
              <w:top w:w="50" w:type="dxa"/>
              <w:left w:w="100" w:type="dxa"/>
            </w:tcMar>
          </w:tcPr>
          <w:p w:rsidR="00B90487" w:rsidRPr="00765081" w:rsidRDefault="00B90487" w:rsidP="00B928D0">
            <w:pPr>
              <w:spacing w:after="200" w:line="276" w:lineRule="auto"/>
              <w:rPr>
                <w:rFonts w:ascii="Times New Roman" w:eastAsia="Calibri" w:hAnsi="Times New Roman" w:cs="Times New Roman"/>
                <w:sz w:val="24"/>
                <w:szCs w:val="24"/>
                <w:lang w:val="en-US"/>
              </w:rPr>
            </w:pPr>
          </w:p>
        </w:tc>
        <w:tc>
          <w:tcPr>
            <w:tcW w:w="3502" w:type="dxa"/>
            <w:vMerge/>
          </w:tcPr>
          <w:p w:rsidR="00B90487" w:rsidRPr="00765081" w:rsidRDefault="00B90487" w:rsidP="00B928D0">
            <w:pPr>
              <w:spacing w:after="200" w:line="276" w:lineRule="auto"/>
              <w:rPr>
                <w:rFonts w:ascii="Times New Roman" w:eastAsia="Calibri" w:hAnsi="Times New Roman" w:cs="Times New Roman"/>
                <w:sz w:val="24"/>
                <w:szCs w:val="24"/>
                <w:lang w:val="en-US"/>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1</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О Родине, героические страницы истории</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13</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w:t>
            </w: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54">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2</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Фольклор (устное народное творчество)</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lang w:val="en-US"/>
              </w:rPr>
              <w:t xml:space="preserve"> 1</w:t>
            </w:r>
            <w:r w:rsidRPr="00765081">
              <w:rPr>
                <w:rFonts w:ascii="Times New Roman" w:eastAsia="Calibri" w:hAnsi="Times New Roman" w:cs="Times New Roman"/>
                <w:color w:val="000000"/>
                <w:sz w:val="24"/>
                <w:szCs w:val="24"/>
              </w:rPr>
              <w:t>4</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55">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w:t>
            </w:r>
            <w:r w:rsidRPr="00765081">
              <w:rPr>
                <w:rFonts w:ascii="Times New Roman" w:eastAsia="Calibri" w:hAnsi="Times New Roman" w:cs="Times New Roman"/>
                <w:color w:val="000000"/>
                <w:sz w:val="24"/>
                <w:szCs w:val="24"/>
              </w:rPr>
              <w:lastRenderedPageBreak/>
              <w:t>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3</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Творчество И.А.Крылова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5</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56">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4</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Творчество А.С.Пушкина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 12 </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57">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по </w:t>
            </w:r>
            <w:r w:rsidRPr="00765081">
              <w:rPr>
                <w:rFonts w:ascii="Times New Roman" w:eastAsia="Calibri" w:hAnsi="Times New Roman" w:cs="Times New Roman"/>
                <w:color w:val="000000"/>
                <w:sz w:val="24"/>
                <w:szCs w:val="24"/>
              </w:rPr>
              <w:lastRenderedPageBreak/>
              <w:t>эмоциональной окраске.</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5</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Творчество М. Ю. Лермонтова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4</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58">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6</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Литературная сказка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9</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59">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7</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Картины природы в творчестве поэтов и писателей Х</w:t>
            </w:r>
            <w:proofErr w:type="gramStart"/>
            <w:r w:rsidRPr="00765081">
              <w:rPr>
                <w:rFonts w:ascii="Times New Roman" w:hAnsi="Times New Roman" w:cs="Times New Roman"/>
                <w:color w:val="000000"/>
                <w:sz w:val="24"/>
                <w:szCs w:val="24"/>
              </w:rPr>
              <w:t>I</w:t>
            </w:r>
            <w:proofErr w:type="gramEnd"/>
            <w:r w:rsidRPr="00765081">
              <w:rPr>
                <w:rFonts w:ascii="Times New Roman" w:hAnsi="Times New Roman" w:cs="Times New Roman"/>
                <w:color w:val="000000"/>
                <w:sz w:val="24"/>
                <w:szCs w:val="24"/>
              </w:rPr>
              <w:t>Х века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6</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0">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8</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Творчество Л. Н. Толстого</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8</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1">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9</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Картины природы в творчестве поэтов и писателей XX века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6</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2">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b/>
                <w:color w:val="000000"/>
                <w:sz w:val="24"/>
                <w:szCs w:val="24"/>
              </w:rPr>
              <w:t>Экологическое воспитание:</w:t>
            </w:r>
          </w:p>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неприятие действий, приносящих ей вред.</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10</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Произведения о животных и родной природе</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20</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3">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подбирать иллюстративный материал (рисунки, фото, </w:t>
            </w:r>
            <w:r w:rsidRPr="00765081">
              <w:rPr>
                <w:rFonts w:ascii="Times New Roman" w:eastAsia="Calibri" w:hAnsi="Times New Roman" w:cs="Times New Roman"/>
                <w:color w:val="000000"/>
                <w:sz w:val="24"/>
                <w:szCs w:val="24"/>
              </w:rPr>
              <w:lastRenderedPageBreak/>
              <w:t>плакаты) к тексту выступления.</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lastRenderedPageBreak/>
              <w:t>11</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Произведения о детях</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rPr>
              <w:t xml:space="preserve"> 10</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4">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ind w:left="135"/>
              <w:rPr>
                <w:rFonts w:ascii="Times New Roman" w:hAnsi="Times New Roman" w:cs="Times New Roman"/>
                <w:color w:val="000000"/>
                <w:sz w:val="24"/>
                <w:szCs w:val="24"/>
              </w:rPr>
            </w:pPr>
            <w:r w:rsidRPr="00765081">
              <w:rPr>
                <w:rFonts w:ascii="Times New Roman" w:eastAsia="Calibri"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12</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Пьеса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5">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13</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Юмористические произведения </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8</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6">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ind w:left="135"/>
              <w:rPr>
                <w:rFonts w:ascii="Times New Roman" w:hAnsi="Times New Roman" w:cs="Times New Roman"/>
                <w:color w:val="000000"/>
                <w:sz w:val="24"/>
                <w:szCs w:val="24"/>
              </w:rPr>
            </w:pPr>
            <w:proofErr w:type="spellStart"/>
            <w:r w:rsidRPr="00765081">
              <w:rPr>
                <w:rFonts w:ascii="Times New Roman" w:eastAsia="Calibri" w:hAnsi="Times New Roman" w:cs="Times New Roman"/>
                <w:color w:val="000000"/>
                <w:sz w:val="24"/>
                <w:szCs w:val="24"/>
              </w:rPr>
              <w:t>Ознание</w:t>
            </w:r>
            <w:proofErr w:type="spellEnd"/>
            <w:r w:rsidRPr="00765081">
              <w:rPr>
                <w:rFonts w:ascii="Times New Roman" w:eastAsia="Calibri" w:hAnsi="Times New Roman" w:cs="Times New Roman"/>
                <w:color w:val="000000"/>
                <w:sz w:val="24"/>
                <w:szCs w:val="24"/>
              </w:rPr>
              <w:t xml:space="preserve"> этических понятий, оценка поведения и поступков персонажей художественных произведений в ситуации нравственного выбора</w:t>
            </w: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14</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Зарубежная литература</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9</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7">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ind w:left="135"/>
              <w:rPr>
                <w:rFonts w:ascii="Times New Roman" w:hAnsi="Times New Roman" w:cs="Times New Roman"/>
                <w:color w:val="000000"/>
                <w:sz w:val="24"/>
                <w:szCs w:val="24"/>
              </w:rPr>
            </w:pPr>
            <w:r w:rsidRPr="00765081">
              <w:rPr>
                <w:rFonts w:ascii="Times New Roman" w:eastAsia="Calibri"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tc>
      </w:tr>
      <w:tr w:rsidR="00B90487" w:rsidRPr="00765081" w:rsidTr="00B90487">
        <w:trPr>
          <w:trHeight w:val="143"/>
          <w:tblCellSpacing w:w="20" w:type="nil"/>
        </w:trPr>
        <w:tc>
          <w:tcPr>
            <w:tcW w:w="993" w:type="dxa"/>
            <w:tcMar>
              <w:top w:w="50" w:type="dxa"/>
              <w:left w:w="100" w:type="dxa"/>
            </w:tcMar>
            <w:vAlign w:val="center"/>
          </w:tcPr>
          <w:p w:rsidR="00B90487" w:rsidRPr="00765081" w:rsidRDefault="00B90487" w:rsidP="00B928D0">
            <w:pPr>
              <w:spacing w:after="0"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15</w:t>
            </w:r>
          </w:p>
        </w:tc>
        <w:tc>
          <w:tcPr>
            <w:tcW w:w="411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proofErr w:type="gramStart"/>
            <w:r w:rsidRPr="00765081">
              <w:rPr>
                <w:rFonts w:ascii="Times New Roman" w:hAnsi="Times New Roman" w:cs="Times New Roman"/>
                <w:color w:val="000000"/>
                <w:sz w:val="24"/>
                <w:szCs w:val="24"/>
              </w:rPr>
              <w:t>Библиографическая культура (работа с детской книгой и справочной литературой</w:t>
            </w:r>
            <w:proofErr w:type="gramEnd"/>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8</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1</w:t>
            </w:r>
          </w:p>
        </w:tc>
        <w:tc>
          <w:tcPr>
            <w:tcW w:w="3260" w:type="dxa"/>
            <w:tcMar>
              <w:top w:w="50" w:type="dxa"/>
              <w:left w:w="100" w:type="dxa"/>
            </w:tcMar>
            <w:vAlign w:val="center"/>
          </w:tcPr>
          <w:p w:rsidR="00B90487" w:rsidRPr="00765081" w:rsidRDefault="00B90487" w:rsidP="00B928D0">
            <w:pPr>
              <w:spacing w:after="0"/>
              <w:ind w:left="135"/>
              <w:rPr>
                <w:rFonts w:ascii="Times New Roman" w:hAnsi="Times New Roman" w:cs="Times New Roman"/>
                <w:sz w:val="24"/>
                <w:szCs w:val="24"/>
              </w:rPr>
            </w:pPr>
            <w:r w:rsidRPr="00765081">
              <w:rPr>
                <w:rFonts w:ascii="Times New Roman" w:hAnsi="Times New Roman" w:cs="Times New Roman"/>
                <w:color w:val="000000"/>
                <w:sz w:val="24"/>
                <w:szCs w:val="24"/>
              </w:rPr>
              <w:t xml:space="preserve">Библиотека ЦОК </w:t>
            </w:r>
            <w:hyperlink r:id="rId68">
              <w:r w:rsidRPr="00765081">
                <w:rPr>
                  <w:rFonts w:ascii="Times New Roman" w:hAnsi="Times New Roman" w:cs="Times New Roman"/>
                  <w:color w:val="0000FF"/>
                  <w:sz w:val="24"/>
                  <w:szCs w:val="24"/>
                  <w:u w:val="single"/>
                </w:rPr>
                <w:t>https://m.edsoo.ru/7f412cec</w:t>
              </w:r>
            </w:hyperlink>
          </w:p>
        </w:tc>
        <w:tc>
          <w:tcPr>
            <w:tcW w:w="3502" w:type="dxa"/>
          </w:tcPr>
          <w:p w:rsidR="00B90487" w:rsidRPr="00765081" w:rsidRDefault="00B90487" w:rsidP="00B928D0">
            <w:pPr>
              <w:spacing w:after="0" w:line="264" w:lineRule="auto"/>
              <w:jc w:val="both"/>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0487" w:rsidRPr="00765081" w:rsidRDefault="00B90487" w:rsidP="00B928D0">
            <w:pPr>
              <w:spacing w:after="0"/>
              <w:ind w:left="135"/>
              <w:rPr>
                <w:rFonts w:ascii="Times New Roman" w:hAnsi="Times New Roman" w:cs="Times New Roman"/>
                <w:color w:val="000000"/>
                <w:sz w:val="24"/>
                <w:szCs w:val="24"/>
              </w:rPr>
            </w:pPr>
          </w:p>
        </w:tc>
      </w:tr>
      <w:tr w:rsidR="00B90487" w:rsidRPr="00765081" w:rsidTr="00B90487">
        <w:trPr>
          <w:trHeight w:val="143"/>
          <w:tblCellSpacing w:w="20" w:type="nil"/>
        </w:trPr>
        <w:tc>
          <w:tcPr>
            <w:tcW w:w="5103" w:type="dxa"/>
            <w:gridSpan w:val="2"/>
            <w:tcMar>
              <w:top w:w="50" w:type="dxa"/>
              <w:left w:w="100" w:type="dxa"/>
            </w:tcMar>
            <w:vAlign w:val="center"/>
          </w:tcPr>
          <w:p w:rsidR="00B90487" w:rsidRPr="00765081" w:rsidRDefault="00B90487" w:rsidP="00B928D0">
            <w:pPr>
              <w:spacing w:after="0" w:line="276" w:lineRule="auto"/>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ОБЩЕЕ КОЛИЧЕСТВО ЧАСОВ ПО ПРОГРАММЕ</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lang w:val="en-US"/>
              </w:rPr>
            </w:pPr>
            <w:r w:rsidRPr="00765081">
              <w:rPr>
                <w:rFonts w:ascii="Times New Roman" w:eastAsia="Calibri" w:hAnsi="Times New Roman" w:cs="Times New Roman"/>
                <w:color w:val="000000"/>
                <w:sz w:val="24"/>
                <w:szCs w:val="24"/>
                <w:lang w:val="en-US"/>
              </w:rPr>
              <w:t xml:space="preserve">136 </w:t>
            </w:r>
          </w:p>
        </w:tc>
        <w:tc>
          <w:tcPr>
            <w:tcW w:w="1276" w:type="dxa"/>
            <w:tcMar>
              <w:top w:w="50" w:type="dxa"/>
              <w:left w:w="100" w:type="dxa"/>
            </w:tcMar>
            <w:vAlign w:val="center"/>
          </w:tcPr>
          <w:p w:rsidR="00B90487" w:rsidRPr="00765081" w:rsidRDefault="00B90487" w:rsidP="00B928D0">
            <w:pPr>
              <w:spacing w:after="0" w:line="276" w:lineRule="auto"/>
              <w:ind w:left="135"/>
              <w:jc w:val="center"/>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2</w:t>
            </w:r>
          </w:p>
        </w:tc>
        <w:tc>
          <w:tcPr>
            <w:tcW w:w="3260" w:type="dxa"/>
            <w:tcMar>
              <w:top w:w="50" w:type="dxa"/>
              <w:left w:w="100" w:type="dxa"/>
            </w:tcMar>
            <w:vAlign w:val="center"/>
          </w:tcPr>
          <w:p w:rsidR="00B90487" w:rsidRPr="00765081" w:rsidRDefault="00B90487" w:rsidP="00B928D0">
            <w:pPr>
              <w:spacing w:after="200" w:line="276" w:lineRule="auto"/>
              <w:rPr>
                <w:rFonts w:ascii="Times New Roman" w:eastAsia="Calibri" w:hAnsi="Times New Roman" w:cs="Times New Roman"/>
                <w:sz w:val="24"/>
                <w:szCs w:val="24"/>
                <w:lang w:val="en-US"/>
              </w:rPr>
            </w:pPr>
          </w:p>
        </w:tc>
        <w:tc>
          <w:tcPr>
            <w:tcW w:w="3502" w:type="dxa"/>
          </w:tcPr>
          <w:p w:rsidR="00B90487" w:rsidRPr="00765081" w:rsidRDefault="00B90487" w:rsidP="00B928D0">
            <w:pPr>
              <w:spacing w:after="200" w:line="276" w:lineRule="auto"/>
              <w:rPr>
                <w:rFonts w:ascii="Times New Roman" w:eastAsia="Calibri" w:hAnsi="Times New Roman" w:cs="Times New Roman"/>
                <w:sz w:val="24"/>
                <w:szCs w:val="24"/>
                <w:lang w:val="en-US"/>
              </w:rPr>
            </w:pPr>
          </w:p>
        </w:tc>
      </w:tr>
    </w:tbl>
    <w:p w:rsidR="00B90487" w:rsidRPr="00765081" w:rsidRDefault="00B90487" w:rsidP="004750F9">
      <w:pPr>
        <w:spacing w:after="200" w:line="276" w:lineRule="auto"/>
        <w:rPr>
          <w:rFonts w:ascii="Times New Roman" w:eastAsia="Calibri" w:hAnsi="Times New Roman" w:cs="Times New Roman"/>
          <w:b/>
          <w:sz w:val="24"/>
          <w:szCs w:val="24"/>
        </w:rPr>
        <w:sectPr w:rsidR="00B90487" w:rsidRPr="00765081">
          <w:pgSz w:w="16383" w:h="11906" w:orient="landscape"/>
          <w:pgMar w:top="1134" w:right="850" w:bottom="1134" w:left="1701" w:header="720" w:footer="720" w:gutter="0"/>
          <w:cols w:space="720"/>
        </w:sectPr>
      </w:pPr>
    </w:p>
    <w:p w:rsidR="008A18C1" w:rsidRPr="00765081" w:rsidRDefault="008A18C1" w:rsidP="008A18C1">
      <w:pPr>
        <w:spacing w:after="0" w:line="240" w:lineRule="auto"/>
        <w:jc w:val="both"/>
        <w:rPr>
          <w:rFonts w:ascii="Times New Roman" w:eastAsia="Times New Roman" w:hAnsi="Times New Roman" w:cs="Times New Roman"/>
          <w:color w:val="333333"/>
          <w:sz w:val="24"/>
          <w:szCs w:val="24"/>
          <w:lang w:eastAsia="ru-RU"/>
        </w:rPr>
      </w:pPr>
    </w:p>
    <w:p w:rsidR="008A18C1" w:rsidRPr="00382DC6" w:rsidRDefault="00382DC6" w:rsidP="00382DC6">
      <w:pPr>
        <w:spacing w:after="0" w:line="240" w:lineRule="auto"/>
        <w:jc w:val="center"/>
        <w:rPr>
          <w:rFonts w:ascii="Times New Roman" w:eastAsia="Times New Roman" w:hAnsi="Times New Roman" w:cs="Times New Roman"/>
          <w:b/>
          <w:sz w:val="24"/>
          <w:szCs w:val="24"/>
          <w:lang w:eastAsia="ru-RU"/>
        </w:rPr>
      </w:pPr>
      <w:r w:rsidRPr="00382DC6">
        <w:rPr>
          <w:rFonts w:ascii="Times New Roman" w:eastAsia="Times New Roman" w:hAnsi="Times New Roman" w:cs="Times New Roman"/>
          <w:b/>
          <w:sz w:val="24"/>
          <w:szCs w:val="24"/>
          <w:lang w:eastAsia="ru-RU"/>
        </w:rPr>
        <w:t>Календарно-тематическое планирование</w:t>
      </w:r>
      <w:r>
        <w:rPr>
          <w:rFonts w:ascii="Times New Roman" w:eastAsia="Times New Roman" w:hAnsi="Times New Roman" w:cs="Times New Roman"/>
          <w:b/>
          <w:sz w:val="24"/>
          <w:szCs w:val="24"/>
          <w:lang w:eastAsia="ru-RU"/>
        </w:rPr>
        <w:t xml:space="preserve"> по литературному чтению </w:t>
      </w:r>
    </w:p>
    <w:p w:rsidR="008A18C1" w:rsidRPr="00382DC6" w:rsidRDefault="008A18C1" w:rsidP="00382DC6">
      <w:pPr>
        <w:spacing w:after="0" w:line="240" w:lineRule="auto"/>
        <w:jc w:val="center"/>
        <w:rPr>
          <w:rFonts w:ascii="Times New Roman" w:eastAsia="Times New Roman" w:hAnsi="Times New Roman" w:cs="Times New Roman"/>
          <w:b/>
          <w:sz w:val="24"/>
          <w:szCs w:val="24"/>
          <w:lang w:eastAsia="ru-RU"/>
        </w:rPr>
      </w:pPr>
      <w:r w:rsidRPr="00382DC6">
        <w:rPr>
          <w:rFonts w:ascii="Times New Roman" w:eastAsia="Times New Roman" w:hAnsi="Times New Roman" w:cs="Times New Roman"/>
          <w:b/>
          <w:sz w:val="24"/>
          <w:szCs w:val="24"/>
          <w:lang w:eastAsia="ru-RU"/>
        </w:rPr>
        <w:t>1 класс</w:t>
      </w:r>
      <w:bookmarkStart w:id="48" w:name="_GoBack"/>
      <w:bookmarkEnd w:id="48"/>
    </w:p>
    <w:p w:rsidR="008A18C1" w:rsidRPr="00765081" w:rsidRDefault="008A18C1" w:rsidP="008A18C1">
      <w:pPr>
        <w:spacing w:after="0" w:line="240" w:lineRule="auto"/>
        <w:jc w:val="both"/>
        <w:rPr>
          <w:rFonts w:ascii="Times New Roman" w:eastAsia="Times New Roman" w:hAnsi="Times New Roman" w:cs="Times New Roman"/>
          <w:b/>
          <w:color w:val="333333"/>
          <w:sz w:val="24"/>
          <w:szCs w:val="24"/>
          <w:lang w:eastAsia="ru-RU"/>
        </w:rPr>
      </w:pPr>
    </w:p>
    <w:tbl>
      <w:tblPr>
        <w:tblStyle w:val="ab"/>
        <w:tblW w:w="14885" w:type="dxa"/>
        <w:tblInd w:w="-431" w:type="dxa"/>
        <w:tblLayout w:type="fixed"/>
        <w:tblLook w:val="04A0"/>
      </w:tblPr>
      <w:tblGrid>
        <w:gridCol w:w="852"/>
        <w:gridCol w:w="2268"/>
        <w:gridCol w:w="5103"/>
        <w:gridCol w:w="3969"/>
        <w:gridCol w:w="1275"/>
        <w:gridCol w:w="1418"/>
      </w:tblGrid>
      <w:tr w:rsidR="008A18C1" w:rsidRPr="00765081" w:rsidTr="00541C25">
        <w:trPr>
          <w:trHeight w:val="525"/>
        </w:trPr>
        <w:tc>
          <w:tcPr>
            <w:tcW w:w="852" w:type="dxa"/>
            <w:vMerge w:val="restart"/>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r w:rsidRPr="00765081">
              <w:rPr>
                <w:rFonts w:ascii="Times New Roman" w:eastAsia="Calibri" w:hAnsi="Times New Roman" w:cs="Times New Roman"/>
                <w:sz w:val="24"/>
                <w:szCs w:val="24"/>
              </w:rPr>
              <w:t>№ урока</w:t>
            </w:r>
          </w:p>
        </w:tc>
        <w:tc>
          <w:tcPr>
            <w:tcW w:w="2268" w:type="dxa"/>
            <w:vMerge w:val="restart"/>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r w:rsidRPr="00765081">
              <w:rPr>
                <w:rFonts w:ascii="Times New Roman" w:eastAsia="Calibri" w:hAnsi="Times New Roman" w:cs="Times New Roman"/>
                <w:sz w:val="24"/>
                <w:szCs w:val="24"/>
              </w:rPr>
              <w:t>Тема, раздел курса</w:t>
            </w:r>
          </w:p>
        </w:tc>
        <w:tc>
          <w:tcPr>
            <w:tcW w:w="5103" w:type="dxa"/>
            <w:vMerge w:val="restart"/>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r w:rsidRPr="00765081">
              <w:rPr>
                <w:rFonts w:ascii="Times New Roman" w:eastAsia="Calibri" w:hAnsi="Times New Roman" w:cs="Times New Roman"/>
                <w:sz w:val="24"/>
                <w:szCs w:val="24"/>
              </w:rPr>
              <w:t>Тема урока</w:t>
            </w:r>
          </w:p>
        </w:tc>
        <w:tc>
          <w:tcPr>
            <w:tcW w:w="3969" w:type="dxa"/>
            <w:vMerge w:val="restart"/>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r w:rsidRPr="00765081">
              <w:rPr>
                <w:rFonts w:ascii="Times New Roman" w:eastAsia="Calibri" w:hAnsi="Times New Roman" w:cs="Times New Roman"/>
                <w:sz w:val="24"/>
                <w:szCs w:val="24"/>
              </w:rPr>
              <w:t>ЭОР</w:t>
            </w:r>
          </w:p>
        </w:tc>
        <w:tc>
          <w:tcPr>
            <w:tcW w:w="2693" w:type="dxa"/>
            <w:gridSpan w:val="2"/>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r w:rsidRPr="00765081">
              <w:rPr>
                <w:rFonts w:ascii="Times New Roman" w:eastAsia="Calibri" w:hAnsi="Times New Roman" w:cs="Times New Roman"/>
                <w:sz w:val="24"/>
                <w:szCs w:val="24"/>
              </w:rPr>
              <w:t>Дата проведения урока</w:t>
            </w:r>
          </w:p>
        </w:tc>
      </w:tr>
      <w:tr w:rsidR="008A18C1" w:rsidRPr="00765081" w:rsidTr="00541C25">
        <w:trPr>
          <w:trHeight w:val="525"/>
        </w:trPr>
        <w:tc>
          <w:tcPr>
            <w:tcW w:w="852" w:type="dxa"/>
            <w:vMerge/>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p>
        </w:tc>
        <w:tc>
          <w:tcPr>
            <w:tcW w:w="2268" w:type="dxa"/>
            <w:vMerge/>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p>
        </w:tc>
        <w:tc>
          <w:tcPr>
            <w:tcW w:w="5103" w:type="dxa"/>
            <w:vMerge/>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p>
        </w:tc>
        <w:tc>
          <w:tcPr>
            <w:tcW w:w="3969" w:type="dxa"/>
            <w:vMerge/>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p>
        </w:tc>
        <w:tc>
          <w:tcPr>
            <w:tcW w:w="1275" w:type="dxa"/>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r w:rsidRPr="00765081">
              <w:rPr>
                <w:rFonts w:ascii="Times New Roman" w:eastAsia="Calibri" w:hAnsi="Times New Roman" w:cs="Times New Roman"/>
                <w:sz w:val="24"/>
                <w:szCs w:val="24"/>
              </w:rPr>
              <w:t>по плану</w:t>
            </w:r>
          </w:p>
        </w:tc>
        <w:tc>
          <w:tcPr>
            <w:tcW w:w="1418" w:type="dxa"/>
          </w:tcPr>
          <w:p w:rsidR="008A18C1" w:rsidRPr="00765081" w:rsidRDefault="008A18C1" w:rsidP="008A18C1">
            <w:pPr>
              <w:pBdr>
                <w:top w:val="nil"/>
                <w:left w:val="nil"/>
                <w:bottom w:val="nil"/>
                <w:right w:val="nil"/>
                <w:between w:val="single" w:sz="4" w:space="1" w:color="auto"/>
              </w:pBdr>
              <w:jc w:val="center"/>
              <w:rPr>
                <w:rFonts w:ascii="Times New Roman" w:eastAsia="Calibri" w:hAnsi="Times New Roman" w:cs="Times New Roman"/>
                <w:b/>
                <w:color w:val="000000"/>
                <w:sz w:val="24"/>
                <w:szCs w:val="24"/>
              </w:rPr>
            </w:pPr>
            <w:r w:rsidRPr="00765081">
              <w:rPr>
                <w:rFonts w:ascii="Times New Roman" w:eastAsia="Calibri" w:hAnsi="Times New Roman" w:cs="Times New Roman"/>
                <w:sz w:val="24"/>
                <w:szCs w:val="24"/>
              </w:rPr>
              <w:t>по факту</w:t>
            </w: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w:t>
            </w:r>
          </w:p>
        </w:tc>
        <w:tc>
          <w:tcPr>
            <w:tcW w:w="2268" w:type="dxa"/>
            <w:vMerge w:val="restart"/>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highlight w:val="white"/>
              </w:rPr>
              <w:t>Развитие речи.</w:t>
            </w:r>
            <w:r w:rsidRPr="00765081">
              <w:rPr>
                <w:rFonts w:ascii="Times New Roman" w:eastAsia="Calibri" w:hAnsi="Times New Roman" w:cs="Times New Roman"/>
                <w:color w:val="000000"/>
                <w:sz w:val="24"/>
                <w:szCs w:val="24"/>
              </w:rPr>
              <w:t xml:space="preserve"> (4ч)</w:t>
            </w: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Составление рассказов по сюжетным картинкам</w:t>
            </w:r>
          </w:p>
        </w:tc>
        <w:tc>
          <w:tcPr>
            <w:tcW w:w="3969" w:type="dxa"/>
            <w:vAlign w:val="center"/>
          </w:tcPr>
          <w:p w:rsidR="008A18C1" w:rsidRPr="00765081" w:rsidRDefault="007B5670" w:rsidP="008A18C1">
            <w:pPr>
              <w:rPr>
                <w:rFonts w:ascii="Times New Roman" w:eastAsia="Calibri" w:hAnsi="Times New Roman" w:cs="Times New Roman"/>
                <w:sz w:val="24"/>
                <w:szCs w:val="24"/>
              </w:rPr>
            </w:pPr>
            <w:hyperlink r:id="rId69" w:history="1">
              <w:r w:rsidR="008A18C1" w:rsidRPr="00765081">
                <w:rPr>
                  <w:rFonts w:ascii="Times New Roman" w:eastAsia="Calibri" w:hAnsi="Times New Roman" w:cs="Times New Roman"/>
                  <w:color w:val="0563C1"/>
                  <w:sz w:val="24"/>
                  <w:szCs w:val="24"/>
                  <w:u w:val="single"/>
                </w:rPr>
                <w:t>https://easyen.ru/load/russkij_jazyk/1_klass/didakticheskij_material_uchimsja_sostavljat_tekst_po_kartinkam_1/380-1-0-64026</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Выделение предложения из речевого потока</w:t>
            </w:r>
          </w:p>
        </w:tc>
        <w:tc>
          <w:tcPr>
            <w:tcW w:w="3969" w:type="dxa"/>
          </w:tcPr>
          <w:p w:rsidR="008A18C1" w:rsidRPr="00765081" w:rsidRDefault="007B5670" w:rsidP="008A18C1">
            <w:pPr>
              <w:rPr>
                <w:rFonts w:ascii="Times New Roman" w:eastAsia="Calibri" w:hAnsi="Times New Roman" w:cs="Times New Roman"/>
                <w:sz w:val="24"/>
                <w:szCs w:val="24"/>
              </w:rPr>
            </w:pPr>
            <w:hyperlink r:id="rId70" w:history="1">
              <w:r w:rsidR="008A18C1" w:rsidRPr="00765081">
                <w:rPr>
                  <w:rFonts w:ascii="Times New Roman" w:eastAsia="Calibri" w:hAnsi="Times New Roman" w:cs="Times New Roman"/>
                  <w:color w:val="0563C1"/>
                  <w:sz w:val="24"/>
                  <w:szCs w:val="24"/>
                  <w:u w:val="single"/>
                </w:rPr>
                <w:t>https://easyen.ru/load/russkij_jazyk/obuchenie_gramote/m_prezentacija_k_uroku_obuchenija_gramote_po_teme_predlozhenie_i_slovo/379-1-0-82064</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Моделирование состава предложения</w:t>
            </w:r>
          </w:p>
        </w:tc>
        <w:tc>
          <w:tcPr>
            <w:tcW w:w="3969" w:type="dxa"/>
          </w:tcPr>
          <w:p w:rsidR="008A18C1" w:rsidRPr="00765081" w:rsidRDefault="007B5670" w:rsidP="008A18C1">
            <w:pPr>
              <w:rPr>
                <w:rFonts w:ascii="Times New Roman" w:eastAsia="Calibri" w:hAnsi="Times New Roman" w:cs="Times New Roman"/>
                <w:sz w:val="24"/>
                <w:szCs w:val="24"/>
              </w:rPr>
            </w:pPr>
            <w:hyperlink r:id="rId71" w:history="1">
              <w:r w:rsidR="008A18C1" w:rsidRPr="00765081">
                <w:rPr>
                  <w:rFonts w:ascii="Times New Roman" w:eastAsia="Calibri" w:hAnsi="Times New Roman" w:cs="Times New Roman"/>
                  <w:color w:val="0563C1"/>
                  <w:sz w:val="24"/>
                  <w:szCs w:val="24"/>
                  <w:u w:val="single"/>
                </w:rPr>
                <w:t>https://kopilkaurokov.ru/nachalniyeklassi/presentacii/priezientatsiia-priedlozhieniie-sostoit-iz-slov-obuchieniie-ghramotie-1-klass</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о Родине. Произведение по выбору, например, С.Д. Дрожжин "Привет"</w:t>
            </w:r>
          </w:p>
        </w:tc>
        <w:tc>
          <w:tcPr>
            <w:tcW w:w="3969" w:type="dxa"/>
          </w:tcPr>
          <w:p w:rsidR="008A18C1" w:rsidRPr="00765081" w:rsidRDefault="007B5670" w:rsidP="008A18C1">
            <w:pPr>
              <w:rPr>
                <w:rFonts w:ascii="Times New Roman" w:eastAsia="Calibri" w:hAnsi="Times New Roman" w:cs="Times New Roman"/>
                <w:sz w:val="24"/>
                <w:szCs w:val="24"/>
              </w:rPr>
            </w:pPr>
            <w:hyperlink r:id="rId72" w:history="1">
              <w:r w:rsidR="008A18C1" w:rsidRPr="00765081">
                <w:rPr>
                  <w:rFonts w:ascii="Times New Roman" w:eastAsia="Calibri" w:hAnsi="Times New Roman" w:cs="Times New Roman"/>
                  <w:color w:val="0563C1"/>
                  <w:sz w:val="24"/>
                  <w:szCs w:val="24"/>
                  <w:u w:val="single"/>
                </w:rPr>
                <w:t>https://www.uchebnikvsluh.ru/catalog/1879/</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w:t>
            </w:r>
          </w:p>
        </w:tc>
        <w:tc>
          <w:tcPr>
            <w:tcW w:w="2268" w:type="dxa"/>
            <w:vMerge w:val="restart"/>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 xml:space="preserve">Фонетика (4 ч) </w:t>
            </w: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Выделение первого звука в слове</w:t>
            </w:r>
          </w:p>
        </w:tc>
        <w:tc>
          <w:tcPr>
            <w:tcW w:w="3969" w:type="dxa"/>
            <w:vAlign w:val="center"/>
          </w:tcPr>
          <w:p w:rsidR="008A18C1" w:rsidRPr="00765081" w:rsidRDefault="007B5670" w:rsidP="008A18C1">
            <w:pPr>
              <w:rPr>
                <w:rFonts w:ascii="Times New Roman" w:eastAsia="Calibri" w:hAnsi="Times New Roman" w:cs="Times New Roman"/>
                <w:sz w:val="24"/>
                <w:szCs w:val="24"/>
              </w:rPr>
            </w:pPr>
            <w:hyperlink r:id="rId73" w:history="1">
              <w:r w:rsidR="008A18C1" w:rsidRPr="00765081">
                <w:rPr>
                  <w:rFonts w:ascii="Times New Roman" w:eastAsia="Calibri" w:hAnsi="Times New Roman" w:cs="Times New Roman"/>
                  <w:color w:val="0563C1"/>
                  <w:sz w:val="24"/>
                  <w:szCs w:val="24"/>
                  <w:u w:val="single"/>
                </w:rPr>
                <w:t>https://nsportal.ru/nachalnaya-shkola/russkii-yazyk/2017/11/13/prezentatsiya-k-uroku-russkogo-yazyka-obuchenie-gramote-v</w:t>
              </w:r>
            </w:hyperlink>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i/>
                <w:color w:val="000000"/>
                <w:sz w:val="24"/>
                <w:szCs w:val="24"/>
              </w:rPr>
              <w:t>Комплексная работа</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74" w:history="1">
              <w:r w:rsidR="008A18C1" w:rsidRPr="00765081">
                <w:rPr>
                  <w:rFonts w:ascii="Times New Roman" w:eastAsia="Calibri" w:hAnsi="Times New Roman" w:cs="Times New Roman"/>
                  <w:color w:val="0563C1"/>
                  <w:sz w:val="24"/>
                  <w:szCs w:val="24"/>
                  <w:u w:val="single"/>
                </w:rPr>
                <w:t>https://nsportal.ru/nachalnaya-shkola/russkii-yazyk/2017/11/13/prezentatsiya-k-uroku-russkogo-yazyka-obuchenie-gramote-v</w:t>
              </w:r>
            </w:hyperlink>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7</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Выделение гласных звуков в слове</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75" w:history="1">
              <w:r w:rsidR="008A18C1" w:rsidRPr="00765081">
                <w:rPr>
                  <w:rFonts w:ascii="Times New Roman" w:eastAsia="Calibri" w:hAnsi="Times New Roman" w:cs="Times New Roman"/>
                  <w:color w:val="0563C1"/>
                  <w:sz w:val="24"/>
                  <w:szCs w:val="24"/>
                  <w:u w:val="single"/>
                </w:rPr>
                <w:t>https://kopilkaurokov.ru/nachalniyeKlassi</w:t>
              </w:r>
            </w:hyperlink>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Borders>
              <w:bottom w:val="single" w:sz="4" w:space="0" w:color="auto"/>
            </w:tcBorders>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8</w:t>
            </w:r>
          </w:p>
        </w:tc>
        <w:tc>
          <w:tcPr>
            <w:tcW w:w="2268" w:type="dxa"/>
            <w:vMerge/>
            <w:tcBorders>
              <w:bottom w:val="single" w:sz="4" w:space="0" w:color="auto"/>
            </w:tcBorders>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tcBorders>
              <w:bottom w:val="single" w:sz="4" w:space="0" w:color="auto"/>
            </w:tcBorders>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о Родине. Произведение по выбору, например, Е.В. Серова "Мой дом"</w:t>
            </w:r>
          </w:p>
        </w:tc>
        <w:tc>
          <w:tcPr>
            <w:tcW w:w="3969" w:type="dxa"/>
            <w:tcBorders>
              <w:bottom w:val="single" w:sz="4" w:space="0" w:color="auto"/>
            </w:tcBorders>
          </w:tcPr>
          <w:p w:rsidR="008A18C1" w:rsidRPr="00765081" w:rsidRDefault="007B5670" w:rsidP="008A18C1">
            <w:pPr>
              <w:rPr>
                <w:rFonts w:ascii="Times New Roman" w:eastAsia="Calibri" w:hAnsi="Times New Roman" w:cs="Times New Roman"/>
                <w:sz w:val="24"/>
                <w:szCs w:val="24"/>
              </w:rPr>
            </w:pPr>
            <w:hyperlink r:id="rId76" w:history="1">
              <w:r w:rsidR="008A18C1" w:rsidRPr="00765081">
                <w:rPr>
                  <w:rFonts w:ascii="Times New Roman" w:eastAsia="Calibri" w:hAnsi="Times New Roman" w:cs="Times New Roman"/>
                  <w:color w:val="0563C1"/>
                  <w:sz w:val="24"/>
                  <w:szCs w:val="24"/>
                  <w:u w:val="single"/>
                </w:rPr>
                <w:t>https://infourok.ru/prezentaciya-klass-vek-e-serova-moy-dom-literaturnoe-slushanie-3252503.html</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Borders>
              <w:bottom w:val="single" w:sz="4" w:space="0" w:color="auto"/>
            </w:tcBorders>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Borders>
              <w:top w:val="single" w:sz="4" w:space="0" w:color="auto"/>
            </w:tcBorders>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9</w:t>
            </w:r>
          </w:p>
        </w:tc>
        <w:tc>
          <w:tcPr>
            <w:tcW w:w="2268" w:type="dxa"/>
            <w:vMerge w:val="restart"/>
            <w:tcBorders>
              <w:top w:val="single" w:sz="4" w:space="0" w:color="auto"/>
            </w:tcBorders>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Чтение (72 ч)</w:t>
            </w:r>
          </w:p>
        </w:tc>
        <w:tc>
          <w:tcPr>
            <w:tcW w:w="5103" w:type="dxa"/>
            <w:tcBorders>
              <w:top w:val="single" w:sz="4" w:space="0" w:color="auto"/>
            </w:tcBorders>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Сравнение звуков по твёрдости-мягкости</w:t>
            </w:r>
          </w:p>
        </w:tc>
        <w:tc>
          <w:tcPr>
            <w:tcW w:w="3969" w:type="dxa"/>
            <w:tcBorders>
              <w:top w:val="single" w:sz="4" w:space="0" w:color="auto"/>
            </w:tcBorders>
          </w:tcPr>
          <w:p w:rsidR="008A18C1" w:rsidRPr="00765081" w:rsidRDefault="007B5670" w:rsidP="008A18C1">
            <w:pPr>
              <w:rPr>
                <w:rFonts w:ascii="Times New Roman" w:eastAsia="Calibri" w:hAnsi="Times New Roman" w:cs="Times New Roman"/>
                <w:sz w:val="24"/>
                <w:szCs w:val="24"/>
              </w:rPr>
            </w:pPr>
            <w:hyperlink r:id="rId77" w:history="1">
              <w:r w:rsidR="008A18C1" w:rsidRPr="00765081">
                <w:rPr>
                  <w:rFonts w:ascii="Times New Roman" w:eastAsia="Calibri" w:hAnsi="Times New Roman" w:cs="Times New Roman"/>
                  <w:color w:val="0563C1"/>
                  <w:sz w:val="24"/>
                  <w:szCs w:val="24"/>
                  <w:u w:val="single"/>
                </w:rPr>
                <w:t>https://easyen.ru/load/russkij_jazyk/obuchenie_gramote/prezentacija_k_uroku_obuchenija_gramote_po_teme_tvjordye_i_mjagkie_soglasnye/379-1-0-83419</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Borders>
              <w:top w:val="single" w:sz="4" w:space="0" w:color="auto"/>
            </w:tcBorders>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10</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Отражение качественных характеристик звуков в моделях слов</w:t>
            </w:r>
          </w:p>
        </w:tc>
        <w:tc>
          <w:tcPr>
            <w:tcW w:w="3969" w:type="dxa"/>
          </w:tcPr>
          <w:p w:rsidR="008A18C1" w:rsidRPr="00765081" w:rsidRDefault="007B5670" w:rsidP="008A18C1">
            <w:pPr>
              <w:rPr>
                <w:rFonts w:ascii="Times New Roman" w:eastAsia="Calibri" w:hAnsi="Times New Roman" w:cs="Times New Roman"/>
                <w:sz w:val="24"/>
                <w:szCs w:val="24"/>
              </w:rPr>
            </w:pPr>
            <w:hyperlink r:id="rId78" w:history="1">
              <w:r w:rsidR="008A18C1" w:rsidRPr="00765081">
                <w:rPr>
                  <w:rFonts w:ascii="Times New Roman" w:eastAsia="Calibri" w:hAnsi="Times New Roman" w:cs="Times New Roman"/>
                  <w:color w:val="0563C1"/>
                  <w:sz w:val="24"/>
                  <w:szCs w:val="24"/>
                  <w:u w:val="single"/>
                </w:rPr>
                <w:t>https://easyen.ru/load/russkij_jazyk/obuchenie_gramote/zvukovaja_model_slova/379-1-0-36684</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11</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Отработка умения проводить звуковой анализ слова</w:t>
            </w:r>
          </w:p>
        </w:tc>
        <w:tc>
          <w:tcPr>
            <w:tcW w:w="3969" w:type="dxa"/>
          </w:tcPr>
          <w:p w:rsidR="008A18C1" w:rsidRPr="00765081" w:rsidRDefault="007B5670" w:rsidP="008A18C1">
            <w:pPr>
              <w:rPr>
                <w:rFonts w:ascii="Times New Roman" w:eastAsia="Calibri" w:hAnsi="Times New Roman" w:cs="Times New Roman"/>
                <w:sz w:val="24"/>
                <w:szCs w:val="24"/>
              </w:rPr>
            </w:pPr>
            <w:hyperlink r:id="rId79" w:history="1">
              <w:r w:rsidR="008A18C1" w:rsidRPr="00765081">
                <w:rPr>
                  <w:rFonts w:ascii="Times New Roman" w:eastAsia="Calibri" w:hAnsi="Times New Roman" w:cs="Times New Roman"/>
                  <w:color w:val="0563C1"/>
                  <w:sz w:val="24"/>
                  <w:szCs w:val="24"/>
                  <w:u w:val="single"/>
                </w:rPr>
                <w:t>https://easyen.ru/load/russkij_jazyk/obuchenie_gramote/trenazher_zvukovoj_analiz_slova/379-1-0-17261</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12</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о природе. Произведение по выбору, например, И.ССоколов-Микитов "Русский лес"</w:t>
            </w:r>
          </w:p>
        </w:tc>
        <w:tc>
          <w:tcPr>
            <w:tcW w:w="3969" w:type="dxa"/>
          </w:tcPr>
          <w:p w:rsidR="008A18C1" w:rsidRPr="00765081" w:rsidRDefault="007B5670" w:rsidP="008A18C1">
            <w:pPr>
              <w:rPr>
                <w:rFonts w:ascii="Times New Roman" w:eastAsia="Calibri" w:hAnsi="Times New Roman" w:cs="Times New Roman"/>
                <w:sz w:val="24"/>
                <w:szCs w:val="24"/>
              </w:rPr>
            </w:pPr>
            <w:hyperlink r:id="rId80" w:history="1">
              <w:r w:rsidR="008A18C1" w:rsidRPr="00765081">
                <w:rPr>
                  <w:rFonts w:ascii="Times New Roman" w:eastAsia="Calibri" w:hAnsi="Times New Roman" w:cs="Times New Roman"/>
                  <w:color w:val="0563C1"/>
                  <w:sz w:val="24"/>
                  <w:szCs w:val="24"/>
                  <w:u w:val="single"/>
                </w:rPr>
                <w:t>https://www.uchebnikvsluh.ru/catalog/2417/</w:t>
              </w:r>
            </w:hyperlink>
          </w:p>
          <w:p w:rsidR="008A18C1" w:rsidRPr="00765081" w:rsidRDefault="008A18C1" w:rsidP="008A18C1">
            <w:pP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13</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Отработка умения устанавливать последовательность звуков в слове</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1" w:history="1">
              <w:r w:rsidR="008A18C1" w:rsidRPr="00765081">
                <w:rPr>
                  <w:rFonts w:ascii="Times New Roman" w:eastAsia="Calibri" w:hAnsi="Times New Roman" w:cs="Times New Roman"/>
                  <w:color w:val="0563C1"/>
                  <w:sz w:val="24"/>
                  <w:szCs w:val="24"/>
                  <w:u w:val="single"/>
                </w:rPr>
                <w:t>https://nsportal.ru/nachalnaya-shkola/chtenie/2014/11/01/prezentatsiya-sostavlenie-zvukovykh-skhem-slov</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14</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А</w:t>
            </w:r>
            <w:proofErr w:type="gramEnd"/>
            <w:r w:rsidRPr="00765081">
              <w:rPr>
                <w:rFonts w:ascii="Times New Roman" w:eastAsia="Calibri" w:hAnsi="Times New Roman" w:cs="Times New Roman"/>
                <w:color w:val="000000"/>
                <w:sz w:val="24"/>
                <w:szCs w:val="24"/>
              </w:rPr>
              <w:t>, а</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2" w:history="1">
              <w:r w:rsidR="008A18C1" w:rsidRPr="00765081">
                <w:rPr>
                  <w:rFonts w:ascii="Times New Roman" w:eastAsia="Calibri" w:hAnsi="Times New Roman" w:cs="Times New Roman"/>
                  <w:color w:val="0563C1"/>
                  <w:sz w:val="24"/>
                  <w:szCs w:val="24"/>
                  <w:u w:val="single"/>
                </w:rPr>
                <w:t>https://resh.edu.ru/subject/lesson/4101/start/281633/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15</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А</w:t>
            </w:r>
            <w:proofErr w:type="gramEnd"/>
            <w:r w:rsidRPr="00765081">
              <w:rPr>
                <w:rFonts w:ascii="Times New Roman" w:eastAsia="Calibri" w:hAnsi="Times New Roman" w:cs="Times New Roman"/>
                <w:color w:val="000000"/>
                <w:sz w:val="24"/>
                <w:szCs w:val="24"/>
              </w:rPr>
              <w:t>, а</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3" w:history="1">
              <w:r w:rsidR="008A18C1" w:rsidRPr="00765081">
                <w:rPr>
                  <w:rFonts w:ascii="Times New Roman" w:eastAsia="Calibri" w:hAnsi="Times New Roman" w:cs="Times New Roman"/>
                  <w:color w:val="0563C1"/>
                  <w:sz w:val="24"/>
                  <w:szCs w:val="24"/>
                  <w:u w:val="single"/>
                </w:rPr>
                <w:t>https://resh.edu.ru/subject/lesson/4101/start/281633/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16</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w:t>
            </w:r>
            <w:proofErr w:type="gramStart"/>
            <w:r w:rsidRPr="00765081">
              <w:rPr>
                <w:rFonts w:ascii="Times New Roman" w:eastAsia="Calibri" w:hAnsi="Times New Roman" w:cs="Times New Roman"/>
                <w:color w:val="000000"/>
                <w:sz w:val="24"/>
                <w:szCs w:val="24"/>
              </w:rPr>
              <w:t>заглавной</w:t>
            </w:r>
            <w:proofErr w:type="gramEnd"/>
            <w:r w:rsidRPr="00765081">
              <w:rPr>
                <w:rFonts w:ascii="Times New Roman" w:eastAsia="Calibri" w:hAnsi="Times New Roman" w:cs="Times New Roman"/>
                <w:color w:val="000000"/>
                <w:sz w:val="24"/>
                <w:szCs w:val="24"/>
              </w:rPr>
              <w:t xml:space="preserve"> буквами Я, я</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4" w:history="1">
              <w:r w:rsidR="008A18C1" w:rsidRPr="00765081">
                <w:rPr>
                  <w:rFonts w:ascii="Times New Roman" w:eastAsia="Calibri" w:hAnsi="Times New Roman" w:cs="Times New Roman"/>
                  <w:color w:val="0563C1"/>
                  <w:sz w:val="24"/>
                  <w:szCs w:val="24"/>
                  <w:u w:val="single"/>
                </w:rPr>
                <w:t>https://resh.edu.ru/subject/lesson/6382/start/271182/</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17</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 Я, я</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5" w:history="1">
              <w:r w:rsidR="008A18C1" w:rsidRPr="00765081">
                <w:rPr>
                  <w:rFonts w:ascii="Times New Roman" w:eastAsia="Calibri" w:hAnsi="Times New Roman" w:cs="Times New Roman"/>
                  <w:color w:val="0563C1"/>
                  <w:sz w:val="24"/>
                  <w:szCs w:val="24"/>
                  <w:u w:val="single"/>
                </w:rPr>
                <w:t>https://resh.edu.ru/subject/lesson/6382/start/271182/</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18</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О</w:t>
            </w:r>
            <w:proofErr w:type="gramEnd"/>
            <w:r w:rsidRPr="00765081">
              <w:rPr>
                <w:rFonts w:ascii="Times New Roman" w:eastAsia="Calibri" w:hAnsi="Times New Roman" w:cs="Times New Roman"/>
                <w:color w:val="000000"/>
                <w:sz w:val="24"/>
                <w:szCs w:val="24"/>
              </w:rPr>
              <w:t>, о</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6" w:history="1">
              <w:r w:rsidR="008A18C1" w:rsidRPr="00765081">
                <w:rPr>
                  <w:rFonts w:ascii="Times New Roman" w:eastAsia="Calibri" w:hAnsi="Times New Roman" w:cs="Times New Roman"/>
                  <w:color w:val="0563C1"/>
                  <w:sz w:val="24"/>
                  <w:szCs w:val="24"/>
                  <w:u w:val="single"/>
                </w:rPr>
                <w:t>https://resh.edu.ru/subject/lesson/6389/start/179248/</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19</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о родной природе. Произведение по выбору, например, М.Л. Михайлов "Лесные хоромы"</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7" w:history="1">
              <w:r w:rsidR="008A18C1" w:rsidRPr="00765081">
                <w:rPr>
                  <w:rFonts w:ascii="Times New Roman" w:eastAsia="Calibri" w:hAnsi="Times New Roman" w:cs="Times New Roman"/>
                  <w:color w:val="0563C1"/>
                  <w:sz w:val="24"/>
                  <w:szCs w:val="24"/>
                  <w:u w:val="single"/>
                </w:rPr>
                <w:t>https://yandex.ru/video/preview/13882772824670635463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20</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Ё</w:t>
            </w:r>
            <w:proofErr w:type="gramEnd"/>
            <w:r w:rsidRPr="00765081">
              <w:rPr>
                <w:rFonts w:ascii="Times New Roman" w:eastAsia="Calibri" w:hAnsi="Times New Roman" w:cs="Times New Roman"/>
                <w:color w:val="000000"/>
                <w:sz w:val="24"/>
                <w:szCs w:val="24"/>
              </w:rPr>
              <w:t>, ё</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8" w:history="1">
              <w:r w:rsidR="008A18C1" w:rsidRPr="00765081">
                <w:rPr>
                  <w:rFonts w:ascii="Times New Roman" w:eastAsia="Calibri" w:hAnsi="Times New Roman" w:cs="Times New Roman"/>
                  <w:color w:val="0563C1"/>
                  <w:sz w:val="24"/>
                  <w:szCs w:val="24"/>
                  <w:u w:val="single"/>
                </w:rPr>
                <w:t>https://resh.edu.ru/subject/lesson/6384/start/271800/</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21</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Ё</w:t>
            </w:r>
            <w:proofErr w:type="gramEnd"/>
            <w:r w:rsidRPr="00765081">
              <w:rPr>
                <w:rFonts w:ascii="Times New Roman" w:eastAsia="Calibri" w:hAnsi="Times New Roman" w:cs="Times New Roman"/>
                <w:color w:val="000000"/>
                <w:sz w:val="24"/>
                <w:szCs w:val="24"/>
              </w:rPr>
              <w:t>, ё</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89" w:history="1">
              <w:r w:rsidR="008A18C1" w:rsidRPr="00765081">
                <w:rPr>
                  <w:rFonts w:ascii="Times New Roman" w:eastAsia="Calibri" w:hAnsi="Times New Roman" w:cs="Times New Roman"/>
                  <w:color w:val="0563C1"/>
                  <w:sz w:val="24"/>
                  <w:szCs w:val="24"/>
                  <w:u w:val="single"/>
                </w:rPr>
                <w:t>https://resh.edu.ru/subject/lesson/6384/start/271800/</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22</w:t>
            </w:r>
          </w:p>
        </w:tc>
        <w:tc>
          <w:tcPr>
            <w:tcW w:w="2268" w:type="dxa"/>
            <w:vMerge w:val="restart"/>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У</w:t>
            </w:r>
            <w:proofErr w:type="gramEnd"/>
            <w:r w:rsidRPr="00765081">
              <w:rPr>
                <w:rFonts w:ascii="Times New Roman" w:eastAsia="Calibri" w:hAnsi="Times New Roman" w:cs="Times New Roman"/>
                <w:color w:val="000000"/>
                <w:sz w:val="24"/>
                <w:szCs w:val="24"/>
              </w:rPr>
              <w:t>, у</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0" w:history="1">
              <w:r w:rsidR="008A18C1" w:rsidRPr="00765081">
                <w:rPr>
                  <w:rFonts w:ascii="Times New Roman" w:eastAsia="Calibri" w:hAnsi="Times New Roman" w:cs="Times New Roman"/>
                  <w:color w:val="0563C1"/>
                  <w:sz w:val="24"/>
                  <w:szCs w:val="24"/>
                  <w:u w:val="single"/>
                </w:rPr>
                <w:t>https://resh.edu.ru/subject/lesson/3776/start/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23</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У</w:t>
            </w:r>
            <w:proofErr w:type="gramEnd"/>
            <w:r w:rsidRPr="00765081">
              <w:rPr>
                <w:rFonts w:ascii="Times New Roman" w:eastAsia="Calibri" w:hAnsi="Times New Roman" w:cs="Times New Roman"/>
                <w:color w:val="000000"/>
                <w:sz w:val="24"/>
                <w:szCs w:val="24"/>
              </w:rPr>
              <w:t>, у</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1" w:history="1">
              <w:r w:rsidR="008A18C1" w:rsidRPr="00765081">
                <w:rPr>
                  <w:rFonts w:ascii="Times New Roman" w:eastAsia="Calibri" w:hAnsi="Times New Roman" w:cs="Times New Roman"/>
                  <w:color w:val="0563C1"/>
                  <w:sz w:val="24"/>
                  <w:szCs w:val="24"/>
                  <w:u w:val="single"/>
                </w:rPr>
                <w:t>https://resh.edu.ru/subject/lesson/3776/start/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24</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заглавной буквами </w:t>
            </w:r>
            <w:proofErr w:type="gramStart"/>
            <w:r w:rsidRPr="00765081">
              <w:rPr>
                <w:rFonts w:ascii="Times New Roman" w:eastAsia="Calibri" w:hAnsi="Times New Roman" w:cs="Times New Roman"/>
                <w:color w:val="000000"/>
                <w:sz w:val="24"/>
                <w:szCs w:val="24"/>
              </w:rPr>
              <w:t>Ю</w:t>
            </w:r>
            <w:proofErr w:type="gramEnd"/>
            <w:r w:rsidRPr="00765081">
              <w:rPr>
                <w:rFonts w:ascii="Times New Roman" w:eastAsia="Calibri" w:hAnsi="Times New Roman" w:cs="Times New Roman"/>
                <w:color w:val="000000"/>
                <w:sz w:val="24"/>
                <w:szCs w:val="24"/>
              </w:rPr>
              <w:t>, ю</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2" w:history="1">
              <w:r w:rsidR="008A18C1" w:rsidRPr="00765081">
                <w:rPr>
                  <w:rFonts w:ascii="Times New Roman" w:eastAsia="Calibri" w:hAnsi="Times New Roman" w:cs="Times New Roman"/>
                  <w:color w:val="0563C1"/>
                  <w:sz w:val="24"/>
                  <w:szCs w:val="24"/>
                  <w:u w:val="single"/>
                </w:rPr>
                <w:t>https://resh.edu.ru/subject/lesson/3551/start/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25</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Проведение звукового анализа слов с буквами </w:t>
            </w:r>
            <w:proofErr w:type="gramStart"/>
            <w:r w:rsidRPr="00765081">
              <w:rPr>
                <w:rFonts w:ascii="Times New Roman" w:eastAsia="Calibri" w:hAnsi="Times New Roman" w:cs="Times New Roman"/>
                <w:color w:val="000000"/>
                <w:sz w:val="24"/>
                <w:szCs w:val="24"/>
              </w:rPr>
              <w:t>Ю</w:t>
            </w:r>
            <w:proofErr w:type="gramEnd"/>
            <w:r w:rsidRPr="00765081">
              <w:rPr>
                <w:rFonts w:ascii="Times New Roman" w:eastAsia="Calibri" w:hAnsi="Times New Roman" w:cs="Times New Roman"/>
                <w:color w:val="000000"/>
                <w:sz w:val="24"/>
                <w:szCs w:val="24"/>
              </w:rPr>
              <w:t>, ю</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3" w:history="1">
              <w:r w:rsidR="008A18C1" w:rsidRPr="00765081">
                <w:rPr>
                  <w:rFonts w:ascii="Times New Roman" w:eastAsia="Calibri" w:hAnsi="Times New Roman" w:cs="Times New Roman"/>
                  <w:color w:val="0563C1"/>
                  <w:sz w:val="24"/>
                  <w:szCs w:val="24"/>
                  <w:u w:val="single"/>
                </w:rPr>
                <w:t>https://resh.edu.ru/subject/lesson/3551/start/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26</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Э</w:t>
            </w:r>
            <w:proofErr w:type="gramEnd"/>
            <w:r w:rsidRPr="00765081">
              <w:rPr>
                <w:rFonts w:ascii="Times New Roman" w:eastAsia="Calibri" w:hAnsi="Times New Roman" w:cs="Times New Roman"/>
                <w:color w:val="000000"/>
                <w:sz w:val="24"/>
                <w:szCs w:val="24"/>
              </w:rPr>
              <w:t>, э</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4" w:history="1">
              <w:r w:rsidR="008A18C1" w:rsidRPr="00765081">
                <w:rPr>
                  <w:rFonts w:ascii="Times New Roman" w:eastAsia="Calibri" w:hAnsi="Times New Roman" w:cs="Times New Roman"/>
                  <w:color w:val="0563C1"/>
                  <w:sz w:val="24"/>
                  <w:szCs w:val="24"/>
                  <w:u w:val="single"/>
                </w:rPr>
                <w:t>https://resh.edu.ru/subject/lesson/6416/start/282744/</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27</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Слушание литературного произведения о детях. Произведение по выбору, например, </w:t>
            </w:r>
            <w:proofErr w:type="spellStart"/>
            <w:r w:rsidRPr="00765081">
              <w:rPr>
                <w:rFonts w:ascii="Times New Roman" w:eastAsia="Calibri" w:hAnsi="Times New Roman" w:cs="Times New Roman"/>
                <w:color w:val="000000"/>
                <w:sz w:val="24"/>
                <w:szCs w:val="24"/>
              </w:rPr>
              <w:t>А.Л.Барто</w:t>
            </w:r>
            <w:proofErr w:type="spellEnd"/>
            <w:r w:rsidRPr="00765081">
              <w:rPr>
                <w:rFonts w:ascii="Times New Roman" w:eastAsia="Calibri" w:hAnsi="Times New Roman" w:cs="Times New Roman"/>
                <w:color w:val="000000"/>
                <w:sz w:val="24"/>
                <w:szCs w:val="24"/>
              </w:rPr>
              <w:t xml:space="preserve"> "В школу"</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5" w:history="1">
              <w:r w:rsidR="008A18C1" w:rsidRPr="00765081">
                <w:rPr>
                  <w:rFonts w:ascii="Times New Roman" w:eastAsia="Calibri" w:hAnsi="Times New Roman" w:cs="Times New Roman"/>
                  <w:color w:val="0563C1"/>
                  <w:sz w:val="24"/>
                  <w:szCs w:val="24"/>
                  <w:u w:val="single"/>
                </w:rPr>
                <w:t>https://deti-online.com/stihi/stihi-agnii-barto/v-shkolu/</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28</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w:t>
            </w:r>
            <w:proofErr w:type="gramStart"/>
            <w:r w:rsidRPr="00765081">
              <w:rPr>
                <w:rFonts w:ascii="Times New Roman" w:eastAsia="Calibri" w:hAnsi="Times New Roman" w:cs="Times New Roman"/>
                <w:color w:val="000000"/>
                <w:sz w:val="24"/>
                <w:szCs w:val="24"/>
              </w:rPr>
              <w:t>строчной</w:t>
            </w:r>
            <w:proofErr w:type="gramEnd"/>
            <w:r w:rsidRPr="00765081">
              <w:rPr>
                <w:rFonts w:ascii="Times New Roman" w:eastAsia="Calibri" w:hAnsi="Times New Roman" w:cs="Times New Roman"/>
                <w:color w:val="000000"/>
                <w:sz w:val="24"/>
                <w:szCs w:val="24"/>
              </w:rPr>
              <w:t xml:space="preserve"> и заглавной </w:t>
            </w:r>
            <w:r w:rsidRPr="00765081">
              <w:rPr>
                <w:rFonts w:ascii="Times New Roman" w:eastAsia="Calibri" w:hAnsi="Times New Roman" w:cs="Times New Roman"/>
                <w:color w:val="000000"/>
                <w:sz w:val="24"/>
                <w:szCs w:val="24"/>
              </w:rPr>
              <w:lastRenderedPageBreak/>
              <w:t>буквамиЕ, е</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6" w:history="1">
              <w:r w:rsidR="008A18C1" w:rsidRPr="00765081">
                <w:rPr>
                  <w:rFonts w:ascii="Times New Roman" w:eastAsia="Calibri" w:hAnsi="Times New Roman" w:cs="Times New Roman"/>
                  <w:color w:val="0563C1"/>
                  <w:sz w:val="24"/>
                  <w:szCs w:val="24"/>
                  <w:u w:val="single"/>
                </w:rPr>
                <w:t>https://resh.edu.ru/subject/lesson/638</w:t>
              </w:r>
              <w:r w:rsidR="008A18C1" w:rsidRPr="00765081">
                <w:rPr>
                  <w:rFonts w:ascii="Times New Roman" w:eastAsia="Calibri" w:hAnsi="Times New Roman" w:cs="Times New Roman"/>
                  <w:color w:val="0563C1"/>
                  <w:sz w:val="24"/>
                  <w:szCs w:val="24"/>
                  <w:u w:val="single"/>
                </w:rPr>
                <w:lastRenderedPageBreak/>
                <w:t>1/start/179453/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29</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Е</w:t>
            </w:r>
            <w:proofErr w:type="gramEnd"/>
            <w:r w:rsidRPr="00765081">
              <w:rPr>
                <w:rFonts w:ascii="Times New Roman" w:eastAsia="Calibri" w:hAnsi="Times New Roman" w:cs="Times New Roman"/>
                <w:color w:val="000000"/>
                <w:sz w:val="24"/>
                <w:szCs w:val="24"/>
              </w:rPr>
              <w:t>, е</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7" w:history="1">
              <w:r w:rsidR="008A18C1" w:rsidRPr="00765081">
                <w:rPr>
                  <w:rFonts w:ascii="Times New Roman" w:eastAsia="Calibri" w:hAnsi="Times New Roman" w:cs="Times New Roman"/>
                  <w:color w:val="0563C1"/>
                  <w:sz w:val="24"/>
                  <w:szCs w:val="24"/>
                  <w:u w:val="single"/>
                </w:rPr>
                <w:t>https://resh.edu.ru/subject/lesson/6381/start/179453/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30</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буквой ы</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8" w:history="1">
              <w:r w:rsidR="008A18C1" w:rsidRPr="00765081">
                <w:rPr>
                  <w:rFonts w:ascii="Times New Roman" w:eastAsia="Calibri" w:hAnsi="Times New Roman" w:cs="Times New Roman"/>
                  <w:color w:val="0563C1"/>
                  <w:sz w:val="24"/>
                  <w:szCs w:val="24"/>
                  <w:u w:val="single"/>
                </w:rPr>
                <w:t>https://resh.edu.ru/subject/lesson/4113/start/213514/</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31</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И</w:t>
            </w:r>
            <w:proofErr w:type="gramEnd"/>
            <w:r w:rsidRPr="00765081">
              <w:rPr>
                <w:rFonts w:ascii="Times New Roman" w:eastAsia="Calibri" w:hAnsi="Times New Roman" w:cs="Times New Roman"/>
                <w:color w:val="000000"/>
                <w:sz w:val="24"/>
                <w:szCs w:val="24"/>
              </w:rPr>
              <w:t>, и</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99" w:history="1">
              <w:r w:rsidR="008A18C1" w:rsidRPr="00765081">
                <w:rPr>
                  <w:rFonts w:ascii="Times New Roman" w:eastAsia="Calibri" w:hAnsi="Times New Roman" w:cs="Times New Roman"/>
                  <w:color w:val="0563C1"/>
                  <w:sz w:val="24"/>
                  <w:szCs w:val="24"/>
                  <w:u w:val="single"/>
                </w:rPr>
                <w:t>https://resh.edu.ru/subject/lesson/3765/start/179370/</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32</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И</w:t>
            </w:r>
            <w:proofErr w:type="gramEnd"/>
            <w:r w:rsidRPr="00765081">
              <w:rPr>
                <w:rFonts w:ascii="Times New Roman" w:eastAsia="Calibri" w:hAnsi="Times New Roman" w:cs="Times New Roman"/>
                <w:color w:val="000000"/>
                <w:sz w:val="24"/>
                <w:szCs w:val="24"/>
              </w:rPr>
              <w:t>, и</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0" w:history="1">
              <w:r w:rsidR="008A18C1" w:rsidRPr="00765081">
                <w:rPr>
                  <w:rFonts w:ascii="Times New Roman" w:eastAsia="Calibri" w:hAnsi="Times New Roman" w:cs="Times New Roman"/>
                  <w:color w:val="0563C1"/>
                  <w:sz w:val="24"/>
                  <w:szCs w:val="24"/>
                  <w:u w:val="single"/>
                </w:rPr>
                <w:t>https://resh.edu.ru/subject/lesson/3765/start/179370/</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33</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Слушание литературного произведения о детях. Произведение по выбору, например, </w:t>
            </w:r>
            <w:proofErr w:type="spellStart"/>
            <w:r w:rsidRPr="00765081">
              <w:rPr>
                <w:rFonts w:ascii="Times New Roman" w:eastAsia="Calibri" w:hAnsi="Times New Roman" w:cs="Times New Roman"/>
                <w:color w:val="000000"/>
                <w:sz w:val="24"/>
                <w:szCs w:val="24"/>
              </w:rPr>
              <w:t>В.К.Железников</w:t>
            </w:r>
            <w:proofErr w:type="spellEnd"/>
            <w:r w:rsidRPr="00765081">
              <w:rPr>
                <w:rFonts w:ascii="Times New Roman" w:eastAsia="Calibri" w:hAnsi="Times New Roman" w:cs="Times New Roman"/>
                <w:color w:val="000000"/>
                <w:sz w:val="24"/>
                <w:szCs w:val="24"/>
              </w:rPr>
              <w:t xml:space="preserve"> "История с азбукой"</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1" w:history="1">
              <w:r w:rsidR="008A18C1" w:rsidRPr="00765081">
                <w:rPr>
                  <w:rFonts w:ascii="Times New Roman" w:eastAsia="Calibri" w:hAnsi="Times New Roman" w:cs="Times New Roman"/>
                  <w:color w:val="0563C1"/>
                  <w:sz w:val="24"/>
                  <w:szCs w:val="24"/>
                  <w:u w:val="single"/>
                </w:rPr>
                <w:t>https://resh.edu.ru/subject/lesson/3809/start/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34</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Повторение правил обозначения буквами гласных звуков после мягких и твёрдых согласных звуков</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2" w:history="1">
              <w:r w:rsidR="008A18C1" w:rsidRPr="00765081">
                <w:rPr>
                  <w:rFonts w:ascii="Times New Roman" w:eastAsia="Calibri" w:hAnsi="Times New Roman" w:cs="Times New Roman"/>
                  <w:color w:val="0563C1"/>
                  <w:sz w:val="24"/>
                  <w:szCs w:val="24"/>
                  <w:u w:val="single"/>
                </w:rPr>
                <w:t>https://yandex.ru/video/preview/16965677220326581676</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35</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М, м</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3" w:history="1">
              <w:r w:rsidR="008A18C1" w:rsidRPr="00765081">
                <w:rPr>
                  <w:rFonts w:ascii="Times New Roman" w:eastAsia="Calibri" w:hAnsi="Times New Roman" w:cs="Times New Roman"/>
                  <w:color w:val="0563C1"/>
                  <w:sz w:val="24"/>
                  <w:szCs w:val="24"/>
                  <w:u w:val="single"/>
                </w:rPr>
                <w:t>https://resh.edu.ru/subject/lesson/6380/start/179712/</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36</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 М, м</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4" w:history="1">
              <w:r w:rsidR="008A18C1" w:rsidRPr="00765081">
                <w:rPr>
                  <w:rFonts w:ascii="Times New Roman" w:eastAsia="Calibri" w:hAnsi="Times New Roman" w:cs="Times New Roman"/>
                  <w:color w:val="0563C1"/>
                  <w:sz w:val="24"/>
                  <w:szCs w:val="24"/>
                  <w:u w:val="single"/>
                </w:rPr>
                <w:t>https://resh.edu.ru/subject/lesson/6380/start/179712/</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37</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Н, н</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5" w:history="1">
              <w:r w:rsidR="008A18C1" w:rsidRPr="00765081">
                <w:rPr>
                  <w:rFonts w:ascii="Times New Roman" w:eastAsia="Calibri" w:hAnsi="Times New Roman" w:cs="Times New Roman"/>
                  <w:color w:val="0563C1"/>
                  <w:sz w:val="24"/>
                  <w:szCs w:val="24"/>
                  <w:u w:val="single"/>
                </w:rPr>
                <w:t>https://resh.edu.ru/subject/lesson/6390/start/188454/</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38</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 Н, н</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6" w:history="1">
              <w:r w:rsidR="008A18C1" w:rsidRPr="00765081">
                <w:rPr>
                  <w:rFonts w:ascii="Times New Roman" w:eastAsia="Calibri" w:hAnsi="Times New Roman" w:cs="Times New Roman"/>
                  <w:color w:val="0563C1"/>
                  <w:sz w:val="24"/>
                  <w:szCs w:val="24"/>
                  <w:u w:val="single"/>
                </w:rPr>
                <w:t>https://resh.edu.ru/subject/lesson/6390/start/188454/</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39</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заглавной буквами </w:t>
            </w:r>
            <w:proofErr w:type="gramStart"/>
            <w:r w:rsidRPr="00765081">
              <w:rPr>
                <w:rFonts w:ascii="Times New Roman" w:eastAsia="Calibri" w:hAnsi="Times New Roman" w:cs="Times New Roman"/>
                <w:color w:val="000000"/>
                <w:sz w:val="24"/>
                <w:szCs w:val="24"/>
              </w:rPr>
              <w:t>Р</w:t>
            </w:r>
            <w:proofErr w:type="gramEnd"/>
            <w:r w:rsidRPr="00765081">
              <w:rPr>
                <w:rFonts w:ascii="Times New Roman" w:eastAsia="Calibri" w:hAnsi="Times New Roman" w:cs="Times New Roman"/>
                <w:color w:val="000000"/>
                <w:sz w:val="24"/>
                <w:szCs w:val="24"/>
              </w:rPr>
              <w:t>, р</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7" w:history="1">
              <w:r w:rsidR="008A18C1" w:rsidRPr="00765081">
                <w:rPr>
                  <w:rFonts w:ascii="Times New Roman" w:eastAsia="Calibri" w:hAnsi="Times New Roman" w:cs="Times New Roman"/>
                  <w:color w:val="0563C1"/>
                  <w:sz w:val="24"/>
                  <w:szCs w:val="24"/>
                  <w:u w:val="single"/>
                </w:rPr>
                <w:t>https://resh.edu.ru/subject/lesson/6385/start/188153/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40</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Проведение звукового анализа слов с буквами </w:t>
            </w:r>
            <w:proofErr w:type="gramStart"/>
            <w:r w:rsidRPr="00765081">
              <w:rPr>
                <w:rFonts w:ascii="Times New Roman" w:eastAsia="Calibri" w:hAnsi="Times New Roman" w:cs="Times New Roman"/>
                <w:color w:val="000000"/>
                <w:sz w:val="24"/>
                <w:szCs w:val="24"/>
              </w:rPr>
              <w:t>Р</w:t>
            </w:r>
            <w:proofErr w:type="gramEnd"/>
            <w:r w:rsidRPr="00765081">
              <w:rPr>
                <w:rFonts w:ascii="Times New Roman" w:eastAsia="Calibri" w:hAnsi="Times New Roman" w:cs="Times New Roman"/>
                <w:color w:val="000000"/>
                <w:sz w:val="24"/>
                <w:szCs w:val="24"/>
              </w:rPr>
              <w:t>, р</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8" w:history="1">
              <w:r w:rsidR="008A18C1" w:rsidRPr="00765081">
                <w:rPr>
                  <w:rFonts w:ascii="Times New Roman" w:eastAsia="Calibri" w:hAnsi="Times New Roman" w:cs="Times New Roman"/>
                  <w:color w:val="0563C1"/>
                  <w:sz w:val="24"/>
                  <w:szCs w:val="24"/>
                  <w:u w:val="single"/>
                </w:rPr>
                <w:t>https://resh.edu.ru/subject/lesson/6385/start/188153/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41</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Л, л</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09" w:history="1">
              <w:r w:rsidR="008A18C1" w:rsidRPr="00765081">
                <w:rPr>
                  <w:rFonts w:ascii="Times New Roman" w:eastAsia="Calibri" w:hAnsi="Times New Roman" w:cs="Times New Roman"/>
                  <w:color w:val="0563C1"/>
                  <w:sz w:val="24"/>
                  <w:szCs w:val="24"/>
                  <w:u w:val="single"/>
                </w:rPr>
                <w:t>https://resh.edu.ru/subject/lesson/3796/start/179667/</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42</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 Л, л</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0" w:history="1">
              <w:r w:rsidR="008A18C1" w:rsidRPr="00765081">
                <w:rPr>
                  <w:rFonts w:ascii="Times New Roman" w:eastAsia="Calibri" w:hAnsi="Times New Roman" w:cs="Times New Roman"/>
                  <w:color w:val="0563C1"/>
                  <w:sz w:val="24"/>
                  <w:szCs w:val="24"/>
                  <w:u w:val="single"/>
                </w:rPr>
                <w:t>https://resh.edu.ru/subject/lesson/3796/start/179667/</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43</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Й, й</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1" w:history="1">
              <w:r w:rsidR="008A18C1" w:rsidRPr="00765081">
                <w:rPr>
                  <w:rFonts w:ascii="Times New Roman" w:eastAsia="Calibri" w:hAnsi="Times New Roman" w:cs="Times New Roman"/>
                  <w:color w:val="0563C1"/>
                  <w:sz w:val="24"/>
                  <w:szCs w:val="24"/>
                  <w:u w:val="single"/>
                </w:rPr>
                <w:t>https://resh.edu.ru/subject/lesson/6428/start/281719/</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44</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Слушание литературного произведения. Произведение по выбору, например, </w:t>
            </w:r>
            <w:proofErr w:type="spellStart"/>
            <w:r w:rsidRPr="00765081">
              <w:rPr>
                <w:rFonts w:ascii="Times New Roman" w:eastAsia="Calibri" w:hAnsi="Times New Roman" w:cs="Times New Roman"/>
                <w:color w:val="000000"/>
                <w:sz w:val="24"/>
                <w:szCs w:val="24"/>
              </w:rPr>
              <w:t>В.Г.Сутеев</w:t>
            </w:r>
            <w:proofErr w:type="spellEnd"/>
            <w:r w:rsidRPr="00765081">
              <w:rPr>
                <w:rFonts w:ascii="Times New Roman" w:eastAsia="Calibri" w:hAnsi="Times New Roman" w:cs="Times New Roman"/>
                <w:color w:val="000000"/>
                <w:sz w:val="24"/>
                <w:szCs w:val="24"/>
              </w:rPr>
              <w:t xml:space="preserve"> "Дядя Миша"</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2" w:history="1">
              <w:r w:rsidR="008A18C1" w:rsidRPr="00765081">
                <w:rPr>
                  <w:rFonts w:ascii="Times New Roman" w:eastAsia="Calibri" w:hAnsi="Times New Roman" w:cs="Times New Roman"/>
                  <w:color w:val="0563C1"/>
                  <w:sz w:val="24"/>
                  <w:szCs w:val="24"/>
                  <w:u w:val="single"/>
                </w:rPr>
                <w:t>https://deti-online.com/audioskazki/skazki-suteeva-mp3/dyadya-misha/</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45</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Г, г</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3" w:history="1">
              <w:r w:rsidR="008A18C1" w:rsidRPr="00765081">
                <w:rPr>
                  <w:rFonts w:ascii="Times New Roman" w:eastAsia="Calibri" w:hAnsi="Times New Roman" w:cs="Times New Roman"/>
                  <w:color w:val="0563C1"/>
                  <w:sz w:val="24"/>
                  <w:szCs w:val="24"/>
                  <w:u w:val="single"/>
                </w:rPr>
                <w:t>https://resh.edu.ru/subject/lesson/4152/start/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46</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 Г, г</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4" w:history="1">
              <w:r w:rsidR="008A18C1" w:rsidRPr="00765081">
                <w:rPr>
                  <w:rFonts w:ascii="Times New Roman" w:eastAsia="Calibri" w:hAnsi="Times New Roman" w:cs="Times New Roman"/>
                  <w:color w:val="0563C1"/>
                  <w:sz w:val="24"/>
                  <w:szCs w:val="24"/>
                  <w:u w:val="single"/>
                </w:rPr>
                <w:t>https://resh.edu.ru/subject/lesson/4152/start/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47</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К</w:t>
            </w:r>
            <w:proofErr w:type="gramEnd"/>
            <w:r w:rsidRPr="00765081">
              <w:rPr>
                <w:rFonts w:ascii="Times New Roman" w:eastAsia="Calibri" w:hAnsi="Times New Roman" w:cs="Times New Roman"/>
                <w:color w:val="000000"/>
                <w:sz w:val="24"/>
                <w:szCs w:val="24"/>
              </w:rPr>
              <w:t>, к</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5" w:history="1">
              <w:r w:rsidR="008A18C1" w:rsidRPr="00765081">
                <w:rPr>
                  <w:rFonts w:ascii="Times New Roman" w:eastAsia="Calibri" w:hAnsi="Times New Roman" w:cs="Times New Roman"/>
                  <w:color w:val="0563C1"/>
                  <w:sz w:val="24"/>
                  <w:szCs w:val="24"/>
                  <w:u w:val="single"/>
                </w:rPr>
                <w:t>https://resh.edu.ru/subject/lesson/3789/start/179434/</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48</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К</w:t>
            </w:r>
            <w:proofErr w:type="gramEnd"/>
            <w:r w:rsidRPr="00765081">
              <w:rPr>
                <w:rFonts w:ascii="Times New Roman" w:eastAsia="Calibri" w:hAnsi="Times New Roman" w:cs="Times New Roman"/>
                <w:color w:val="000000"/>
                <w:sz w:val="24"/>
                <w:szCs w:val="24"/>
              </w:rPr>
              <w:t>, к</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6" w:history="1">
              <w:r w:rsidR="008A18C1" w:rsidRPr="00765081">
                <w:rPr>
                  <w:rFonts w:ascii="Times New Roman" w:eastAsia="Calibri" w:hAnsi="Times New Roman" w:cs="Times New Roman"/>
                  <w:color w:val="0563C1"/>
                  <w:sz w:val="24"/>
                  <w:szCs w:val="24"/>
                  <w:u w:val="single"/>
                </w:rPr>
                <w:t>https://resh.edu.ru/subject/lesson/3789/start/179434/</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49</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заглавной буквами </w:t>
            </w:r>
            <w:proofErr w:type="gramStart"/>
            <w:r w:rsidRPr="00765081">
              <w:rPr>
                <w:rFonts w:ascii="Times New Roman" w:eastAsia="Calibri" w:hAnsi="Times New Roman" w:cs="Times New Roman"/>
                <w:color w:val="000000"/>
                <w:sz w:val="24"/>
                <w:szCs w:val="24"/>
              </w:rPr>
              <w:t>З</w:t>
            </w:r>
            <w:proofErr w:type="gramEnd"/>
            <w:r w:rsidRPr="00765081">
              <w:rPr>
                <w:rFonts w:ascii="Times New Roman" w:eastAsia="Calibri" w:hAnsi="Times New Roman" w:cs="Times New Roman"/>
                <w:color w:val="000000"/>
                <w:sz w:val="24"/>
                <w:szCs w:val="24"/>
              </w:rPr>
              <w:t>, з</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7" w:history="1">
              <w:r w:rsidR="008A18C1" w:rsidRPr="00765081">
                <w:rPr>
                  <w:rFonts w:ascii="Times New Roman" w:eastAsia="Calibri" w:hAnsi="Times New Roman" w:cs="Times New Roman"/>
                  <w:color w:val="0563C1"/>
                  <w:sz w:val="24"/>
                  <w:szCs w:val="24"/>
                  <w:u w:val="single"/>
                </w:rPr>
                <w:t>https://resh.edu.ru/subject/lesson/3808/start/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50</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Проведение звукового анализа слов с буквами </w:t>
            </w:r>
            <w:proofErr w:type="gramStart"/>
            <w:r w:rsidRPr="00765081">
              <w:rPr>
                <w:rFonts w:ascii="Times New Roman" w:eastAsia="Calibri" w:hAnsi="Times New Roman" w:cs="Times New Roman"/>
                <w:color w:val="000000"/>
                <w:sz w:val="24"/>
                <w:szCs w:val="24"/>
              </w:rPr>
              <w:t>З</w:t>
            </w:r>
            <w:proofErr w:type="gramEnd"/>
            <w:r w:rsidRPr="00765081">
              <w:rPr>
                <w:rFonts w:ascii="Times New Roman" w:eastAsia="Calibri" w:hAnsi="Times New Roman" w:cs="Times New Roman"/>
                <w:color w:val="000000"/>
                <w:sz w:val="24"/>
                <w:szCs w:val="24"/>
              </w:rPr>
              <w:t>, з</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8" w:history="1">
              <w:r w:rsidR="008A18C1" w:rsidRPr="00765081">
                <w:rPr>
                  <w:rFonts w:ascii="Times New Roman" w:eastAsia="Calibri" w:hAnsi="Times New Roman" w:cs="Times New Roman"/>
                  <w:color w:val="0563C1"/>
                  <w:sz w:val="24"/>
                  <w:szCs w:val="24"/>
                  <w:u w:val="single"/>
                </w:rPr>
                <w:t>https://resh.edu.ru/subject/lesson/3808/start/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51</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w:t>
            </w:r>
            <w:proofErr w:type="gramStart"/>
            <w:r w:rsidRPr="00765081">
              <w:rPr>
                <w:rFonts w:ascii="Times New Roman" w:eastAsia="Calibri" w:hAnsi="Times New Roman" w:cs="Times New Roman"/>
                <w:color w:val="000000"/>
                <w:sz w:val="24"/>
                <w:szCs w:val="24"/>
              </w:rPr>
              <w:t>строчной</w:t>
            </w:r>
            <w:proofErr w:type="gramEnd"/>
            <w:r w:rsidRPr="00765081">
              <w:rPr>
                <w:rFonts w:ascii="Times New Roman" w:eastAsia="Calibri" w:hAnsi="Times New Roman" w:cs="Times New Roman"/>
                <w:color w:val="000000"/>
                <w:sz w:val="24"/>
                <w:szCs w:val="24"/>
              </w:rPr>
              <w:t xml:space="preserve"> и заглавной </w:t>
            </w:r>
            <w:r w:rsidRPr="00765081">
              <w:rPr>
                <w:rFonts w:ascii="Times New Roman" w:eastAsia="Calibri" w:hAnsi="Times New Roman" w:cs="Times New Roman"/>
                <w:color w:val="000000"/>
                <w:sz w:val="24"/>
                <w:szCs w:val="24"/>
              </w:rPr>
              <w:lastRenderedPageBreak/>
              <w:t>буквамиС, с</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19" w:history="1">
              <w:r w:rsidR="008A18C1" w:rsidRPr="00765081">
                <w:rPr>
                  <w:rFonts w:ascii="Times New Roman" w:eastAsia="Calibri" w:hAnsi="Times New Roman" w:cs="Times New Roman"/>
                  <w:color w:val="0563C1"/>
                  <w:sz w:val="24"/>
                  <w:szCs w:val="24"/>
                  <w:u w:val="single"/>
                </w:rPr>
                <w:t>https://resh.edu.ru/subject/lesson/413</w:t>
              </w:r>
              <w:r w:rsidR="008A18C1" w:rsidRPr="00765081">
                <w:rPr>
                  <w:rFonts w:ascii="Times New Roman" w:eastAsia="Calibri" w:hAnsi="Times New Roman" w:cs="Times New Roman"/>
                  <w:color w:val="0563C1"/>
                  <w:sz w:val="24"/>
                  <w:szCs w:val="24"/>
                  <w:u w:val="single"/>
                </w:rPr>
                <w:lastRenderedPageBreak/>
                <w:t>1/start/213533/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52</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С</w:t>
            </w:r>
            <w:proofErr w:type="gramEnd"/>
            <w:r w:rsidRPr="00765081">
              <w:rPr>
                <w:rFonts w:ascii="Times New Roman" w:eastAsia="Calibri" w:hAnsi="Times New Roman" w:cs="Times New Roman"/>
                <w:color w:val="000000"/>
                <w:sz w:val="24"/>
                <w:szCs w:val="24"/>
              </w:rPr>
              <w:t>, с</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0" w:history="1">
              <w:r w:rsidR="008A18C1" w:rsidRPr="00765081">
                <w:rPr>
                  <w:rFonts w:ascii="Times New Roman" w:eastAsia="Calibri" w:hAnsi="Times New Roman" w:cs="Times New Roman"/>
                  <w:color w:val="0563C1"/>
                  <w:sz w:val="24"/>
                  <w:szCs w:val="24"/>
                  <w:u w:val="single"/>
                </w:rPr>
                <w:t>https://resh.edu.ru/subject/lesson/4131/start/213533/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53</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Д</w:t>
            </w:r>
            <w:proofErr w:type="gramEnd"/>
            <w:r w:rsidRPr="00765081">
              <w:rPr>
                <w:rFonts w:ascii="Times New Roman" w:eastAsia="Calibri" w:hAnsi="Times New Roman" w:cs="Times New Roman"/>
                <w:color w:val="000000"/>
                <w:sz w:val="24"/>
                <w:szCs w:val="24"/>
              </w:rPr>
              <w:t>, д</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1" w:history="1">
              <w:r w:rsidR="008A18C1" w:rsidRPr="00765081">
                <w:rPr>
                  <w:rFonts w:ascii="Times New Roman" w:eastAsia="Calibri" w:hAnsi="Times New Roman" w:cs="Times New Roman"/>
                  <w:color w:val="0563C1"/>
                  <w:sz w:val="24"/>
                  <w:szCs w:val="24"/>
                  <w:u w:val="single"/>
                </w:rPr>
                <w:t>https://resh.edu.ru/subject/lesson/3820/start/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54</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Д</w:t>
            </w:r>
            <w:proofErr w:type="gramEnd"/>
            <w:r w:rsidRPr="00765081">
              <w:rPr>
                <w:rFonts w:ascii="Times New Roman" w:eastAsia="Calibri" w:hAnsi="Times New Roman" w:cs="Times New Roman"/>
                <w:color w:val="000000"/>
                <w:sz w:val="24"/>
                <w:szCs w:val="24"/>
              </w:rPr>
              <w:t>, д</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2" w:history="1">
              <w:r w:rsidR="008A18C1" w:rsidRPr="00765081">
                <w:rPr>
                  <w:rFonts w:ascii="Times New Roman" w:eastAsia="Calibri" w:hAnsi="Times New Roman" w:cs="Times New Roman"/>
                  <w:color w:val="0563C1"/>
                  <w:sz w:val="24"/>
                  <w:szCs w:val="24"/>
                  <w:u w:val="single"/>
                </w:rPr>
                <w:t>https://resh.edu.ru/subject/lesson/3820/start/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55</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Т</w:t>
            </w:r>
            <w:proofErr w:type="gramEnd"/>
            <w:r w:rsidRPr="00765081">
              <w:rPr>
                <w:rFonts w:ascii="Times New Roman" w:eastAsia="Calibri" w:hAnsi="Times New Roman" w:cs="Times New Roman"/>
                <w:color w:val="000000"/>
                <w:sz w:val="24"/>
                <w:szCs w:val="24"/>
              </w:rPr>
              <w:t>, т</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3" w:history="1">
              <w:r w:rsidR="008A18C1" w:rsidRPr="00765081">
                <w:rPr>
                  <w:rFonts w:ascii="Times New Roman" w:eastAsia="Calibri" w:hAnsi="Times New Roman" w:cs="Times New Roman"/>
                  <w:color w:val="0563C1"/>
                  <w:sz w:val="24"/>
                  <w:szCs w:val="24"/>
                  <w:u w:val="single"/>
                </w:rPr>
                <w:t>https://resh.edu.ru/subject/lesson/6376/start/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56</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Произведение по выбору, например, В.В.Бианки "Лесной Колобок - Колючий бок"</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4" w:history="1">
              <w:r w:rsidR="008A18C1" w:rsidRPr="00765081">
                <w:rPr>
                  <w:rFonts w:ascii="Times New Roman" w:eastAsia="Calibri" w:hAnsi="Times New Roman" w:cs="Times New Roman"/>
                  <w:color w:val="0563C1"/>
                  <w:sz w:val="24"/>
                  <w:szCs w:val="24"/>
                  <w:u w:val="single"/>
                </w:rPr>
                <w:t>https://mishka-knizhka.ru/audioskazki-dlya-detej/russkie-audioskazki/audioskazki-bianki-v-v/lesnoj-kolobok-koljuchij-bok-audioskazka-bianki-v-v/</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57</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Б</w:t>
            </w:r>
            <w:proofErr w:type="gramEnd"/>
            <w:r w:rsidRPr="00765081">
              <w:rPr>
                <w:rFonts w:ascii="Times New Roman" w:eastAsia="Calibri" w:hAnsi="Times New Roman" w:cs="Times New Roman"/>
                <w:color w:val="000000"/>
                <w:sz w:val="24"/>
                <w:szCs w:val="24"/>
              </w:rPr>
              <w:t>, б</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5" w:history="1">
              <w:r w:rsidR="008A18C1" w:rsidRPr="00765081">
                <w:rPr>
                  <w:rFonts w:ascii="Times New Roman" w:eastAsia="Calibri" w:hAnsi="Times New Roman" w:cs="Times New Roman"/>
                  <w:color w:val="0563C1"/>
                  <w:sz w:val="24"/>
                  <w:szCs w:val="24"/>
                  <w:u w:val="single"/>
                </w:rPr>
                <w:t>https://resh.edu.ru/subject/lesson/6386/start/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58</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Б</w:t>
            </w:r>
            <w:proofErr w:type="gramEnd"/>
            <w:r w:rsidRPr="00765081">
              <w:rPr>
                <w:rFonts w:ascii="Times New Roman" w:eastAsia="Calibri" w:hAnsi="Times New Roman" w:cs="Times New Roman"/>
                <w:color w:val="000000"/>
                <w:sz w:val="24"/>
                <w:szCs w:val="24"/>
              </w:rPr>
              <w:t>, б</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6" w:history="1">
              <w:r w:rsidR="008A18C1" w:rsidRPr="00765081">
                <w:rPr>
                  <w:rFonts w:ascii="Times New Roman" w:eastAsia="Calibri" w:hAnsi="Times New Roman" w:cs="Times New Roman"/>
                  <w:color w:val="0563C1"/>
                  <w:sz w:val="24"/>
                  <w:szCs w:val="24"/>
                  <w:u w:val="single"/>
                </w:rPr>
                <w:t>https://resh.edu.ru/subject/lesson/6386/start/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59</w:t>
            </w:r>
          </w:p>
        </w:tc>
        <w:tc>
          <w:tcPr>
            <w:tcW w:w="2268" w:type="dxa"/>
            <w:vMerge/>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заглавной буквами </w:t>
            </w:r>
            <w:proofErr w:type="gramStart"/>
            <w:r w:rsidRPr="00765081">
              <w:rPr>
                <w:rFonts w:ascii="Times New Roman" w:eastAsia="Calibri" w:hAnsi="Times New Roman" w:cs="Times New Roman"/>
                <w:color w:val="000000"/>
                <w:sz w:val="24"/>
                <w:szCs w:val="24"/>
              </w:rPr>
              <w:t>П</w:t>
            </w:r>
            <w:proofErr w:type="gramEnd"/>
            <w:r w:rsidRPr="00765081">
              <w:rPr>
                <w:rFonts w:ascii="Times New Roman" w:eastAsia="Calibri" w:hAnsi="Times New Roman" w:cs="Times New Roman"/>
                <w:color w:val="000000"/>
                <w:sz w:val="24"/>
                <w:szCs w:val="24"/>
              </w:rPr>
              <w:t>, п</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7" w:history="1">
              <w:r w:rsidR="008A18C1" w:rsidRPr="00765081">
                <w:rPr>
                  <w:rFonts w:ascii="Times New Roman" w:eastAsia="Calibri" w:hAnsi="Times New Roman" w:cs="Times New Roman"/>
                  <w:color w:val="0563C1"/>
                  <w:sz w:val="24"/>
                  <w:szCs w:val="24"/>
                  <w:u w:val="single"/>
                </w:rPr>
                <w:t>https://easyen.ru/load/russkij_jazyk/obuchenie_gramote/prezentacija_k_uroku_obuchenija_gramote_po_teme_soglasnaja_bukva_p_p/379-1-0-82656</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60</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Проведение звукового анализа слов с буквами </w:t>
            </w:r>
            <w:proofErr w:type="gramStart"/>
            <w:r w:rsidRPr="00765081">
              <w:rPr>
                <w:rFonts w:ascii="Times New Roman" w:eastAsia="Calibri" w:hAnsi="Times New Roman" w:cs="Times New Roman"/>
                <w:color w:val="000000"/>
                <w:sz w:val="24"/>
                <w:szCs w:val="24"/>
              </w:rPr>
              <w:t>П</w:t>
            </w:r>
            <w:proofErr w:type="gramEnd"/>
            <w:r w:rsidRPr="00765081">
              <w:rPr>
                <w:rFonts w:ascii="Times New Roman" w:eastAsia="Calibri" w:hAnsi="Times New Roman" w:cs="Times New Roman"/>
                <w:color w:val="000000"/>
                <w:sz w:val="24"/>
                <w:szCs w:val="24"/>
              </w:rPr>
              <w:t>, п</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8" w:history="1">
              <w:r w:rsidR="008A18C1" w:rsidRPr="00765081">
                <w:rPr>
                  <w:rFonts w:ascii="Times New Roman" w:eastAsia="Calibri" w:hAnsi="Times New Roman" w:cs="Times New Roman"/>
                  <w:color w:val="0563C1"/>
                  <w:sz w:val="24"/>
                  <w:szCs w:val="24"/>
                  <w:u w:val="single"/>
                </w:rPr>
                <w:t>https://easyen.ru/load/russkij_jazyk/obuchenie_gramote/prezentacija_k_uroku_obuchenija_gramote_po_teme_soglasnaja_bukva_p_p/379-1-0-82656</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61</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В</w:t>
            </w:r>
            <w:proofErr w:type="gramEnd"/>
            <w:r w:rsidRPr="00765081">
              <w:rPr>
                <w:rFonts w:ascii="Times New Roman" w:eastAsia="Calibri" w:hAnsi="Times New Roman" w:cs="Times New Roman"/>
                <w:color w:val="000000"/>
                <w:sz w:val="24"/>
                <w:szCs w:val="24"/>
              </w:rPr>
              <w:t>, в. Проведение звукового анализа слов с буквами В, в</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29" w:history="1">
              <w:r w:rsidR="008A18C1" w:rsidRPr="00765081">
                <w:rPr>
                  <w:rFonts w:ascii="Times New Roman" w:eastAsia="Calibri" w:hAnsi="Times New Roman" w:cs="Times New Roman"/>
                  <w:color w:val="0563C1"/>
                  <w:sz w:val="24"/>
                  <w:szCs w:val="24"/>
                  <w:u w:val="single"/>
                </w:rPr>
                <w:t>https://resh.edu.ru/subject/lesson/4122/start/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62</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i/>
                <w:sz w:val="24"/>
                <w:szCs w:val="24"/>
              </w:rPr>
            </w:pPr>
            <w:r w:rsidRPr="00765081">
              <w:rPr>
                <w:rFonts w:ascii="Times New Roman" w:eastAsia="Calibri" w:hAnsi="Times New Roman" w:cs="Times New Roman"/>
                <w:i/>
                <w:color w:val="000000"/>
                <w:sz w:val="24"/>
                <w:szCs w:val="24"/>
              </w:rPr>
              <w:t>Контрольная работа за 1 полугодие.</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0" w:history="1">
              <w:r w:rsidR="008A18C1" w:rsidRPr="00765081">
                <w:rPr>
                  <w:rFonts w:ascii="Times New Roman" w:eastAsia="Calibri" w:hAnsi="Times New Roman" w:cs="Times New Roman"/>
                  <w:color w:val="0563C1"/>
                  <w:sz w:val="24"/>
                  <w:szCs w:val="24"/>
                  <w:u w:val="single"/>
                </w:rPr>
                <w:t>https://resh.edu.ru/subject/lesson/4122/start/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63</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Ф, ф</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1" w:history="1">
              <w:r w:rsidR="008A18C1" w:rsidRPr="00765081">
                <w:rPr>
                  <w:rFonts w:ascii="Times New Roman" w:eastAsia="Calibri" w:hAnsi="Times New Roman" w:cs="Times New Roman"/>
                  <w:color w:val="0563C1"/>
                  <w:sz w:val="24"/>
                  <w:szCs w:val="24"/>
                  <w:u w:val="single"/>
                </w:rPr>
                <w:t>https://resh.edu.ru/subject/lesson/6411/start/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64</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стихотворений о животных. Произведение по выбору, например, А.А. Блок "Зайчик"</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2" w:history="1">
              <w:r w:rsidR="008A18C1" w:rsidRPr="00765081">
                <w:rPr>
                  <w:rFonts w:ascii="Times New Roman" w:eastAsia="Calibri" w:hAnsi="Times New Roman" w:cs="Times New Roman"/>
                  <w:color w:val="0563C1"/>
                  <w:sz w:val="24"/>
                  <w:szCs w:val="24"/>
                  <w:u w:val="single"/>
                </w:rPr>
                <w:t>https://rutube.ru/video/a2b849d811a8126d9c6089d753ba7550/</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65</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w:t>
            </w:r>
            <w:proofErr w:type="gramStart"/>
            <w:r w:rsidRPr="00765081">
              <w:rPr>
                <w:rFonts w:ascii="Times New Roman" w:eastAsia="Calibri" w:hAnsi="Times New Roman" w:cs="Times New Roman"/>
                <w:color w:val="000000"/>
                <w:sz w:val="24"/>
                <w:szCs w:val="24"/>
              </w:rPr>
              <w:t xml:space="preserve"> Ж</w:t>
            </w:r>
            <w:proofErr w:type="gramEnd"/>
            <w:r w:rsidRPr="00765081">
              <w:rPr>
                <w:rFonts w:ascii="Times New Roman" w:eastAsia="Calibri" w:hAnsi="Times New Roman" w:cs="Times New Roman"/>
                <w:color w:val="000000"/>
                <w:sz w:val="24"/>
                <w:szCs w:val="24"/>
              </w:rPr>
              <w:t>, ж</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3" w:history="1">
              <w:r w:rsidR="008A18C1" w:rsidRPr="00765081">
                <w:rPr>
                  <w:rFonts w:ascii="Times New Roman" w:eastAsia="Calibri" w:hAnsi="Times New Roman" w:cs="Times New Roman"/>
                  <w:color w:val="0563C1"/>
                  <w:sz w:val="24"/>
                  <w:szCs w:val="24"/>
                  <w:u w:val="single"/>
                </w:rPr>
                <w:t>https://resh.edu.ru/subject/lesson/3831/start/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66</w:t>
            </w:r>
          </w:p>
        </w:tc>
        <w:tc>
          <w:tcPr>
            <w:tcW w:w="2268" w:type="dxa"/>
            <w:vMerge w:val="restart"/>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w:t>
            </w:r>
            <w:proofErr w:type="gramStart"/>
            <w:r w:rsidRPr="00765081">
              <w:rPr>
                <w:rFonts w:ascii="Times New Roman" w:eastAsia="Calibri" w:hAnsi="Times New Roman" w:cs="Times New Roman"/>
                <w:color w:val="000000"/>
                <w:sz w:val="24"/>
                <w:szCs w:val="24"/>
              </w:rPr>
              <w:t xml:space="preserve"> Ж</w:t>
            </w:r>
            <w:proofErr w:type="gramEnd"/>
            <w:r w:rsidRPr="00765081">
              <w:rPr>
                <w:rFonts w:ascii="Times New Roman" w:eastAsia="Calibri" w:hAnsi="Times New Roman" w:cs="Times New Roman"/>
                <w:color w:val="000000"/>
                <w:sz w:val="24"/>
                <w:szCs w:val="24"/>
              </w:rPr>
              <w:t>, ж</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4" w:history="1">
              <w:r w:rsidR="008A18C1" w:rsidRPr="00765081">
                <w:rPr>
                  <w:rFonts w:ascii="Times New Roman" w:eastAsia="Calibri" w:hAnsi="Times New Roman" w:cs="Times New Roman"/>
                  <w:color w:val="0563C1"/>
                  <w:sz w:val="24"/>
                  <w:szCs w:val="24"/>
                  <w:u w:val="single"/>
                </w:rPr>
                <w:t>https://resh.edu.ru/subject/lesson/3831/start/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67</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заглавной буквами </w:t>
            </w:r>
            <w:proofErr w:type="gramStart"/>
            <w:r w:rsidRPr="00765081">
              <w:rPr>
                <w:rFonts w:ascii="Times New Roman" w:eastAsia="Calibri" w:hAnsi="Times New Roman" w:cs="Times New Roman"/>
                <w:color w:val="000000"/>
                <w:sz w:val="24"/>
                <w:szCs w:val="24"/>
              </w:rPr>
              <w:t>Ш</w:t>
            </w:r>
            <w:proofErr w:type="gramEnd"/>
            <w:r w:rsidRPr="00765081">
              <w:rPr>
                <w:rFonts w:ascii="Times New Roman" w:eastAsia="Calibri" w:hAnsi="Times New Roman" w:cs="Times New Roman"/>
                <w:color w:val="000000"/>
                <w:sz w:val="24"/>
                <w:szCs w:val="24"/>
              </w:rPr>
              <w:t>, ш</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5" w:history="1">
              <w:r w:rsidR="008A18C1" w:rsidRPr="00765081">
                <w:rPr>
                  <w:rFonts w:ascii="Times New Roman" w:eastAsia="Calibri" w:hAnsi="Times New Roman" w:cs="Times New Roman"/>
                  <w:color w:val="0563C1"/>
                  <w:sz w:val="24"/>
                  <w:szCs w:val="24"/>
                  <w:u w:val="single"/>
                </w:rPr>
                <w:t>https://resh.edu.ru/subject/lesson/6387/start/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68</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о животных. По выбору: Произведение по выбору, например, М.М. Пришвин "Лисичкин хлеб"</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6" w:history="1">
              <w:r w:rsidR="008A18C1" w:rsidRPr="00765081">
                <w:rPr>
                  <w:rFonts w:ascii="Times New Roman" w:eastAsia="Calibri" w:hAnsi="Times New Roman" w:cs="Times New Roman"/>
                  <w:color w:val="0563C1"/>
                  <w:sz w:val="24"/>
                  <w:szCs w:val="24"/>
                  <w:u w:val="single"/>
                </w:rPr>
                <w:t>https://mishka-knizhka.ru/audio-rasskazy-dlya-detej/audio-rasskazy-prishvina/lisichkin-hleb-audio-rasskaz-prishvina-m-m/</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69</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Ч, ч Проведение звукового анализа слов с буквами Ч, ч</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7" w:history="1">
              <w:r w:rsidR="008A18C1" w:rsidRPr="00765081">
                <w:rPr>
                  <w:rFonts w:ascii="Times New Roman" w:eastAsia="Calibri" w:hAnsi="Times New Roman" w:cs="Times New Roman"/>
                  <w:color w:val="0563C1"/>
                  <w:sz w:val="24"/>
                  <w:szCs w:val="24"/>
                  <w:u w:val="single"/>
                </w:rPr>
                <w:t>https://resh.edu.ru/subject/lesson/3821/start/179287/</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70</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 Ч, ч</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8" w:history="1">
              <w:r w:rsidR="008A18C1" w:rsidRPr="00765081">
                <w:rPr>
                  <w:rFonts w:ascii="Times New Roman" w:eastAsia="Calibri" w:hAnsi="Times New Roman" w:cs="Times New Roman"/>
                  <w:color w:val="0563C1"/>
                  <w:sz w:val="24"/>
                  <w:szCs w:val="24"/>
                  <w:u w:val="single"/>
                </w:rPr>
                <w:t>https://resh.edu.ru/subject/lesson/3821/start/179287/</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71</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заглавной буквами </w:t>
            </w:r>
            <w:proofErr w:type="gramStart"/>
            <w:r w:rsidRPr="00765081">
              <w:rPr>
                <w:rFonts w:ascii="Times New Roman" w:eastAsia="Calibri" w:hAnsi="Times New Roman" w:cs="Times New Roman"/>
                <w:color w:val="000000"/>
                <w:sz w:val="24"/>
                <w:szCs w:val="24"/>
              </w:rPr>
              <w:t>Щ</w:t>
            </w:r>
            <w:proofErr w:type="gramEnd"/>
            <w:r w:rsidRPr="00765081">
              <w:rPr>
                <w:rFonts w:ascii="Times New Roman" w:eastAsia="Calibri" w:hAnsi="Times New Roman" w:cs="Times New Roman"/>
                <w:color w:val="000000"/>
                <w:sz w:val="24"/>
                <w:szCs w:val="24"/>
              </w:rPr>
              <w:t>, щ</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39" w:history="1">
              <w:r w:rsidR="008A18C1" w:rsidRPr="00765081">
                <w:rPr>
                  <w:rFonts w:ascii="Times New Roman" w:eastAsia="Calibri" w:hAnsi="Times New Roman" w:cs="Times New Roman"/>
                  <w:color w:val="0563C1"/>
                  <w:sz w:val="24"/>
                  <w:szCs w:val="24"/>
                  <w:u w:val="single"/>
                </w:rPr>
                <w:t>https://resh.edu.ru/subject/lesson/3480/start/182373/</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lastRenderedPageBreak/>
              <w:t>72</w:t>
            </w:r>
          </w:p>
        </w:tc>
        <w:tc>
          <w:tcPr>
            <w:tcW w:w="2268" w:type="dxa"/>
            <w:vMerge w:val="restart"/>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о детях. Произведение по выбору, например, Е.А.Пермяк "Пичугин мост"</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0" w:history="1">
              <w:r w:rsidR="008A18C1" w:rsidRPr="00765081">
                <w:rPr>
                  <w:rFonts w:ascii="Times New Roman" w:eastAsia="Calibri" w:hAnsi="Times New Roman" w:cs="Times New Roman"/>
                  <w:color w:val="0563C1"/>
                  <w:sz w:val="24"/>
                  <w:szCs w:val="24"/>
                  <w:u w:val="single"/>
                </w:rPr>
                <w:t>https://akniga.org/permyak-evgeniy-pichugin-most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73</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со строчной и заглавной буквами Х, х</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1" w:history="1">
              <w:r w:rsidR="008A18C1" w:rsidRPr="00765081">
                <w:rPr>
                  <w:rFonts w:ascii="Times New Roman" w:eastAsia="Calibri" w:hAnsi="Times New Roman" w:cs="Times New Roman"/>
                  <w:color w:val="0563C1"/>
                  <w:sz w:val="24"/>
                  <w:szCs w:val="24"/>
                  <w:u w:val="single"/>
                </w:rPr>
                <w:t>https://resh.edu.ru/subject/lesson/6431/start/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74</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Проведение звукового анализа слов с буквами Х, х</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2" w:history="1">
              <w:r w:rsidR="008A18C1" w:rsidRPr="00765081">
                <w:rPr>
                  <w:rFonts w:ascii="Times New Roman" w:eastAsia="Calibri" w:hAnsi="Times New Roman" w:cs="Times New Roman"/>
                  <w:color w:val="0563C1"/>
                  <w:sz w:val="24"/>
                  <w:szCs w:val="24"/>
                  <w:u w:val="single"/>
                </w:rPr>
                <w:t>https://resh.edu.ru/subject/lesson/6431/start/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75</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Знакомство со строчной и заглавной буквами </w:t>
            </w:r>
            <w:proofErr w:type="gramStart"/>
            <w:r w:rsidRPr="00765081">
              <w:rPr>
                <w:rFonts w:ascii="Times New Roman" w:eastAsia="Calibri" w:hAnsi="Times New Roman" w:cs="Times New Roman"/>
                <w:color w:val="000000"/>
                <w:sz w:val="24"/>
                <w:szCs w:val="24"/>
              </w:rPr>
              <w:t>Ц</w:t>
            </w:r>
            <w:proofErr w:type="gramEnd"/>
            <w:r w:rsidRPr="00765081">
              <w:rPr>
                <w:rFonts w:ascii="Times New Roman" w:eastAsia="Calibri" w:hAnsi="Times New Roman" w:cs="Times New Roman"/>
                <w:color w:val="000000"/>
                <w:sz w:val="24"/>
                <w:szCs w:val="24"/>
              </w:rPr>
              <w:t>, ц</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3" w:history="1">
              <w:r w:rsidR="008A18C1" w:rsidRPr="00765081">
                <w:rPr>
                  <w:rFonts w:ascii="Times New Roman" w:eastAsia="Calibri" w:hAnsi="Times New Roman" w:cs="Times New Roman"/>
                  <w:color w:val="0563C1"/>
                  <w:sz w:val="24"/>
                  <w:szCs w:val="24"/>
                  <w:u w:val="single"/>
                </w:rPr>
                <w:t>https://resh.edu.ru/subject/lesson/3832/start/</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76</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Слушание литературного произведения. Произведение по выбору, например, С.Я.Маршак "Тихая сказка"</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4" w:history="1">
              <w:r w:rsidR="008A18C1" w:rsidRPr="00765081">
                <w:rPr>
                  <w:rFonts w:ascii="Times New Roman" w:eastAsia="Calibri" w:hAnsi="Times New Roman" w:cs="Times New Roman"/>
                  <w:color w:val="0563C1"/>
                  <w:sz w:val="24"/>
                  <w:szCs w:val="24"/>
                  <w:u w:val="single"/>
                </w:rPr>
                <w:t>https://deti-online.com/audioskazki/skazki-marshaka-mp3/tihaya-skazka/</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77</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Отработка навыка чтения</w:t>
            </w:r>
          </w:p>
        </w:tc>
        <w:tc>
          <w:tcPr>
            <w:tcW w:w="3969" w:type="dxa"/>
            <w:vAlign w:val="center"/>
          </w:tcPr>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78</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буквой ь. Различение функций буквы ь</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5" w:history="1">
              <w:r w:rsidR="008A18C1" w:rsidRPr="00765081">
                <w:rPr>
                  <w:rFonts w:ascii="Times New Roman" w:eastAsia="Calibri" w:hAnsi="Times New Roman" w:cs="Times New Roman"/>
                  <w:color w:val="0563C1"/>
                  <w:sz w:val="24"/>
                  <w:szCs w:val="24"/>
                  <w:u w:val="single"/>
                </w:rPr>
                <w:t>https://resh.edu.ru/subject/lesson/4143/start/188340/</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pBdr>
                <w:between w:val="single" w:sz="4" w:space="1" w:color="auto"/>
              </w:pBdr>
              <w:rPr>
                <w:rFonts w:ascii="Times New Roman" w:eastAsia="Calibri" w:hAnsi="Times New Roman" w:cs="Times New Roman"/>
                <w:sz w:val="24"/>
                <w:szCs w:val="24"/>
              </w:rPr>
            </w:pPr>
            <w:r w:rsidRPr="00765081">
              <w:rPr>
                <w:rFonts w:ascii="Times New Roman" w:eastAsia="Calibri" w:hAnsi="Times New Roman" w:cs="Times New Roman"/>
                <w:sz w:val="24"/>
                <w:szCs w:val="24"/>
              </w:rPr>
              <w:t>79</w:t>
            </w:r>
          </w:p>
        </w:tc>
        <w:tc>
          <w:tcPr>
            <w:tcW w:w="2268" w:type="dxa"/>
            <w:vMerge/>
          </w:tcPr>
          <w:p w:rsidR="008A18C1" w:rsidRPr="00765081" w:rsidRDefault="008A18C1" w:rsidP="008A18C1">
            <w:pPr>
              <w:widowControl w:val="0"/>
              <w:pBdr>
                <w:top w:val="nil"/>
                <w:left w:val="nil"/>
                <w:bottom w:val="nil"/>
                <w:right w:val="nil"/>
                <w:between w:val="single" w:sz="4" w:space="1" w:color="auto"/>
              </w:pBdr>
              <w:spacing w:line="276" w:lineRule="auto"/>
              <w:rPr>
                <w:rFonts w:ascii="Times New Roman" w:eastAsia="Calibri" w:hAnsi="Times New Roman" w:cs="Times New Roman"/>
                <w:color w:val="000000"/>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особенностями буквы ъ</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6" w:history="1">
              <w:r w:rsidR="008A18C1" w:rsidRPr="00765081">
                <w:rPr>
                  <w:rFonts w:ascii="Times New Roman" w:eastAsia="Calibri" w:hAnsi="Times New Roman" w:cs="Times New Roman"/>
                  <w:color w:val="0563C1"/>
                  <w:sz w:val="24"/>
                  <w:szCs w:val="24"/>
                  <w:u w:val="single"/>
                </w:rPr>
                <w:t>https://resh.edu.ru/subject/lesson/4143/start/188340/</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r w:rsidR="008A18C1" w:rsidRPr="00765081" w:rsidTr="00541C25">
        <w:trPr>
          <w:trHeight w:val="363"/>
        </w:trPr>
        <w:tc>
          <w:tcPr>
            <w:tcW w:w="852" w:type="dxa"/>
          </w:tcPr>
          <w:p w:rsidR="008A18C1" w:rsidRPr="00765081" w:rsidRDefault="008A18C1" w:rsidP="008A18C1">
            <w:pPr>
              <w:rPr>
                <w:rFonts w:ascii="Times New Roman" w:eastAsia="Calibri" w:hAnsi="Times New Roman" w:cs="Times New Roman"/>
                <w:sz w:val="24"/>
                <w:szCs w:val="24"/>
              </w:rPr>
            </w:pPr>
            <w:r w:rsidRPr="00765081">
              <w:rPr>
                <w:rFonts w:ascii="Times New Roman" w:eastAsia="Calibri" w:hAnsi="Times New Roman" w:cs="Times New Roman"/>
                <w:sz w:val="24"/>
                <w:szCs w:val="24"/>
              </w:rPr>
              <w:t>80</w:t>
            </w:r>
          </w:p>
        </w:tc>
        <w:tc>
          <w:tcPr>
            <w:tcW w:w="2268" w:type="dxa"/>
          </w:tcPr>
          <w:p w:rsidR="008A18C1" w:rsidRPr="00765081" w:rsidRDefault="008A18C1" w:rsidP="008A18C1">
            <w:pPr>
              <w:rPr>
                <w:rFonts w:ascii="Times New Roman" w:eastAsia="Calibri" w:hAnsi="Times New Roman" w:cs="Times New Roman"/>
                <w:sz w:val="24"/>
                <w:szCs w:val="24"/>
              </w:rPr>
            </w:pPr>
          </w:p>
        </w:tc>
        <w:tc>
          <w:tcPr>
            <w:tcW w:w="5103" w:type="dxa"/>
            <w:vAlign w:val="center"/>
          </w:tcPr>
          <w:p w:rsidR="008A18C1" w:rsidRPr="00765081" w:rsidRDefault="008A18C1" w:rsidP="008A18C1">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Слушание литературного произведения. Произведение по выбору, например, </w:t>
            </w:r>
            <w:proofErr w:type="spellStart"/>
            <w:r w:rsidRPr="00765081">
              <w:rPr>
                <w:rFonts w:ascii="Times New Roman" w:eastAsia="Calibri" w:hAnsi="Times New Roman" w:cs="Times New Roman"/>
                <w:color w:val="000000"/>
                <w:sz w:val="24"/>
                <w:szCs w:val="24"/>
              </w:rPr>
              <w:t>В.Г.Сутеев</w:t>
            </w:r>
            <w:proofErr w:type="spellEnd"/>
            <w:r w:rsidRPr="00765081">
              <w:rPr>
                <w:rFonts w:ascii="Times New Roman" w:eastAsia="Calibri" w:hAnsi="Times New Roman" w:cs="Times New Roman"/>
                <w:color w:val="000000"/>
                <w:sz w:val="24"/>
                <w:szCs w:val="24"/>
              </w:rPr>
              <w:t xml:space="preserve"> "Ёлка"</w:t>
            </w:r>
          </w:p>
        </w:tc>
        <w:tc>
          <w:tcPr>
            <w:tcW w:w="3969" w:type="dxa"/>
            <w:vAlign w:val="center"/>
          </w:tcPr>
          <w:p w:rsidR="008A18C1" w:rsidRPr="00765081" w:rsidRDefault="007B5670" w:rsidP="008A18C1">
            <w:pPr>
              <w:ind w:left="135"/>
              <w:rPr>
                <w:rFonts w:ascii="Times New Roman" w:eastAsia="Calibri" w:hAnsi="Times New Roman" w:cs="Times New Roman"/>
                <w:sz w:val="24"/>
                <w:szCs w:val="24"/>
              </w:rPr>
            </w:pPr>
            <w:hyperlink r:id="rId147" w:history="1">
              <w:r w:rsidR="008A18C1" w:rsidRPr="00765081">
                <w:rPr>
                  <w:rFonts w:ascii="Times New Roman" w:eastAsia="Calibri" w:hAnsi="Times New Roman" w:cs="Times New Roman"/>
                  <w:color w:val="0563C1"/>
                  <w:sz w:val="24"/>
                  <w:szCs w:val="24"/>
                  <w:u w:val="single"/>
                </w:rPr>
                <w:t>https://mishka-knizhka.ru/audioskazki-dlya-detej/russkie-audioskazki/audioskazki-suteeva/elka-audio/</w:t>
              </w:r>
            </w:hyperlink>
          </w:p>
          <w:p w:rsidR="008A18C1" w:rsidRPr="00765081" w:rsidRDefault="008A18C1" w:rsidP="008A18C1">
            <w:pPr>
              <w:ind w:left="135"/>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lang w:eastAsia="ru-RU"/>
              </w:rPr>
            </w:pPr>
          </w:p>
        </w:tc>
        <w:tc>
          <w:tcPr>
            <w:tcW w:w="1418" w:type="dxa"/>
          </w:tcPr>
          <w:p w:rsidR="008A18C1" w:rsidRPr="00765081" w:rsidRDefault="008A18C1" w:rsidP="008A18C1">
            <w:pPr>
              <w:pBdr>
                <w:top w:val="nil"/>
                <w:left w:val="nil"/>
                <w:bottom w:val="nil"/>
                <w:right w:val="nil"/>
                <w:between w:val="single" w:sz="4" w:space="1" w:color="auto"/>
              </w:pBdr>
              <w:rPr>
                <w:rFonts w:ascii="Times New Roman" w:eastAsia="Calibri" w:hAnsi="Times New Roman" w:cs="Times New Roman"/>
                <w:color w:val="000000"/>
                <w:sz w:val="24"/>
                <w:szCs w:val="24"/>
              </w:rPr>
            </w:pPr>
          </w:p>
        </w:tc>
      </w:tr>
    </w:tbl>
    <w:tbl>
      <w:tblPr>
        <w:tblW w:w="14885" w:type="dxa"/>
        <w:tblInd w:w="-431" w:type="dxa"/>
        <w:tblLayout w:type="fixed"/>
        <w:tblLook w:val="04A0"/>
      </w:tblPr>
      <w:tblGrid>
        <w:gridCol w:w="806"/>
        <w:gridCol w:w="2160"/>
        <w:gridCol w:w="5257"/>
        <w:gridCol w:w="4110"/>
        <w:gridCol w:w="1134"/>
        <w:gridCol w:w="1418"/>
      </w:tblGrid>
      <w:tr w:rsidR="008A18C1" w:rsidRPr="00765081" w:rsidTr="00541C25">
        <w:trPr>
          <w:trHeight w:val="1207"/>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81</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rPr>
            </w:pPr>
            <w:r w:rsidRPr="00765081">
              <w:rPr>
                <w:rFonts w:ascii="Times New Roman" w:eastAsia="Calibri" w:hAnsi="Times New Roman" w:cs="Times New Roman"/>
                <w:color w:val="000000"/>
                <w:sz w:val="24"/>
                <w:szCs w:val="24"/>
                <w:shd w:val="clear" w:color="auto" w:fill="F7F5F5"/>
              </w:rPr>
              <w:t xml:space="preserve">Сказка народная (фольклорная) и литературная </w:t>
            </w:r>
            <w:r w:rsidRPr="00765081">
              <w:rPr>
                <w:rFonts w:ascii="Times New Roman" w:eastAsia="Calibri" w:hAnsi="Times New Roman" w:cs="Times New Roman"/>
                <w:color w:val="000000"/>
                <w:sz w:val="24"/>
                <w:szCs w:val="24"/>
                <w:shd w:val="clear" w:color="auto" w:fill="F7F5F5"/>
              </w:rPr>
              <w:lastRenderedPageBreak/>
              <w:t>(авторская). (3)</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lastRenderedPageBreak/>
              <w:t>Обобщение знаний о буквах. Русский алфавит.</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pBdr>
                <w:top w:val="nil"/>
                <w:left w:val="nil"/>
                <w:bottom w:val="nil"/>
                <w:right w:val="nil"/>
                <w:between w:val="nil"/>
              </w:pBdr>
              <w:spacing w:after="0"/>
              <w:rPr>
                <w:rFonts w:ascii="Times New Roman" w:eastAsia="Calibri" w:hAnsi="Times New Roman" w:cs="Times New Roman"/>
                <w:sz w:val="24"/>
                <w:szCs w:val="24"/>
              </w:rPr>
            </w:pPr>
            <w:r w:rsidRPr="00765081">
              <w:rPr>
                <w:rFonts w:ascii="Times New Roman" w:eastAsia="Calibri" w:hAnsi="Times New Roman" w:cs="Times New Roman"/>
                <w:sz w:val="24"/>
                <w:szCs w:val="24"/>
              </w:rPr>
              <w:t>Российская электронная школа.</w:t>
            </w:r>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r w:rsidRPr="00765081">
              <w:rPr>
                <w:rFonts w:ascii="Times New Roman" w:eastAsia="Calibri" w:hAnsi="Times New Roman" w:cs="Times New Roman"/>
                <w:color w:val="5B9BD5"/>
                <w:sz w:val="24"/>
                <w:szCs w:val="24"/>
              </w:rPr>
              <w:t>https://resh.edu.ru/subject/lesson/6390/start/188454/</w:t>
            </w: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720"/>
              <w:contextualSpacing/>
              <w:jc w:val="both"/>
              <w:rPr>
                <w:rFonts w:ascii="Times New Roman" w:eastAsia="Times New Roman" w:hAnsi="Times New Roman" w:cs="Times New Roman"/>
                <w:color w:val="333333"/>
                <w:sz w:val="24"/>
                <w:szCs w:val="24"/>
                <w:lang w:eastAsia="ru-RU"/>
              </w:rPr>
            </w:pP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t>Чтение произведений о буквах алфавита. С.Я.Маршак «Ты эти буквы заучи»</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48"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49"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50"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151"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lastRenderedPageBreak/>
              <w:t>82</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t xml:space="preserve">Совершенствование навыка чтения. А.А. Шибаев «Беспокойные соседки», «Познакомились». </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52"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53"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9011F">
            <w:pPr>
              <w:numPr>
                <w:ilvl w:val="0"/>
                <w:numId w:val="45"/>
              </w:numPr>
              <w:spacing w:line="240" w:lineRule="auto"/>
              <w:ind w:left="0"/>
              <w:contextualSpacing/>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83</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Произведения о братьях наших меньших (4)</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t>Слушание литературных (авторских) сказок. Сказка К.Чуковского «Муха-Цокотуха»</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54"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55"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56"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157"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9011F">
            <w:pPr>
              <w:numPr>
                <w:ilvl w:val="0"/>
                <w:numId w:val="45"/>
              </w:numPr>
              <w:spacing w:line="240" w:lineRule="auto"/>
              <w:ind w:left="0"/>
              <w:contextualSpacing/>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84</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t xml:space="preserve">Определение темы произведения: о животных. На примере произведений Е.И. Чарушина </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pBdr>
                <w:top w:val="nil"/>
                <w:left w:val="nil"/>
                <w:bottom w:val="nil"/>
                <w:right w:val="nil"/>
                <w:between w:val="nil"/>
              </w:pBdr>
              <w:spacing w:after="0"/>
              <w:rPr>
                <w:rFonts w:ascii="Times New Roman" w:eastAsia="Calibri" w:hAnsi="Times New Roman" w:cs="Times New Roman"/>
                <w:sz w:val="24"/>
                <w:szCs w:val="24"/>
              </w:rPr>
            </w:pPr>
            <w:r w:rsidRPr="00765081">
              <w:rPr>
                <w:rFonts w:ascii="Times New Roman" w:eastAsia="Calibri" w:hAnsi="Times New Roman" w:cs="Times New Roman"/>
                <w:sz w:val="24"/>
                <w:szCs w:val="24"/>
              </w:rPr>
              <w:t>Российская электронная школа.</w:t>
            </w:r>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r w:rsidRPr="00765081">
              <w:rPr>
                <w:rFonts w:ascii="Times New Roman" w:eastAsia="Calibri" w:hAnsi="Times New Roman" w:cs="Times New Roman"/>
                <w:color w:val="5B9BD5"/>
                <w:sz w:val="24"/>
                <w:szCs w:val="24"/>
              </w:rPr>
              <w:t>https://resh.edu.ru/subject/lesson/6390/start/188454/</w:t>
            </w: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9011F">
            <w:pPr>
              <w:numPr>
                <w:ilvl w:val="0"/>
                <w:numId w:val="45"/>
              </w:numPr>
              <w:spacing w:line="240" w:lineRule="auto"/>
              <w:ind w:left="0"/>
              <w:contextualSpacing/>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85</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Чтение небольших произведений о животных Н.И. Сладкова</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58"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59"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9011F">
            <w:pPr>
              <w:numPr>
                <w:ilvl w:val="0"/>
                <w:numId w:val="45"/>
              </w:numPr>
              <w:spacing w:line="240" w:lineRule="auto"/>
              <w:ind w:left="0"/>
              <w:contextualSpacing/>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86</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Чтение рассказов о животных. Ответы на вопросы по содержанию произведения. </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60"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87</w:t>
            </w:r>
          </w:p>
        </w:tc>
        <w:tc>
          <w:tcPr>
            <w:tcW w:w="216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rPr>
            </w:pPr>
            <w:r w:rsidRPr="00765081">
              <w:rPr>
                <w:rFonts w:ascii="Times New Roman" w:eastAsia="Calibri" w:hAnsi="Times New Roman" w:cs="Times New Roman"/>
                <w:color w:val="000000"/>
                <w:sz w:val="24"/>
                <w:szCs w:val="24"/>
                <w:shd w:val="clear" w:color="auto" w:fill="F7F5F5"/>
              </w:rPr>
              <w:t>Сказка народная (фольклорная) и литературная (авторская). (1)</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Слушание литературных (авторских) сказок. Русская народная сказка «Лисичка-сестричка и волк»</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pBdr>
                <w:top w:val="nil"/>
                <w:left w:val="nil"/>
                <w:bottom w:val="nil"/>
                <w:right w:val="nil"/>
                <w:between w:val="nil"/>
              </w:pBdr>
              <w:spacing w:after="0"/>
              <w:rPr>
                <w:rFonts w:ascii="Times New Roman" w:eastAsia="Calibri" w:hAnsi="Times New Roman" w:cs="Times New Roman"/>
                <w:sz w:val="24"/>
                <w:szCs w:val="24"/>
              </w:rPr>
            </w:pPr>
            <w:r w:rsidRPr="00765081">
              <w:rPr>
                <w:rFonts w:ascii="Times New Roman" w:eastAsia="Calibri" w:hAnsi="Times New Roman" w:cs="Times New Roman"/>
                <w:sz w:val="24"/>
                <w:szCs w:val="24"/>
              </w:rPr>
              <w:t>Российская электронная школа.</w:t>
            </w:r>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r w:rsidRPr="00765081">
              <w:rPr>
                <w:rFonts w:ascii="Times New Roman" w:eastAsia="Calibri" w:hAnsi="Times New Roman" w:cs="Times New Roman"/>
                <w:color w:val="5B9BD5"/>
                <w:sz w:val="24"/>
                <w:szCs w:val="24"/>
              </w:rPr>
              <w:t>https://resh.edu.ru/subject/lesson/6390/start/188454/</w:t>
            </w: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88</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 xml:space="preserve">Произведения о детях и для детей </w:t>
            </w:r>
            <w:r w:rsidRPr="00765081">
              <w:rPr>
                <w:rFonts w:ascii="Times New Roman" w:eastAsia="Times New Roman" w:hAnsi="Times New Roman" w:cs="Times New Roman"/>
                <w:color w:val="333333"/>
                <w:sz w:val="24"/>
                <w:szCs w:val="24"/>
                <w:lang w:eastAsia="ru-RU"/>
              </w:rPr>
              <w:lastRenderedPageBreak/>
              <w:t>(6)</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lastRenderedPageBreak/>
              <w:t>Чтение небольших произведений Л.Н. Толстого о детях</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61"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62"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63"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164"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lastRenderedPageBreak/>
              <w:t>89</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Чтение произведений о детях Н.Н. Носова</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65"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66"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90</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Чтение рассказов о детях. Ответы на вопросы по содержанию произведения</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67"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91</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Слушание литературных произведений. Е.Ф. Трутнева «Когда это бывает?»</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68"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69"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70"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171"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92</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Нравственные ценности и идеи в фольклорных (народных) сказках: отношения к природе, людям, предметам</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72"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73"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93</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Характеристика героев в фольклорных (народных) сказках о животных. На примере сказок «Лисица и тетерев», «Лиса и рак»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74"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94</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tabs>
                <w:tab w:val="left" w:pos="3326"/>
              </w:tabs>
              <w:rPr>
                <w:rFonts w:ascii="Times New Roman" w:eastAsia="Calibri" w:hAnsi="Times New Roman" w:cs="Times New Roman"/>
                <w:b/>
                <w:bCs/>
                <w:color w:val="000000"/>
                <w:sz w:val="24"/>
                <w:szCs w:val="24"/>
              </w:rPr>
            </w:pPr>
            <w:r w:rsidRPr="00765081">
              <w:rPr>
                <w:rFonts w:ascii="Times New Roman" w:eastAsia="Calibri" w:hAnsi="Times New Roman" w:cs="Times New Roman"/>
                <w:color w:val="000000"/>
                <w:sz w:val="24"/>
                <w:szCs w:val="24"/>
                <w:shd w:val="clear" w:color="auto" w:fill="F7F5F5"/>
              </w:rPr>
              <w:t>Сказка народная (фольклорная) и литературная (авторская). (4)</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Реальность и волшебство в литературных (авторских) сказках. На примере произведений В.Г. </w:t>
            </w:r>
            <w:proofErr w:type="spellStart"/>
            <w:r w:rsidRPr="00765081">
              <w:rPr>
                <w:rFonts w:ascii="Times New Roman" w:eastAsia="Times New Roman" w:hAnsi="Times New Roman" w:cs="Times New Roman"/>
                <w:sz w:val="24"/>
                <w:szCs w:val="24"/>
                <w:lang w:eastAsia="ru-RU"/>
              </w:rPr>
              <w:t>Сутеева</w:t>
            </w:r>
            <w:proofErr w:type="spellEnd"/>
            <w:r w:rsidRPr="00765081">
              <w:rPr>
                <w:rFonts w:ascii="Times New Roman" w:eastAsia="Times New Roman" w:hAnsi="Times New Roman" w:cs="Times New Roman"/>
                <w:sz w:val="24"/>
                <w:szCs w:val="24"/>
                <w:lang w:eastAsia="ru-RU"/>
              </w:rPr>
              <w:t xml:space="preserve">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75"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76"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77"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178"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95</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Работа с фольклорной и литературной (авторской) сказками: событийная сторона </w:t>
            </w:r>
            <w:r w:rsidRPr="00765081">
              <w:rPr>
                <w:rFonts w:ascii="Times New Roman" w:eastAsia="Times New Roman" w:hAnsi="Times New Roman" w:cs="Times New Roman"/>
                <w:sz w:val="24"/>
                <w:szCs w:val="24"/>
                <w:lang w:eastAsia="ru-RU"/>
              </w:rPr>
              <w:lastRenderedPageBreak/>
              <w:t>сказок (последовательность событий)</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lastRenderedPageBreak/>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79"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80"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lastRenderedPageBreak/>
              <w:t>96</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Отражение сюжета произведения в иллюстрациях</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81"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82"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83"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184"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97</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85"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98</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Произведения о детях и для детей (9)</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Определение темы произведения: о жизни, играх, делах детей</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86"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87"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99</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Выделение главной мысли (идеи) произведения. На примере рассказов К.Д.Ушинского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88"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89"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100</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Заголовок произведения, его значение для понимания содержания</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90"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91"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92"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193"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101</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Рассказы о детях. На примере произведения Л.Н. Толстого «Косточка»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94"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102</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Рассказы о детях. На примере произведения В.А. Осеевой «Три товарища»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95"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lastRenderedPageBreak/>
              <w:t>103</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Характеристика героя произведения: оценка поступков и поведения. На примере произведения Е.А. Пермяка «Торопливый ножик»</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96"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197"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104</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Работа с текстом произведения: осознание понятий друг, дружба, забота. На примере произведения Ю.И. Ермолаев «Лучший друг»</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198"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199"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00"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201"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105</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Стихотворения о детях. На примере произведения А.Л. </w:t>
            </w:r>
            <w:proofErr w:type="spellStart"/>
            <w:r w:rsidRPr="00765081">
              <w:rPr>
                <w:rFonts w:ascii="Times New Roman" w:eastAsia="Times New Roman" w:hAnsi="Times New Roman" w:cs="Times New Roman"/>
                <w:sz w:val="24"/>
                <w:szCs w:val="24"/>
                <w:lang w:eastAsia="ru-RU"/>
              </w:rPr>
              <w:t>Барто</w:t>
            </w:r>
            <w:proofErr w:type="spellEnd"/>
            <w:r w:rsidRPr="00765081">
              <w:rPr>
                <w:rFonts w:ascii="Times New Roman" w:eastAsia="Times New Roman" w:hAnsi="Times New Roman" w:cs="Times New Roman"/>
                <w:sz w:val="24"/>
                <w:szCs w:val="24"/>
                <w:lang w:eastAsia="ru-RU"/>
              </w:rPr>
              <w:t xml:space="preserve"> «Я – лишний»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02"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106</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Работа с текстом произведения: осознание понятий труд, взаимопомощь</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03"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204"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05"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206"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107</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Произведения о маме (3)</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Восприятие произведений о маме: проявление любви и заботы о родных людях. На примере стихотворения А.Л. </w:t>
            </w:r>
            <w:proofErr w:type="spellStart"/>
            <w:r w:rsidRPr="00765081">
              <w:rPr>
                <w:rFonts w:ascii="Times New Roman" w:eastAsia="Times New Roman" w:hAnsi="Times New Roman" w:cs="Times New Roman"/>
                <w:sz w:val="24"/>
                <w:szCs w:val="24"/>
                <w:lang w:eastAsia="ru-RU"/>
              </w:rPr>
              <w:t>Барто</w:t>
            </w:r>
            <w:proofErr w:type="spellEnd"/>
            <w:r w:rsidRPr="00765081">
              <w:rPr>
                <w:rFonts w:ascii="Times New Roman" w:eastAsia="Times New Roman" w:hAnsi="Times New Roman" w:cs="Times New Roman"/>
                <w:sz w:val="24"/>
                <w:szCs w:val="24"/>
                <w:lang w:eastAsia="ru-RU"/>
              </w:rPr>
              <w:t xml:space="preserve"> «Мама»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07"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108</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08"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209"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10"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211"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109</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Осознание отражённых в произведении понятий: чувство любви матери к ребёнку, детей к матери, </w:t>
            </w:r>
            <w:proofErr w:type="gramStart"/>
            <w:r w:rsidRPr="00765081">
              <w:rPr>
                <w:rFonts w:ascii="Times New Roman" w:eastAsia="Times New Roman" w:hAnsi="Times New Roman" w:cs="Times New Roman"/>
                <w:sz w:val="24"/>
                <w:szCs w:val="24"/>
                <w:lang w:eastAsia="ru-RU"/>
              </w:rPr>
              <w:t>близким</w:t>
            </w:r>
            <w:proofErr w:type="gramEnd"/>
            <w:r w:rsidRPr="00765081">
              <w:rPr>
                <w:rFonts w:ascii="Times New Roman" w:eastAsia="Times New Roman" w:hAnsi="Times New Roman" w:cs="Times New Roman"/>
                <w:sz w:val="24"/>
                <w:szCs w:val="24"/>
                <w:lang w:eastAsia="ru-RU"/>
              </w:rPr>
              <w:t xml:space="preserve">. На примере произведения А.В. Митяева «За что я люблю маму» и других </w:t>
            </w:r>
            <w:r w:rsidRPr="00765081">
              <w:rPr>
                <w:rFonts w:ascii="Times New Roman" w:eastAsia="Times New Roman" w:hAnsi="Times New Roman" w:cs="Times New Roman"/>
                <w:sz w:val="24"/>
                <w:szCs w:val="24"/>
                <w:lang w:eastAsia="ru-RU"/>
              </w:rPr>
              <w:lastRenderedPageBreak/>
              <w:t>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lastRenderedPageBreak/>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12"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13"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lastRenderedPageBreak/>
              <w:t>110</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t>Произведения о родной природе (6)</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Определение темы произведения: изображение природы в разные времена года</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14"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215"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16"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217"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111</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Наблюдение за особенностями стихотворной речи: рифма, ритм. Роль интонации при выразительном чтении: темп, сила голоса</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18"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112</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Восприятие произведений о родной природе: краски и звуки весны </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19"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113</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Сравнение стихотворного и прозаического текста о природе весной. Определение настроений, которые они создают</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20"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114</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Выделение главной мысли (идеи) в произведениях о родной природе, о Родине</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21"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22"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115</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Работа с детскими книгами. Отражение в иллюстрации эмоционального отклика на произведение</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23"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224"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25"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226"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116</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t>Устное народное творчество — малые фольклорные жанры (5)</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Знакомство с малыми жанрами устного народного творчества: </w:t>
            </w:r>
            <w:proofErr w:type="spellStart"/>
            <w:r w:rsidRPr="00765081">
              <w:rPr>
                <w:rFonts w:ascii="Times New Roman" w:eastAsia="Times New Roman" w:hAnsi="Times New Roman" w:cs="Times New Roman"/>
                <w:sz w:val="24"/>
                <w:szCs w:val="24"/>
                <w:lang w:eastAsia="ru-RU"/>
              </w:rPr>
              <w:t>потешка</w:t>
            </w:r>
            <w:proofErr w:type="spellEnd"/>
            <w:r w:rsidRPr="00765081">
              <w:rPr>
                <w:rFonts w:ascii="Times New Roman" w:eastAsia="Times New Roman" w:hAnsi="Times New Roman" w:cs="Times New Roman"/>
                <w:sz w:val="24"/>
                <w:szCs w:val="24"/>
                <w:lang w:eastAsia="ru-RU"/>
              </w:rPr>
              <w:t>, загадка, пословица</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27"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117</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Особенности загадки как средства воспитания живости ума, сообразительности</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28"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29"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lastRenderedPageBreak/>
              <w:t>118</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Понимание пословицы как средства проявления народной мудрости, краткого изречения жизненных правил</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30" w:history="1">
              <w:r w:rsidR="008A18C1" w:rsidRPr="00765081">
                <w:rPr>
                  <w:rFonts w:ascii="Times New Roman" w:eastAsia="Calibri" w:hAnsi="Times New Roman" w:cs="Times New Roman"/>
                  <w:b/>
                  <w:bCs/>
                  <w:color w:val="00000A"/>
                  <w:sz w:val="24"/>
                  <w:szCs w:val="24"/>
                  <w:u w:val="single"/>
                </w:rPr>
                <w:t>http://www.mobintech.ru</w:t>
              </w:r>
            </w:hyperlink>
          </w:p>
          <w:p w:rsidR="008A18C1" w:rsidRPr="00765081" w:rsidRDefault="008A18C1" w:rsidP="008A18C1">
            <w:pPr>
              <w:shd w:val="clear" w:color="auto" w:fill="FFFFFF"/>
              <w:spacing w:after="0"/>
              <w:rPr>
                <w:rFonts w:ascii="Times New Roman" w:eastAsia="Calibri" w:hAnsi="Times New Roman" w:cs="Times New Roman"/>
                <w:color w:val="000000"/>
                <w:sz w:val="24"/>
                <w:szCs w:val="24"/>
              </w:rPr>
            </w:pPr>
          </w:p>
          <w:p w:rsidR="008A18C1" w:rsidRPr="00765081" w:rsidRDefault="007B5670" w:rsidP="008A18C1">
            <w:pPr>
              <w:spacing w:after="0"/>
              <w:rPr>
                <w:rFonts w:ascii="Times New Roman" w:eastAsia="Calibri" w:hAnsi="Times New Roman" w:cs="Times New Roman"/>
                <w:sz w:val="24"/>
                <w:szCs w:val="24"/>
              </w:rPr>
            </w:pPr>
            <w:hyperlink r:id="rId231"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7B5670" w:rsidP="008A18C1">
            <w:pPr>
              <w:shd w:val="clear" w:color="auto" w:fill="FFFFFF"/>
              <w:spacing w:after="0"/>
              <w:rPr>
                <w:rFonts w:ascii="Times New Roman" w:eastAsia="Calibri" w:hAnsi="Times New Roman" w:cs="Times New Roman"/>
                <w:b/>
                <w:bCs/>
                <w:color w:val="00000A"/>
                <w:sz w:val="24"/>
                <w:szCs w:val="24"/>
                <w:u w:val="single"/>
              </w:rPr>
            </w:pPr>
            <w:hyperlink r:id="rId232"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7B5670" w:rsidP="008A18C1">
            <w:pPr>
              <w:spacing w:after="0"/>
              <w:rPr>
                <w:rFonts w:ascii="Times New Roman" w:eastAsia="Calibri" w:hAnsi="Times New Roman" w:cs="Times New Roman"/>
                <w:sz w:val="24"/>
                <w:szCs w:val="24"/>
              </w:rPr>
            </w:pPr>
            <w:hyperlink r:id="rId233" w:history="1">
              <w:r w:rsidR="008A18C1" w:rsidRPr="00765081">
                <w:rPr>
                  <w:rFonts w:ascii="Times New Roman" w:eastAsia="Calibri" w:hAnsi="Times New Roman" w:cs="Times New Roman"/>
                  <w:color w:val="0000FF"/>
                  <w:sz w:val="24"/>
                  <w:szCs w:val="24"/>
                  <w:u w:val="single"/>
                </w:rPr>
                <w:t>https://youtu.be/f3XDphwIeBM</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119</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Понимание пословицы как средства проявления народной мудрости, краткого изречения жизненных правил</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120</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Характеристика особенностей потешки как игрового народного фольклора</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34"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35"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121</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Произведения о братьях наших меньших (7)</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Определение темы произведения: о взаимоотношениях человека и животных</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36"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122</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Выделение главной мысли (идеи) в произведениях о братьях наших меньших: бережное отношение к животным</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37"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123</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Отражение в произведениях понятий: любовь и забота о животных. На примере произведений М.М. Пришвина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38"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39"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124</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Описание героя произведения, его внешности, действий. На примере произведений В.В. Бианки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40"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125</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Сравнение художественных и научно-познавательных текстов: описание героя-животного</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126</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Работа с текстом произведения: характеристика героя, его внешности, действий. На примере </w:t>
            </w:r>
            <w:r w:rsidRPr="00765081">
              <w:rPr>
                <w:rFonts w:ascii="Times New Roman" w:eastAsia="Times New Roman" w:hAnsi="Times New Roman" w:cs="Times New Roman"/>
                <w:sz w:val="24"/>
                <w:szCs w:val="24"/>
                <w:lang w:eastAsia="ru-RU"/>
              </w:rPr>
              <w:lastRenderedPageBreak/>
              <w:t>произведения Е.И. Чарушина «Про Томку»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pBdr>
                <w:top w:val="nil"/>
                <w:left w:val="nil"/>
                <w:bottom w:val="nil"/>
                <w:right w:val="nil"/>
                <w:between w:val="nil"/>
              </w:pBdr>
              <w:spacing w:after="0"/>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Российская электронная школа.</w:t>
            </w:r>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r w:rsidRPr="00765081">
              <w:rPr>
                <w:rFonts w:ascii="Times New Roman" w:eastAsia="Calibri" w:hAnsi="Times New Roman" w:cs="Times New Roman"/>
                <w:color w:val="5B9BD5"/>
                <w:sz w:val="24"/>
                <w:szCs w:val="24"/>
              </w:rPr>
              <w:t>https://resh.edu.ru/subject/lesson/6390/s</w:t>
            </w:r>
            <w:r w:rsidRPr="00765081">
              <w:rPr>
                <w:rFonts w:ascii="Times New Roman" w:eastAsia="Calibri" w:hAnsi="Times New Roman" w:cs="Times New Roman"/>
                <w:color w:val="5B9BD5"/>
                <w:sz w:val="24"/>
                <w:szCs w:val="24"/>
              </w:rPr>
              <w:lastRenderedPageBreak/>
              <w:t>tart/188454/</w:t>
            </w: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lastRenderedPageBreak/>
              <w:t>127</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i/>
                <w:sz w:val="24"/>
                <w:szCs w:val="24"/>
                <w:lang w:eastAsia="ru-RU"/>
              </w:rPr>
              <w:t>Промежуточная аттестация. Контрольная работа</w:t>
            </w:r>
            <w:proofErr w:type="gramStart"/>
            <w:r w:rsidRPr="00765081">
              <w:rPr>
                <w:rFonts w:ascii="Times New Roman" w:eastAsia="Times New Roman" w:hAnsi="Times New Roman" w:cs="Times New Roman"/>
                <w:sz w:val="24"/>
                <w:szCs w:val="24"/>
                <w:lang w:eastAsia="ru-RU"/>
              </w:rPr>
              <w:t xml:space="preserve"> .</w:t>
            </w:r>
            <w:proofErr w:type="gramEnd"/>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128</w:t>
            </w:r>
          </w:p>
        </w:tc>
        <w:tc>
          <w:tcPr>
            <w:tcW w:w="2160" w:type="dxa"/>
            <w:vMerge w:val="restart"/>
            <w:tcBorders>
              <w:top w:val="single" w:sz="4" w:space="0" w:color="auto"/>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sz w:val="24"/>
                <w:szCs w:val="24"/>
                <w:lang w:eastAsia="ru-RU"/>
              </w:rPr>
              <w:t>Фольклорные и авторские произведения о чудесах и фантазии (5)</w:t>
            </w: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41"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129</w:t>
            </w:r>
          </w:p>
        </w:tc>
        <w:tc>
          <w:tcPr>
            <w:tcW w:w="2160" w:type="dxa"/>
            <w:vMerge/>
            <w:tcBorders>
              <w:left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Открытие </w:t>
            </w:r>
            <w:proofErr w:type="gramStart"/>
            <w:r w:rsidRPr="00765081">
              <w:rPr>
                <w:rFonts w:ascii="Times New Roman" w:eastAsia="Times New Roman" w:hAnsi="Times New Roman" w:cs="Times New Roman"/>
                <w:sz w:val="24"/>
                <w:szCs w:val="24"/>
                <w:lang w:eastAsia="ru-RU"/>
              </w:rPr>
              <w:t>чудесного</w:t>
            </w:r>
            <w:proofErr w:type="gramEnd"/>
            <w:r w:rsidRPr="00765081">
              <w:rPr>
                <w:rFonts w:ascii="Times New Roman" w:eastAsia="Times New Roman" w:hAnsi="Times New Roman" w:cs="Times New Roman"/>
                <w:sz w:val="24"/>
                <w:szCs w:val="24"/>
                <w:lang w:eastAsia="ru-RU"/>
              </w:rPr>
              <w:t xml:space="preserve"> в обыкновенных явлениях. На примере стихотворений В.В. Лунина «Я видел чудо», Р.С. </w:t>
            </w:r>
            <w:proofErr w:type="spellStart"/>
            <w:r w:rsidRPr="00765081">
              <w:rPr>
                <w:rFonts w:ascii="Times New Roman" w:eastAsia="Times New Roman" w:hAnsi="Times New Roman" w:cs="Times New Roman"/>
                <w:sz w:val="24"/>
                <w:szCs w:val="24"/>
                <w:lang w:eastAsia="ru-RU"/>
              </w:rPr>
              <w:t>Сефа</w:t>
            </w:r>
            <w:proofErr w:type="spellEnd"/>
            <w:r w:rsidRPr="00765081">
              <w:rPr>
                <w:rFonts w:ascii="Times New Roman" w:eastAsia="Times New Roman" w:hAnsi="Times New Roman" w:cs="Times New Roman"/>
                <w:sz w:val="24"/>
                <w:szCs w:val="24"/>
                <w:lang w:eastAsia="ru-RU"/>
              </w:rPr>
              <w:t xml:space="preserve"> «Чудо»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42"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130</w:t>
            </w:r>
          </w:p>
        </w:tc>
        <w:tc>
          <w:tcPr>
            <w:tcW w:w="2160" w:type="dxa"/>
            <w:vMerge/>
            <w:tcBorders>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Мир фантазии и чудес в произведениях Б.В. </w:t>
            </w:r>
            <w:proofErr w:type="spellStart"/>
            <w:r w:rsidRPr="00765081">
              <w:rPr>
                <w:rFonts w:ascii="Times New Roman" w:eastAsia="Times New Roman" w:hAnsi="Times New Roman" w:cs="Times New Roman"/>
                <w:sz w:val="24"/>
                <w:szCs w:val="24"/>
                <w:lang w:eastAsia="ru-RU"/>
              </w:rPr>
              <w:t>Заходера</w:t>
            </w:r>
            <w:proofErr w:type="spellEnd"/>
            <w:r w:rsidRPr="00765081">
              <w:rPr>
                <w:rFonts w:ascii="Times New Roman" w:eastAsia="Times New Roman" w:hAnsi="Times New Roman" w:cs="Times New Roman"/>
                <w:sz w:val="24"/>
                <w:szCs w:val="24"/>
                <w:lang w:eastAsia="ru-RU"/>
              </w:rPr>
              <w:t xml:space="preserve"> «Моя </w:t>
            </w:r>
            <w:proofErr w:type="spellStart"/>
            <w:r w:rsidRPr="00765081">
              <w:rPr>
                <w:rFonts w:ascii="Times New Roman" w:eastAsia="Times New Roman" w:hAnsi="Times New Roman" w:cs="Times New Roman"/>
                <w:sz w:val="24"/>
                <w:szCs w:val="24"/>
                <w:lang w:eastAsia="ru-RU"/>
              </w:rPr>
              <w:t>Вообразилия</w:t>
            </w:r>
            <w:proofErr w:type="spellEnd"/>
            <w:r w:rsidRPr="00765081">
              <w:rPr>
                <w:rFonts w:ascii="Times New Roman" w:eastAsia="Times New Roman" w:hAnsi="Times New Roman" w:cs="Times New Roman"/>
                <w:sz w:val="24"/>
                <w:szCs w:val="24"/>
                <w:lang w:eastAsia="ru-RU"/>
              </w:rPr>
              <w:t xml:space="preserve">», Ю.П. </w:t>
            </w:r>
            <w:proofErr w:type="spellStart"/>
            <w:r w:rsidRPr="00765081">
              <w:rPr>
                <w:rFonts w:ascii="Times New Roman" w:eastAsia="Times New Roman" w:hAnsi="Times New Roman" w:cs="Times New Roman"/>
                <w:sz w:val="24"/>
                <w:szCs w:val="24"/>
                <w:lang w:eastAsia="ru-RU"/>
              </w:rPr>
              <w:t>Мориц</w:t>
            </w:r>
            <w:proofErr w:type="spellEnd"/>
            <w:r w:rsidRPr="00765081">
              <w:rPr>
                <w:rFonts w:ascii="Times New Roman" w:eastAsia="Times New Roman" w:hAnsi="Times New Roman" w:cs="Times New Roman"/>
                <w:sz w:val="24"/>
                <w:szCs w:val="24"/>
                <w:lang w:eastAsia="ru-RU"/>
              </w:rPr>
              <w:t xml:space="preserve"> «Сто фантазий» и других на выбор</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43"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44" w:history="1">
              <w:r w:rsidR="008A18C1" w:rsidRPr="00765081">
                <w:rPr>
                  <w:rFonts w:ascii="Times New Roman" w:eastAsia="Calibri" w:hAnsi="Times New Roman" w:cs="Times New Roman"/>
                  <w:b/>
                  <w:bCs/>
                  <w:color w:val="00000A"/>
                  <w:sz w:val="24"/>
                  <w:szCs w:val="24"/>
                  <w:u w:val="single"/>
                </w:rPr>
                <w:t>http://stranamasterov.ru/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131</w:t>
            </w:r>
          </w:p>
        </w:tc>
        <w:tc>
          <w:tcPr>
            <w:tcW w:w="2160" w:type="dxa"/>
            <w:vMerge/>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Сравнение фольклорных и авторских произведений о чудесах и фантазии: сходство и различие</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45"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r w:rsidR="008A18C1" w:rsidRPr="00765081" w:rsidTr="00541C25">
        <w:trPr>
          <w:trHeight w:val="215"/>
        </w:trPr>
        <w:tc>
          <w:tcPr>
            <w:tcW w:w="806"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ind w:left="31"/>
              <w:jc w:val="both"/>
              <w:rPr>
                <w:rFonts w:ascii="Times New Roman" w:eastAsia="Times New Roman" w:hAnsi="Times New Roman" w:cs="Times New Roman"/>
                <w:color w:val="333333"/>
                <w:sz w:val="24"/>
                <w:szCs w:val="24"/>
                <w:lang w:eastAsia="ru-RU"/>
              </w:rPr>
            </w:pPr>
            <w:r w:rsidRPr="00765081">
              <w:rPr>
                <w:rFonts w:ascii="Times New Roman" w:eastAsia="Times New Roman" w:hAnsi="Times New Roman" w:cs="Times New Roman"/>
                <w:color w:val="333333"/>
                <w:sz w:val="24"/>
                <w:szCs w:val="24"/>
                <w:lang w:eastAsia="ru-RU"/>
              </w:rPr>
              <w:t>132</w:t>
            </w:r>
          </w:p>
        </w:tc>
        <w:tc>
          <w:tcPr>
            <w:tcW w:w="216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5257"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Ориентировка в книге: обложка, иллюстрация, оглавление. Выбор книг в библиотеке. </w:t>
            </w:r>
          </w:p>
        </w:tc>
        <w:tc>
          <w:tcPr>
            <w:tcW w:w="4110"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hd w:val="clear" w:color="auto" w:fill="FFFFFF"/>
              <w:spacing w:after="0"/>
              <w:rPr>
                <w:rFonts w:ascii="Times New Roman" w:eastAsia="Calibri" w:hAnsi="Times New Roman" w:cs="Times New Roman"/>
                <w:color w:val="000000"/>
                <w:sz w:val="24"/>
                <w:szCs w:val="24"/>
              </w:rPr>
            </w:pPr>
            <w:r w:rsidRPr="00765081">
              <w:rPr>
                <w:rFonts w:ascii="Times New Roman" w:eastAsia="Calibri" w:hAnsi="Times New Roman" w:cs="Times New Roman"/>
                <w:b/>
                <w:bCs/>
                <w:color w:val="000000"/>
                <w:sz w:val="24"/>
                <w:szCs w:val="24"/>
              </w:rPr>
              <w:t>http://www.uchportal.ru/</w:t>
            </w:r>
          </w:p>
          <w:p w:rsidR="008A18C1" w:rsidRPr="00765081" w:rsidRDefault="007B5670" w:rsidP="008A18C1">
            <w:pPr>
              <w:shd w:val="clear" w:color="auto" w:fill="FFFFFF"/>
              <w:spacing w:after="0"/>
              <w:rPr>
                <w:rFonts w:ascii="Times New Roman" w:eastAsia="Calibri" w:hAnsi="Times New Roman" w:cs="Times New Roman"/>
                <w:color w:val="000000"/>
                <w:sz w:val="24"/>
                <w:szCs w:val="24"/>
              </w:rPr>
            </w:pPr>
            <w:hyperlink r:id="rId246" w:history="1">
              <w:r w:rsidR="008A18C1" w:rsidRPr="00765081">
                <w:rPr>
                  <w:rFonts w:ascii="Times New Roman" w:eastAsia="Calibri" w:hAnsi="Times New Roman" w:cs="Times New Roman"/>
                  <w:b/>
                  <w:bCs/>
                  <w:color w:val="00000A"/>
                  <w:sz w:val="24"/>
                  <w:szCs w:val="24"/>
                  <w:u w:val="single"/>
                </w:rPr>
                <w:t>http://www.openclass.ru/</w:t>
              </w:r>
            </w:hyperlink>
          </w:p>
          <w:p w:rsidR="008A18C1" w:rsidRPr="00765081" w:rsidRDefault="008A18C1" w:rsidP="008A18C1">
            <w:pPr>
              <w:tabs>
                <w:tab w:val="left" w:pos="3326"/>
              </w:tabs>
              <w:spacing w:after="0"/>
              <w:rPr>
                <w:rFonts w:ascii="Times New Roman" w:eastAsia="Calibri"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A18C1" w:rsidRPr="00765081" w:rsidRDefault="008A18C1" w:rsidP="008A18C1">
            <w:pPr>
              <w:spacing w:line="240" w:lineRule="auto"/>
              <w:jc w:val="both"/>
              <w:rPr>
                <w:rFonts w:ascii="Times New Roman" w:eastAsia="Times New Roman" w:hAnsi="Times New Roman" w:cs="Times New Roman"/>
                <w:color w:val="333333"/>
                <w:sz w:val="24"/>
                <w:szCs w:val="24"/>
                <w:lang w:eastAsia="ru-RU"/>
              </w:rPr>
            </w:pPr>
          </w:p>
        </w:tc>
      </w:tr>
    </w:tbl>
    <w:p w:rsidR="008215D9" w:rsidRDefault="008215D9"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382DC6" w:rsidRPr="00765081" w:rsidRDefault="00382DC6" w:rsidP="00B90487">
      <w:pPr>
        <w:tabs>
          <w:tab w:val="left" w:pos="0"/>
          <w:tab w:val="left" w:pos="709"/>
          <w:tab w:val="left" w:pos="3326"/>
        </w:tabs>
        <w:spacing w:after="0" w:line="240" w:lineRule="auto"/>
        <w:rPr>
          <w:rFonts w:ascii="Times New Roman" w:hAnsi="Times New Roman" w:cs="Times New Roman"/>
          <w:sz w:val="24"/>
          <w:szCs w:val="24"/>
        </w:rPr>
      </w:pPr>
    </w:p>
    <w:p w:rsidR="00541C25" w:rsidRPr="00765081" w:rsidRDefault="00541C25" w:rsidP="00B90487">
      <w:pPr>
        <w:tabs>
          <w:tab w:val="left" w:pos="0"/>
          <w:tab w:val="left" w:pos="709"/>
          <w:tab w:val="left" w:pos="3326"/>
        </w:tabs>
        <w:spacing w:after="0" w:line="240" w:lineRule="auto"/>
        <w:rPr>
          <w:rFonts w:ascii="Times New Roman" w:hAnsi="Times New Roman" w:cs="Times New Roman"/>
          <w:sz w:val="24"/>
          <w:szCs w:val="24"/>
        </w:rPr>
      </w:pPr>
    </w:p>
    <w:p w:rsidR="008A18C1" w:rsidRPr="00765081" w:rsidRDefault="008A18C1" w:rsidP="00B90487">
      <w:pPr>
        <w:tabs>
          <w:tab w:val="left" w:pos="0"/>
          <w:tab w:val="left" w:pos="709"/>
          <w:tab w:val="left" w:pos="3326"/>
        </w:tabs>
        <w:spacing w:after="0" w:line="240" w:lineRule="auto"/>
        <w:rPr>
          <w:rFonts w:ascii="Times New Roman" w:hAnsi="Times New Roman" w:cs="Times New Roman"/>
          <w:b/>
          <w:sz w:val="24"/>
          <w:szCs w:val="24"/>
        </w:rPr>
      </w:pPr>
      <w:r w:rsidRPr="00765081">
        <w:rPr>
          <w:rFonts w:ascii="Times New Roman" w:hAnsi="Times New Roman" w:cs="Times New Roman"/>
          <w:b/>
          <w:sz w:val="24"/>
          <w:szCs w:val="24"/>
        </w:rPr>
        <w:t>2 класс</w:t>
      </w:r>
    </w:p>
    <w:p w:rsidR="008A18C1" w:rsidRPr="00765081" w:rsidRDefault="008A18C1" w:rsidP="00B90487">
      <w:pPr>
        <w:tabs>
          <w:tab w:val="left" w:pos="0"/>
          <w:tab w:val="left" w:pos="709"/>
          <w:tab w:val="left" w:pos="3326"/>
        </w:tabs>
        <w:spacing w:after="0" w:line="240" w:lineRule="auto"/>
        <w:rPr>
          <w:rFonts w:ascii="Times New Roman" w:hAnsi="Times New Roman" w:cs="Times New Roman"/>
          <w:sz w:val="24"/>
          <w:szCs w:val="24"/>
        </w:rPr>
      </w:pPr>
    </w:p>
    <w:tbl>
      <w:tblPr>
        <w:tblStyle w:val="1c"/>
        <w:tblW w:w="14856" w:type="dxa"/>
        <w:tblInd w:w="-431" w:type="dxa"/>
        <w:tblLayout w:type="fixed"/>
        <w:tblLook w:val="04A0"/>
      </w:tblPr>
      <w:tblGrid>
        <w:gridCol w:w="852"/>
        <w:gridCol w:w="2126"/>
        <w:gridCol w:w="5245"/>
        <w:gridCol w:w="4110"/>
        <w:gridCol w:w="1106"/>
        <w:gridCol w:w="1417"/>
      </w:tblGrid>
      <w:tr w:rsidR="008A18C1" w:rsidRPr="00765081" w:rsidTr="00541C25">
        <w:trPr>
          <w:trHeight w:val="135"/>
        </w:trPr>
        <w:tc>
          <w:tcPr>
            <w:tcW w:w="852" w:type="dxa"/>
            <w:vMerge w:val="restart"/>
          </w:tcPr>
          <w:p w:rsidR="008A18C1" w:rsidRPr="00765081" w:rsidRDefault="008A18C1" w:rsidP="008A18C1">
            <w:pPr>
              <w:rPr>
                <w:b/>
                <w:bCs/>
                <w:color w:val="000000"/>
                <w:sz w:val="24"/>
                <w:szCs w:val="24"/>
              </w:rPr>
            </w:pPr>
            <w:r w:rsidRPr="00765081">
              <w:rPr>
                <w:b/>
                <w:bCs/>
                <w:color w:val="000000"/>
                <w:sz w:val="24"/>
                <w:szCs w:val="24"/>
              </w:rPr>
              <w:t>№</w:t>
            </w:r>
          </w:p>
        </w:tc>
        <w:tc>
          <w:tcPr>
            <w:tcW w:w="2126" w:type="dxa"/>
            <w:vMerge w:val="restart"/>
          </w:tcPr>
          <w:p w:rsidR="008A18C1" w:rsidRPr="00765081" w:rsidRDefault="008A18C1" w:rsidP="008A18C1">
            <w:pPr>
              <w:rPr>
                <w:b/>
                <w:bCs/>
                <w:color w:val="000000"/>
                <w:sz w:val="24"/>
                <w:szCs w:val="24"/>
              </w:rPr>
            </w:pPr>
            <w:r w:rsidRPr="00765081">
              <w:rPr>
                <w:b/>
                <w:bCs/>
                <w:color w:val="000000"/>
                <w:sz w:val="24"/>
                <w:szCs w:val="24"/>
              </w:rPr>
              <w:t>Тема, раздел курса</w:t>
            </w:r>
          </w:p>
        </w:tc>
        <w:tc>
          <w:tcPr>
            <w:tcW w:w="5245" w:type="dxa"/>
            <w:vMerge w:val="restart"/>
          </w:tcPr>
          <w:p w:rsidR="008A18C1" w:rsidRPr="00765081" w:rsidRDefault="008A18C1" w:rsidP="008A18C1">
            <w:pPr>
              <w:rPr>
                <w:b/>
                <w:bCs/>
                <w:color w:val="000000"/>
                <w:sz w:val="24"/>
                <w:szCs w:val="24"/>
              </w:rPr>
            </w:pPr>
            <w:r w:rsidRPr="00765081">
              <w:rPr>
                <w:b/>
                <w:bCs/>
                <w:color w:val="000000"/>
                <w:sz w:val="24"/>
                <w:szCs w:val="24"/>
              </w:rPr>
              <w:t>Тема урока</w:t>
            </w:r>
          </w:p>
        </w:tc>
        <w:tc>
          <w:tcPr>
            <w:tcW w:w="4110" w:type="dxa"/>
            <w:vMerge w:val="restart"/>
          </w:tcPr>
          <w:p w:rsidR="008A18C1" w:rsidRPr="00765081" w:rsidRDefault="008A18C1" w:rsidP="008A18C1">
            <w:pPr>
              <w:rPr>
                <w:b/>
                <w:bCs/>
                <w:color w:val="000000"/>
                <w:sz w:val="24"/>
                <w:szCs w:val="24"/>
              </w:rPr>
            </w:pPr>
            <w:r w:rsidRPr="00765081">
              <w:rPr>
                <w:b/>
                <w:bCs/>
                <w:color w:val="000000"/>
                <w:sz w:val="24"/>
                <w:szCs w:val="24"/>
              </w:rPr>
              <w:t>ЭОР</w:t>
            </w:r>
          </w:p>
        </w:tc>
        <w:tc>
          <w:tcPr>
            <w:tcW w:w="2523" w:type="dxa"/>
            <w:gridSpan w:val="2"/>
          </w:tcPr>
          <w:p w:rsidR="008A18C1" w:rsidRPr="00765081" w:rsidRDefault="008A18C1" w:rsidP="008A18C1">
            <w:pPr>
              <w:rPr>
                <w:b/>
                <w:bCs/>
                <w:color w:val="000000"/>
                <w:sz w:val="24"/>
                <w:szCs w:val="24"/>
              </w:rPr>
            </w:pPr>
            <w:r w:rsidRPr="00765081">
              <w:rPr>
                <w:b/>
                <w:bCs/>
                <w:color w:val="000000"/>
                <w:sz w:val="24"/>
                <w:szCs w:val="24"/>
              </w:rPr>
              <w:t>Дата проведения урока</w:t>
            </w:r>
          </w:p>
        </w:tc>
      </w:tr>
      <w:tr w:rsidR="008A18C1" w:rsidRPr="00765081" w:rsidTr="00541C25">
        <w:trPr>
          <w:trHeight w:val="135"/>
        </w:trPr>
        <w:tc>
          <w:tcPr>
            <w:tcW w:w="852" w:type="dxa"/>
            <w:vMerge/>
          </w:tcPr>
          <w:p w:rsidR="008A18C1" w:rsidRPr="00765081" w:rsidRDefault="008A18C1" w:rsidP="0089011F">
            <w:pPr>
              <w:numPr>
                <w:ilvl w:val="0"/>
                <w:numId w:val="64"/>
              </w:numPr>
              <w:rPr>
                <w:b/>
                <w:bCs/>
                <w:color w:val="000000"/>
                <w:sz w:val="24"/>
                <w:szCs w:val="24"/>
              </w:rPr>
            </w:pPr>
          </w:p>
        </w:tc>
        <w:tc>
          <w:tcPr>
            <w:tcW w:w="2126" w:type="dxa"/>
            <w:vMerge/>
          </w:tcPr>
          <w:p w:rsidR="008A18C1" w:rsidRPr="00765081" w:rsidRDefault="008A18C1" w:rsidP="008A18C1">
            <w:pPr>
              <w:rPr>
                <w:b/>
                <w:bCs/>
                <w:color w:val="000000"/>
                <w:sz w:val="24"/>
                <w:szCs w:val="24"/>
              </w:rPr>
            </w:pPr>
          </w:p>
        </w:tc>
        <w:tc>
          <w:tcPr>
            <w:tcW w:w="5245" w:type="dxa"/>
            <w:vMerge/>
          </w:tcPr>
          <w:p w:rsidR="008A18C1" w:rsidRPr="00765081" w:rsidRDefault="008A18C1" w:rsidP="008A18C1">
            <w:pPr>
              <w:rPr>
                <w:b/>
                <w:bCs/>
                <w:color w:val="000000"/>
                <w:sz w:val="24"/>
                <w:szCs w:val="24"/>
              </w:rPr>
            </w:pPr>
          </w:p>
        </w:tc>
        <w:tc>
          <w:tcPr>
            <w:tcW w:w="4110" w:type="dxa"/>
            <w:vMerge/>
          </w:tcPr>
          <w:p w:rsidR="008A18C1" w:rsidRPr="00765081" w:rsidRDefault="008A18C1" w:rsidP="008A18C1">
            <w:pPr>
              <w:rPr>
                <w:b/>
                <w:bCs/>
                <w:color w:val="000000"/>
                <w:sz w:val="24"/>
                <w:szCs w:val="24"/>
              </w:rPr>
            </w:pPr>
          </w:p>
        </w:tc>
        <w:tc>
          <w:tcPr>
            <w:tcW w:w="1106" w:type="dxa"/>
          </w:tcPr>
          <w:p w:rsidR="008A18C1" w:rsidRPr="00765081" w:rsidRDefault="008A18C1" w:rsidP="008A18C1">
            <w:pPr>
              <w:rPr>
                <w:b/>
                <w:bCs/>
                <w:color w:val="000000"/>
                <w:sz w:val="24"/>
                <w:szCs w:val="24"/>
              </w:rPr>
            </w:pPr>
            <w:r w:rsidRPr="00765081">
              <w:rPr>
                <w:b/>
                <w:bCs/>
                <w:color w:val="000000"/>
                <w:sz w:val="24"/>
                <w:szCs w:val="24"/>
              </w:rPr>
              <w:t>по плану</w:t>
            </w:r>
          </w:p>
        </w:tc>
        <w:tc>
          <w:tcPr>
            <w:tcW w:w="1417" w:type="dxa"/>
          </w:tcPr>
          <w:p w:rsidR="008A18C1" w:rsidRPr="00765081" w:rsidRDefault="008A18C1" w:rsidP="008A18C1">
            <w:pPr>
              <w:rPr>
                <w:b/>
                <w:bCs/>
                <w:color w:val="000000"/>
                <w:sz w:val="24"/>
                <w:szCs w:val="24"/>
              </w:rPr>
            </w:pPr>
            <w:r w:rsidRPr="00765081">
              <w:rPr>
                <w:b/>
                <w:bCs/>
                <w:color w:val="000000"/>
                <w:sz w:val="24"/>
                <w:szCs w:val="24"/>
              </w:rPr>
              <w:t>по факту</w:t>
            </w:r>
          </w:p>
        </w:tc>
      </w:tr>
      <w:tr w:rsidR="008A18C1" w:rsidRPr="00765081" w:rsidTr="00541C25">
        <w:trPr>
          <w:trHeight w:val="403"/>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r w:rsidRPr="00765081">
              <w:rPr>
                <w:color w:val="000000"/>
                <w:w w:val="97"/>
                <w:sz w:val="24"/>
                <w:szCs w:val="24"/>
              </w:rPr>
              <w:t>О нашей Родине (6 ч.)</w:t>
            </w:r>
          </w:p>
        </w:tc>
        <w:tc>
          <w:tcPr>
            <w:tcW w:w="5245" w:type="dxa"/>
          </w:tcPr>
          <w:p w:rsidR="008A18C1" w:rsidRPr="00765081" w:rsidRDefault="008A18C1" w:rsidP="008A18C1">
            <w:pPr>
              <w:rPr>
                <w:color w:val="000000"/>
                <w:sz w:val="24"/>
                <w:szCs w:val="24"/>
              </w:rPr>
            </w:pPr>
            <w:r w:rsidRPr="00765081">
              <w:rPr>
                <w:rFonts w:eastAsia="Calibri"/>
                <w:color w:val="000000"/>
                <w:sz w:val="24"/>
                <w:szCs w:val="24"/>
              </w:rPr>
              <w:t xml:space="preserve">Патриотическое звучание произведения Ф.П. Савинова «Родина» </w:t>
            </w:r>
          </w:p>
        </w:tc>
        <w:tc>
          <w:tcPr>
            <w:tcW w:w="4110" w:type="dxa"/>
          </w:tcPr>
          <w:p w:rsidR="008A18C1" w:rsidRPr="00765081" w:rsidRDefault="007B5670" w:rsidP="008A18C1">
            <w:pPr>
              <w:rPr>
                <w:color w:val="000000"/>
                <w:sz w:val="24"/>
                <w:szCs w:val="24"/>
              </w:rPr>
            </w:pPr>
            <w:hyperlink r:id="rId247" w:history="1">
              <w:r w:rsidR="008A18C1" w:rsidRPr="00765081">
                <w:rPr>
                  <w:color w:val="0000FF"/>
                  <w:sz w:val="24"/>
                  <w:szCs w:val="24"/>
                  <w:u w:val="single"/>
                </w:rPr>
                <w:t>https://lesson.edu.ru/lesson/7522a26b-9056-40a4-bee8-ee3a92eaeecd</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40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tcPr>
          <w:p w:rsidR="008A18C1" w:rsidRPr="00765081" w:rsidRDefault="008A18C1" w:rsidP="008A18C1">
            <w:pPr>
              <w:rPr>
                <w:color w:val="000000"/>
                <w:sz w:val="24"/>
                <w:szCs w:val="24"/>
              </w:rPr>
            </w:pPr>
            <w:r w:rsidRPr="00765081">
              <w:rPr>
                <w:rFonts w:eastAsia="Calibri"/>
                <w:color w:val="000000"/>
                <w:sz w:val="24"/>
                <w:szCs w:val="24"/>
              </w:rPr>
              <w:t>Отражение темы Родина в произведении И.С. Никитина «Русь»</w:t>
            </w:r>
          </w:p>
        </w:tc>
        <w:tc>
          <w:tcPr>
            <w:tcW w:w="4110" w:type="dxa"/>
          </w:tcPr>
          <w:p w:rsidR="008A18C1" w:rsidRPr="00765081" w:rsidRDefault="007B5670" w:rsidP="008A18C1">
            <w:pPr>
              <w:rPr>
                <w:color w:val="000000"/>
                <w:sz w:val="24"/>
                <w:szCs w:val="24"/>
              </w:rPr>
            </w:pPr>
            <w:hyperlink r:id="rId248" w:history="1">
              <w:r w:rsidR="008A18C1" w:rsidRPr="00765081">
                <w:rPr>
                  <w:color w:val="0000FF"/>
                  <w:sz w:val="24"/>
                  <w:szCs w:val="24"/>
                  <w:u w:val="single"/>
                </w:rPr>
                <w:t>https://lesson.edu.ru/lesson/c5b80d8c-ae31-4e48-8b40-6159b2f1d565</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40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tcPr>
          <w:p w:rsidR="008A18C1" w:rsidRPr="00765081" w:rsidRDefault="008A18C1" w:rsidP="008A18C1">
            <w:pPr>
              <w:rPr>
                <w:color w:val="000000"/>
                <w:sz w:val="24"/>
                <w:szCs w:val="24"/>
              </w:rPr>
            </w:pPr>
            <w:r w:rsidRPr="00765081">
              <w:rPr>
                <w:color w:val="000000"/>
                <w:sz w:val="24"/>
                <w:szCs w:val="24"/>
              </w:rPr>
              <w:t xml:space="preserve">Отражение нравственных ценностей в произведениях о Родине: любовь к родному краю. </w:t>
            </w:r>
          </w:p>
        </w:tc>
        <w:tc>
          <w:tcPr>
            <w:tcW w:w="4110" w:type="dxa"/>
          </w:tcPr>
          <w:p w:rsidR="008A18C1" w:rsidRPr="00765081" w:rsidRDefault="007B5670" w:rsidP="008A18C1">
            <w:pPr>
              <w:rPr>
                <w:color w:val="000000"/>
                <w:sz w:val="24"/>
                <w:szCs w:val="24"/>
              </w:rPr>
            </w:pPr>
            <w:hyperlink r:id="rId249" w:history="1">
              <w:r w:rsidR="008A18C1" w:rsidRPr="00765081">
                <w:rPr>
                  <w:color w:val="0000FF"/>
                  <w:sz w:val="24"/>
                  <w:szCs w:val="24"/>
                  <w:u w:val="single"/>
                </w:rPr>
                <w:t>https://lesson.edu.ru/lesson/263d792b-9bec-4d32-847c-af8f76c3a11e</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537"/>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tcPr>
          <w:p w:rsidR="008A18C1" w:rsidRPr="00765081" w:rsidRDefault="008A18C1" w:rsidP="008A18C1">
            <w:pPr>
              <w:rPr>
                <w:color w:val="000000"/>
                <w:sz w:val="24"/>
                <w:szCs w:val="24"/>
              </w:rPr>
            </w:pPr>
            <w:r w:rsidRPr="00765081">
              <w:rPr>
                <w:color w:val="000000"/>
                <w:sz w:val="24"/>
                <w:szCs w:val="24"/>
              </w:rPr>
              <w:t xml:space="preserve"> Любовь к природе – тема произведений о Родине. На примере произведения К.Г.Паустовского «Мещёрская сторона»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40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tcPr>
          <w:p w:rsidR="008A18C1" w:rsidRPr="00765081" w:rsidRDefault="008A18C1" w:rsidP="008A18C1">
            <w:pPr>
              <w:rPr>
                <w:sz w:val="24"/>
                <w:szCs w:val="24"/>
              </w:rPr>
            </w:pPr>
            <w:r w:rsidRPr="00765081">
              <w:rPr>
                <w:sz w:val="24"/>
                <w:szCs w:val="24"/>
              </w:rPr>
              <w:t>Анализ заголовка стихотворения А.А. Прокофьева "Родина" и соотнесение его с главной мыслью произведения</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397"/>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tcPr>
          <w:p w:rsidR="008A18C1" w:rsidRPr="00765081" w:rsidRDefault="008A18C1" w:rsidP="008A18C1">
            <w:pPr>
              <w:rPr>
                <w:color w:val="000000"/>
                <w:sz w:val="24"/>
                <w:szCs w:val="24"/>
              </w:rPr>
            </w:pPr>
            <w:r w:rsidRPr="00765081">
              <w:rPr>
                <w:color w:val="000000"/>
                <w:sz w:val="24"/>
                <w:szCs w:val="24"/>
              </w:rPr>
              <w:t xml:space="preserve"> Отражение темы Родины в изобразительном искусстве</w:t>
            </w:r>
          </w:p>
        </w:tc>
        <w:tc>
          <w:tcPr>
            <w:tcW w:w="4110" w:type="dxa"/>
          </w:tcPr>
          <w:p w:rsidR="008A18C1" w:rsidRPr="00765081" w:rsidRDefault="007B5670" w:rsidP="008A18C1">
            <w:pPr>
              <w:rPr>
                <w:color w:val="000000"/>
                <w:sz w:val="24"/>
                <w:szCs w:val="24"/>
              </w:rPr>
            </w:pPr>
            <w:hyperlink r:id="rId250" w:history="1">
              <w:r w:rsidR="008A18C1" w:rsidRPr="00765081">
                <w:rPr>
                  <w:color w:val="0000FF"/>
                  <w:sz w:val="24"/>
                  <w:szCs w:val="24"/>
                  <w:u w:val="single"/>
                </w:rPr>
                <w:t>https://lesson.edu.ru/lesson/2eeabf4c-2b3a-46d1-a00c-f9a8cddbf84d</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403"/>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r w:rsidRPr="00765081">
              <w:rPr>
                <w:color w:val="000000"/>
                <w:w w:val="97"/>
                <w:sz w:val="24"/>
                <w:szCs w:val="24"/>
              </w:rPr>
              <w:t xml:space="preserve">Фольклор (устное народное </w:t>
            </w:r>
            <w:r w:rsidRPr="00765081">
              <w:rPr>
                <w:color w:val="000000"/>
                <w:sz w:val="24"/>
                <w:szCs w:val="24"/>
              </w:rPr>
              <w:br/>
            </w:r>
            <w:r w:rsidRPr="00765081">
              <w:rPr>
                <w:color w:val="000000"/>
                <w:w w:val="97"/>
                <w:sz w:val="24"/>
                <w:szCs w:val="24"/>
              </w:rPr>
              <w:t>творчество) (16 ч.)</w:t>
            </w:r>
          </w:p>
        </w:tc>
        <w:tc>
          <w:tcPr>
            <w:tcW w:w="5245" w:type="dxa"/>
          </w:tcPr>
          <w:p w:rsidR="008A18C1" w:rsidRPr="00765081" w:rsidRDefault="008A18C1" w:rsidP="008A18C1">
            <w:pPr>
              <w:rPr>
                <w:color w:val="000000"/>
                <w:sz w:val="24"/>
                <w:szCs w:val="24"/>
              </w:rPr>
            </w:pPr>
            <w:proofErr w:type="spellStart"/>
            <w:r w:rsidRPr="00765081">
              <w:rPr>
                <w:color w:val="000000"/>
                <w:sz w:val="24"/>
                <w:szCs w:val="24"/>
                <w:lang w:val="en-US"/>
              </w:rPr>
              <w:t>Характеристикаособенностейнародныхпесен</w:t>
            </w:r>
            <w:proofErr w:type="spellEnd"/>
          </w:p>
        </w:tc>
        <w:tc>
          <w:tcPr>
            <w:tcW w:w="4110" w:type="dxa"/>
          </w:tcPr>
          <w:p w:rsidR="008A18C1" w:rsidRPr="00765081" w:rsidRDefault="007B5670" w:rsidP="008A18C1">
            <w:pPr>
              <w:rPr>
                <w:color w:val="000000"/>
                <w:sz w:val="24"/>
                <w:szCs w:val="24"/>
              </w:rPr>
            </w:pPr>
            <w:hyperlink r:id="rId251" w:history="1">
              <w:r w:rsidR="008A18C1" w:rsidRPr="00765081">
                <w:rPr>
                  <w:color w:val="0000FF"/>
                  <w:sz w:val="24"/>
                  <w:szCs w:val="24"/>
                  <w:u w:val="single"/>
                </w:rPr>
                <w:t>https://m.edsoo.ru/8bc483ec</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269"/>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Загадка как жанр фольклора, тематические группы загадок</w:t>
            </w:r>
          </w:p>
        </w:tc>
        <w:tc>
          <w:tcPr>
            <w:tcW w:w="4110" w:type="dxa"/>
          </w:tcPr>
          <w:p w:rsidR="008A18C1" w:rsidRPr="00765081" w:rsidRDefault="007B5670" w:rsidP="008A18C1">
            <w:pPr>
              <w:rPr>
                <w:color w:val="000000"/>
                <w:sz w:val="24"/>
                <w:szCs w:val="24"/>
              </w:rPr>
            </w:pPr>
            <w:hyperlink r:id="rId252" w:history="1">
              <w:r w:rsidR="008A18C1" w:rsidRPr="00765081">
                <w:rPr>
                  <w:color w:val="0000FF"/>
                  <w:sz w:val="24"/>
                  <w:szCs w:val="24"/>
                  <w:u w:val="single"/>
                </w:rPr>
                <w:t>https://m.edsoo.ru/8bc4861c</w:t>
              </w:r>
            </w:hyperlink>
            <w:hyperlink r:id="rId253" w:history="1">
              <w:r w:rsidR="008A18C1" w:rsidRPr="00765081">
                <w:rPr>
                  <w:color w:val="0000FF"/>
                  <w:sz w:val="24"/>
                  <w:szCs w:val="24"/>
                  <w:u w:val="single"/>
                </w:rPr>
                <w:t>https://m.edsoo.ru/8bc4a4f8</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269"/>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Анализ особенностей скороговорок, их роль в речи. Ритм и счёт – основа построения считалок</w:t>
            </w:r>
          </w:p>
        </w:tc>
        <w:tc>
          <w:tcPr>
            <w:tcW w:w="4110" w:type="dxa"/>
          </w:tcPr>
          <w:p w:rsidR="008A18C1" w:rsidRPr="00765081" w:rsidRDefault="007B5670" w:rsidP="008A18C1">
            <w:pPr>
              <w:rPr>
                <w:color w:val="000000"/>
                <w:sz w:val="24"/>
                <w:szCs w:val="24"/>
              </w:rPr>
            </w:pPr>
            <w:hyperlink r:id="rId254" w:history="1">
              <w:r w:rsidR="008A18C1" w:rsidRPr="00765081">
                <w:rPr>
                  <w:color w:val="0000FF"/>
                  <w:sz w:val="24"/>
                  <w:szCs w:val="24"/>
                  <w:u w:val="single"/>
                </w:rPr>
                <w:t>https://m.edsoo.ru/8bc4a25a</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40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i/>
                <w:color w:val="000000"/>
                <w:sz w:val="24"/>
                <w:szCs w:val="24"/>
              </w:rPr>
              <w:t>Входная контрольная работа№ 1</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40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Шуточные фольклорные произведения: игра со словом. Небылица как «перевёртыш событий»</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134"/>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Пословицы как жанр фольклора</w:t>
            </w:r>
          </w:p>
        </w:tc>
        <w:tc>
          <w:tcPr>
            <w:tcW w:w="4110" w:type="dxa"/>
          </w:tcPr>
          <w:p w:rsidR="008A18C1" w:rsidRPr="00765081" w:rsidRDefault="007B5670" w:rsidP="008A18C1">
            <w:pPr>
              <w:rPr>
                <w:color w:val="000000"/>
                <w:sz w:val="24"/>
                <w:szCs w:val="24"/>
              </w:rPr>
            </w:pPr>
            <w:hyperlink r:id="rId255" w:history="1">
              <w:r w:rsidR="008A18C1" w:rsidRPr="00765081">
                <w:rPr>
                  <w:color w:val="0000FF"/>
                  <w:sz w:val="24"/>
                  <w:szCs w:val="24"/>
                  <w:u w:val="single"/>
                </w:rPr>
                <w:t>https://m.edsoo.ru/8bc4a3cc</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269"/>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Произведения малых жанров фольклора: </w:t>
            </w:r>
            <w:r w:rsidRPr="00765081">
              <w:rPr>
                <w:bCs/>
                <w:color w:val="000000"/>
                <w:sz w:val="24"/>
                <w:szCs w:val="24"/>
              </w:rPr>
              <w:lastRenderedPageBreak/>
              <w:t>потешки, считалки, пословицы, скороговорки, небылицы, загадки</w:t>
            </w:r>
          </w:p>
        </w:tc>
        <w:tc>
          <w:tcPr>
            <w:tcW w:w="4110" w:type="dxa"/>
          </w:tcPr>
          <w:p w:rsidR="008A18C1" w:rsidRPr="00765081" w:rsidRDefault="007B5670" w:rsidP="008A18C1">
            <w:pPr>
              <w:rPr>
                <w:color w:val="000000"/>
                <w:sz w:val="24"/>
                <w:szCs w:val="24"/>
              </w:rPr>
            </w:pPr>
            <w:hyperlink r:id="rId256" w:history="1">
              <w:r w:rsidR="008A18C1" w:rsidRPr="00765081">
                <w:rPr>
                  <w:color w:val="0000FF"/>
                  <w:sz w:val="24"/>
                  <w:szCs w:val="24"/>
                  <w:u w:val="single"/>
                </w:rPr>
                <w:t>https://m.edsoo.ru/8bc4a25a</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40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Общее представление о волшебной сказке: присказки, повторы. Русская народная сказка «Снегурочка»</w:t>
            </w:r>
          </w:p>
        </w:tc>
        <w:tc>
          <w:tcPr>
            <w:tcW w:w="4110" w:type="dxa"/>
          </w:tcPr>
          <w:p w:rsidR="008A18C1" w:rsidRPr="00765081" w:rsidRDefault="007B5670" w:rsidP="008A18C1">
            <w:pPr>
              <w:rPr>
                <w:color w:val="000000"/>
                <w:sz w:val="24"/>
                <w:szCs w:val="24"/>
              </w:rPr>
            </w:pPr>
            <w:hyperlink r:id="rId257" w:history="1">
              <w:r w:rsidR="008A18C1" w:rsidRPr="00765081">
                <w:rPr>
                  <w:color w:val="0000FF"/>
                  <w:sz w:val="24"/>
                  <w:szCs w:val="24"/>
                  <w:u w:val="single"/>
                </w:rPr>
                <w:t>https://m.edsoo.ru/8bc4aa16</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269"/>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Характеристика героя волшебной сказки, постоянные эпитеты</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134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Особенности сказок о животных. На примере русской народной сказки «Петушок и бобовое зёрнышко»</w:t>
            </w:r>
          </w:p>
          <w:p w:rsidR="008A18C1" w:rsidRPr="00765081" w:rsidRDefault="008A18C1" w:rsidP="008A18C1">
            <w:pPr>
              <w:ind w:left="135"/>
              <w:rPr>
                <w:bCs/>
                <w:color w:val="000000"/>
                <w:sz w:val="24"/>
                <w:szCs w:val="24"/>
              </w:rPr>
            </w:pPr>
          </w:p>
          <w:p w:rsidR="008A18C1" w:rsidRPr="00765081" w:rsidRDefault="008A18C1" w:rsidP="008A18C1">
            <w:pPr>
              <w:ind w:left="135"/>
              <w:rPr>
                <w:bCs/>
                <w:color w:val="000000"/>
                <w:sz w:val="24"/>
                <w:szCs w:val="24"/>
              </w:rPr>
            </w:pPr>
          </w:p>
        </w:tc>
        <w:tc>
          <w:tcPr>
            <w:tcW w:w="4110" w:type="dxa"/>
          </w:tcPr>
          <w:p w:rsidR="008A18C1" w:rsidRPr="00765081" w:rsidRDefault="007B5670" w:rsidP="008A18C1">
            <w:pPr>
              <w:rPr>
                <w:color w:val="000000"/>
                <w:sz w:val="24"/>
                <w:szCs w:val="24"/>
              </w:rPr>
            </w:pPr>
            <w:hyperlink r:id="rId258" w:history="1">
              <w:r w:rsidR="008A18C1" w:rsidRPr="00765081">
                <w:rPr>
                  <w:color w:val="0000FF"/>
                  <w:sz w:val="24"/>
                  <w:szCs w:val="24"/>
                  <w:u w:val="single"/>
                </w:rPr>
                <w:t>https://resh.edu.ru/subject/lesson/5019/start/286258/</w:t>
              </w:r>
            </w:hyperlink>
          </w:p>
          <w:p w:rsidR="008A18C1" w:rsidRPr="00765081" w:rsidRDefault="008A18C1" w:rsidP="008A18C1">
            <w:pPr>
              <w:rPr>
                <w:b/>
                <w:bCs/>
                <w:color w:val="000000"/>
                <w:sz w:val="24"/>
                <w:szCs w:val="24"/>
              </w:rPr>
            </w:pPr>
          </w:p>
          <w:p w:rsidR="008A18C1" w:rsidRPr="00765081" w:rsidRDefault="008A18C1" w:rsidP="008A18C1">
            <w:pPr>
              <w:rPr>
                <w:b/>
                <w:bCs/>
                <w:color w:val="000000"/>
                <w:sz w:val="24"/>
                <w:szCs w:val="24"/>
              </w:rPr>
            </w:pPr>
          </w:p>
          <w:p w:rsidR="008A18C1" w:rsidRPr="00765081" w:rsidRDefault="008A18C1" w:rsidP="008A18C1">
            <w:pPr>
              <w:rPr>
                <w:b/>
                <w:bCs/>
                <w:color w:val="000000"/>
                <w:sz w:val="24"/>
                <w:szCs w:val="24"/>
              </w:rPr>
            </w:pPr>
          </w:p>
          <w:p w:rsidR="008A18C1" w:rsidRPr="00765081" w:rsidRDefault="008A18C1" w:rsidP="008A18C1">
            <w:pPr>
              <w:rPr>
                <w:b/>
                <w:bCs/>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1343"/>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Сказка – выражение народной мудрости, нравственная идея фольклорных сказок.</w:t>
            </w:r>
          </w:p>
          <w:p w:rsidR="008A18C1" w:rsidRPr="00765081" w:rsidRDefault="008A18C1" w:rsidP="008A18C1">
            <w:pPr>
              <w:ind w:left="135"/>
              <w:rPr>
                <w:bCs/>
                <w:color w:val="000000"/>
                <w:sz w:val="24"/>
                <w:szCs w:val="24"/>
              </w:rPr>
            </w:pPr>
            <w:r w:rsidRPr="00765081">
              <w:rPr>
                <w:bCs/>
                <w:color w:val="000000"/>
                <w:sz w:val="24"/>
                <w:szCs w:val="24"/>
              </w:rPr>
              <w:t>Русская народная сказка «У страха глаза велики»</w:t>
            </w:r>
          </w:p>
          <w:p w:rsidR="008A18C1" w:rsidRPr="00765081" w:rsidRDefault="008A18C1" w:rsidP="008A18C1">
            <w:pPr>
              <w:ind w:left="135"/>
              <w:rPr>
                <w:bCs/>
                <w:color w:val="000000"/>
                <w:sz w:val="24"/>
                <w:szCs w:val="24"/>
              </w:rPr>
            </w:pPr>
          </w:p>
        </w:tc>
        <w:tc>
          <w:tcPr>
            <w:tcW w:w="4110" w:type="dxa"/>
          </w:tcPr>
          <w:p w:rsidR="008A18C1" w:rsidRPr="00765081" w:rsidRDefault="007B5670" w:rsidP="008A18C1">
            <w:pPr>
              <w:rPr>
                <w:color w:val="000000"/>
                <w:sz w:val="24"/>
                <w:szCs w:val="24"/>
              </w:rPr>
            </w:pPr>
            <w:hyperlink r:id="rId259" w:history="1">
              <w:r w:rsidR="008A18C1" w:rsidRPr="00765081">
                <w:rPr>
                  <w:color w:val="0000FF"/>
                  <w:sz w:val="24"/>
                  <w:szCs w:val="24"/>
                  <w:u w:val="single"/>
                </w:rPr>
                <w:t>https://m.edsoo.ru/8bc4a8fe</w:t>
              </w:r>
            </w:hyperlink>
            <w:hyperlink r:id="rId260" w:history="1">
              <w:r w:rsidR="008A18C1" w:rsidRPr="00765081">
                <w:rPr>
                  <w:color w:val="0000FF"/>
                  <w:sz w:val="24"/>
                  <w:szCs w:val="24"/>
                  <w:u w:val="single"/>
                </w:rPr>
                <w:t>https://m.edsoo.ru/8bc4875c</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1074"/>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 xml:space="preserve">Особенности сказок разного вида (о животных, бытовые, волшебные) </w:t>
            </w:r>
            <w:r w:rsidRPr="00765081">
              <w:rPr>
                <w:bCs/>
                <w:i/>
                <w:color w:val="000000"/>
                <w:sz w:val="24"/>
                <w:szCs w:val="24"/>
              </w:rPr>
              <w:t>Лиса и тетерев</w:t>
            </w:r>
          </w:p>
          <w:p w:rsidR="008A18C1" w:rsidRPr="00765081" w:rsidRDefault="008A18C1" w:rsidP="008A18C1">
            <w:pPr>
              <w:rPr>
                <w:bCs/>
                <w:color w:val="000000"/>
                <w:sz w:val="24"/>
                <w:szCs w:val="24"/>
              </w:rPr>
            </w:pPr>
          </w:p>
        </w:tc>
        <w:tc>
          <w:tcPr>
            <w:tcW w:w="4110" w:type="dxa"/>
          </w:tcPr>
          <w:p w:rsidR="008A18C1" w:rsidRPr="00765081" w:rsidRDefault="007B5670" w:rsidP="008A18C1">
            <w:pPr>
              <w:rPr>
                <w:color w:val="000000"/>
                <w:sz w:val="24"/>
                <w:szCs w:val="24"/>
              </w:rPr>
            </w:pPr>
            <w:hyperlink r:id="rId261" w:history="1">
              <w:r w:rsidR="008A18C1" w:rsidRPr="00765081">
                <w:rPr>
                  <w:color w:val="0000FF"/>
                  <w:sz w:val="24"/>
                  <w:szCs w:val="24"/>
                  <w:u w:val="single"/>
                </w:rPr>
                <w:t>https://m.edsoo.ru/8bc4a7dc</w:t>
              </w:r>
            </w:hyperlink>
            <w:hyperlink r:id="rId262" w:history="1">
              <w:r w:rsidR="008A18C1" w:rsidRPr="00765081">
                <w:rPr>
                  <w:color w:val="0000FF"/>
                  <w:sz w:val="24"/>
                  <w:szCs w:val="24"/>
                  <w:u w:val="single"/>
                </w:rPr>
                <w:t>https://m.edsoo.ru/8bc4861c</w:t>
              </w:r>
            </w:hyperlink>
          </w:p>
          <w:p w:rsidR="008A18C1" w:rsidRPr="00765081" w:rsidRDefault="007B5670" w:rsidP="008A18C1">
            <w:pPr>
              <w:rPr>
                <w:b/>
                <w:bCs/>
                <w:color w:val="000000"/>
                <w:sz w:val="24"/>
                <w:szCs w:val="24"/>
              </w:rPr>
            </w:pPr>
            <w:hyperlink r:id="rId263" w:history="1">
              <w:r w:rsidR="008A18C1" w:rsidRPr="00765081">
                <w:rPr>
                  <w:color w:val="0000FF"/>
                  <w:sz w:val="24"/>
                  <w:szCs w:val="24"/>
                  <w:u w:val="single"/>
                </w:rPr>
                <w:t>https://resh.edu.ru/subject/lesson/4240/start/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671"/>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Бытовые сказки: особенности построения и язык. Диалоги героев в русской народной сказке «Каша из топора»</w:t>
            </w:r>
          </w:p>
        </w:tc>
        <w:tc>
          <w:tcPr>
            <w:tcW w:w="4110" w:type="dxa"/>
          </w:tcPr>
          <w:p w:rsidR="008A18C1" w:rsidRPr="00765081" w:rsidRDefault="007B5670" w:rsidP="008A18C1">
            <w:pPr>
              <w:rPr>
                <w:color w:val="000000"/>
                <w:sz w:val="24"/>
                <w:szCs w:val="24"/>
              </w:rPr>
            </w:pPr>
            <w:hyperlink r:id="rId264" w:history="1">
              <w:r w:rsidR="008A18C1" w:rsidRPr="00765081">
                <w:rPr>
                  <w:color w:val="0000FF"/>
                  <w:sz w:val="24"/>
                  <w:szCs w:val="24"/>
                  <w:u w:val="single"/>
                </w:rPr>
                <w:t>https://resh.edu.ru/subject/lesson/5021/start/186854/</w:t>
              </w:r>
            </w:hyperlink>
          </w:p>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825"/>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Фольклорные произведения народов России. Отражение в сказках быта и культуры народов России. </w:t>
            </w:r>
            <w:r w:rsidRPr="00765081">
              <w:rPr>
                <w:bCs/>
                <w:i/>
                <w:color w:val="000000"/>
                <w:sz w:val="24"/>
                <w:szCs w:val="24"/>
              </w:rPr>
              <w:t>Лиса и журавль</w:t>
            </w:r>
          </w:p>
        </w:tc>
        <w:tc>
          <w:tcPr>
            <w:tcW w:w="4110" w:type="dxa"/>
          </w:tcPr>
          <w:p w:rsidR="008A18C1" w:rsidRPr="00765081" w:rsidRDefault="007B5670" w:rsidP="008A18C1">
            <w:pPr>
              <w:rPr>
                <w:color w:val="000000"/>
                <w:sz w:val="24"/>
                <w:szCs w:val="24"/>
              </w:rPr>
            </w:pPr>
            <w:hyperlink r:id="rId265" w:history="1">
              <w:r w:rsidR="008A18C1" w:rsidRPr="00765081">
                <w:rPr>
                  <w:color w:val="0000FF"/>
                  <w:sz w:val="24"/>
                  <w:szCs w:val="24"/>
                  <w:u w:val="single"/>
                  <w:lang w:val="en-US"/>
                </w:rPr>
                <w:t>https</w:t>
              </w:r>
              <w:r w:rsidR="008A18C1" w:rsidRPr="00765081">
                <w:rPr>
                  <w:color w:val="0000FF"/>
                  <w:sz w:val="24"/>
                  <w:szCs w:val="24"/>
                  <w:u w:val="single"/>
                </w:rPr>
                <w:t>://</w:t>
              </w:r>
              <w:proofErr w:type="spellStart"/>
              <w:r w:rsidR="008A18C1" w:rsidRPr="00765081">
                <w:rPr>
                  <w:color w:val="0000FF"/>
                  <w:sz w:val="24"/>
                  <w:szCs w:val="24"/>
                  <w:u w:val="single"/>
                  <w:lang w:val="en-US"/>
                </w:rPr>
                <w:t>resh</w:t>
              </w:r>
              <w:proofErr w:type="spellEnd"/>
              <w:r w:rsidR="008A18C1" w:rsidRPr="00765081">
                <w:rPr>
                  <w:color w:val="0000FF"/>
                  <w:sz w:val="24"/>
                  <w:szCs w:val="24"/>
                  <w:u w:val="single"/>
                </w:rPr>
                <w:t>.</w:t>
              </w:r>
              <w:proofErr w:type="spellStart"/>
              <w:r w:rsidR="008A18C1" w:rsidRPr="00765081">
                <w:rPr>
                  <w:color w:val="0000FF"/>
                  <w:sz w:val="24"/>
                  <w:szCs w:val="24"/>
                  <w:u w:val="single"/>
                  <w:lang w:val="en-US"/>
                </w:rPr>
                <w:t>edu</w:t>
              </w:r>
              <w:proofErr w:type="spellEnd"/>
              <w:r w:rsidR="008A18C1" w:rsidRPr="00765081">
                <w:rPr>
                  <w:color w:val="0000FF"/>
                  <w:sz w:val="24"/>
                  <w:szCs w:val="24"/>
                  <w:u w:val="single"/>
                </w:rPr>
                <w:t>.</w:t>
              </w:r>
              <w:r w:rsidR="008A18C1" w:rsidRPr="00765081">
                <w:rPr>
                  <w:color w:val="0000FF"/>
                  <w:sz w:val="24"/>
                  <w:szCs w:val="24"/>
                  <w:u w:val="single"/>
                  <w:lang w:val="en-US"/>
                </w:rPr>
                <w:t>ru</w:t>
              </w:r>
              <w:r w:rsidR="008A18C1" w:rsidRPr="00765081">
                <w:rPr>
                  <w:color w:val="0000FF"/>
                  <w:sz w:val="24"/>
                  <w:szCs w:val="24"/>
                  <w:u w:val="single"/>
                </w:rPr>
                <w:t>/</w:t>
              </w:r>
              <w:r w:rsidR="008A18C1" w:rsidRPr="00765081">
                <w:rPr>
                  <w:color w:val="0000FF"/>
                  <w:sz w:val="24"/>
                  <w:szCs w:val="24"/>
                  <w:u w:val="single"/>
                  <w:lang w:val="en-US"/>
                </w:rPr>
                <w:t>subject</w:t>
              </w:r>
              <w:r w:rsidR="008A18C1" w:rsidRPr="00765081">
                <w:rPr>
                  <w:color w:val="0000FF"/>
                  <w:sz w:val="24"/>
                  <w:szCs w:val="24"/>
                  <w:u w:val="single"/>
                </w:rPr>
                <w:t>/</w:t>
              </w:r>
              <w:r w:rsidR="008A18C1" w:rsidRPr="00765081">
                <w:rPr>
                  <w:color w:val="0000FF"/>
                  <w:sz w:val="24"/>
                  <w:szCs w:val="24"/>
                  <w:u w:val="single"/>
                  <w:lang w:val="en-US"/>
                </w:rPr>
                <w:t>lesson</w:t>
              </w:r>
              <w:r w:rsidR="008A18C1" w:rsidRPr="00765081">
                <w:rPr>
                  <w:color w:val="0000FF"/>
                  <w:sz w:val="24"/>
                  <w:szCs w:val="24"/>
                  <w:u w:val="single"/>
                </w:rPr>
                <w:t>/5074/</w:t>
              </w:r>
              <w:r w:rsidR="008A18C1" w:rsidRPr="00765081">
                <w:rPr>
                  <w:color w:val="0000FF"/>
                  <w:sz w:val="24"/>
                  <w:szCs w:val="24"/>
                  <w:u w:val="single"/>
                  <w:lang w:val="en-US"/>
                </w:rPr>
                <w:t>start</w:t>
              </w:r>
              <w:r w:rsidR="008A18C1" w:rsidRPr="00765081">
                <w:rPr>
                  <w:color w:val="0000FF"/>
                  <w:sz w:val="24"/>
                  <w:szCs w:val="24"/>
                  <w:u w:val="single"/>
                </w:rPr>
                <w: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Произведения устного народного творчества.</w:t>
            </w:r>
          </w:p>
          <w:p w:rsidR="008A18C1" w:rsidRPr="00765081" w:rsidRDefault="008A18C1" w:rsidP="008A18C1">
            <w:pPr>
              <w:ind w:left="135"/>
              <w:rPr>
                <w:bCs/>
                <w:i/>
                <w:color w:val="000000"/>
                <w:sz w:val="24"/>
                <w:szCs w:val="24"/>
              </w:rPr>
            </w:pPr>
            <w:r w:rsidRPr="00765081">
              <w:rPr>
                <w:bCs/>
                <w:i/>
                <w:color w:val="000000"/>
                <w:sz w:val="24"/>
                <w:szCs w:val="24"/>
              </w:rPr>
              <w:t>Гуси-лебеди</w:t>
            </w:r>
          </w:p>
        </w:tc>
        <w:tc>
          <w:tcPr>
            <w:tcW w:w="4110" w:type="dxa"/>
          </w:tcPr>
          <w:p w:rsidR="008A18C1" w:rsidRPr="00765081" w:rsidRDefault="007B5670" w:rsidP="008A18C1">
            <w:pPr>
              <w:rPr>
                <w:color w:val="000000"/>
                <w:sz w:val="24"/>
                <w:szCs w:val="24"/>
              </w:rPr>
            </w:pPr>
            <w:hyperlink r:id="rId266" w:history="1">
              <w:r w:rsidR="008A18C1" w:rsidRPr="00765081">
                <w:rPr>
                  <w:color w:val="0000FF"/>
                  <w:sz w:val="24"/>
                  <w:szCs w:val="24"/>
                  <w:u w:val="single"/>
                </w:rPr>
                <w:t>https://m.edsoo.ru/8bc489a0</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i/>
                <w:color w:val="000000"/>
                <w:sz w:val="24"/>
                <w:szCs w:val="24"/>
              </w:rPr>
            </w:pPr>
            <w:r w:rsidRPr="00765081">
              <w:rPr>
                <w:bCs/>
                <w:color w:val="000000"/>
                <w:sz w:val="24"/>
                <w:szCs w:val="24"/>
              </w:rPr>
              <w:t>Произведения устного народного творчества.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r w:rsidRPr="00765081">
              <w:rPr>
                <w:color w:val="000000"/>
                <w:w w:val="97"/>
                <w:sz w:val="24"/>
                <w:szCs w:val="24"/>
              </w:rPr>
              <w:t xml:space="preserve">Звуки и краски </w:t>
            </w:r>
            <w:r w:rsidRPr="00765081">
              <w:rPr>
                <w:color w:val="000000"/>
                <w:sz w:val="24"/>
                <w:szCs w:val="24"/>
              </w:rPr>
              <w:br/>
            </w:r>
            <w:r w:rsidRPr="00765081">
              <w:rPr>
                <w:color w:val="000000"/>
                <w:w w:val="97"/>
                <w:sz w:val="24"/>
                <w:szCs w:val="24"/>
              </w:rPr>
              <w:t xml:space="preserve">родной природы в разные времена </w:t>
            </w:r>
            <w:r w:rsidRPr="00765081">
              <w:rPr>
                <w:color w:val="000000"/>
                <w:sz w:val="24"/>
                <w:szCs w:val="24"/>
              </w:rPr>
              <w:br/>
            </w:r>
            <w:r w:rsidRPr="00765081">
              <w:rPr>
                <w:color w:val="000000"/>
                <w:w w:val="97"/>
                <w:sz w:val="24"/>
                <w:szCs w:val="24"/>
              </w:rPr>
              <w:t>года (осень)(8ч.)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Настроение, которое создает пейзажная лирика в произведениях А.С. Пушкина «Уж небо осенью дышало…», Г.А. </w:t>
            </w:r>
            <w:proofErr w:type="spellStart"/>
            <w:r w:rsidRPr="00765081">
              <w:rPr>
                <w:bCs/>
                <w:color w:val="000000"/>
                <w:sz w:val="24"/>
                <w:szCs w:val="24"/>
              </w:rPr>
              <w:t>Скребицкого</w:t>
            </w:r>
            <w:proofErr w:type="spellEnd"/>
            <w:r w:rsidRPr="00765081">
              <w:rPr>
                <w:bCs/>
                <w:color w:val="000000"/>
                <w:sz w:val="24"/>
                <w:szCs w:val="24"/>
              </w:rPr>
              <w:t xml:space="preserve"> «Четыре художника».</w:t>
            </w:r>
          </w:p>
          <w:p w:rsidR="008A18C1" w:rsidRPr="00765081" w:rsidRDefault="008A18C1" w:rsidP="008A18C1">
            <w:pPr>
              <w:ind w:left="135"/>
              <w:rPr>
                <w:bCs/>
                <w:color w:val="000000"/>
                <w:sz w:val="24"/>
                <w:szCs w:val="24"/>
              </w:rPr>
            </w:pPr>
            <w:r w:rsidRPr="00765081">
              <w:rPr>
                <w:bCs/>
                <w:color w:val="000000"/>
                <w:sz w:val="24"/>
                <w:szCs w:val="24"/>
              </w:rPr>
              <w:t>Ф.Тютчев «Есть в осени первоначальной …»</w:t>
            </w:r>
          </w:p>
        </w:tc>
        <w:tc>
          <w:tcPr>
            <w:tcW w:w="4110" w:type="dxa"/>
          </w:tcPr>
          <w:p w:rsidR="008A18C1" w:rsidRPr="00765081" w:rsidRDefault="007B5670" w:rsidP="008A18C1">
            <w:pPr>
              <w:rPr>
                <w:color w:val="000000"/>
                <w:sz w:val="24"/>
                <w:szCs w:val="24"/>
              </w:rPr>
            </w:pPr>
            <w:hyperlink r:id="rId267" w:history="1">
              <w:r w:rsidR="008A18C1" w:rsidRPr="00765081">
                <w:rPr>
                  <w:color w:val="0000FF"/>
                  <w:sz w:val="24"/>
                  <w:szCs w:val="24"/>
                  <w:u w:val="single"/>
                </w:rPr>
                <w:t>https://m.edsoo.ru/8bc4c1d</w:t>
              </w:r>
            </w:hyperlink>
          </w:p>
          <w:p w:rsidR="008A18C1" w:rsidRPr="00765081" w:rsidRDefault="007B5670" w:rsidP="008A18C1">
            <w:pPr>
              <w:rPr>
                <w:bCs/>
                <w:color w:val="000000"/>
                <w:sz w:val="24"/>
                <w:szCs w:val="24"/>
              </w:rPr>
            </w:pPr>
            <w:hyperlink r:id="rId268" w:history="1">
              <w:r w:rsidR="008A18C1" w:rsidRPr="00765081">
                <w:rPr>
                  <w:bCs/>
                  <w:color w:val="0000FF"/>
                  <w:sz w:val="24"/>
                  <w:szCs w:val="24"/>
                  <w:u w:val="single"/>
                </w:rPr>
                <w:t>https://m.edsoo.ru/8bc4d43c</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Сравнение стихотворений об осени. На примере произведений А.А. Плещеева «Осень» и А.К. Толстого «Осень. Обсыпается весь наш бедный сад…»</w:t>
            </w:r>
          </w:p>
          <w:p w:rsidR="008A18C1" w:rsidRPr="00765081" w:rsidRDefault="008A18C1" w:rsidP="008A18C1">
            <w:pPr>
              <w:ind w:left="135"/>
              <w:rPr>
                <w:bCs/>
                <w:color w:val="000000"/>
                <w:sz w:val="24"/>
                <w:szCs w:val="24"/>
              </w:rPr>
            </w:pP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Наблюдение за художественными особенностями текста. </w:t>
            </w:r>
          </w:p>
        </w:tc>
        <w:tc>
          <w:tcPr>
            <w:tcW w:w="4110" w:type="dxa"/>
          </w:tcPr>
          <w:p w:rsidR="008A18C1" w:rsidRPr="00765081" w:rsidRDefault="007B5670" w:rsidP="008A18C1">
            <w:pPr>
              <w:rPr>
                <w:color w:val="000000"/>
                <w:sz w:val="24"/>
                <w:szCs w:val="24"/>
              </w:rPr>
            </w:pPr>
            <w:hyperlink r:id="rId269" w:history="1">
              <w:r w:rsidR="008A18C1" w:rsidRPr="00765081">
                <w:rPr>
                  <w:color w:val="0000FF"/>
                  <w:sz w:val="24"/>
                  <w:szCs w:val="24"/>
                  <w:u w:val="single"/>
                </w:rPr>
                <w:t>https://m.edsoo.ru/8bc4d676</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Описание картин осеннего леса в произведениях писателей. А.Фет «Ласточки пропали …»</w:t>
            </w:r>
          </w:p>
        </w:tc>
        <w:tc>
          <w:tcPr>
            <w:tcW w:w="4110" w:type="dxa"/>
          </w:tcPr>
          <w:p w:rsidR="008A18C1" w:rsidRPr="00765081" w:rsidRDefault="007B5670" w:rsidP="008A18C1">
            <w:pPr>
              <w:rPr>
                <w:color w:val="000000"/>
                <w:sz w:val="24"/>
                <w:szCs w:val="24"/>
              </w:rPr>
            </w:pPr>
            <w:hyperlink r:id="rId270" w:history="1">
              <w:r w:rsidR="008A18C1" w:rsidRPr="00765081">
                <w:rPr>
                  <w:color w:val="0000FF"/>
                  <w:sz w:val="24"/>
                  <w:szCs w:val="24"/>
                  <w:u w:val="single"/>
                </w:rPr>
                <w:t>https://m.edsoo.ru/8bc4e0f8</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Восприятие осени в произведении М.М.Пришвина «Утро».</w:t>
            </w:r>
          </w:p>
          <w:p w:rsidR="008A18C1" w:rsidRPr="00765081" w:rsidRDefault="008A18C1" w:rsidP="008A18C1">
            <w:pPr>
              <w:ind w:left="135"/>
              <w:rPr>
                <w:bCs/>
                <w:color w:val="000000"/>
                <w:sz w:val="24"/>
                <w:szCs w:val="24"/>
              </w:rPr>
            </w:pPr>
          </w:p>
        </w:tc>
        <w:tc>
          <w:tcPr>
            <w:tcW w:w="4110" w:type="dxa"/>
          </w:tcPr>
          <w:p w:rsidR="008A18C1" w:rsidRPr="00765081" w:rsidRDefault="007B5670" w:rsidP="008A18C1">
            <w:pPr>
              <w:rPr>
                <w:color w:val="000000"/>
                <w:sz w:val="24"/>
                <w:szCs w:val="24"/>
              </w:rPr>
            </w:pPr>
            <w:hyperlink r:id="rId271" w:history="1">
              <w:r w:rsidR="008A18C1" w:rsidRPr="00765081">
                <w:rPr>
                  <w:color w:val="0000FF"/>
                  <w:sz w:val="24"/>
                  <w:szCs w:val="24"/>
                  <w:u w:val="single"/>
                </w:rPr>
                <w:t>https://m.edsoo.ru/8bc4d784</w:t>
              </w:r>
            </w:hyperlink>
          </w:p>
          <w:p w:rsidR="008A18C1" w:rsidRPr="00765081" w:rsidRDefault="007B5670" w:rsidP="008A18C1">
            <w:pPr>
              <w:rPr>
                <w:color w:val="000000"/>
                <w:sz w:val="24"/>
                <w:szCs w:val="24"/>
              </w:rPr>
            </w:pPr>
            <w:hyperlink r:id="rId272" w:history="1">
              <w:r w:rsidR="008A18C1" w:rsidRPr="00765081">
                <w:rPr>
                  <w:color w:val="0000FF"/>
                  <w:sz w:val="24"/>
                  <w:szCs w:val="24"/>
                  <w:u w:val="single"/>
                </w:rPr>
                <w:t>https://resh.edu.ru/subject/lesson/4246/start/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Восприятие пейзажной лирики. К.Д. Бальмонт «Осень»</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Восприятие пейзажной лирики. К.Д. Бальмонт «Осень»</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Составление устных рассказов «Природа осенью» по изученным текстам</w:t>
            </w:r>
          </w:p>
        </w:tc>
        <w:tc>
          <w:tcPr>
            <w:tcW w:w="4110" w:type="dxa"/>
          </w:tcPr>
          <w:p w:rsidR="008A18C1" w:rsidRPr="00765081" w:rsidRDefault="007B5670" w:rsidP="008A18C1">
            <w:pPr>
              <w:rPr>
                <w:color w:val="000000"/>
                <w:sz w:val="24"/>
                <w:szCs w:val="24"/>
              </w:rPr>
            </w:pPr>
            <w:hyperlink r:id="rId273" w:history="1">
              <w:r w:rsidR="008A18C1" w:rsidRPr="00765081">
                <w:rPr>
                  <w:color w:val="0000FF"/>
                  <w:sz w:val="24"/>
                  <w:szCs w:val="24"/>
                  <w:u w:val="single"/>
                </w:rPr>
                <w:t>https://resh.edu.ru/subject/lesson/5029/start/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 xml:space="preserve">В мире сказок </w:t>
            </w:r>
            <w:proofErr w:type="gramStart"/>
            <w:r w:rsidRPr="00765081">
              <w:rPr>
                <w:color w:val="000000"/>
                <w:sz w:val="24"/>
                <w:szCs w:val="24"/>
              </w:rPr>
              <w:t xml:space="preserve">( </w:t>
            </w:r>
            <w:proofErr w:type="gramEnd"/>
            <w:r w:rsidRPr="00765081">
              <w:rPr>
                <w:color w:val="000000"/>
                <w:sz w:val="24"/>
                <w:szCs w:val="24"/>
              </w:rPr>
              <w:t>4ч)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Волшебный мир сказок. «У лукоморья дуб зелёный…» А.С. Пушкин</w:t>
            </w:r>
          </w:p>
        </w:tc>
        <w:tc>
          <w:tcPr>
            <w:tcW w:w="4110" w:type="dxa"/>
          </w:tcPr>
          <w:p w:rsidR="008A18C1" w:rsidRPr="00765081" w:rsidRDefault="007B5670" w:rsidP="008A18C1">
            <w:pPr>
              <w:rPr>
                <w:color w:val="000000"/>
                <w:sz w:val="24"/>
                <w:szCs w:val="24"/>
              </w:rPr>
            </w:pPr>
            <w:hyperlink r:id="rId274" w:history="1">
              <w:r w:rsidR="008A18C1" w:rsidRPr="00765081">
                <w:rPr>
                  <w:color w:val="0000FF"/>
                  <w:sz w:val="24"/>
                  <w:szCs w:val="24"/>
                  <w:u w:val="single"/>
                </w:rPr>
                <w:t>https://resh.edu.ru/subject/lesson/5046/start/286509/</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Поучительный смысл «Сказки о рыбаке и рыбке» А.С. Пушкина. Характеристика героев</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Сравнение сказки А.С. Пушкина «Сказка о рыбаке и рыбке» с фольклорными (народными) сказками</w:t>
            </w:r>
          </w:p>
        </w:tc>
        <w:tc>
          <w:tcPr>
            <w:tcW w:w="4110" w:type="dxa"/>
          </w:tcPr>
          <w:p w:rsidR="008A18C1" w:rsidRPr="00765081" w:rsidRDefault="007B5670" w:rsidP="008A18C1">
            <w:pPr>
              <w:rPr>
                <w:color w:val="000000"/>
                <w:sz w:val="24"/>
                <w:szCs w:val="24"/>
              </w:rPr>
            </w:pPr>
            <w:hyperlink r:id="rId275" w:history="1">
              <w:r w:rsidR="008A18C1" w:rsidRPr="00765081">
                <w:rPr>
                  <w:color w:val="0000FF"/>
                  <w:sz w:val="24"/>
                  <w:szCs w:val="24"/>
                  <w:u w:val="single"/>
                </w:rPr>
                <w:t>https://resh.edu.ru/subject/lesson/4248/start/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Работа с фольклорной (народной) и литературной (авторской) сказкой: составление плана произведения, выделение особенностей языка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О братьях наших меньших (2ч)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Сравнение прозаической и стихотворной басен И.А. Крылова «Лебедь, Щука и Рак» и Л.Н.Толстого «Лев и мышь»</w:t>
            </w:r>
          </w:p>
        </w:tc>
        <w:tc>
          <w:tcPr>
            <w:tcW w:w="4110" w:type="dxa"/>
          </w:tcPr>
          <w:p w:rsidR="008A18C1" w:rsidRPr="00765081" w:rsidRDefault="007B5670" w:rsidP="008A18C1">
            <w:pPr>
              <w:rPr>
                <w:color w:val="000000"/>
                <w:sz w:val="24"/>
                <w:szCs w:val="24"/>
              </w:rPr>
            </w:pPr>
            <w:hyperlink r:id="rId276" w:history="1">
              <w:r w:rsidR="008A18C1" w:rsidRPr="00765081">
                <w:rPr>
                  <w:color w:val="0000FF"/>
                  <w:sz w:val="24"/>
                  <w:szCs w:val="24"/>
                  <w:u w:val="single"/>
                </w:rPr>
                <w:t>https://resh.edu.ru/subject/lesson/5030/start/286539/</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Представление темы труда в произведениях писателей. И.А.Крылов «Стрекоза и муравей»</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w w:val="97"/>
                <w:sz w:val="24"/>
                <w:szCs w:val="24"/>
              </w:rPr>
              <w:t>О детях и дружбе.(3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 Герой произведения (введение понятия «главный герой»), его характеристика, оценка поступков Л.Н.Толстой «Котенок»</w:t>
            </w:r>
          </w:p>
        </w:tc>
        <w:tc>
          <w:tcPr>
            <w:tcW w:w="4110" w:type="dxa"/>
          </w:tcPr>
          <w:p w:rsidR="008A18C1" w:rsidRPr="00765081" w:rsidRDefault="007B5670" w:rsidP="008A18C1">
            <w:pPr>
              <w:rPr>
                <w:color w:val="000000"/>
                <w:sz w:val="24"/>
                <w:szCs w:val="24"/>
              </w:rPr>
            </w:pPr>
            <w:hyperlink r:id="rId277" w:history="1">
              <w:r w:rsidR="008A18C1" w:rsidRPr="00765081">
                <w:rPr>
                  <w:color w:val="0000FF"/>
                  <w:sz w:val="24"/>
                  <w:szCs w:val="24"/>
                  <w:u w:val="single"/>
                </w:rPr>
                <w:t>https://m.edsoo.ru/8bc4e35a</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w w:val="97"/>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Оценка поступков и поведения главного героя. Л.Н.Толстой «</w:t>
            </w:r>
            <w:proofErr w:type="gramStart"/>
            <w:r w:rsidRPr="00765081">
              <w:rPr>
                <w:bCs/>
                <w:color w:val="000000"/>
                <w:sz w:val="24"/>
                <w:szCs w:val="24"/>
              </w:rPr>
              <w:t>Правда</w:t>
            </w:r>
            <w:proofErr w:type="gramEnd"/>
            <w:r w:rsidRPr="00765081">
              <w:rPr>
                <w:bCs/>
                <w:color w:val="000000"/>
                <w:sz w:val="24"/>
                <w:szCs w:val="24"/>
              </w:rPr>
              <w:t xml:space="preserve"> всего дороже»</w:t>
            </w:r>
          </w:p>
        </w:tc>
        <w:tc>
          <w:tcPr>
            <w:tcW w:w="4110" w:type="dxa"/>
          </w:tcPr>
          <w:p w:rsidR="008A18C1" w:rsidRPr="00765081" w:rsidRDefault="007B5670" w:rsidP="008A18C1">
            <w:pPr>
              <w:rPr>
                <w:color w:val="000000"/>
                <w:sz w:val="24"/>
                <w:szCs w:val="24"/>
              </w:rPr>
            </w:pPr>
            <w:hyperlink r:id="rId278" w:history="1">
              <w:r w:rsidR="008A18C1" w:rsidRPr="00765081">
                <w:rPr>
                  <w:color w:val="0000FF"/>
                  <w:sz w:val="24"/>
                  <w:szCs w:val="24"/>
                  <w:u w:val="single"/>
                </w:rPr>
                <w:t>https://m.edsoo.ru/8bc4e35a</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w w:val="97"/>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Характеристика главного героя рассказа Л.Н.Толстого «Филиппок»</w:t>
            </w:r>
          </w:p>
        </w:tc>
        <w:tc>
          <w:tcPr>
            <w:tcW w:w="4110" w:type="dxa"/>
          </w:tcPr>
          <w:p w:rsidR="008A18C1" w:rsidRPr="00765081" w:rsidRDefault="007B5670" w:rsidP="008A18C1">
            <w:pPr>
              <w:rPr>
                <w:color w:val="000000"/>
                <w:sz w:val="24"/>
                <w:szCs w:val="24"/>
              </w:rPr>
            </w:pPr>
            <w:hyperlink r:id="rId279" w:history="1">
              <w:r w:rsidR="008A18C1" w:rsidRPr="00765081">
                <w:rPr>
                  <w:color w:val="0000FF"/>
                  <w:sz w:val="24"/>
                  <w:szCs w:val="24"/>
                  <w:u w:val="single"/>
                </w:rPr>
                <w:t>https://m.edsoo.ru/8bc4e35a</w:t>
              </w:r>
            </w:hyperlink>
          </w:p>
          <w:p w:rsidR="008A18C1" w:rsidRPr="00765081" w:rsidRDefault="007B5670" w:rsidP="008A18C1">
            <w:pPr>
              <w:rPr>
                <w:color w:val="000000"/>
                <w:sz w:val="24"/>
                <w:szCs w:val="24"/>
              </w:rPr>
            </w:pPr>
            <w:hyperlink r:id="rId280" w:history="1">
              <w:r w:rsidR="008A18C1" w:rsidRPr="00765081">
                <w:rPr>
                  <w:color w:val="0000FF"/>
                  <w:sz w:val="24"/>
                  <w:szCs w:val="24"/>
                  <w:u w:val="single"/>
                </w:rPr>
                <w:t>https://resh.edu.ru/subject/lesson/5031/start/304222/</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w w:val="97"/>
                <w:sz w:val="24"/>
                <w:szCs w:val="24"/>
              </w:rPr>
            </w:pPr>
            <w:r w:rsidRPr="00765081">
              <w:rPr>
                <w:color w:val="000000"/>
                <w:w w:val="97"/>
                <w:sz w:val="24"/>
                <w:szCs w:val="24"/>
              </w:rPr>
              <w:t xml:space="preserve">В мире сказок </w:t>
            </w:r>
            <w:proofErr w:type="gramStart"/>
            <w:r w:rsidRPr="00765081">
              <w:rPr>
                <w:color w:val="000000"/>
                <w:w w:val="97"/>
                <w:sz w:val="24"/>
                <w:szCs w:val="24"/>
              </w:rPr>
              <w:t xml:space="preserve">( </w:t>
            </w:r>
            <w:proofErr w:type="gramEnd"/>
            <w:r w:rsidRPr="00765081">
              <w:rPr>
                <w:color w:val="000000"/>
                <w:w w:val="97"/>
                <w:sz w:val="24"/>
                <w:szCs w:val="24"/>
              </w:rPr>
              <w:t>4 ч )</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Фольклорная (народная) сказка: «бродячие» сюжеты, народная сказка «Золотая рыбка»</w:t>
            </w:r>
          </w:p>
        </w:tc>
        <w:tc>
          <w:tcPr>
            <w:tcW w:w="4110" w:type="dxa"/>
          </w:tcPr>
          <w:p w:rsidR="008A18C1" w:rsidRPr="00765081" w:rsidRDefault="008A18C1" w:rsidP="008A18C1">
            <w:pPr>
              <w:rPr>
                <w:b/>
                <w:bCs/>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w w:val="97"/>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Фольклорная основа авторских сказок В.Ф. Одоевский «Мороз Иванович»</w:t>
            </w:r>
          </w:p>
        </w:tc>
        <w:tc>
          <w:tcPr>
            <w:tcW w:w="4110" w:type="dxa"/>
          </w:tcPr>
          <w:p w:rsidR="008A18C1" w:rsidRPr="00765081" w:rsidRDefault="008A18C1" w:rsidP="008A18C1">
            <w:pPr>
              <w:rPr>
                <w:b/>
                <w:bCs/>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w w:val="97"/>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Фольклорная (народная) сказка: «бродячие» сюжеты, народная сказка «Морозко»</w:t>
            </w:r>
          </w:p>
        </w:tc>
        <w:tc>
          <w:tcPr>
            <w:tcW w:w="4110" w:type="dxa"/>
          </w:tcPr>
          <w:p w:rsidR="008A18C1" w:rsidRPr="00765081" w:rsidRDefault="008A18C1" w:rsidP="008A18C1">
            <w:pPr>
              <w:rPr>
                <w:b/>
                <w:bCs/>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w w:val="97"/>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Фольклорная основа авторских сказок В.И. Даль «Девочка Снегурочка»</w:t>
            </w:r>
          </w:p>
        </w:tc>
        <w:tc>
          <w:tcPr>
            <w:tcW w:w="4110" w:type="dxa"/>
          </w:tcPr>
          <w:p w:rsidR="008A18C1" w:rsidRPr="00765081" w:rsidRDefault="008A18C1" w:rsidP="008A18C1">
            <w:pPr>
              <w:rPr>
                <w:b/>
                <w:bCs/>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 xml:space="preserve">О братьях </w:t>
            </w:r>
          </w:p>
          <w:p w:rsidR="008A18C1" w:rsidRPr="00765081" w:rsidRDefault="008A18C1" w:rsidP="008A18C1">
            <w:pPr>
              <w:rPr>
                <w:color w:val="000000"/>
                <w:sz w:val="24"/>
                <w:szCs w:val="24"/>
              </w:rPr>
            </w:pPr>
            <w:r w:rsidRPr="00765081">
              <w:rPr>
                <w:color w:val="000000"/>
                <w:sz w:val="24"/>
                <w:szCs w:val="24"/>
              </w:rPr>
              <w:t xml:space="preserve"> наших </w:t>
            </w:r>
          </w:p>
          <w:p w:rsidR="008A18C1" w:rsidRPr="00765081" w:rsidRDefault="008A18C1" w:rsidP="008A18C1">
            <w:pPr>
              <w:rPr>
                <w:color w:val="000000"/>
                <w:w w:val="97"/>
                <w:sz w:val="24"/>
                <w:szCs w:val="24"/>
              </w:rPr>
            </w:pPr>
            <w:r w:rsidRPr="00765081">
              <w:rPr>
                <w:color w:val="000000"/>
                <w:sz w:val="24"/>
                <w:szCs w:val="24"/>
              </w:rPr>
              <w:t>меньших (16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Жанровое многообразие произведений о животных.  В.Д. </w:t>
            </w:r>
            <w:proofErr w:type="spellStart"/>
            <w:r w:rsidRPr="00765081">
              <w:rPr>
                <w:bCs/>
                <w:color w:val="000000"/>
                <w:sz w:val="24"/>
                <w:szCs w:val="24"/>
              </w:rPr>
              <w:t>Берестова</w:t>
            </w:r>
            <w:proofErr w:type="spellEnd"/>
            <w:r w:rsidRPr="00765081">
              <w:rPr>
                <w:bCs/>
                <w:color w:val="000000"/>
                <w:sz w:val="24"/>
                <w:szCs w:val="24"/>
              </w:rPr>
              <w:t xml:space="preserve"> «Кошкин щенок» </w:t>
            </w:r>
          </w:p>
        </w:tc>
        <w:tc>
          <w:tcPr>
            <w:tcW w:w="4110" w:type="dxa"/>
          </w:tcPr>
          <w:p w:rsidR="008A18C1" w:rsidRPr="00765081" w:rsidRDefault="007B5670" w:rsidP="008A18C1">
            <w:pPr>
              <w:rPr>
                <w:b/>
                <w:bCs/>
                <w:color w:val="000000"/>
                <w:sz w:val="24"/>
                <w:szCs w:val="24"/>
              </w:rPr>
            </w:pPr>
            <w:hyperlink r:id="rId281" w:history="1">
              <w:r w:rsidR="008A18C1" w:rsidRPr="00765081">
                <w:rPr>
                  <w:color w:val="0000FF"/>
                  <w:sz w:val="24"/>
                  <w:szCs w:val="24"/>
                  <w:u w:val="single"/>
                </w:rPr>
                <w:t>https://resh.edu.ru/subject/lesson/5022/start/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Жанровое многообразие произведений о животных </w:t>
            </w:r>
            <w:proofErr w:type="gramStart"/>
            <w:r w:rsidRPr="00765081">
              <w:rPr>
                <w:bCs/>
                <w:color w:val="000000"/>
                <w:sz w:val="24"/>
                <w:szCs w:val="24"/>
              </w:rPr>
              <w:t xml:space="preserve">( </w:t>
            </w:r>
            <w:proofErr w:type="gramEnd"/>
            <w:r w:rsidRPr="00765081">
              <w:rPr>
                <w:bCs/>
                <w:color w:val="000000"/>
                <w:sz w:val="24"/>
                <w:szCs w:val="24"/>
              </w:rPr>
              <w:t>песни, загадки, сказки, басни, рассказы, стихотворения)</w:t>
            </w:r>
          </w:p>
        </w:tc>
        <w:tc>
          <w:tcPr>
            <w:tcW w:w="4110" w:type="dxa"/>
          </w:tcPr>
          <w:p w:rsidR="008A18C1" w:rsidRPr="00765081" w:rsidRDefault="007B5670" w:rsidP="008A18C1">
            <w:pPr>
              <w:rPr>
                <w:color w:val="000000"/>
                <w:sz w:val="24"/>
                <w:szCs w:val="24"/>
              </w:rPr>
            </w:pPr>
            <w:hyperlink r:id="rId282" w:history="1">
              <w:r w:rsidR="008A18C1" w:rsidRPr="00765081">
                <w:rPr>
                  <w:color w:val="0000FF"/>
                  <w:sz w:val="24"/>
                  <w:szCs w:val="24"/>
                  <w:u w:val="single"/>
                </w:rPr>
                <w:t>https://resh.edu.ru/subject/lesson/5023/start/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Герои стихотворных и прозаических произведений о животных. И.Пивоварова «Жила-была собака…»</w:t>
            </w:r>
            <w:proofErr w:type="gramStart"/>
            <w:r w:rsidRPr="00765081">
              <w:rPr>
                <w:bCs/>
                <w:color w:val="000000"/>
                <w:sz w:val="24"/>
                <w:szCs w:val="24"/>
              </w:rPr>
              <w:t>,В</w:t>
            </w:r>
            <w:proofErr w:type="gramEnd"/>
            <w:r w:rsidRPr="00765081">
              <w:rPr>
                <w:bCs/>
                <w:color w:val="000000"/>
                <w:sz w:val="24"/>
                <w:szCs w:val="24"/>
              </w:rPr>
              <w:t xml:space="preserve"> Берестов «Кошкин щенок»</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 Герои стихотворных и прозаических произведений о животных. И.Пивоварова «Жила-была собака…»</w:t>
            </w:r>
            <w:proofErr w:type="gramStart"/>
            <w:r w:rsidRPr="00765081">
              <w:rPr>
                <w:bCs/>
                <w:color w:val="000000"/>
                <w:sz w:val="24"/>
                <w:szCs w:val="24"/>
              </w:rPr>
              <w:t>,В</w:t>
            </w:r>
            <w:proofErr w:type="gramEnd"/>
            <w:r w:rsidRPr="00765081">
              <w:rPr>
                <w:bCs/>
                <w:color w:val="000000"/>
                <w:sz w:val="24"/>
                <w:szCs w:val="24"/>
              </w:rPr>
              <w:t xml:space="preserve"> Берестов «Кошкин щенок»</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Дружба людей и животных – тема литературы. </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Нравственно-этические понятия: отношение человека к животным (любовь и забота) М.М. Пришвина «Ребята и утята» </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Нравственно-этические понятия: отношение </w:t>
            </w:r>
            <w:r w:rsidRPr="00765081">
              <w:rPr>
                <w:bCs/>
                <w:color w:val="000000"/>
                <w:sz w:val="24"/>
                <w:szCs w:val="24"/>
              </w:rPr>
              <w:lastRenderedPageBreak/>
              <w:t>человека к животным (любовь и забота) М.М. Пришвина «Ребята и утята»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Дружба людей и </w:t>
            </w:r>
            <w:proofErr w:type="gramStart"/>
            <w:r w:rsidRPr="00765081">
              <w:rPr>
                <w:bCs/>
                <w:color w:val="000000"/>
                <w:sz w:val="24"/>
                <w:szCs w:val="24"/>
              </w:rPr>
              <w:t>животных-тема</w:t>
            </w:r>
            <w:proofErr w:type="gramEnd"/>
            <w:r w:rsidRPr="00765081">
              <w:rPr>
                <w:bCs/>
                <w:color w:val="000000"/>
                <w:sz w:val="24"/>
                <w:szCs w:val="24"/>
              </w:rPr>
              <w:t xml:space="preserve"> литературы. Е.И. Чарушина «Страшный рассказ»</w:t>
            </w:r>
          </w:p>
          <w:p w:rsidR="008A18C1" w:rsidRPr="00765081" w:rsidRDefault="008A18C1" w:rsidP="008A18C1">
            <w:pPr>
              <w:rPr>
                <w:bCs/>
                <w:color w:val="000000"/>
                <w:sz w:val="24"/>
                <w:szCs w:val="24"/>
              </w:rPr>
            </w:pPr>
          </w:p>
        </w:tc>
        <w:tc>
          <w:tcPr>
            <w:tcW w:w="4110" w:type="dxa"/>
          </w:tcPr>
          <w:p w:rsidR="008A18C1" w:rsidRPr="00765081" w:rsidRDefault="007B5670" w:rsidP="008A18C1">
            <w:pPr>
              <w:rPr>
                <w:color w:val="000000"/>
                <w:sz w:val="24"/>
                <w:szCs w:val="24"/>
              </w:rPr>
            </w:pPr>
            <w:hyperlink r:id="rId283" w:history="1">
              <w:r w:rsidR="008A18C1" w:rsidRPr="00765081">
                <w:rPr>
                  <w:color w:val="0000FF"/>
                  <w:sz w:val="24"/>
                  <w:szCs w:val="24"/>
                  <w:u w:val="single"/>
                </w:rPr>
                <w:t>https://resh.edu.ru/subject/lesson/5033/start/299963/</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Дружба людей и </w:t>
            </w:r>
            <w:proofErr w:type="gramStart"/>
            <w:r w:rsidRPr="00765081">
              <w:rPr>
                <w:bCs/>
                <w:color w:val="000000"/>
                <w:sz w:val="24"/>
                <w:szCs w:val="24"/>
              </w:rPr>
              <w:t>животных-тема</w:t>
            </w:r>
            <w:proofErr w:type="gramEnd"/>
            <w:r w:rsidRPr="00765081">
              <w:rPr>
                <w:bCs/>
                <w:color w:val="000000"/>
                <w:sz w:val="24"/>
                <w:szCs w:val="24"/>
              </w:rPr>
              <w:t xml:space="preserve"> литературы. Е.И. Чарушина «Страшный рассказ»</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Описание животных в художественном и научно-познавательном тексте. Б.С. Житков «Храбрый утёнок»</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Знакомство с художниками-иллюстраторами, анималистами Е.И. </w:t>
            </w:r>
            <w:proofErr w:type="spellStart"/>
            <w:r w:rsidRPr="00765081">
              <w:rPr>
                <w:bCs/>
                <w:color w:val="000000"/>
                <w:sz w:val="24"/>
                <w:szCs w:val="24"/>
              </w:rPr>
              <w:t>Чарушиным</w:t>
            </w:r>
            <w:proofErr w:type="spellEnd"/>
            <w:r w:rsidRPr="00765081">
              <w:rPr>
                <w:bCs/>
                <w:color w:val="000000"/>
                <w:sz w:val="24"/>
                <w:szCs w:val="24"/>
              </w:rPr>
              <w:t>, В.В. Бианки</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 xml:space="preserve"> Жанровое многообразие произведений о животных.  В.Бианки «Музыкант», «Сова»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Мораль басни как нравственный урок (поучение)</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Жанровое многообразие произведений о животных.  С.В. Михалков «Мой щенок»</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Герои стихотворных и прозаических произведений о животных.</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Герои стихотворных и прозаических произведений о животных.</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Звуки и краски родной природы в разные времена года (зима) (12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Средства  выразительности при описании природы: сравнение и эпитет. И.Бунин «Первый снег»</w:t>
            </w:r>
          </w:p>
        </w:tc>
        <w:tc>
          <w:tcPr>
            <w:tcW w:w="4110" w:type="dxa"/>
          </w:tcPr>
          <w:p w:rsidR="008A18C1" w:rsidRPr="00765081" w:rsidRDefault="007B5670" w:rsidP="008A18C1">
            <w:pPr>
              <w:rPr>
                <w:color w:val="000000"/>
                <w:sz w:val="24"/>
                <w:szCs w:val="24"/>
              </w:rPr>
            </w:pPr>
            <w:hyperlink r:id="rId284" w:history="1">
              <w:r w:rsidR="008A18C1" w:rsidRPr="00765081">
                <w:rPr>
                  <w:color w:val="0000FF"/>
                  <w:sz w:val="24"/>
                  <w:szCs w:val="24"/>
                  <w:u w:val="single"/>
                </w:rPr>
                <w:t>https://m.edsoo.ru/8bc50f6a</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i/>
                <w:color w:val="000000"/>
                <w:sz w:val="24"/>
                <w:szCs w:val="24"/>
              </w:rPr>
            </w:pPr>
            <w:r w:rsidRPr="00765081">
              <w:rPr>
                <w:bCs/>
                <w:i/>
                <w:color w:val="000000"/>
                <w:sz w:val="24"/>
                <w:szCs w:val="24"/>
              </w:rPr>
              <w:t>Контрольная работа № 2 по теме: «Братья наши меньшие»</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Настроение, которое создает пейзажная лирика. К.Бальмонт «Снежинка»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 xml:space="preserve"> Тема природы в разные времена года в произведениях литературы. И.С. Соколов-Микитов «Зима в лесу»</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Тема природы в разные времена года в произведениях литературы А.С.Пушкина «Вот </w:t>
            </w:r>
            <w:r w:rsidRPr="00765081">
              <w:rPr>
                <w:bCs/>
                <w:color w:val="000000"/>
                <w:sz w:val="24"/>
                <w:szCs w:val="24"/>
              </w:rPr>
              <w:lastRenderedPageBreak/>
              <w:t>север, тучи нагоняя…» и С.А.Есенина «Поёт зима – аукает»</w:t>
            </w:r>
          </w:p>
        </w:tc>
        <w:tc>
          <w:tcPr>
            <w:tcW w:w="4110" w:type="dxa"/>
          </w:tcPr>
          <w:p w:rsidR="008A18C1" w:rsidRPr="00765081" w:rsidRDefault="007B5670" w:rsidP="008A18C1">
            <w:pPr>
              <w:rPr>
                <w:sz w:val="24"/>
                <w:szCs w:val="24"/>
              </w:rPr>
            </w:pPr>
            <w:hyperlink r:id="rId285" w:history="1">
              <w:r w:rsidR="008A18C1" w:rsidRPr="00765081">
                <w:rPr>
                  <w:color w:val="0000FF"/>
                  <w:sz w:val="24"/>
                  <w:szCs w:val="24"/>
                  <w:u w:val="single"/>
                </w:rPr>
                <w:t>https://resh.edu.ru/subject/lesson/5037/start/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Эстетическое восприятие явлений природы. Ф.И. Тютчев «Чародейкою Зимою»</w:t>
            </w:r>
          </w:p>
        </w:tc>
        <w:tc>
          <w:tcPr>
            <w:tcW w:w="4110" w:type="dxa"/>
          </w:tcPr>
          <w:p w:rsidR="008A18C1" w:rsidRPr="00765081" w:rsidRDefault="007B5670" w:rsidP="008A18C1">
            <w:pPr>
              <w:rPr>
                <w:color w:val="000000"/>
                <w:sz w:val="24"/>
                <w:szCs w:val="24"/>
              </w:rPr>
            </w:pPr>
            <w:hyperlink r:id="rId286" w:history="1">
              <w:r w:rsidR="008A18C1" w:rsidRPr="00765081">
                <w:rPr>
                  <w:color w:val="0000FF"/>
                  <w:sz w:val="24"/>
                  <w:szCs w:val="24"/>
                  <w:u w:val="single"/>
                </w:rPr>
                <w:t>https://resh.edu.ru/subject/lesson/5036/start/183941/</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Иллюстрация как отражение эмоционального отклика на произведение.</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темы «Времена года» в картинах художников.</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природы в разные времена года в произведениях литературы. «Два мороза»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природы в разные времена года в произведениях литературы. С.Михалков «Новогодняя быль»</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темы «Времена года» в картинах художников и музыкальных произведениях.</w:t>
            </w:r>
          </w:p>
        </w:tc>
        <w:tc>
          <w:tcPr>
            <w:tcW w:w="4110" w:type="dxa"/>
          </w:tcPr>
          <w:p w:rsidR="008A18C1" w:rsidRPr="00765081" w:rsidRDefault="007B5670" w:rsidP="008A18C1">
            <w:pPr>
              <w:rPr>
                <w:color w:val="000000"/>
                <w:sz w:val="24"/>
                <w:szCs w:val="24"/>
              </w:rPr>
            </w:pPr>
            <w:hyperlink r:id="rId287" w:history="1">
              <w:r w:rsidR="008A18C1" w:rsidRPr="00765081">
                <w:rPr>
                  <w:color w:val="0000FF"/>
                  <w:sz w:val="24"/>
                  <w:szCs w:val="24"/>
                  <w:u w:val="single"/>
                </w:rPr>
                <w:t>https://resh.edu.ru/subject/lesson/5069/start/198994/</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w w:val="97"/>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Средства  выразительности при описании природы: сравнение и эпитет</w:t>
            </w:r>
          </w:p>
        </w:tc>
        <w:tc>
          <w:tcPr>
            <w:tcW w:w="4110" w:type="dxa"/>
          </w:tcPr>
          <w:p w:rsidR="008A18C1" w:rsidRPr="00765081" w:rsidRDefault="007B5670" w:rsidP="008A18C1">
            <w:pPr>
              <w:rPr>
                <w:color w:val="000000"/>
                <w:sz w:val="24"/>
                <w:szCs w:val="24"/>
              </w:rPr>
            </w:pPr>
            <w:hyperlink r:id="rId288" w:history="1">
              <w:r w:rsidR="008A18C1" w:rsidRPr="00765081">
                <w:rPr>
                  <w:color w:val="0000FF"/>
                  <w:sz w:val="24"/>
                  <w:szCs w:val="24"/>
                  <w:u w:val="single"/>
                </w:rPr>
                <w:t>https://resh.edu.ru/subject/lesson/4255/start/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 xml:space="preserve">О детях и дружбе </w:t>
            </w:r>
            <w:proofErr w:type="gramStart"/>
            <w:r w:rsidRPr="00765081">
              <w:rPr>
                <w:color w:val="000000"/>
                <w:sz w:val="24"/>
                <w:szCs w:val="24"/>
              </w:rPr>
              <w:t xml:space="preserve">( </w:t>
            </w:r>
            <w:proofErr w:type="gramEnd"/>
            <w:r w:rsidRPr="00765081">
              <w:rPr>
                <w:color w:val="000000"/>
                <w:sz w:val="24"/>
                <w:szCs w:val="24"/>
              </w:rPr>
              <w:t>8 ч )</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в произведениях нравственно-этических понятий: дружба, терпение, уважение, помощь друг другу. К.И.Чуковский «</w:t>
            </w:r>
            <w:proofErr w:type="spellStart"/>
            <w:r w:rsidRPr="00765081">
              <w:rPr>
                <w:bCs/>
                <w:color w:val="000000"/>
                <w:sz w:val="24"/>
                <w:szCs w:val="24"/>
              </w:rPr>
              <w:t>Федорино</w:t>
            </w:r>
            <w:proofErr w:type="spellEnd"/>
            <w:r w:rsidRPr="00765081">
              <w:rPr>
                <w:bCs/>
                <w:color w:val="000000"/>
                <w:sz w:val="24"/>
                <w:szCs w:val="24"/>
              </w:rPr>
              <w:t xml:space="preserve"> горе»</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Главная мысль произведения. С.В.Михалков «Сила воли», «Мой щенок»</w:t>
            </w:r>
          </w:p>
        </w:tc>
        <w:tc>
          <w:tcPr>
            <w:tcW w:w="4110" w:type="dxa"/>
          </w:tcPr>
          <w:p w:rsidR="008A18C1" w:rsidRPr="00765081" w:rsidRDefault="007B5670" w:rsidP="008A18C1">
            <w:pPr>
              <w:rPr>
                <w:color w:val="000000"/>
                <w:sz w:val="24"/>
                <w:szCs w:val="24"/>
              </w:rPr>
            </w:pPr>
            <w:hyperlink r:id="rId289" w:history="1">
              <w:r w:rsidR="008A18C1" w:rsidRPr="00765081">
                <w:rPr>
                  <w:color w:val="0000FF"/>
                  <w:sz w:val="24"/>
                  <w:szCs w:val="24"/>
                  <w:u w:val="single"/>
                </w:rPr>
                <w:t>https://resh.edu.ru/subject/lesson/5037/start/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Круг чтения: тема дружбы в художественном </w:t>
            </w:r>
            <w:proofErr w:type="spellStart"/>
            <w:r w:rsidRPr="00765081">
              <w:rPr>
                <w:bCs/>
                <w:color w:val="000000"/>
                <w:sz w:val="24"/>
                <w:szCs w:val="24"/>
              </w:rPr>
              <w:t>произведении</w:t>
            </w:r>
            <w:proofErr w:type="gramStart"/>
            <w:r w:rsidRPr="00765081">
              <w:rPr>
                <w:bCs/>
                <w:color w:val="000000"/>
                <w:sz w:val="24"/>
                <w:szCs w:val="24"/>
              </w:rPr>
              <w:t>.А</w:t>
            </w:r>
            <w:proofErr w:type="gramEnd"/>
            <w:r w:rsidRPr="00765081">
              <w:rPr>
                <w:bCs/>
                <w:color w:val="000000"/>
                <w:sz w:val="24"/>
                <w:szCs w:val="24"/>
              </w:rPr>
              <w:t>.Л.Барто</w:t>
            </w:r>
            <w:proofErr w:type="spellEnd"/>
            <w:r w:rsidRPr="00765081">
              <w:rPr>
                <w:bCs/>
                <w:color w:val="000000"/>
                <w:sz w:val="24"/>
                <w:szCs w:val="24"/>
              </w:rPr>
              <w:t xml:space="preserve"> «Катя»,»Веревочка»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Круг чтения: тема дружбы в художественном </w:t>
            </w:r>
            <w:proofErr w:type="spellStart"/>
            <w:r w:rsidRPr="00765081">
              <w:rPr>
                <w:bCs/>
                <w:color w:val="000000"/>
                <w:sz w:val="24"/>
                <w:szCs w:val="24"/>
              </w:rPr>
              <w:t>произведении</w:t>
            </w:r>
            <w:proofErr w:type="gramStart"/>
            <w:r w:rsidRPr="00765081">
              <w:rPr>
                <w:bCs/>
                <w:color w:val="000000"/>
                <w:sz w:val="24"/>
                <w:szCs w:val="24"/>
              </w:rPr>
              <w:t>.В</w:t>
            </w:r>
            <w:proofErr w:type="gramEnd"/>
            <w:r w:rsidRPr="00765081">
              <w:rPr>
                <w:bCs/>
                <w:color w:val="000000"/>
                <w:sz w:val="24"/>
                <w:szCs w:val="24"/>
              </w:rPr>
              <w:t>.Осеева</w:t>
            </w:r>
            <w:proofErr w:type="spellEnd"/>
            <w:r w:rsidRPr="00765081">
              <w:rPr>
                <w:bCs/>
                <w:color w:val="000000"/>
                <w:sz w:val="24"/>
                <w:szCs w:val="24"/>
              </w:rPr>
              <w:t xml:space="preserve"> «Синие листья»</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Сравнение героев рассказов Н.Н. Носова «На горке» и «Заплатка»</w:t>
            </w:r>
          </w:p>
        </w:tc>
        <w:tc>
          <w:tcPr>
            <w:tcW w:w="4110" w:type="dxa"/>
          </w:tcPr>
          <w:p w:rsidR="008A18C1" w:rsidRPr="00765081" w:rsidRDefault="007B5670" w:rsidP="008A18C1">
            <w:pPr>
              <w:rPr>
                <w:color w:val="000000"/>
                <w:sz w:val="24"/>
                <w:szCs w:val="24"/>
              </w:rPr>
            </w:pPr>
            <w:hyperlink r:id="rId290" w:history="1">
              <w:r w:rsidR="008A18C1" w:rsidRPr="00765081">
                <w:rPr>
                  <w:color w:val="0000FF"/>
                  <w:sz w:val="24"/>
                  <w:szCs w:val="24"/>
                  <w:u w:val="single"/>
                </w:rPr>
                <w:t>https://m.edsoo.ru/f29f3db0</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Круг чтения: тема дружбы в художественном произведении Ю.И. Ермолаева «Два пирожных»</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дружбы в рассказе Е.А. Пермяка «Две пословицы»</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Работа со стихотворением В.В. Лунина «Я и </w:t>
            </w:r>
            <w:r w:rsidRPr="00765081">
              <w:rPr>
                <w:bCs/>
                <w:color w:val="000000"/>
                <w:sz w:val="24"/>
                <w:szCs w:val="24"/>
              </w:rPr>
              <w:lastRenderedPageBreak/>
              <w:t>Вовка»</w:t>
            </w:r>
          </w:p>
        </w:tc>
        <w:tc>
          <w:tcPr>
            <w:tcW w:w="4110" w:type="dxa"/>
          </w:tcPr>
          <w:p w:rsidR="008A18C1" w:rsidRPr="00765081" w:rsidRDefault="007B5670" w:rsidP="008A18C1">
            <w:pPr>
              <w:rPr>
                <w:color w:val="000000"/>
                <w:sz w:val="24"/>
                <w:szCs w:val="24"/>
              </w:rPr>
            </w:pPr>
            <w:hyperlink r:id="rId291" w:history="1">
              <w:r w:rsidR="008A18C1" w:rsidRPr="00765081">
                <w:rPr>
                  <w:color w:val="0000FF"/>
                  <w:sz w:val="24"/>
                  <w:szCs w:val="24"/>
                  <w:u w:val="single"/>
                </w:rPr>
                <w:t>https://resh.edu.ru/subject/lesson/4260/s</w:t>
              </w:r>
              <w:r w:rsidR="008A18C1" w:rsidRPr="00765081">
                <w:rPr>
                  <w:color w:val="0000FF"/>
                  <w:sz w:val="24"/>
                  <w:szCs w:val="24"/>
                  <w:u w:val="single"/>
                </w:rPr>
                <w:lastRenderedPageBreak/>
                <w:t>tart/187301/</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Звуки и краски родной природы в разные времена года (весна, лето) (5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Средства выразительности при описании природы: сравнение и эпитет. Ф.И. Тютчев «Зима недаром злится»</w:t>
            </w:r>
          </w:p>
        </w:tc>
        <w:tc>
          <w:tcPr>
            <w:tcW w:w="4110" w:type="dxa"/>
          </w:tcPr>
          <w:p w:rsidR="008A18C1" w:rsidRPr="00765081" w:rsidRDefault="007B5670" w:rsidP="008A18C1">
            <w:pPr>
              <w:rPr>
                <w:color w:val="000000"/>
                <w:sz w:val="24"/>
                <w:szCs w:val="24"/>
              </w:rPr>
            </w:pPr>
            <w:hyperlink r:id="rId292" w:history="1">
              <w:r w:rsidR="008A18C1" w:rsidRPr="00765081">
                <w:rPr>
                  <w:color w:val="0000FF"/>
                  <w:sz w:val="24"/>
                  <w:szCs w:val="24"/>
                  <w:u w:val="single"/>
                </w:rPr>
                <w:t>https://resh.edu.ru/subject/lesson/4261/start/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Средства выразительности при описании природы: сравнение и эпитет. Ф.Тютчев «Весенние воды»</w:t>
            </w:r>
            <w:proofErr w:type="gramStart"/>
            <w:r w:rsidRPr="00765081">
              <w:rPr>
                <w:bCs/>
                <w:color w:val="000000"/>
                <w:sz w:val="24"/>
                <w:szCs w:val="24"/>
              </w:rPr>
              <w:t>,Ф</w:t>
            </w:r>
            <w:proofErr w:type="gramEnd"/>
            <w:r w:rsidRPr="00765081">
              <w:rPr>
                <w:bCs/>
                <w:color w:val="000000"/>
                <w:sz w:val="24"/>
                <w:szCs w:val="24"/>
              </w:rPr>
              <w:t>.Плещеев «Весна».</w:t>
            </w:r>
          </w:p>
        </w:tc>
        <w:tc>
          <w:tcPr>
            <w:tcW w:w="4110" w:type="dxa"/>
          </w:tcPr>
          <w:p w:rsidR="008A18C1" w:rsidRPr="00765081" w:rsidRDefault="007B5670" w:rsidP="008A18C1">
            <w:pPr>
              <w:rPr>
                <w:color w:val="000000"/>
                <w:sz w:val="24"/>
                <w:szCs w:val="24"/>
              </w:rPr>
            </w:pPr>
            <w:hyperlink r:id="rId293" w:history="1">
              <w:r w:rsidR="008A18C1" w:rsidRPr="00765081">
                <w:rPr>
                  <w:color w:val="0000FF"/>
                  <w:sz w:val="24"/>
                  <w:szCs w:val="24"/>
                  <w:u w:val="single"/>
                </w:rPr>
                <w:t>https://resh.edu.ru/subject/lesson/4261/start/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Картины весеннего леса в рассказе Г.А. </w:t>
            </w:r>
            <w:proofErr w:type="spellStart"/>
            <w:r w:rsidRPr="00765081">
              <w:rPr>
                <w:bCs/>
                <w:color w:val="000000"/>
                <w:sz w:val="24"/>
                <w:szCs w:val="24"/>
              </w:rPr>
              <w:t>Скребицкого</w:t>
            </w:r>
            <w:proofErr w:type="spellEnd"/>
            <w:r w:rsidRPr="00765081">
              <w:rPr>
                <w:bCs/>
                <w:color w:val="000000"/>
                <w:sz w:val="24"/>
                <w:szCs w:val="24"/>
              </w:rPr>
              <w:t xml:space="preserve"> «Четыре художника»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природы в разные времена года в произведениях литературы.</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Эстетическое восприятие явлений природы. </w:t>
            </w:r>
            <w:r w:rsidRPr="00765081">
              <w:rPr>
                <w:bCs/>
                <w:i/>
                <w:color w:val="000000"/>
                <w:sz w:val="24"/>
                <w:szCs w:val="24"/>
              </w:rPr>
              <w:t>А.Блок «На лугу»</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 xml:space="preserve">О </w:t>
            </w:r>
            <w:proofErr w:type="gramStart"/>
            <w:r w:rsidRPr="00765081">
              <w:rPr>
                <w:color w:val="000000"/>
                <w:sz w:val="24"/>
                <w:szCs w:val="24"/>
              </w:rPr>
              <w:t>наших</w:t>
            </w:r>
            <w:proofErr w:type="gramEnd"/>
            <w:r w:rsidRPr="00765081">
              <w:rPr>
                <w:color w:val="000000"/>
                <w:sz w:val="24"/>
                <w:szCs w:val="24"/>
              </w:rPr>
              <w:t xml:space="preserve"> близких, семье (3ч)</w:t>
            </w: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Тема художественных произведений: Международный женский день. А.А. Плещеев «Песня матери»</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 xml:space="preserve"> Тема художественных произведений: Международный женский день. А.А. Плещеев  «В бурю»</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rPr>
                <w:bCs/>
                <w:color w:val="000000"/>
                <w:sz w:val="24"/>
                <w:szCs w:val="24"/>
              </w:rPr>
            </w:pPr>
            <w:r w:rsidRPr="00765081">
              <w:rPr>
                <w:bCs/>
                <w:color w:val="000000"/>
                <w:sz w:val="24"/>
                <w:szCs w:val="24"/>
              </w:rPr>
              <w:t>Тема художественных произведений: День Победы. С.Васильев «Белая береза»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 xml:space="preserve">Звуки и краски родной природы в разные времена года (весна, лето) </w:t>
            </w:r>
            <w:proofErr w:type="gramStart"/>
            <w:r w:rsidRPr="00765081">
              <w:rPr>
                <w:color w:val="000000"/>
                <w:sz w:val="24"/>
                <w:szCs w:val="24"/>
              </w:rPr>
              <w:t xml:space="preserve">( </w:t>
            </w:r>
            <w:proofErr w:type="gramEnd"/>
            <w:r w:rsidRPr="00765081">
              <w:rPr>
                <w:color w:val="000000"/>
                <w:sz w:val="24"/>
                <w:szCs w:val="24"/>
              </w:rPr>
              <w:t>13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прихода весны в произведениях</w:t>
            </w:r>
          </w:p>
        </w:tc>
        <w:tc>
          <w:tcPr>
            <w:tcW w:w="4110" w:type="dxa"/>
          </w:tcPr>
          <w:p w:rsidR="008A18C1" w:rsidRPr="00765081" w:rsidRDefault="007B5670" w:rsidP="008A18C1">
            <w:pPr>
              <w:rPr>
                <w:color w:val="000000"/>
                <w:sz w:val="24"/>
                <w:szCs w:val="24"/>
              </w:rPr>
            </w:pPr>
            <w:hyperlink r:id="rId294" w:history="1">
              <w:r w:rsidR="008A18C1" w:rsidRPr="00765081">
                <w:rPr>
                  <w:color w:val="0000FF"/>
                  <w:sz w:val="24"/>
                  <w:szCs w:val="24"/>
                  <w:u w:val="single"/>
                </w:rPr>
                <w:t>https://resh.edu.ru/subject/lesson/5061/start/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Иллюстрация как отражение эмоционального отклика на произведение.</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темы «Времена года» в картинах художников и в музыкальных произведениях.</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Эстетическое восприятие явлений природы (звуки, краски времен года)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Средства выразительности при описании </w:t>
            </w:r>
            <w:r w:rsidRPr="00765081">
              <w:rPr>
                <w:bCs/>
                <w:color w:val="000000"/>
                <w:sz w:val="24"/>
                <w:szCs w:val="24"/>
              </w:rPr>
              <w:lastRenderedPageBreak/>
              <w:t>природы: сравнение и эпитет.</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Эстетическое восприятие явлений природы (звуки, краски времен года)</w:t>
            </w:r>
          </w:p>
        </w:tc>
        <w:tc>
          <w:tcPr>
            <w:tcW w:w="4110" w:type="dxa"/>
          </w:tcPr>
          <w:p w:rsidR="008A18C1" w:rsidRPr="00765081" w:rsidRDefault="007B5670" w:rsidP="008A18C1">
            <w:pPr>
              <w:rPr>
                <w:color w:val="000000"/>
                <w:sz w:val="24"/>
                <w:szCs w:val="24"/>
              </w:rPr>
            </w:pPr>
            <w:hyperlink r:id="rId295" w:history="1">
              <w:r w:rsidR="008A18C1" w:rsidRPr="00765081">
                <w:rPr>
                  <w:color w:val="0000FF"/>
                  <w:sz w:val="24"/>
                  <w:szCs w:val="24"/>
                  <w:u w:val="single"/>
                </w:rPr>
                <w:t>https://resh.edu.ru/subject/lesson/4263/start/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Эстетическое восприятие явлений природы (звуки, краски времен года)</w:t>
            </w:r>
          </w:p>
        </w:tc>
        <w:tc>
          <w:tcPr>
            <w:tcW w:w="4110" w:type="dxa"/>
          </w:tcPr>
          <w:p w:rsidR="008A18C1" w:rsidRPr="00765081" w:rsidRDefault="007B5670" w:rsidP="008A18C1">
            <w:pPr>
              <w:rPr>
                <w:color w:val="000000"/>
                <w:sz w:val="24"/>
                <w:szCs w:val="24"/>
              </w:rPr>
            </w:pPr>
            <w:hyperlink r:id="rId296" w:history="1">
              <w:r w:rsidR="008A18C1" w:rsidRPr="00765081">
                <w:rPr>
                  <w:color w:val="0000FF"/>
                  <w:sz w:val="24"/>
                  <w:szCs w:val="24"/>
                  <w:u w:val="single"/>
                </w:rPr>
                <w:t>https://resh.edu.ru/subject/lesson/4263/start/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темы «Времена года» в картинах художников и в музыкальных произведениях.</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Средства выразительности при описании природы: сравнение и эпитет.</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«Природа весной» в картинах художников и произведениях композиторов</w:t>
            </w:r>
          </w:p>
        </w:tc>
        <w:tc>
          <w:tcPr>
            <w:tcW w:w="4110" w:type="dxa"/>
          </w:tcPr>
          <w:p w:rsidR="008A18C1" w:rsidRPr="00765081" w:rsidRDefault="007B5670" w:rsidP="008A18C1">
            <w:pPr>
              <w:rPr>
                <w:color w:val="000000"/>
                <w:sz w:val="24"/>
                <w:szCs w:val="24"/>
              </w:rPr>
            </w:pPr>
            <w:hyperlink r:id="rId297" w:history="1">
              <w:r w:rsidR="008A18C1" w:rsidRPr="00765081">
                <w:rPr>
                  <w:color w:val="0000FF"/>
                  <w:sz w:val="24"/>
                  <w:szCs w:val="24"/>
                  <w:u w:val="single"/>
                </w:rPr>
                <w:t>https://resh.edu.ru/subject/lesson/5061/start/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«Природа весной» в картинах художников и произведениях композиторов</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Иллюстрация как отражение эмоционального отклика на произведение.</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Иллюстрация как отражение эмоционального отклика на произведение. И.З. Сурикова «Лето»</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 xml:space="preserve">О </w:t>
            </w:r>
            <w:proofErr w:type="gramStart"/>
            <w:r w:rsidRPr="00765081">
              <w:rPr>
                <w:color w:val="000000"/>
                <w:sz w:val="24"/>
                <w:szCs w:val="24"/>
              </w:rPr>
              <w:t>наших</w:t>
            </w:r>
            <w:proofErr w:type="gramEnd"/>
            <w:r w:rsidRPr="00765081">
              <w:rPr>
                <w:color w:val="000000"/>
                <w:sz w:val="24"/>
                <w:szCs w:val="24"/>
              </w:rPr>
              <w:t xml:space="preserve"> близких, о семье (10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Тема семьи в творчестве писателей. На примере произведения Л.Н. Толстого «Отец и сыновья» </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семьи, детства</w:t>
            </w:r>
            <w:proofErr w:type="gramStart"/>
            <w:r w:rsidRPr="00765081">
              <w:rPr>
                <w:bCs/>
                <w:color w:val="000000"/>
                <w:sz w:val="24"/>
                <w:szCs w:val="24"/>
              </w:rPr>
              <w:t xml:space="preserve"> ,</w:t>
            </w:r>
            <w:proofErr w:type="gramEnd"/>
            <w:r w:rsidRPr="00765081">
              <w:rPr>
                <w:bCs/>
                <w:color w:val="000000"/>
                <w:sz w:val="24"/>
                <w:szCs w:val="24"/>
              </w:rPr>
              <w:t xml:space="preserve"> взаимоотношений взрослых и детей в творчестве писателей и фольклорных произведениях.</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нравственных семейных ценностей о семье: любовь и сопереживание. А.А. Плещеева «Песня матери»</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нравственных семейных ценностей о семье: уважение и внимание к старшему поколению.</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нравственных семейных ценностей о семье: уважение и внимание к старшему поколению: В.А. Осеева «Сыновья»</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Тема семьи, детства, взаимоотношений взрослых и детей в  фольклорных </w:t>
            </w:r>
            <w:r w:rsidRPr="00765081">
              <w:rPr>
                <w:bCs/>
                <w:color w:val="000000"/>
                <w:sz w:val="24"/>
                <w:szCs w:val="24"/>
              </w:rPr>
              <w:lastRenderedPageBreak/>
              <w:t>произведениях.</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 художественных произведений: Международный женский день</w:t>
            </w:r>
          </w:p>
        </w:tc>
        <w:tc>
          <w:tcPr>
            <w:tcW w:w="4110" w:type="dxa"/>
          </w:tcPr>
          <w:p w:rsidR="008A18C1" w:rsidRPr="00765081" w:rsidRDefault="007B5670" w:rsidP="008A18C1">
            <w:pPr>
              <w:rPr>
                <w:color w:val="000000"/>
                <w:sz w:val="24"/>
                <w:szCs w:val="24"/>
              </w:rPr>
            </w:pPr>
            <w:hyperlink r:id="rId298" w:history="1">
              <w:r w:rsidR="008A18C1" w:rsidRPr="00765081">
                <w:rPr>
                  <w:color w:val="0000FF"/>
                  <w:sz w:val="24"/>
                  <w:szCs w:val="24"/>
                  <w:u w:val="single"/>
                </w:rPr>
                <w:t>https://resh.edu.ru/subject/lesson/5070/start/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нравственных семейных ценностей о семье: уважение и внимание к старшему поколению. С.В.Михалков «Быль для детей»</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Отражение нравственных семейных ценностей о семье: уважение и внимание к старшему поколению. С.В.Михалков «Быль для детей»</w:t>
            </w:r>
          </w:p>
        </w:tc>
        <w:tc>
          <w:tcPr>
            <w:tcW w:w="4110" w:type="dxa"/>
          </w:tcPr>
          <w:p w:rsidR="008A18C1" w:rsidRPr="00765081" w:rsidRDefault="007B5670" w:rsidP="008A18C1">
            <w:pPr>
              <w:rPr>
                <w:color w:val="000000"/>
                <w:sz w:val="24"/>
                <w:szCs w:val="24"/>
              </w:rPr>
            </w:pPr>
            <w:hyperlink r:id="rId299" w:history="1">
              <w:r w:rsidR="008A18C1" w:rsidRPr="00765081">
                <w:rPr>
                  <w:color w:val="0000FF"/>
                  <w:sz w:val="24"/>
                  <w:szCs w:val="24"/>
                  <w:u w:val="single"/>
                </w:rPr>
                <w:t>https://m.edsoo.ru/8bc52806</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Тема художественных произведений: День Победы. </w:t>
            </w:r>
            <w:proofErr w:type="spellStart"/>
            <w:r w:rsidRPr="00765081">
              <w:rPr>
                <w:bCs/>
                <w:color w:val="000000"/>
                <w:sz w:val="24"/>
                <w:szCs w:val="24"/>
              </w:rPr>
              <w:t>С.А.Баруздин</w:t>
            </w:r>
            <w:proofErr w:type="spellEnd"/>
            <w:r w:rsidRPr="00765081">
              <w:rPr>
                <w:bCs/>
                <w:color w:val="000000"/>
                <w:sz w:val="24"/>
                <w:szCs w:val="24"/>
              </w:rPr>
              <w:t xml:space="preserve"> «Салют»</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В мире сказок (4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Составление плана произведения: части текста, их главные темы.</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Составление плана произведения: части текста, их главные темы.</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Иллюстрации, их значение в раскрытии содержания произведения.</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Иллюстрации, их значение в раскрытии содержания произведения.</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О детях и дружбе (1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Выделение главной мысли (идеи) рассказа В.Ю.Драгунского «Тайное становится явным»</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Зарубежная литература (11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Круг чтения: литературная сказка: зарубежные писатели-сказочники</w:t>
            </w:r>
          </w:p>
        </w:tc>
        <w:tc>
          <w:tcPr>
            <w:tcW w:w="4110" w:type="dxa"/>
          </w:tcPr>
          <w:p w:rsidR="008A18C1" w:rsidRPr="00765081" w:rsidRDefault="007B5670" w:rsidP="008A18C1">
            <w:pPr>
              <w:rPr>
                <w:color w:val="000000"/>
                <w:sz w:val="24"/>
                <w:szCs w:val="24"/>
              </w:rPr>
            </w:pPr>
            <w:hyperlink r:id="rId300" w:history="1">
              <w:r w:rsidR="008A18C1" w:rsidRPr="00765081">
                <w:rPr>
                  <w:color w:val="0000FF"/>
                  <w:sz w:val="24"/>
                  <w:szCs w:val="24"/>
                  <w:u w:val="single"/>
                </w:rPr>
                <w:t>https://resh.edu.ru/subject/lesson/5066/start/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Характеристика авторской сказки: герои, особенности построения, языка. Ш.Перро «Кот в сапогах»</w:t>
            </w:r>
          </w:p>
        </w:tc>
        <w:tc>
          <w:tcPr>
            <w:tcW w:w="4110" w:type="dxa"/>
          </w:tcPr>
          <w:p w:rsidR="008A18C1" w:rsidRPr="00765081" w:rsidRDefault="007B5670" w:rsidP="008A18C1">
            <w:pPr>
              <w:rPr>
                <w:color w:val="000000"/>
                <w:sz w:val="24"/>
                <w:szCs w:val="24"/>
              </w:rPr>
            </w:pPr>
            <w:hyperlink r:id="rId301" w:history="1">
              <w:r w:rsidR="008A18C1" w:rsidRPr="00765081">
                <w:rPr>
                  <w:color w:val="0000FF"/>
                  <w:sz w:val="24"/>
                  <w:szCs w:val="24"/>
                  <w:u w:val="single"/>
                </w:rPr>
                <w:t>https://resh.edu.ru/subject/lesson/4267/start/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Составление плана художественного произведения: части текста, их главные темы Ш.Перро «Кот в сапогах»</w:t>
            </w:r>
          </w:p>
        </w:tc>
        <w:tc>
          <w:tcPr>
            <w:tcW w:w="4110" w:type="dxa"/>
          </w:tcPr>
          <w:p w:rsidR="008A18C1" w:rsidRPr="00765081" w:rsidRDefault="007B5670" w:rsidP="008A18C1">
            <w:pPr>
              <w:rPr>
                <w:color w:val="000000"/>
                <w:sz w:val="24"/>
                <w:szCs w:val="24"/>
              </w:rPr>
            </w:pPr>
            <w:hyperlink r:id="rId302" w:history="1">
              <w:r w:rsidR="008A18C1" w:rsidRPr="00765081">
                <w:rPr>
                  <w:color w:val="0000FF"/>
                  <w:sz w:val="24"/>
                  <w:szCs w:val="24"/>
                  <w:u w:val="single"/>
                </w:rPr>
                <w:t>https://m.edsoo.ru/f29f4422</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Составление плана художественного произведения: части текста, их главные темы Ш.Перро «Кот в сапогах»</w:t>
            </w:r>
          </w:p>
        </w:tc>
        <w:tc>
          <w:tcPr>
            <w:tcW w:w="4110" w:type="dxa"/>
          </w:tcPr>
          <w:p w:rsidR="008A18C1" w:rsidRPr="00765081" w:rsidRDefault="007B5670" w:rsidP="008A18C1">
            <w:pPr>
              <w:rPr>
                <w:color w:val="000000"/>
                <w:sz w:val="24"/>
                <w:szCs w:val="24"/>
              </w:rPr>
            </w:pPr>
            <w:hyperlink r:id="rId303" w:history="1">
              <w:r w:rsidR="008A18C1" w:rsidRPr="00765081">
                <w:rPr>
                  <w:color w:val="0000FF"/>
                  <w:sz w:val="24"/>
                  <w:szCs w:val="24"/>
                  <w:u w:val="single"/>
                </w:rPr>
                <w:t>https://resh.edu.ru/subject/lesson/4267/start/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Сходство тем и сюжетов сказок разных народов.</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Круг чтения: литературная сказка: зарубежные </w:t>
            </w:r>
            <w:r w:rsidRPr="00765081">
              <w:rPr>
                <w:bCs/>
                <w:color w:val="000000"/>
                <w:sz w:val="24"/>
                <w:szCs w:val="24"/>
              </w:rPr>
              <w:lastRenderedPageBreak/>
              <w:t>писатели-сказочники</w:t>
            </w:r>
          </w:p>
        </w:tc>
        <w:tc>
          <w:tcPr>
            <w:tcW w:w="4110" w:type="dxa"/>
          </w:tcPr>
          <w:p w:rsidR="008A18C1" w:rsidRPr="00765081" w:rsidRDefault="007B5670" w:rsidP="008A18C1">
            <w:pPr>
              <w:rPr>
                <w:color w:val="000000"/>
                <w:sz w:val="24"/>
                <w:szCs w:val="24"/>
              </w:rPr>
            </w:pPr>
            <w:hyperlink r:id="rId304" w:history="1">
              <w:r w:rsidR="008A18C1" w:rsidRPr="00765081">
                <w:rPr>
                  <w:color w:val="0000FF"/>
                  <w:sz w:val="24"/>
                  <w:szCs w:val="24"/>
                  <w:u w:val="single"/>
                </w:rPr>
                <w:t>https://m.edsoo.ru/f29f4544</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i/>
                <w:color w:val="000000"/>
                <w:sz w:val="24"/>
                <w:szCs w:val="24"/>
              </w:rPr>
            </w:pPr>
            <w:r w:rsidRPr="00765081">
              <w:rPr>
                <w:bCs/>
                <w:i/>
                <w:color w:val="000000"/>
                <w:sz w:val="24"/>
                <w:szCs w:val="24"/>
              </w:rPr>
              <w:t>Промежуточная аттестация. Контрольная работа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Составление плана художественного произведения: части текста, их главные темы Х.-К. Андерсена «Пятеро из одного стручка» и других его сказок на выбор</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Иллюстрации, их значение в раскрытии содержания произведения.</w:t>
            </w:r>
          </w:p>
        </w:tc>
        <w:tc>
          <w:tcPr>
            <w:tcW w:w="4110" w:type="dxa"/>
          </w:tcPr>
          <w:p w:rsidR="008A18C1" w:rsidRPr="00765081" w:rsidRDefault="007B5670" w:rsidP="008A18C1">
            <w:pPr>
              <w:rPr>
                <w:color w:val="000000"/>
                <w:sz w:val="24"/>
                <w:szCs w:val="24"/>
              </w:rPr>
            </w:pPr>
            <w:hyperlink r:id="rId305" w:history="1">
              <w:r w:rsidR="008A18C1" w:rsidRPr="00765081">
                <w:rPr>
                  <w:color w:val="0000FF"/>
                  <w:sz w:val="24"/>
                  <w:szCs w:val="24"/>
                  <w:u w:val="single"/>
                </w:rPr>
                <w:t>https://resh.edu.ru/subject/lesson/5071/start/199868/</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Характеристика авторской сказки: герои, особенности построения и языка. Г.Х.Андерсен «Огниво»</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Сходство тем и сюжетов сказок разных народов.</w:t>
            </w:r>
          </w:p>
        </w:tc>
        <w:tc>
          <w:tcPr>
            <w:tcW w:w="4110" w:type="dxa"/>
          </w:tcPr>
          <w:p w:rsidR="008A18C1" w:rsidRPr="00765081" w:rsidRDefault="007B5670" w:rsidP="008A18C1">
            <w:pPr>
              <w:rPr>
                <w:color w:val="000000"/>
                <w:sz w:val="24"/>
                <w:szCs w:val="24"/>
              </w:rPr>
            </w:pPr>
            <w:hyperlink r:id="rId306" w:history="1">
              <w:r w:rsidR="008A18C1" w:rsidRPr="00765081">
                <w:rPr>
                  <w:color w:val="0000FF"/>
                  <w:sz w:val="24"/>
                  <w:szCs w:val="24"/>
                  <w:u w:val="single"/>
                </w:rPr>
                <w:t>https://m.edsoo.ru/f29f4666</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r w:rsidRPr="00765081">
              <w:rPr>
                <w:color w:val="000000"/>
                <w:sz w:val="24"/>
                <w:szCs w:val="24"/>
              </w:rPr>
              <w:t>Библиографическая культура (работа с детской книгой и справочной литературой)(10 ч)</w:t>
            </w: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Книга как источник необходимых знаний. </w:t>
            </w:r>
          </w:p>
        </w:tc>
        <w:tc>
          <w:tcPr>
            <w:tcW w:w="4110" w:type="dxa"/>
          </w:tcPr>
          <w:p w:rsidR="008A18C1" w:rsidRPr="00765081" w:rsidRDefault="007B5670" w:rsidP="008A18C1">
            <w:pPr>
              <w:rPr>
                <w:color w:val="000000"/>
                <w:sz w:val="24"/>
                <w:szCs w:val="24"/>
              </w:rPr>
            </w:pPr>
            <w:hyperlink r:id="rId307" w:history="1">
              <w:r w:rsidR="008A18C1" w:rsidRPr="00765081">
                <w:rPr>
                  <w:color w:val="0000FF"/>
                  <w:sz w:val="24"/>
                  <w:szCs w:val="24"/>
                  <w:u w:val="single"/>
                </w:rPr>
                <w:t>https://resh.edu.ru/subject/lesson/5058/start/186792/</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Книга как источник необходимых знаний. </w:t>
            </w:r>
          </w:p>
        </w:tc>
        <w:tc>
          <w:tcPr>
            <w:tcW w:w="4110" w:type="dxa"/>
          </w:tcPr>
          <w:p w:rsidR="008A18C1" w:rsidRPr="00765081" w:rsidRDefault="007B5670" w:rsidP="008A18C1">
            <w:pPr>
              <w:rPr>
                <w:color w:val="000000"/>
                <w:sz w:val="24"/>
                <w:szCs w:val="24"/>
              </w:rPr>
            </w:pPr>
            <w:hyperlink r:id="rId308" w:history="1">
              <w:r w:rsidR="008A18C1" w:rsidRPr="00765081">
                <w:rPr>
                  <w:color w:val="0000FF"/>
                  <w:sz w:val="24"/>
                  <w:szCs w:val="24"/>
                  <w:u w:val="single"/>
                </w:rPr>
                <w:t>https://resh.edu.ru/subject/lesson/5058/start/186792/</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Элементы книги: содержание и оглавление</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Элементы книги: аннотация, иллюстрация</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i/>
                <w:color w:val="000000"/>
                <w:sz w:val="24"/>
                <w:szCs w:val="24"/>
              </w:rPr>
            </w:pPr>
            <w:r w:rsidRPr="00765081">
              <w:rPr>
                <w:bCs/>
                <w:i/>
                <w:color w:val="000000"/>
                <w:sz w:val="24"/>
                <w:szCs w:val="24"/>
              </w:rPr>
              <w:t>Контрольная работа № 3 по теме: «Работа с текстом»</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Книга учебная, художественная, справочная</w:t>
            </w:r>
          </w:p>
        </w:tc>
        <w:tc>
          <w:tcPr>
            <w:tcW w:w="4110" w:type="dxa"/>
          </w:tcPr>
          <w:p w:rsidR="008A18C1" w:rsidRPr="00765081" w:rsidRDefault="007B5670" w:rsidP="008A18C1">
            <w:pPr>
              <w:rPr>
                <w:color w:val="000000"/>
                <w:sz w:val="24"/>
                <w:szCs w:val="24"/>
              </w:rPr>
            </w:pPr>
            <w:hyperlink r:id="rId309" w:history="1">
              <w:r w:rsidR="008A18C1" w:rsidRPr="00765081">
                <w:rPr>
                  <w:color w:val="0000FF"/>
                  <w:sz w:val="24"/>
                  <w:szCs w:val="24"/>
                  <w:u w:val="single"/>
                </w:rPr>
                <w:t>https://resh.edu.ru/subject/lesson/6203/start/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Выбор книг, на основе рекомендательного списка.</w:t>
            </w:r>
          </w:p>
        </w:tc>
        <w:tc>
          <w:tcPr>
            <w:tcW w:w="4110" w:type="dxa"/>
          </w:tcPr>
          <w:p w:rsidR="008A18C1" w:rsidRPr="00765081" w:rsidRDefault="007B5670" w:rsidP="008A18C1">
            <w:pPr>
              <w:rPr>
                <w:color w:val="000000"/>
                <w:sz w:val="24"/>
                <w:szCs w:val="24"/>
              </w:rPr>
            </w:pPr>
            <w:hyperlink r:id="rId310" w:history="1">
              <w:r w:rsidR="008A18C1" w:rsidRPr="00765081">
                <w:rPr>
                  <w:color w:val="0000FF"/>
                  <w:sz w:val="24"/>
                  <w:szCs w:val="24"/>
                  <w:u w:val="single"/>
                </w:rPr>
                <w:t>https://resh.edu.ru/subject/lesson/6203/start/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Тематические картотеки библиотеки.</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Книга как источник необходимых знаний.</w:t>
            </w:r>
          </w:p>
        </w:tc>
        <w:tc>
          <w:tcPr>
            <w:tcW w:w="4110" w:type="dxa"/>
          </w:tcPr>
          <w:p w:rsidR="008A18C1" w:rsidRPr="00765081" w:rsidRDefault="007B5670" w:rsidP="008A18C1">
            <w:pPr>
              <w:rPr>
                <w:color w:val="000000"/>
                <w:sz w:val="24"/>
                <w:szCs w:val="24"/>
              </w:rPr>
            </w:pPr>
            <w:hyperlink r:id="rId311" w:history="1">
              <w:r w:rsidR="008A18C1" w:rsidRPr="00765081">
                <w:rPr>
                  <w:color w:val="0000FF"/>
                  <w:sz w:val="24"/>
                  <w:szCs w:val="24"/>
                  <w:u w:val="single"/>
                </w:rPr>
                <w:t>https://resh.edu.ru/subject/lesson/6203/start/</w:t>
              </w:r>
            </w:hyperlink>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r w:rsidR="008A18C1" w:rsidRPr="00765081" w:rsidTr="00541C25">
        <w:trPr>
          <w:trHeight w:val="70"/>
        </w:trPr>
        <w:tc>
          <w:tcPr>
            <w:tcW w:w="852" w:type="dxa"/>
          </w:tcPr>
          <w:p w:rsidR="008A18C1" w:rsidRPr="00765081" w:rsidRDefault="008A18C1" w:rsidP="0089011F">
            <w:pPr>
              <w:numPr>
                <w:ilvl w:val="0"/>
                <w:numId w:val="64"/>
              </w:numPr>
              <w:rPr>
                <w:color w:val="000000"/>
                <w:sz w:val="24"/>
                <w:szCs w:val="24"/>
              </w:rPr>
            </w:pPr>
          </w:p>
        </w:tc>
        <w:tc>
          <w:tcPr>
            <w:tcW w:w="2126" w:type="dxa"/>
          </w:tcPr>
          <w:p w:rsidR="008A18C1" w:rsidRPr="00765081" w:rsidRDefault="008A18C1" w:rsidP="008A18C1">
            <w:pPr>
              <w:rPr>
                <w:color w:val="000000"/>
                <w:sz w:val="24"/>
                <w:szCs w:val="24"/>
              </w:rPr>
            </w:pPr>
          </w:p>
        </w:tc>
        <w:tc>
          <w:tcPr>
            <w:tcW w:w="5245" w:type="dxa"/>
            <w:vAlign w:val="center"/>
          </w:tcPr>
          <w:p w:rsidR="008A18C1" w:rsidRPr="00765081" w:rsidRDefault="008A18C1" w:rsidP="008A18C1">
            <w:pPr>
              <w:ind w:left="135"/>
              <w:rPr>
                <w:bCs/>
                <w:color w:val="000000"/>
                <w:sz w:val="24"/>
                <w:szCs w:val="24"/>
              </w:rPr>
            </w:pPr>
            <w:r w:rsidRPr="00765081">
              <w:rPr>
                <w:bCs/>
                <w:color w:val="000000"/>
                <w:sz w:val="24"/>
                <w:szCs w:val="24"/>
              </w:rPr>
              <w:t xml:space="preserve">Выбор книг, на основе рекомендательного </w:t>
            </w:r>
            <w:r w:rsidRPr="00765081">
              <w:rPr>
                <w:bCs/>
                <w:color w:val="000000"/>
                <w:sz w:val="24"/>
                <w:szCs w:val="24"/>
              </w:rPr>
              <w:lastRenderedPageBreak/>
              <w:t>списка.</w:t>
            </w:r>
          </w:p>
        </w:tc>
        <w:tc>
          <w:tcPr>
            <w:tcW w:w="4110" w:type="dxa"/>
          </w:tcPr>
          <w:p w:rsidR="008A18C1" w:rsidRPr="00765081" w:rsidRDefault="008A18C1" w:rsidP="008A18C1">
            <w:pPr>
              <w:rPr>
                <w:color w:val="000000"/>
                <w:sz w:val="24"/>
                <w:szCs w:val="24"/>
              </w:rPr>
            </w:pPr>
          </w:p>
        </w:tc>
        <w:tc>
          <w:tcPr>
            <w:tcW w:w="1106" w:type="dxa"/>
          </w:tcPr>
          <w:p w:rsidR="008A18C1" w:rsidRPr="00765081" w:rsidRDefault="008A18C1" w:rsidP="008A18C1">
            <w:pPr>
              <w:rPr>
                <w:color w:val="000000"/>
                <w:sz w:val="24"/>
                <w:szCs w:val="24"/>
              </w:rPr>
            </w:pPr>
          </w:p>
        </w:tc>
        <w:tc>
          <w:tcPr>
            <w:tcW w:w="1417" w:type="dxa"/>
          </w:tcPr>
          <w:p w:rsidR="008A18C1" w:rsidRPr="00765081" w:rsidRDefault="008A18C1" w:rsidP="008A18C1">
            <w:pPr>
              <w:rPr>
                <w:color w:val="000000"/>
                <w:sz w:val="24"/>
                <w:szCs w:val="24"/>
              </w:rPr>
            </w:pPr>
          </w:p>
        </w:tc>
      </w:tr>
    </w:tbl>
    <w:p w:rsidR="008A18C1" w:rsidRPr="00765081" w:rsidRDefault="008A18C1" w:rsidP="00B90487">
      <w:pPr>
        <w:tabs>
          <w:tab w:val="left" w:pos="0"/>
          <w:tab w:val="left" w:pos="709"/>
          <w:tab w:val="left" w:pos="3326"/>
        </w:tabs>
        <w:spacing w:after="0" w:line="240" w:lineRule="auto"/>
        <w:rPr>
          <w:rFonts w:ascii="Times New Roman" w:hAnsi="Times New Roman" w:cs="Times New Roman"/>
          <w:sz w:val="24"/>
          <w:szCs w:val="24"/>
        </w:rPr>
      </w:pPr>
    </w:p>
    <w:p w:rsidR="001F0A5D" w:rsidRPr="00765081" w:rsidRDefault="001F0A5D" w:rsidP="00B90487">
      <w:pPr>
        <w:tabs>
          <w:tab w:val="left" w:pos="0"/>
          <w:tab w:val="left" w:pos="709"/>
          <w:tab w:val="left" w:pos="3326"/>
        </w:tabs>
        <w:spacing w:after="0" w:line="240" w:lineRule="auto"/>
        <w:rPr>
          <w:rFonts w:ascii="Times New Roman" w:hAnsi="Times New Roman" w:cs="Times New Roman"/>
          <w:sz w:val="24"/>
          <w:szCs w:val="24"/>
        </w:rPr>
      </w:pPr>
    </w:p>
    <w:p w:rsidR="001F0A5D" w:rsidRPr="00765081" w:rsidRDefault="001F0A5D" w:rsidP="00B90487">
      <w:pPr>
        <w:tabs>
          <w:tab w:val="left" w:pos="0"/>
          <w:tab w:val="left" w:pos="709"/>
          <w:tab w:val="left" w:pos="3326"/>
        </w:tabs>
        <w:spacing w:after="0" w:line="240" w:lineRule="auto"/>
        <w:rPr>
          <w:rFonts w:ascii="Times New Roman" w:hAnsi="Times New Roman" w:cs="Times New Roman"/>
          <w:b/>
          <w:sz w:val="24"/>
          <w:szCs w:val="24"/>
        </w:rPr>
      </w:pPr>
    </w:p>
    <w:p w:rsidR="008B4AEC" w:rsidRPr="00765081" w:rsidRDefault="008B4AEC" w:rsidP="00B90487">
      <w:pPr>
        <w:tabs>
          <w:tab w:val="left" w:pos="0"/>
          <w:tab w:val="left" w:pos="709"/>
          <w:tab w:val="left" w:pos="3326"/>
        </w:tabs>
        <w:spacing w:after="0" w:line="240" w:lineRule="auto"/>
        <w:rPr>
          <w:rFonts w:ascii="Times New Roman" w:hAnsi="Times New Roman" w:cs="Times New Roman"/>
          <w:b/>
          <w:sz w:val="24"/>
          <w:szCs w:val="24"/>
        </w:rPr>
      </w:pPr>
      <w:r w:rsidRPr="00765081">
        <w:rPr>
          <w:rFonts w:ascii="Times New Roman" w:hAnsi="Times New Roman" w:cs="Times New Roman"/>
          <w:b/>
          <w:sz w:val="24"/>
          <w:szCs w:val="24"/>
        </w:rPr>
        <w:t>3 класс</w:t>
      </w:r>
    </w:p>
    <w:p w:rsidR="008B4AEC" w:rsidRPr="00765081" w:rsidRDefault="008B4AEC" w:rsidP="00B90487">
      <w:pPr>
        <w:tabs>
          <w:tab w:val="left" w:pos="0"/>
          <w:tab w:val="left" w:pos="709"/>
          <w:tab w:val="left" w:pos="3326"/>
        </w:tabs>
        <w:spacing w:after="0" w:line="240" w:lineRule="auto"/>
        <w:rPr>
          <w:rFonts w:ascii="Times New Roman" w:hAnsi="Times New Roman" w:cs="Times New Roman"/>
          <w:sz w:val="24"/>
          <w:szCs w:val="24"/>
        </w:rPr>
      </w:pPr>
    </w:p>
    <w:tbl>
      <w:tblPr>
        <w:tblStyle w:val="24"/>
        <w:tblW w:w="14885" w:type="dxa"/>
        <w:tblInd w:w="-431" w:type="dxa"/>
        <w:tblLayout w:type="fixed"/>
        <w:tblLook w:val="04A0"/>
      </w:tblPr>
      <w:tblGrid>
        <w:gridCol w:w="852"/>
        <w:gridCol w:w="2126"/>
        <w:gridCol w:w="5245"/>
        <w:gridCol w:w="4110"/>
        <w:gridCol w:w="1134"/>
        <w:gridCol w:w="1418"/>
      </w:tblGrid>
      <w:tr w:rsidR="00B928D0" w:rsidRPr="00765081" w:rsidTr="000F706F">
        <w:trPr>
          <w:trHeight w:val="562"/>
        </w:trPr>
        <w:tc>
          <w:tcPr>
            <w:tcW w:w="852" w:type="dxa"/>
          </w:tcPr>
          <w:p w:rsidR="00B928D0" w:rsidRPr="00765081" w:rsidRDefault="00B928D0" w:rsidP="00B928D0">
            <w:pPr>
              <w:rPr>
                <w:b/>
                <w:bCs/>
                <w:color w:val="000000"/>
                <w:sz w:val="24"/>
                <w:szCs w:val="24"/>
              </w:rPr>
            </w:pPr>
            <w:r w:rsidRPr="00765081">
              <w:rPr>
                <w:b/>
                <w:bCs/>
                <w:color w:val="000000"/>
                <w:sz w:val="24"/>
                <w:szCs w:val="24"/>
              </w:rPr>
              <w:t>№</w:t>
            </w:r>
          </w:p>
        </w:tc>
        <w:tc>
          <w:tcPr>
            <w:tcW w:w="2126" w:type="dxa"/>
          </w:tcPr>
          <w:p w:rsidR="00B928D0" w:rsidRPr="00765081" w:rsidRDefault="00B928D0" w:rsidP="00B928D0">
            <w:pPr>
              <w:rPr>
                <w:b/>
                <w:bCs/>
                <w:color w:val="000000"/>
                <w:sz w:val="24"/>
                <w:szCs w:val="24"/>
              </w:rPr>
            </w:pPr>
            <w:r w:rsidRPr="00765081">
              <w:rPr>
                <w:b/>
                <w:bCs/>
                <w:color w:val="000000"/>
                <w:sz w:val="24"/>
                <w:szCs w:val="24"/>
              </w:rPr>
              <w:t>Тема, раздел курса</w:t>
            </w:r>
          </w:p>
        </w:tc>
        <w:tc>
          <w:tcPr>
            <w:tcW w:w="5245" w:type="dxa"/>
          </w:tcPr>
          <w:p w:rsidR="00B928D0" w:rsidRPr="00765081" w:rsidRDefault="00B928D0" w:rsidP="00B928D0">
            <w:pPr>
              <w:rPr>
                <w:b/>
                <w:bCs/>
                <w:color w:val="000000"/>
                <w:sz w:val="24"/>
                <w:szCs w:val="24"/>
              </w:rPr>
            </w:pPr>
            <w:r w:rsidRPr="00765081">
              <w:rPr>
                <w:b/>
                <w:bCs/>
                <w:color w:val="000000"/>
                <w:sz w:val="24"/>
                <w:szCs w:val="24"/>
              </w:rPr>
              <w:t>Тема урока</w:t>
            </w:r>
          </w:p>
        </w:tc>
        <w:tc>
          <w:tcPr>
            <w:tcW w:w="4110" w:type="dxa"/>
          </w:tcPr>
          <w:p w:rsidR="00B928D0" w:rsidRPr="00765081" w:rsidRDefault="00B928D0" w:rsidP="00B928D0">
            <w:pPr>
              <w:rPr>
                <w:b/>
                <w:bCs/>
                <w:color w:val="000000"/>
                <w:sz w:val="24"/>
                <w:szCs w:val="24"/>
              </w:rPr>
            </w:pPr>
            <w:r w:rsidRPr="00765081">
              <w:rPr>
                <w:b/>
                <w:bCs/>
                <w:color w:val="000000"/>
                <w:sz w:val="24"/>
                <w:szCs w:val="24"/>
              </w:rPr>
              <w:t>ЭОР</w:t>
            </w:r>
          </w:p>
        </w:tc>
        <w:tc>
          <w:tcPr>
            <w:tcW w:w="1134" w:type="dxa"/>
          </w:tcPr>
          <w:p w:rsidR="00B928D0" w:rsidRPr="00765081" w:rsidRDefault="000F706F" w:rsidP="00B928D0">
            <w:pPr>
              <w:rPr>
                <w:b/>
                <w:bCs/>
                <w:color w:val="000000"/>
                <w:sz w:val="24"/>
                <w:szCs w:val="24"/>
              </w:rPr>
            </w:pPr>
            <w:r w:rsidRPr="00765081">
              <w:rPr>
                <w:b/>
                <w:bCs/>
                <w:color w:val="000000"/>
                <w:sz w:val="24"/>
                <w:szCs w:val="24"/>
              </w:rPr>
              <w:t>По факту</w:t>
            </w:r>
          </w:p>
        </w:tc>
        <w:tc>
          <w:tcPr>
            <w:tcW w:w="1418" w:type="dxa"/>
          </w:tcPr>
          <w:p w:rsidR="00B928D0" w:rsidRPr="00765081" w:rsidRDefault="000F706F" w:rsidP="00B928D0">
            <w:pPr>
              <w:rPr>
                <w:b/>
                <w:bCs/>
                <w:color w:val="000000"/>
                <w:sz w:val="24"/>
                <w:szCs w:val="24"/>
              </w:rPr>
            </w:pPr>
            <w:r w:rsidRPr="00765081">
              <w:rPr>
                <w:b/>
                <w:bCs/>
                <w:color w:val="000000"/>
                <w:sz w:val="24"/>
                <w:szCs w:val="24"/>
              </w:rPr>
              <w:t>По плану</w:t>
            </w:r>
          </w:p>
        </w:tc>
      </w:tr>
      <w:tr w:rsidR="00B928D0" w:rsidRPr="00765081" w:rsidTr="000F706F">
        <w:tc>
          <w:tcPr>
            <w:tcW w:w="852" w:type="dxa"/>
          </w:tcPr>
          <w:p w:rsidR="00B928D0" w:rsidRPr="00765081" w:rsidRDefault="00B928D0" w:rsidP="0089011F">
            <w:pPr>
              <w:numPr>
                <w:ilvl w:val="0"/>
                <w:numId w:val="67"/>
              </w:numPr>
              <w:rPr>
                <w:color w:val="000000"/>
                <w:w w:val="97"/>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О Родине и её истории</w:t>
            </w:r>
            <w:r w:rsidRPr="00765081">
              <w:rPr>
                <w:color w:val="000000"/>
                <w:w w:val="97"/>
                <w:sz w:val="24"/>
                <w:szCs w:val="24"/>
              </w:rPr>
              <w:t xml:space="preserve"> (6 ч.)</w:t>
            </w:r>
          </w:p>
        </w:tc>
        <w:tc>
          <w:tcPr>
            <w:tcW w:w="5245" w:type="dxa"/>
          </w:tcPr>
          <w:p w:rsidR="00B928D0" w:rsidRPr="00765081" w:rsidRDefault="00B928D0" w:rsidP="00B928D0">
            <w:pPr>
              <w:rPr>
                <w:color w:val="000000"/>
                <w:sz w:val="24"/>
                <w:szCs w:val="24"/>
              </w:rPr>
            </w:pPr>
            <w:r w:rsidRPr="00765081">
              <w:rPr>
                <w:bCs/>
                <w:color w:val="000000"/>
                <w:sz w:val="24"/>
                <w:szCs w:val="24"/>
                <w:shd w:val="clear" w:color="auto" w:fill="FFFFFF"/>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https://m.edsoo.ru/8bc478de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Патриотическое звучание стихотворения С.А. Васильева «Россия»: интонация, темп, ритм, логические ударения. </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https://m.edsoo.ru/8bc47a6e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tcPr>
          <w:p w:rsidR="00B928D0" w:rsidRPr="00765081" w:rsidRDefault="00B928D0" w:rsidP="00B928D0">
            <w:pPr>
              <w:spacing w:before="240"/>
              <w:rPr>
                <w:color w:val="000000"/>
                <w:sz w:val="24"/>
                <w:szCs w:val="24"/>
              </w:rPr>
            </w:pPr>
            <w:r w:rsidRPr="00765081">
              <w:rPr>
                <w:bCs/>
                <w:color w:val="000000"/>
                <w:sz w:val="24"/>
                <w:szCs w:val="24"/>
                <w:shd w:val="clear" w:color="auto" w:fill="FFFFFF"/>
              </w:rPr>
              <w:t>Осознание нравственных ценностей в произведениях о Родине: любовь к родной стороне, гордость за красоту и величие своей Отчизны. Н. П. Кончаловский «Наша древняя столица» (отрывки).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https://m.edsoo.ru/8bc47b72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tcPr>
          <w:p w:rsidR="00B928D0" w:rsidRPr="00765081" w:rsidRDefault="00B928D0" w:rsidP="00B928D0">
            <w:pPr>
              <w:rPr>
                <w:color w:val="000000"/>
                <w:sz w:val="24"/>
                <w:szCs w:val="24"/>
              </w:rPr>
            </w:pPr>
            <w:r w:rsidRPr="00765081">
              <w:rPr>
                <w:color w:val="000000"/>
                <w:sz w:val="24"/>
                <w:szCs w:val="24"/>
              </w:rPr>
              <w:t>Произведения по выбору, например, Т.В. Бокова «Родина».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https://m.edsoo.ru/8bc47c76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tcPr>
          <w:p w:rsidR="00B928D0" w:rsidRPr="00765081" w:rsidRDefault="00B928D0" w:rsidP="00B928D0">
            <w:pPr>
              <w:rPr>
                <w:sz w:val="24"/>
                <w:szCs w:val="24"/>
              </w:rPr>
            </w:pPr>
            <w:r w:rsidRPr="00765081">
              <w:rPr>
                <w:bCs/>
                <w:color w:val="000000"/>
                <w:sz w:val="24"/>
                <w:szCs w:val="24"/>
                <w:shd w:val="clear" w:color="auto" w:fill="FFFFFF"/>
              </w:rPr>
              <w:t>Отражение темы Родина в произведении М.М. Пришвин «Моя Родина»: роль и особенности заголовка.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https://m.edsoo.ru/8bc47d84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tcPr>
          <w:p w:rsidR="00B928D0" w:rsidRPr="00765081" w:rsidRDefault="00B928D0" w:rsidP="00B928D0">
            <w:pPr>
              <w:rPr>
                <w:color w:val="000000"/>
                <w:sz w:val="24"/>
                <w:szCs w:val="24"/>
              </w:rPr>
            </w:pPr>
            <w:r w:rsidRPr="00765081">
              <w:rPr>
                <w:bCs/>
                <w:color w:val="000000"/>
                <w:sz w:val="24"/>
                <w:szCs w:val="24"/>
                <w:shd w:val="clear" w:color="auto" w:fill="FFFFFF"/>
              </w:rPr>
              <w:t>Репродукции картин как иллюстрации к произведениям о Родине.</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https://m.edsoo.ru/8bc47e88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w w:val="97"/>
                <w:sz w:val="24"/>
                <w:szCs w:val="24"/>
              </w:rPr>
            </w:pPr>
          </w:p>
        </w:tc>
        <w:tc>
          <w:tcPr>
            <w:tcW w:w="2126" w:type="dxa"/>
          </w:tcPr>
          <w:p w:rsidR="00B928D0" w:rsidRPr="00765081" w:rsidRDefault="00B928D0" w:rsidP="00B928D0">
            <w:pPr>
              <w:rPr>
                <w:color w:val="000000"/>
                <w:sz w:val="24"/>
                <w:szCs w:val="24"/>
              </w:rPr>
            </w:pPr>
            <w:r w:rsidRPr="00765081">
              <w:rPr>
                <w:color w:val="000000"/>
                <w:w w:val="97"/>
                <w:sz w:val="24"/>
                <w:szCs w:val="24"/>
              </w:rPr>
              <w:t xml:space="preserve">Фольклор (устное народное </w:t>
            </w:r>
            <w:r w:rsidRPr="00765081">
              <w:rPr>
                <w:color w:val="000000"/>
                <w:sz w:val="24"/>
                <w:szCs w:val="24"/>
              </w:rPr>
              <w:br/>
            </w:r>
            <w:r w:rsidRPr="00765081">
              <w:rPr>
                <w:color w:val="000000"/>
                <w:w w:val="97"/>
                <w:sz w:val="24"/>
                <w:szCs w:val="24"/>
              </w:rPr>
              <w:t>творчество) (22 ч.)</w:t>
            </w:r>
          </w:p>
        </w:tc>
        <w:tc>
          <w:tcPr>
            <w:tcW w:w="5245" w:type="dxa"/>
          </w:tcPr>
          <w:p w:rsidR="00B928D0" w:rsidRPr="00765081" w:rsidRDefault="00B928D0" w:rsidP="00B928D0">
            <w:pPr>
              <w:rPr>
                <w:color w:val="000000"/>
                <w:sz w:val="24"/>
                <w:szCs w:val="24"/>
              </w:rPr>
            </w:pPr>
            <w:r w:rsidRPr="00765081">
              <w:rPr>
                <w:bCs/>
                <w:color w:val="000000"/>
                <w:sz w:val="24"/>
                <w:szCs w:val="24"/>
                <w:shd w:val="clear" w:color="auto" w:fill="FFFFFF"/>
              </w:rPr>
              <w:t>Устное народное творчество. Характеристика малых жанров фольклора: потешки, небылицы, скороговорки, считалки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https://m.edsoo.ru/8bc483ec</w:t>
            </w:r>
          </w:p>
          <w:p w:rsidR="00B928D0" w:rsidRPr="00765081" w:rsidRDefault="00B928D0" w:rsidP="00B928D0">
            <w:pPr>
              <w:rPr>
                <w:color w:val="000000"/>
                <w:sz w:val="24"/>
                <w:szCs w:val="24"/>
              </w:rPr>
            </w:pPr>
            <w:r w:rsidRPr="00765081">
              <w:rPr>
                <w:color w:val="000000"/>
                <w:sz w:val="24"/>
                <w:szCs w:val="24"/>
              </w:rPr>
              <w:t>https://m.edsoo.ru/8bc4a25a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Загадка как жанр фольклора, знакомство с видами загадок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https://m.edsoo.ru/8bc4861c</w:t>
            </w:r>
          </w:p>
          <w:p w:rsidR="00B928D0" w:rsidRPr="00765081" w:rsidRDefault="00B928D0" w:rsidP="00B928D0">
            <w:pPr>
              <w:rPr>
                <w:color w:val="000000"/>
                <w:sz w:val="24"/>
                <w:szCs w:val="24"/>
              </w:rPr>
            </w:pPr>
            <w:r w:rsidRPr="00765081">
              <w:rPr>
                <w:color w:val="000000"/>
                <w:sz w:val="24"/>
                <w:szCs w:val="24"/>
              </w:rPr>
              <w:t>https://m.edsoo.ru/8bc4a4f8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Пословицы народов России: тематические группы. Развитие речи: использование </w:t>
            </w:r>
            <w:r w:rsidRPr="00765081">
              <w:rPr>
                <w:bCs/>
                <w:color w:val="000000"/>
                <w:sz w:val="24"/>
                <w:szCs w:val="24"/>
                <w:shd w:val="clear" w:color="auto" w:fill="FFFFFF"/>
              </w:rPr>
              <w:lastRenderedPageBreak/>
              <w:t>образных слов, пословиц и поговорок, крылатых выражений. Книги и словари, созданные В.И. Далем.</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lastRenderedPageBreak/>
              <w:t>Библиотека ЦОК</w:t>
            </w:r>
          </w:p>
          <w:p w:rsidR="00B928D0" w:rsidRPr="00765081" w:rsidRDefault="00B928D0" w:rsidP="00B928D0">
            <w:pPr>
              <w:rPr>
                <w:color w:val="000000"/>
                <w:sz w:val="24"/>
                <w:szCs w:val="24"/>
              </w:rPr>
            </w:pPr>
            <w:r w:rsidRPr="00765081">
              <w:rPr>
                <w:color w:val="000000"/>
                <w:sz w:val="24"/>
                <w:szCs w:val="24"/>
              </w:rPr>
              <w:t>https://m.edsoo.ru/8bc4a3cc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i/>
                <w:color w:val="000000"/>
                <w:sz w:val="24"/>
                <w:szCs w:val="24"/>
              </w:rPr>
            </w:pPr>
            <w:r w:rsidRPr="00765081">
              <w:rPr>
                <w:bCs/>
                <w:i/>
                <w:color w:val="000000"/>
                <w:sz w:val="24"/>
                <w:szCs w:val="24"/>
              </w:rPr>
              <w:t>Входная контрольная работа№ 1</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https://m.edsoo.ru/8bc4a610</w:t>
            </w:r>
          </w:p>
          <w:p w:rsidR="00B928D0" w:rsidRPr="00765081" w:rsidRDefault="00B928D0" w:rsidP="00B928D0">
            <w:pPr>
              <w:rPr>
                <w:color w:val="000000"/>
                <w:sz w:val="24"/>
                <w:szCs w:val="24"/>
              </w:rPr>
            </w:pPr>
            <w:r w:rsidRPr="00765081">
              <w:rPr>
                <w:color w:val="000000"/>
                <w:sz w:val="24"/>
                <w:szCs w:val="24"/>
              </w:rPr>
              <w:t>https://m.edsoo.ru/8bc4850e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Художественные особенности сказок разного вида (о животных, бытовые, волшебные)</w:t>
            </w:r>
            <w:proofErr w:type="gramStart"/>
            <w:r w:rsidRPr="00765081">
              <w:rPr>
                <w:bCs/>
                <w:color w:val="000000"/>
                <w:sz w:val="24"/>
                <w:szCs w:val="24"/>
                <w:shd w:val="clear" w:color="auto" w:fill="FFFFFF"/>
              </w:rPr>
              <w:t xml:space="preserve"> .</w:t>
            </w:r>
            <w:proofErr w:type="gramEnd"/>
            <w:r w:rsidRPr="00765081">
              <w:rPr>
                <w:bCs/>
                <w:i/>
                <w:color w:val="000000"/>
                <w:sz w:val="24"/>
                <w:szCs w:val="24"/>
                <w:shd w:val="clear" w:color="auto" w:fill="FFFFFF"/>
              </w:rPr>
              <w:t>Сказка</w:t>
            </w:r>
            <w:r w:rsidRPr="00765081">
              <w:rPr>
                <w:bCs/>
                <w:color w:val="000000"/>
                <w:sz w:val="24"/>
                <w:szCs w:val="24"/>
                <w:shd w:val="clear" w:color="auto" w:fill="FFFFFF"/>
              </w:rPr>
              <w:t xml:space="preserve"> «</w:t>
            </w:r>
            <w:r w:rsidRPr="00765081">
              <w:rPr>
                <w:bCs/>
                <w:i/>
                <w:color w:val="000000"/>
                <w:sz w:val="24"/>
                <w:szCs w:val="24"/>
                <w:shd w:val="clear" w:color="auto" w:fill="FFFFFF"/>
              </w:rPr>
              <w:t>Сестрица Алёнушка и братец Иванушка</w:t>
            </w:r>
            <w:r w:rsidRPr="00765081">
              <w:rPr>
                <w:bCs/>
                <w:color w:val="000000"/>
                <w:sz w:val="24"/>
                <w:szCs w:val="24"/>
                <w:shd w:val="clear" w:color="auto" w:fill="FFFFFF"/>
              </w:rPr>
              <w:t>».</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https://m.edsoo.ru/8bc4a7dc</w:t>
            </w:r>
          </w:p>
          <w:p w:rsidR="00B928D0" w:rsidRPr="00765081" w:rsidRDefault="00B928D0" w:rsidP="00B928D0">
            <w:pPr>
              <w:rPr>
                <w:color w:val="000000"/>
                <w:sz w:val="24"/>
                <w:szCs w:val="24"/>
              </w:rPr>
            </w:pPr>
            <w:r w:rsidRPr="00765081">
              <w:rPr>
                <w:color w:val="000000"/>
                <w:sz w:val="24"/>
                <w:szCs w:val="24"/>
              </w:rPr>
              <w:t>https://m.edsoo.ru/8bc4861c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Произведения по выбору, например, русская народная сказка «Самое дорогое</w:t>
            </w:r>
            <w:r w:rsidRPr="00765081">
              <w:rPr>
                <w:bCs/>
                <w:i/>
                <w:color w:val="000000"/>
                <w:sz w:val="24"/>
                <w:szCs w:val="24"/>
              </w:rPr>
              <w:t>». Сказка «Сивка – бурка».</w:t>
            </w:r>
          </w:p>
        </w:tc>
        <w:tc>
          <w:tcPr>
            <w:tcW w:w="4110" w:type="dxa"/>
          </w:tcPr>
          <w:p w:rsidR="00B928D0" w:rsidRPr="00765081" w:rsidRDefault="00B928D0" w:rsidP="00B928D0">
            <w:pPr>
              <w:spacing w:before="100" w:beforeAutospacing="1" w:after="100" w:afterAutospacing="1"/>
              <w:rPr>
                <w:rFonts w:eastAsia="Calibri"/>
                <w:b/>
                <w:bCs/>
                <w:sz w:val="24"/>
                <w:szCs w:val="24"/>
              </w:rPr>
            </w:pPr>
            <w:r w:rsidRPr="00765081">
              <w:rPr>
                <w:rFonts w:eastAsia="Calibri"/>
                <w:color w:val="000000"/>
                <w:sz w:val="24"/>
                <w:szCs w:val="24"/>
              </w:rPr>
              <w:br/>
              <w:t xml:space="preserve">[[Библиотека ЦОК </w:t>
            </w:r>
            <w:hyperlink r:id="rId312" w:history="1">
              <w:r w:rsidRPr="00765081">
                <w:rPr>
                  <w:rFonts w:eastAsia="Calibri"/>
                  <w:color w:val="0000FF"/>
                  <w:sz w:val="24"/>
                  <w:szCs w:val="24"/>
                  <w:u w:val="single"/>
                </w:rPr>
                <w:t>https://m.edsoo.ru/8bc4a8fe</w:t>
              </w:r>
            </w:hyperlink>
            <w:hyperlink r:id="rId313" w:history="1">
              <w:r w:rsidRPr="00765081">
                <w:rPr>
                  <w:rFonts w:eastAsia="Calibri"/>
                  <w:color w:val="0000FF"/>
                  <w:sz w:val="24"/>
                  <w:szCs w:val="24"/>
                  <w:u w:val="single"/>
                </w:rPr>
                <w:t>https://m.edsoo.ru/8bc4875c</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Произведения по выбору, например, русская народная сказка «Про </w:t>
            </w:r>
            <w:proofErr w:type="gramStart"/>
            <w:r w:rsidRPr="00765081">
              <w:rPr>
                <w:bCs/>
                <w:color w:val="000000"/>
                <w:sz w:val="24"/>
                <w:szCs w:val="24"/>
              </w:rPr>
              <w:t>Ленивую</w:t>
            </w:r>
            <w:proofErr w:type="gramEnd"/>
            <w:r w:rsidRPr="00765081">
              <w:rPr>
                <w:bCs/>
                <w:color w:val="000000"/>
                <w:sz w:val="24"/>
                <w:szCs w:val="24"/>
              </w:rPr>
              <w:t xml:space="preserve"> и </w:t>
            </w:r>
            <w:proofErr w:type="spellStart"/>
            <w:r w:rsidRPr="00765081">
              <w:rPr>
                <w:bCs/>
                <w:color w:val="000000"/>
                <w:sz w:val="24"/>
                <w:szCs w:val="24"/>
              </w:rPr>
              <w:t>Радивую</w:t>
            </w:r>
            <w:proofErr w:type="spellEnd"/>
            <w:r w:rsidRPr="00765081">
              <w:rPr>
                <w:bCs/>
                <w:color w:val="000000"/>
                <w:sz w:val="24"/>
                <w:szCs w:val="24"/>
              </w:rPr>
              <w:t>»</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https://m.edsoo.ru/8bc48892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Произведения по выбору, например, русская народная сказка «Дочь-семилетка»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https://m.edsoo.ru/8bc489a0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Характеристика героя, волшебные помощники. На примере русской народной сказки «Иван-царевич и серый волк»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https://m.edsoo.ru/8bc48ab8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Особенности построения (композиция) волшебной сказки: составление плана. На примере русской народной сказки «Иван-царевич и серый волк»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https://m.edsoo.ru/8bc4aa16</w:t>
            </w:r>
          </w:p>
          <w:p w:rsidR="00B928D0" w:rsidRPr="00765081" w:rsidRDefault="00B928D0" w:rsidP="00B928D0">
            <w:pPr>
              <w:rPr>
                <w:color w:val="000000"/>
                <w:sz w:val="24"/>
                <w:szCs w:val="24"/>
              </w:rPr>
            </w:pPr>
            <w:r w:rsidRPr="00765081">
              <w:rPr>
                <w:color w:val="000000"/>
                <w:sz w:val="24"/>
                <w:szCs w:val="24"/>
              </w:rPr>
              <w:t>https://m.edsoo.ru/8bc49cc4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Иллюстрация как отражение сюжета волшебной сказки: В.М. Васнецов «Иван Царевич на Сером волке»</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https://m.edsoo.ru/8bc4ae44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Описание картин природы как способ рассказать в песне о родной земле. Темы </w:t>
            </w:r>
            <w:r w:rsidRPr="00765081">
              <w:rPr>
                <w:bCs/>
                <w:color w:val="000000"/>
                <w:sz w:val="24"/>
                <w:szCs w:val="24"/>
                <w:shd w:val="clear" w:color="auto" w:fill="FFFFFF"/>
              </w:rPr>
              <w:lastRenderedPageBreak/>
              <w:t>народных песен</w:t>
            </w:r>
          </w:p>
        </w:tc>
        <w:tc>
          <w:tcPr>
            <w:tcW w:w="4110" w:type="dxa"/>
          </w:tcPr>
          <w:p w:rsidR="00B928D0" w:rsidRPr="00765081" w:rsidRDefault="00B928D0" w:rsidP="00B928D0">
            <w:pPr>
              <w:rPr>
                <w:color w:val="000000"/>
                <w:sz w:val="24"/>
                <w:szCs w:val="24"/>
              </w:rPr>
            </w:pPr>
            <w:r w:rsidRPr="00765081">
              <w:rPr>
                <w:color w:val="000000"/>
                <w:sz w:val="24"/>
                <w:szCs w:val="24"/>
              </w:rPr>
              <w:lastRenderedPageBreak/>
              <w:t>Библиотека ЦОК</w:t>
            </w:r>
          </w:p>
          <w:p w:rsidR="00B928D0" w:rsidRPr="00765081" w:rsidRDefault="00B928D0" w:rsidP="00B928D0">
            <w:pPr>
              <w:rPr>
                <w:color w:val="000000"/>
                <w:sz w:val="24"/>
                <w:szCs w:val="24"/>
              </w:rPr>
            </w:pPr>
            <w:r w:rsidRPr="00765081">
              <w:rPr>
                <w:color w:val="000000"/>
                <w:sz w:val="24"/>
                <w:szCs w:val="24"/>
              </w:rPr>
              <w:t>https://m.edsoo.ru/8bc4b542</w:t>
            </w:r>
          </w:p>
          <w:p w:rsidR="00B928D0" w:rsidRPr="00765081" w:rsidRDefault="00B928D0" w:rsidP="00B928D0">
            <w:pPr>
              <w:rPr>
                <w:color w:val="000000"/>
                <w:sz w:val="24"/>
                <w:szCs w:val="24"/>
              </w:rPr>
            </w:pPr>
            <w:r w:rsidRPr="00765081">
              <w:rPr>
                <w:color w:val="000000"/>
                <w:sz w:val="24"/>
                <w:szCs w:val="24"/>
              </w:rPr>
              <w:lastRenderedPageBreak/>
              <w:t>https://m.edsoo.ru/8bc4b10a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rPr>
          <w:trHeight w:val="1692"/>
        </w:trPr>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rPr>
                <w:bCs/>
                <w:color w:val="000000"/>
                <w:sz w:val="24"/>
                <w:szCs w:val="24"/>
              </w:rPr>
            </w:pPr>
            <w:r w:rsidRPr="00765081">
              <w:rPr>
                <w:bCs/>
                <w:color w:val="000000"/>
                <w:sz w:val="24"/>
                <w:szCs w:val="24"/>
                <w:shd w:val="clear" w:color="auto" w:fill="FFFFFF"/>
              </w:rPr>
              <w:t>Былина как народный песенный сказ о героическом событии. Фольклорные особенности: выразительность, напевность исполнения</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https://m.edsoo.ru/8bc4bb46</w:t>
            </w:r>
          </w:p>
          <w:p w:rsidR="00B928D0" w:rsidRPr="00765081" w:rsidRDefault="00B928D0" w:rsidP="00B928D0">
            <w:pPr>
              <w:rPr>
                <w:color w:val="000000"/>
                <w:sz w:val="24"/>
                <w:szCs w:val="24"/>
              </w:rPr>
            </w:pPr>
            <w:r w:rsidRPr="00765081">
              <w:rPr>
                <w:color w:val="000000"/>
                <w:sz w:val="24"/>
                <w:szCs w:val="24"/>
              </w:rPr>
              <w:t>https://m.edsoo.ru/8bc4b27c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Характеристика главного героя (где жил, чем занимался, какими качествами обладал). На примере образа Ильи Муромца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https://m.edsoo.ru/8bc4bfb0</w:t>
            </w:r>
          </w:p>
          <w:p w:rsidR="00B928D0" w:rsidRPr="00765081" w:rsidRDefault="00B928D0" w:rsidP="00B928D0">
            <w:pPr>
              <w:rPr>
                <w:color w:val="000000"/>
                <w:sz w:val="24"/>
                <w:szCs w:val="24"/>
              </w:rPr>
            </w:pPr>
            <w:r w:rsidRPr="00765081">
              <w:rPr>
                <w:color w:val="000000"/>
                <w:sz w:val="24"/>
                <w:szCs w:val="24"/>
              </w:rPr>
              <w:t>https://m.edsoo.ru/8bc4b27c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Тематическая проверочная работа по итогам раздела «Фольклор (устное народное творчество)</w:t>
            </w:r>
          </w:p>
          <w:p w:rsidR="00B928D0" w:rsidRPr="00765081" w:rsidRDefault="00B928D0" w:rsidP="00B928D0">
            <w:pPr>
              <w:ind w:left="135"/>
              <w:rPr>
                <w:bCs/>
                <w:i/>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https://m.edsoo.ru/8bc4bc7c</w:t>
            </w:r>
          </w:p>
          <w:p w:rsidR="00B928D0" w:rsidRPr="00765081" w:rsidRDefault="00B928D0" w:rsidP="00B928D0">
            <w:pPr>
              <w:rPr>
                <w:color w:val="000000"/>
                <w:sz w:val="24"/>
                <w:szCs w:val="24"/>
              </w:rPr>
            </w:pPr>
            <w:r w:rsidRPr="00765081">
              <w:rPr>
                <w:color w:val="000000"/>
                <w:sz w:val="24"/>
                <w:szCs w:val="24"/>
              </w:rPr>
              <w:t>https://m.edsoo.ru/8bc4be98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Работа с детскими книгами на тему: «Фольклор»: использование аппарата издания</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https://m.edsoo.ru/8bc4bc7c</w:t>
            </w:r>
          </w:p>
          <w:p w:rsidR="00B928D0" w:rsidRPr="00765081" w:rsidRDefault="00B928D0" w:rsidP="00B928D0">
            <w:pPr>
              <w:rPr>
                <w:color w:val="000000"/>
                <w:sz w:val="24"/>
                <w:szCs w:val="24"/>
              </w:rPr>
            </w:pPr>
            <w:r w:rsidRPr="00765081">
              <w:rPr>
                <w:color w:val="000000"/>
                <w:sz w:val="24"/>
                <w:szCs w:val="24"/>
              </w:rPr>
              <w:t>https://m.edsoo.ru/8bc4be98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w w:val="97"/>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Работа со словарём: язык былины, устаревшие слова, их место </w:t>
            </w:r>
          </w:p>
          <w:p w:rsidR="00B928D0" w:rsidRPr="00765081" w:rsidRDefault="00B928D0" w:rsidP="00B928D0">
            <w:pPr>
              <w:ind w:left="135"/>
              <w:rPr>
                <w:bCs/>
                <w:i/>
                <w:color w:val="000000"/>
                <w:sz w:val="24"/>
                <w:szCs w:val="24"/>
              </w:rPr>
            </w:pPr>
            <w:r w:rsidRPr="00765081">
              <w:rPr>
                <w:bCs/>
                <w:color w:val="000000"/>
                <w:sz w:val="24"/>
                <w:szCs w:val="24"/>
              </w:rPr>
              <w:t>и представление в современной лексике.</w:t>
            </w:r>
          </w:p>
        </w:tc>
        <w:tc>
          <w:tcPr>
            <w:tcW w:w="4110" w:type="dxa"/>
          </w:tcPr>
          <w:p w:rsidR="00B928D0" w:rsidRPr="00765081" w:rsidRDefault="00B928D0" w:rsidP="00B928D0">
            <w:pPr>
              <w:rPr>
                <w:bCs/>
                <w:color w:val="000000"/>
                <w:sz w:val="24"/>
                <w:szCs w:val="24"/>
              </w:rPr>
            </w:pPr>
            <w:r w:rsidRPr="00765081">
              <w:rPr>
                <w:bCs/>
                <w:color w:val="000000"/>
                <w:sz w:val="24"/>
                <w:szCs w:val="24"/>
              </w:rPr>
              <w:t>Библиотека ЦОК</w:t>
            </w:r>
          </w:p>
          <w:p w:rsidR="00B928D0" w:rsidRPr="00765081" w:rsidRDefault="00B928D0" w:rsidP="00B928D0">
            <w:pPr>
              <w:rPr>
                <w:bCs/>
                <w:color w:val="000000"/>
                <w:sz w:val="24"/>
                <w:szCs w:val="24"/>
              </w:rPr>
            </w:pPr>
            <w:r w:rsidRPr="00765081">
              <w:rPr>
                <w:bCs/>
                <w:color w:val="000000"/>
                <w:sz w:val="24"/>
                <w:szCs w:val="24"/>
              </w:rPr>
              <w:t>https://m.edsoo.ru/8bc4b7ae</w:t>
            </w:r>
          </w:p>
          <w:p w:rsidR="00B928D0" w:rsidRPr="00765081" w:rsidRDefault="00B928D0" w:rsidP="00B928D0">
            <w:pPr>
              <w:rPr>
                <w:bCs/>
                <w:color w:val="000000"/>
                <w:sz w:val="24"/>
                <w:szCs w:val="24"/>
              </w:rPr>
            </w:pPr>
            <w:r w:rsidRPr="00765081">
              <w:rPr>
                <w:bCs/>
                <w:color w:val="000000"/>
                <w:sz w:val="24"/>
                <w:szCs w:val="24"/>
              </w:rPr>
              <w:t>https://m.edsoo.ru/8bc4bd94</w:t>
            </w:r>
          </w:p>
        </w:tc>
        <w:tc>
          <w:tcPr>
            <w:tcW w:w="1134" w:type="dxa"/>
          </w:tcPr>
          <w:p w:rsidR="00B928D0" w:rsidRPr="00765081" w:rsidRDefault="00B928D0" w:rsidP="00B928D0">
            <w:pPr>
              <w:rPr>
                <w:bCs/>
                <w:color w:val="000000"/>
                <w:sz w:val="24"/>
                <w:szCs w:val="24"/>
              </w:rPr>
            </w:pPr>
          </w:p>
        </w:tc>
        <w:tc>
          <w:tcPr>
            <w:tcW w:w="1418" w:type="dxa"/>
          </w:tcPr>
          <w:p w:rsidR="00B928D0" w:rsidRPr="00765081" w:rsidRDefault="00B928D0" w:rsidP="00B928D0">
            <w:pPr>
              <w:rPr>
                <w:bCs/>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Репродукции картин В.М. Васнецова как иллюстрации к эпизодам фольклорного произведения</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https://m.edsoo.ru/8bc4c0b4</w:t>
            </w:r>
          </w:p>
          <w:p w:rsidR="00B928D0" w:rsidRPr="00765081" w:rsidRDefault="00B928D0" w:rsidP="00B928D0">
            <w:pPr>
              <w:rPr>
                <w:color w:val="000000"/>
                <w:sz w:val="24"/>
                <w:szCs w:val="24"/>
              </w:rPr>
            </w:pPr>
            <w:r w:rsidRPr="00765081">
              <w:rPr>
                <w:color w:val="000000"/>
                <w:sz w:val="24"/>
                <w:szCs w:val="24"/>
              </w:rPr>
              <w:t>https://m.edsoo.ru/8bc4af70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В мире книг. Книга как особый вид искусства</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14" w:history="1">
              <w:r w:rsidRPr="00765081">
                <w:rPr>
                  <w:rFonts w:eastAsia="Calibri"/>
                  <w:color w:val="0000FF"/>
                  <w:sz w:val="24"/>
                  <w:szCs w:val="24"/>
                  <w:u w:val="single"/>
                </w:rPr>
                <w:t>https://m.edsoo.ru/f29f5142</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Общее представление о первых книгах на Руси, знакомство с рукописными книгами</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100" w:beforeAutospacing="1" w:after="100" w:afterAutospacing="1"/>
              <w:rPr>
                <w:rFonts w:eastAsia="Calibri"/>
                <w:bCs/>
                <w:i/>
                <w:sz w:val="24"/>
                <w:szCs w:val="24"/>
              </w:rPr>
            </w:pPr>
            <w:r w:rsidRPr="00765081">
              <w:rPr>
                <w:rFonts w:eastAsia="Calibri"/>
                <w:color w:val="000000"/>
                <w:sz w:val="24"/>
                <w:szCs w:val="24"/>
              </w:rPr>
              <w:br/>
              <w:t xml:space="preserve">Первая печатная книга на Руси. </w:t>
            </w:r>
            <w:proofErr w:type="spellStart"/>
            <w:r w:rsidRPr="00765081">
              <w:rPr>
                <w:rFonts w:eastAsia="Calibri"/>
                <w:i/>
                <w:color w:val="000000"/>
                <w:sz w:val="24"/>
                <w:szCs w:val="24"/>
              </w:rPr>
              <w:t>Н.П.Кончаловская</w:t>
            </w:r>
            <w:proofErr w:type="spellEnd"/>
            <w:r w:rsidRPr="00765081">
              <w:rPr>
                <w:rFonts w:eastAsia="Calibri"/>
                <w:i/>
                <w:color w:val="000000"/>
                <w:sz w:val="24"/>
                <w:szCs w:val="24"/>
              </w:rPr>
              <w:t xml:space="preserve"> «Мастер Фёдоров Иван и его </w:t>
            </w:r>
            <w:r w:rsidRPr="00765081">
              <w:rPr>
                <w:rFonts w:eastAsia="Calibri"/>
                <w:i/>
                <w:color w:val="000000"/>
                <w:sz w:val="24"/>
                <w:szCs w:val="24"/>
              </w:rPr>
              <w:lastRenderedPageBreak/>
              <w:t xml:space="preserve">печатный стан» [[(отрывок </w:t>
            </w:r>
            <w:proofErr w:type="gramStart"/>
            <w:r w:rsidRPr="00765081">
              <w:rPr>
                <w:rFonts w:eastAsia="Calibri"/>
                <w:i/>
                <w:color w:val="000000"/>
                <w:sz w:val="24"/>
                <w:szCs w:val="24"/>
              </w:rPr>
              <w:t>из</w:t>
            </w:r>
            <w:proofErr w:type="gramEnd"/>
            <w:r w:rsidRPr="00765081">
              <w:rPr>
                <w:rFonts w:eastAsia="Calibri"/>
                <w:i/>
                <w:color w:val="000000"/>
                <w:sz w:val="24"/>
                <w:szCs w:val="24"/>
              </w:rPr>
              <w:t xml:space="preserve"> «Наша древняя столица»)]]</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Осознание важности чтения художественной литературы и фольклора. Правила юного читателя</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https://m.edsoo.ru/f29f4fda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Творчество И.А.Крылова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4 часа ).</w:t>
            </w:r>
          </w:p>
        </w:tc>
        <w:tc>
          <w:tcPr>
            <w:tcW w:w="5245" w:type="dxa"/>
            <w:vAlign w:val="center"/>
          </w:tcPr>
          <w:p w:rsidR="00B928D0" w:rsidRPr="00765081" w:rsidRDefault="00B928D0" w:rsidP="00B928D0">
            <w:pPr>
              <w:ind w:left="135"/>
              <w:rPr>
                <w:b/>
                <w:bCs/>
                <w:color w:val="000000"/>
                <w:sz w:val="24"/>
                <w:szCs w:val="24"/>
              </w:rPr>
            </w:pPr>
            <w:r w:rsidRPr="00765081">
              <w:rPr>
                <w:bCs/>
                <w:color w:val="000000"/>
                <w:sz w:val="24"/>
                <w:szCs w:val="24"/>
                <w:shd w:val="clear" w:color="auto" w:fill="FFFFFF"/>
              </w:rPr>
              <w:t>Осознание особенностей басни, как произведения-поучения, которое помогает увидеть свои и чужие недостатки. Басня «Мартышка и Очки».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https://m.edsoo.ru/8bc4cd98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И.А. Крылов - великий русский баснописец. Иносказание в его баснях. Басня «Лисица и виноград».</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https://m.edsoo.ru/8bc4d194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w w:val="97"/>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jc w:val="both"/>
              <w:rPr>
                <w:bCs/>
                <w:color w:val="000000"/>
                <w:sz w:val="24"/>
                <w:szCs w:val="24"/>
              </w:rPr>
            </w:pPr>
            <w:r w:rsidRPr="00765081">
              <w:rPr>
                <w:bCs/>
                <w:color w:val="000000"/>
                <w:sz w:val="24"/>
                <w:szCs w:val="24"/>
                <w:shd w:val="clear" w:color="auto" w:fill="FFFFFF"/>
              </w:rPr>
              <w:t xml:space="preserve">Знакомство с произведениями И.А. Крылова. Явная и скрытая мораль басен. </w:t>
            </w:r>
            <w:r w:rsidRPr="00765081">
              <w:rPr>
                <w:bCs/>
                <w:i/>
                <w:color w:val="000000"/>
                <w:sz w:val="24"/>
                <w:szCs w:val="24"/>
                <w:shd w:val="clear" w:color="auto" w:fill="FFFFFF"/>
              </w:rPr>
              <w:t>Басня «Лебедь, щука и рак».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https://m.edsoo.ru/8bc4d298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Работа с басней И.А. Крылова «Ворона и Лисица»: тема, мораль, герои, особенности языка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https://m.edsoo.ru/8bc4d072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Творчество А.С.Пушкина</w:t>
            </w:r>
            <w:proofErr w:type="gramStart"/>
            <w:r w:rsidRPr="00765081">
              <w:rPr>
                <w:rFonts w:eastAsia="Calibri"/>
                <w:color w:val="000000"/>
                <w:sz w:val="24"/>
                <w:szCs w:val="24"/>
              </w:rPr>
              <w:t xml:space="preserve">( </w:t>
            </w:r>
            <w:proofErr w:type="gramEnd"/>
            <w:r w:rsidRPr="00765081">
              <w:rPr>
                <w:rFonts w:eastAsia="Calibri"/>
                <w:color w:val="000000"/>
                <w:sz w:val="24"/>
                <w:szCs w:val="24"/>
              </w:rPr>
              <w:t>9 часов ).</w:t>
            </w:r>
          </w:p>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А.С. Пушкин - великий русский поэт. «</w:t>
            </w:r>
            <w:r w:rsidRPr="00765081">
              <w:rPr>
                <w:bCs/>
                <w:i/>
                <w:color w:val="000000"/>
                <w:sz w:val="24"/>
                <w:szCs w:val="24"/>
                <w:shd w:val="clear" w:color="auto" w:fill="FFFFFF"/>
              </w:rPr>
              <w:t xml:space="preserve">Уж небо осенью </w:t>
            </w:r>
            <w:proofErr w:type="spellStart"/>
            <w:r w:rsidRPr="00765081">
              <w:rPr>
                <w:bCs/>
                <w:i/>
                <w:color w:val="000000"/>
                <w:sz w:val="24"/>
                <w:szCs w:val="24"/>
                <w:shd w:val="clear" w:color="auto" w:fill="FFFFFF"/>
              </w:rPr>
              <w:t>дашало</w:t>
            </w:r>
            <w:proofErr w:type="spellEnd"/>
            <w:r w:rsidRPr="00765081">
              <w:rPr>
                <w:bCs/>
                <w:i/>
                <w:color w:val="000000"/>
                <w:sz w:val="24"/>
                <w:szCs w:val="24"/>
                <w:shd w:val="clear" w:color="auto" w:fill="FFFFFF"/>
              </w:rPr>
              <w:t xml:space="preserve">…», </w:t>
            </w:r>
            <w:r w:rsidRPr="00765081">
              <w:rPr>
                <w:b/>
                <w:bCs/>
                <w:i/>
                <w:color w:val="000000"/>
                <w:sz w:val="24"/>
                <w:szCs w:val="24"/>
                <w:shd w:val="clear" w:color="auto" w:fill="FFFFFF"/>
              </w:rPr>
              <w:t>«</w:t>
            </w:r>
            <w:r w:rsidRPr="00765081">
              <w:rPr>
                <w:bCs/>
                <w:color w:val="000000"/>
                <w:sz w:val="24"/>
                <w:szCs w:val="24"/>
                <w:shd w:val="clear" w:color="auto" w:fill="FFFFFF"/>
              </w:rPr>
              <w:t>В тот год осенняя погода…», «Опрятней модного паркета…».</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15" w:history="1">
              <w:r w:rsidRPr="00765081">
                <w:rPr>
                  <w:rFonts w:eastAsia="Calibri"/>
                  <w:color w:val="0000FF"/>
                  <w:sz w:val="24"/>
                  <w:szCs w:val="24"/>
                  <w:u w:val="single"/>
                </w:rPr>
                <w:t>https://m.edsoo.ru/8bc4c1d6</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Восприятие пейзажной лирики А.С. Пушкина: средства художественной выразительности (сравнение, эпитет), рифма, ритм. «</w:t>
            </w:r>
            <w:r w:rsidRPr="00765081">
              <w:rPr>
                <w:bCs/>
                <w:i/>
                <w:color w:val="000000"/>
                <w:sz w:val="24"/>
                <w:szCs w:val="24"/>
                <w:shd w:val="clear" w:color="auto" w:fill="FFFFFF"/>
              </w:rPr>
              <w:t>Зимнее утро</w:t>
            </w:r>
            <w:r w:rsidRPr="00765081">
              <w:rPr>
                <w:bCs/>
                <w:color w:val="000000"/>
                <w:sz w:val="24"/>
                <w:szCs w:val="24"/>
                <w:shd w:val="clear" w:color="auto" w:fill="FFFFFF"/>
              </w:rPr>
              <w:t>».</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https://m.edsoo.ru/8bc4c2e4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Знакомство с литературной сказкой А.С. Пушкина «Сказка о царе Салтане…»: приём повтора как основа изменения сюжета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https://m.edsoo.ru/8bc4c5c8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Характеристика положительных и отрицательных героев, примеры превращений и чудес в сказке А.С. Пушкина «Сказка о царе </w:t>
            </w:r>
            <w:r w:rsidRPr="00765081">
              <w:rPr>
                <w:bCs/>
                <w:color w:val="000000"/>
                <w:sz w:val="24"/>
                <w:szCs w:val="24"/>
                <w:shd w:val="clear" w:color="auto" w:fill="FFFFFF"/>
              </w:rPr>
              <w:lastRenderedPageBreak/>
              <w:t>Салтане…»</w:t>
            </w:r>
          </w:p>
        </w:tc>
        <w:tc>
          <w:tcPr>
            <w:tcW w:w="4110" w:type="dxa"/>
          </w:tcPr>
          <w:p w:rsidR="00B928D0" w:rsidRPr="00765081" w:rsidRDefault="00B928D0" w:rsidP="00B928D0">
            <w:pPr>
              <w:rPr>
                <w:color w:val="000000"/>
                <w:sz w:val="24"/>
                <w:szCs w:val="24"/>
              </w:rPr>
            </w:pPr>
            <w:r w:rsidRPr="00765081">
              <w:rPr>
                <w:color w:val="000000"/>
                <w:sz w:val="24"/>
                <w:szCs w:val="24"/>
              </w:rPr>
              <w:lastRenderedPageBreak/>
              <w:t>Библиотека ЦОК</w:t>
            </w:r>
          </w:p>
          <w:p w:rsidR="00B928D0" w:rsidRPr="00765081" w:rsidRDefault="00B928D0" w:rsidP="00B928D0">
            <w:pPr>
              <w:rPr>
                <w:color w:val="000000"/>
                <w:sz w:val="24"/>
                <w:szCs w:val="24"/>
              </w:rPr>
            </w:pPr>
            <w:r w:rsidRPr="00765081">
              <w:rPr>
                <w:color w:val="000000"/>
                <w:sz w:val="24"/>
                <w:szCs w:val="24"/>
              </w:rPr>
              <w:t>https://m.edsoo.ru/8bc4c6f4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Наблюдение за художественными особенностями текста сказки А.С. Пушкина «Сказка о царе Салтане…»</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https://m.edsoo.ru/8bc4c80c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Фольклорная основа литературной сказки А.С. Пушкина «Сказка о царе Салтане…»</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https://m.edsoo.ru/8bc4c938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Составление устного рассказа «Моё любимое произведение А.С. Пушкина»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https://m.edsoo.ru/8bc4cb68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Тематическая проверочная работа по итогам раздела «Творчество А.С. Пушкина», </w:t>
            </w:r>
            <w:r w:rsidRPr="00765081">
              <w:rPr>
                <w:bCs/>
                <w:i/>
                <w:color w:val="000000"/>
                <w:sz w:val="24"/>
                <w:szCs w:val="24"/>
                <w:shd w:val="clear" w:color="auto" w:fill="FFFFFF"/>
              </w:rPr>
              <w:t>«Зимний вечер».</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https://m.edsoo.ru/8bc4ca64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Работа с детскими книгами. И.Я. Билибин – иллюстратор сказок А.С. Пушкина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https://m.edsoo.ru/8bc4cc80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Картины природы в произведениях поэтов и писателей ХIХ века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4 часа ).</w:t>
            </w: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Описание картин осенней природы в стихотворении Ф.И. Тютчева «Есть в осени первоначальной…», </w:t>
            </w:r>
            <w:r w:rsidRPr="00765081">
              <w:rPr>
                <w:rFonts w:eastAsia="Calibri"/>
                <w:i/>
                <w:color w:val="000000"/>
                <w:sz w:val="24"/>
                <w:szCs w:val="24"/>
              </w:rPr>
              <w:t>«Листья».</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https://m.edsoo.ru/8bc4d43c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Сравнение стихотворений об осени. На примере произведений Ф.И. Тютчева «Есть в осени первоначальной…» и А.Н. </w:t>
            </w:r>
            <w:proofErr w:type="spellStart"/>
            <w:r w:rsidRPr="00765081">
              <w:rPr>
                <w:rFonts w:eastAsia="Calibri"/>
                <w:color w:val="000000"/>
                <w:sz w:val="24"/>
                <w:szCs w:val="24"/>
              </w:rPr>
              <w:t>Майкова</w:t>
            </w:r>
            <w:proofErr w:type="spellEnd"/>
            <w:r w:rsidRPr="00765081">
              <w:rPr>
                <w:rFonts w:eastAsia="Calibri"/>
                <w:color w:val="000000"/>
                <w:sz w:val="24"/>
                <w:szCs w:val="24"/>
              </w:rPr>
              <w:t xml:space="preserve"> «Осень»</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Восприятие картин зимнего пейзажа в стихотворениях А.А. Фета «Кот поёт, глаза </w:t>
            </w:r>
            <w:proofErr w:type="spellStart"/>
            <w:r w:rsidRPr="00765081">
              <w:rPr>
                <w:bCs/>
                <w:color w:val="000000"/>
                <w:sz w:val="24"/>
                <w:szCs w:val="24"/>
              </w:rPr>
              <w:t>прищуря</w:t>
            </w:r>
            <w:proofErr w:type="spellEnd"/>
            <w:r w:rsidRPr="00765081">
              <w:rPr>
                <w:bCs/>
                <w:color w:val="000000"/>
                <w:sz w:val="24"/>
                <w:szCs w:val="24"/>
              </w:rPr>
              <w:t>», «Мама! Глянь-ка из окошка…»</w:t>
            </w:r>
            <w:r w:rsidRPr="00765081">
              <w:rPr>
                <w:bCs/>
                <w:i/>
                <w:color w:val="000000"/>
                <w:sz w:val="24"/>
                <w:szCs w:val="24"/>
              </w:rPr>
              <w:t>, Никитин И. С.«Встреча зимы</w:t>
            </w:r>
            <w:r w:rsidRPr="00765081">
              <w:rPr>
                <w:bCs/>
                <w:color w:val="000000"/>
                <w:sz w:val="24"/>
                <w:szCs w:val="24"/>
              </w:rPr>
              <w:t>», И. А. Бунин «Первый снег».</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https://m.edsoo.ru/8bc4e24c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Средства художественной выразительности (эпитет, сравнение) в лирических произведениях поэтов. </w:t>
            </w:r>
            <w:r w:rsidRPr="00765081">
              <w:rPr>
                <w:bCs/>
                <w:i/>
                <w:color w:val="000000"/>
                <w:sz w:val="24"/>
                <w:szCs w:val="24"/>
                <w:shd w:val="clear" w:color="auto" w:fill="FFFFFF"/>
              </w:rPr>
              <w:t>Некрасов Н. А. «Не ветер бушует над бором…».</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https://m.edsoo.ru/8bc4d676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Творчество </w:t>
            </w:r>
            <w:r w:rsidRPr="00765081">
              <w:rPr>
                <w:bCs/>
                <w:color w:val="000000"/>
                <w:sz w:val="24"/>
                <w:szCs w:val="24"/>
                <w:shd w:val="clear" w:color="auto" w:fill="FFFFFF"/>
              </w:rPr>
              <w:lastRenderedPageBreak/>
              <w:t>Л.Н.Толстого (10 часов</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w:t>
            </w: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lastRenderedPageBreak/>
              <w:br/>
            </w:r>
            <w:r w:rsidRPr="00765081">
              <w:rPr>
                <w:rFonts w:eastAsia="Calibri"/>
                <w:color w:val="000000"/>
                <w:sz w:val="24"/>
                <w:szCs w:val="24"/>
              </w:rPr>
              <w:lastRenderedPageBreak/>
              <w:t>Особенности авторской сказки Л.Н. Толстого [[«Ореховая ветка»]]: основные события, главные герои, волшебные помощники</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sz w:val="24"/>
                <w:szCs w:val="24"/>
              </w:rPr>
            </w:pPr>
            <w:r w:rsidRPr="00765081">
              <w:rPr>
                <w:sz w:val="24"/>
                <w:szCs w:val="24"/>
              </w:rPr>
              <w:lastRenderedPageBreak/>
              <w:t>Библиотека ЦОК</w:t>
            </w:r>
          </w:p>
          <w:p w:rsidR="00B928D0" w:rsidRPr="00765081" w:rsidRDefault="00B928D0" w:rsidP="00B928D0">
            <w:pPr>
              <w:rPr>
                <w:sz w:val="24"/>
                <w:szCs w:val="24"/>
              </w:rPr>
            </w:pPr>
            <w:r w:rsidRPr="00765081">
              <w:rPr>
                <w:sz w:val="24"/>
                <w:szCs w:val="24"/>
              </w:rPr>
              <w:lastRenderedPageBreak/>
              <w:t>https://m.edsoo.ru/8bc4e35a</w:t>
            </w:r>
          </w:p>
        </w:tc>
        <w:tc>
          <w:tcPr>
            <w:tcW w:w="1134" w:type="dxa"/>
          </w:tcPr>
          <w:p w:rsidR="00B928D0" w:rsidRPr="00765081" w:rsidRDefault="00B928D0" w:rsidP="00B928D0">
            <w:pPr>
              <w:rPr>
                <w:sz w:val="24"/>
                <w:szCs w:val="24"/>
              </w:rPr>
            </w:pPr>
          </w:p>
        </w:tc>
        <w:tc>
          <w:tcPr>
            <w:tcW w:w="1418" w:type="dxa"/>
          </w:tcPr>
          <w:p w:rsidR="00B928D0" w:rsidRPr="00765081" w:rsidRDefault="00B928D0" w:rsidP="00B928D0">
            <w:pPr>
              <w:rPr>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Работа с баснями Л.Н. Толстого: выделение жанровых особенностей. На примере басни «Белка и волк»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https://m.edsoo.ru/8bc4f066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Наблюдение за художественными особенностями рассказа-описания Л.Н. Толстого «Лебеди»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https://m.edsoo.ru/8bc4ea8a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Различение художественного и научно-познавательного текстов «Лебеди» и «Зайцы» Л.Н. Толстого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https://m.edsoo.ru/8bc4e684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Осознание связи содержания произведения с реальным событием. На примере были «Прыжок» Л.Н. Толстого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https://m.edsoo.ru/8bc4eb98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Анализ сюжета были «Прыжок» Л.Н. Толстого: главные герои, отдельные эпизоды, составление плана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https://m.edsoo.ru/8bc4e576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Различение рассказчика и автора произведения в рассказе Л.Н. Толстого «Акула», «</w:t>
            </w:r>
            <w:r w:rsidRPr="00765081">
              <w:rPr>
                <w:bCs/>
                <w:i/>
                <w:color w:val="000000"/>
                <w:sz w:val="24"/>
                <w:szCs w:val="24"/>
              </w:rPr>
              <w:t>Какая бывает роса на траве», «Куда девается вода из моря?».</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https://m.edsoo.ru/8bc4e972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https://m.edsoo.ru/8bc4e45e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Тематическая проверочная работа по итогам раздела «Творчество Л.Н. Толстого»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https://m.edsoo.ru/8bc4eecc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Работа с детскими книгами: жанровое многообразие произведений Л.Н. Толстого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https://m.edsoo.ru/8bc4ed00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Картины природы в произведениях поэтов и писателей ХIХ </w:t>
            </w:r>
            <w:r w:rsidRPr="00765081">
              <w:rPr>
                <w:bCs/>
                <w:color w:val="000000"/>
                <w:sz w:val="24"/>
                <w:szCs w:val="24"/>
                <w:shd w:val="clear" w:color="auto" w:fill="FFFFFF"/>
              </w:rPr>
              <w:lastRenderedPageBreak/>
              <w:t xml:space="preserve">века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5 часа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lastRenderedPageBreak/>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https://m.edsoo.ru/8bc4d784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Поэты о красоте родной природы. На примере произведения Н.А. Некрасова «Железная дорога» (отрывок)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https://m.edsoo.ru/8bc4d8a6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Олицетворение как одно из средств выразительности лирического произведения. А. А. Блок «Ворона», </w:t>
            </w:r>
            <w:r w:rsidRPr="00765081">
              <w:rPr>
                <w:bCs/>
                <w:i/>
                <w:color w:val="000000"/>
                <w:sz w:val="24"/>
                <w:szCs w:val="24"/>
                <w:shd w:val="clear" w:color="auto" w:fill="FFFFFF"/>
              </w:rPr>
              <w:t>Суриков И. З. «Детство».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https://m.edsoo.ru/8bc4e0f8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 Работа с текстом</w:t>
            </w:r>
          </w:p>
          <w:p w:rsidR="00B928D0" w:rsidRPr="00765081" w:rsidRDefault="00B928D0" w:rsidP="00B928D0">
            <w:pPr>
              <w:ind w:left="135"/>
              <w:rPr>
                <w:bCs/>
                <w:i/>
                <w:color w:val="000000"/>
                <w:sz w:val="24"/>
                <w:szCs w:val="24"/>
              </w:rPr>
            </w:pPr>
            <w:r w:rsidRPr="00765081">
              <w:rPr>
                <w:bCs/>
                <w:color w:val="000000"/>
                <w:sz w:val="24"/>
                <w:szCs w:val="24"/>
              </w:rPr>
              <w:t>К</w:t>
            </w:r>
            <w:r w:rsidRPr="00765081">
              <w:rPr>
                <w:bCs/>
                <w:i/>
                <w:color w:val="000000"/>
                <w:sz w:val="24"/>
                <w:szCs w:val="24"/>
              </w:rPr>
              <w:t>онтрольная работа № 2</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https://m.edsoo.ru/8bc4d554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Сравнение средств создания пейзажа в тексте-описании, в изобразительном искусстве, в произведениях музыкального искусства. Бунин И. А. «Первый снег», Есенин С. А. «Берёза». Описание природы (пейзаж) в художественном произведении. На примере произведения А.П.Чехова «Степь» (отрывок)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https://m.edsoo.ru/8bc4dc98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Литературная сказка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9 часов )</w:t>
            </w: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Характеристика героя сказки В.М. Гаршина «Лягушка-путешественница».</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https://m.edsoo.ru/8bc4f1c4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Особенности литературной сказки В.М. Гаршина «Лягушка-путешественница»: анализ сюжета, композиции.</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16" w:history="1">
              <w:r w:rsidRPr="00765081">
                <w:rPr>
                  <w:rFonts w:eastAsia="Calibri"/>
                  <w:color w:val="0000FF"/>
                  <w:sz w:val="24"/>
                  <w:szCs w:val="24"/>
                  <w:u w:val="single"/>
                </w:rPr>
                <w:t>https://m.edsoo.ru/8bc4f548</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Осознание главной мысли (идеи) сказки В.М. Гаршина «Лягушка-путешественница».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https://m.edsoo.ru/8bc4f69c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Работа с детскими книгами «Литературные сказки писателей»: составление аннотации. М. Горький «Случай с </w:t>
            </w:r>
            <w:proofErr w:type="spellStart"/>
            <w:r w:rsidRPr="00765081">
              <w:rPr>
                <w:bCs/>
                <w:color w:val="000000"/>
                <w:sz w:val="24"/>
                <w:szCs w:val="24"/>
                <w:shd w:val="clear" w:color="auto" w:fill="FFFFFF"/>
              </w:rPr>
              <w:t>Евсейкой</w:t>
            </w:r>
            <w:proofErr w:type="spellEnd"/>
            <w:r w:rsidRPr="00765081">
              <w:rPr>
                <w:bCs/>
                <w:color w:val="000000"/>
                <w:sz w:val="24"/>
                <w:szCs w:val="24"/>
                <w:shd w:val="clear" w:color="auto" w:fill="FFFFFF"/>
              </w:rPr>
              <w:t>».</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https://m.edsoo.ru/8bc4f82c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Животные в литературных сказках. На примере произведения И.С. Соколова-Микитова «Листопадничек»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https://m.edsoo.ru/8bc4f958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Научно-естественные сведения о природе в сказке И.С. Соколова-Микитова «Листопадничек»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https://m.edsoo.ru/8bc4fc6e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Создание образов героев-животных в литературных сказках. На примере произведения Д.Н. </w:t>
            </w:r>
            <w:proofErr w:type="gramStart"/>
            <w:r w:rsidRPr="00765081">
              <w:rPr>
                <w:bCs/>
                <w:color w:val="000000"/>
                <w:sz w:val="24"/>
                <w:szCs w:val="24"/>
              </w:rPr>
              <w:t>Мамин-Сибиряка</w:t>
            </w:r>
            <w:proofErr w:type="gramEnd"/>
            <w:r w:rsidRPr="00765081">
              <w:rPr>
                <w:bCs/>
                <w:color w:val="000000"/>
                <w:sz w:val="24"/>
                <w:szCs w:val="24"/>
              </w:rPr>
              <w:t xml:space="preserve"> «Умнее всех»</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https://m.edsoo.ru/8bc4fe30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firstLine="567"/>
              <w:jc w:val="both"/>
              <w:rPr>
                <w:i/>
                <w:color w:val="333333"/>
                <w:sz w:val="24"/>
                <w:szCs w:val="24"/>
              </w:rPr>
            </w:pPr>
            <w:r w:rsidRPr="00765081">
              <w:rPr>
                <w:bCs/>
                <w:color w:val="000000"/>
                <w:sz w:val="24"/>
                <w:szCs w:val="24"/>
              </w:rPr>
              <w:t xml:space="preserve">Поучительный смысл сказок о животных. На примере произведения Д.Н. </w:t>
            </w:r>
            <w:proofErr w:type="gramStart"/>
            <w:r w:rsidRPr="00765081">
              <w:rPr>
                <w:bCs/>
                <w:color w:val="000000"/>
                <w:sz w:val="24"/>
                <w:szCs w:val="24"/>
              </w:rPr>
              <w:t>Мамин-Сибиряка</w:t>
            </w:r>
            <w:proofErr w:type="gramEnd"/>
            <w:r w:rsidRPr="00765081">
              <w:rPr>
                <w:bCs/>
                <w:color w:val="000000"/>
                <w:sz w:val="24"/>
                <w:szCs w:val="24"/>
              </w:rPr>
              <w:t xml:space="preserve"> «Умнее всех», </w:t>
            </w:r>
            <w:r w:rsidRPr="00765081">
              <w:rPr>
                <w:i/>
                <w:color w:val="333333"/>
                <w:sz w:val="24"/>
                <w:szCs w:val="24"/>
              </w:rPr>
              <w:t>В. М. Гаршин «Сказка о жабе и розе</w:t>
            </w:r>
            <w:r w:rsidR="001F0A5D" w:rsidRPr="00765081">
              <w:rPr>
                <w:i/>
                <w:color w:val="333333"/>
                <w:sz w:val="24"/>
                <w:szCs w:val="24"/>
              </w:rPr>
              <w:t>»</w:t>
            </w:r>
            <w:r w:rsidRPr="00765081">
              <w:rPr>
                <w:i/>
                <w:color w:val="333333"/>
                <w:sz w:val="24"/>
                <w:szCs w:val="24"/>
              </w:rPr>
              <w:t>.</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https://m.edsoo.ru/8bc4ff70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Составление устного рассказа «Моя любимая книга»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https://m.edsoo.ru/8bc50358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Картины природы в произведениях поэтов и писателей XX века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5 часов ).</w:t>
            </w:r>
          </w:p>
        </w:tc>
        <w:tc>
          <w:tcPr>
            <w:tcW w:w="5245" w:type="dxa"/>
            <w:vAlign w:val="center"/>
          </w:tcPr>
          <w:tbl>
            <w:tblPr>
              <w:tblW w:w="7856" w:type="dxa"/>
              <w:tblCellSpacing w:w="15" w:type="dxa"/>
              <w:tblLayout w:type="fixed"/>
              <w:tblCellMar>
                <w:top w:w="15" w:type="dxa"/>
                <w:left w:w="15" w:type="dxa"/>
                <w:bottom w:w="15" w:type="dxa"/>
                <w:right w:w="15" w:type="dxa"/>
              </w:tblCellMar>
              <w:tblLook w:val="04A0"/>
            </w:tblPr>
            <w:tblGrid>
              <w:gridCol w:w="7856"/>
            </w:tblGrid>
            <w:tr w:rsidR="00B928D0" w:rsidRPr="00765081" w:rsidTr="001F0A5D">
              <w:trPr>
                <w:trHeight w:val="1515"/>
                <w:tblCellSpacing w:w="15" w:type="dxa"/>
              </w:trPr>
              <w:tc>
                <w:tcPr>
                  <w:tcW w:w="7796" w:type="dxa"/>
                </w:tcPr>
                <w:p w:rsidR="00B928D0" w:rsidRPr="00765081" w:rsidRDefault="00B928D0" w:rsidP="00B928D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bCs/>
                      <w:color w:val="000000"/>
                      <w:sz w:val="24"/>
                      <w:szCs w:val="24"/>
                      <w:lang w:eastAsia="ru-RU"/>
                    </w:rPr>
                    <w:t>Наблюдение за описанием зимнего пейзажа. На примере стихотворения С.Д. Дрожжина «Зимний день»</w:t>
                  </w:r>
                </w:p>
              </w:tc>
            </w:tr>
          </w:tbl>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https://m.edsoo.ru/8bc504ac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Оценка чувств и настроения, вызываемых лирическим произведением</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https://m.edsoo.ru/8bc5072c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Работа со стихотворением С.А. Есенина «Берёза»: средства выразительности в произведении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https://m.edsoo.ru/8bc50876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rPr>
                <w:bCs/>
                <w:color w:val="000000"/>
                <w:sz w:val="24"/>
                <w:szCs w:val="24"/>
              </w:rPr>
            </w:pPr>
            <w:r w:rsidRPr="00765081">
              <w:rPr>
                <w:bCs/>
                <w:color w:val="000000"/>
                <w:sz w:val="24"/>
                <w:szCs w:val="24"/>
              </w:rPr>
              <w:t>Восприятие картин природы в стихотворениях С.А. Есенина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https://m.edsoo.ru/8bc50984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Живописные полотна как иллюстрация к лирическому произведению: пейзаж.</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https://m.edsoo.ru/8bc514ba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Произведения о взаимоотношениях человека и животных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 xml:space="preserve">7 </w:t>
            </w:r>
            <w:r w:rsidRPr="00765081">
              <w:rPr>
                <w:bCs/>
                <w:color w:val="000000"/>
                <w:sz w:val="24"/>
                <w:szCs w:val="24"/>
                <w:shd w:val="clear" w:color="auto" w:fill="FFFFFF"/>
              </w:rPr>
              <w:lastRenderedPageBreak/>
              <w:t>часов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lastRenderedPageBreak/>
              <w:t xml:space="preserve">Взаимоотношения человека и животных – тема произведения Д.Н. </w:t>
            </w:r>
            <w:proofErr w:type="gramStart"/>
            <w:r w:rsidRPr="00765081">
              <w:rPr>
                <w:bCs/>
                <w:color w:val="000000"/>
                <w:sz w:val="24"/>
                <w:szCs w:val="24"/>
                <w:shd w:val="clear" w:color="auto" w:fill="FFFFFF"/>
              </w:rPr>
              <w:t>Мамин-Сибиряка</w:t>
            </w:r>
            <w:proofErr w:type="gramEnd"/>
            <w:r w:rsidRPr="00765081">
              <w:rPr>
                <w:bCs/>
                <w:color w:val="000000"/>
                <w:sz w:val="24"/>
                <w:szCs w:val="24"/>
                <w:shd w:val="clear" w:color="auto" w:fill="FFFFFF"/>
              </w:rPr>
              <w:t xml:space="preserve"> «Приёмыш».</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https://m.edsoo.ru/8bc513ac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Соотнесение заглавия и главной мысли рассказа Д.Н. </w:t>
            </w:r>
            <w:proofErr w:type="gramStart"/>
            <w:r w:rsidRPr="00765081">
              <w:rPr>
                <w:bCs/>
                <w:color w:val="000000"/>
                <w:sz w:val="24"/>
                <w:szCs w:val="24"/>
                <w:shd w:val="clear" w:color="auto" w:fill="FFFFFF"/>
              </w:rPr>
              <w:t>Мамин-Сибиряка</w:t>
            </w:r>
            <w:proofErr w:type="gramEnd"/>
            <w:r w:rsidRPr="00765081">
              <w:rPr>
                <w:bCs/>
                <w:color w:val="000000"/>
                <w:sz w:val="24"/>
                <w:szCs w:val="24"/>
                <w:shd w:val="clear" w:color="auto" w:fill="FFFFFF"/>
              </w:rPr>
              <w:t xml:space="preserve"> «Приёмыш».</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https://m.edsoo.ru/8bc514ba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Отражение темы дружба животных в рассказах писателей. На примере произведения А.И. Куприна «Барбос и </w:t>
            </w:r>
            <w:proofErr w:type="spellStart"/>
            <w:r w:rsidRPr="00765081">
              <w:rPr>
                <w:bCs/>
                <w:color w:val="000000"/>
                <w:sz w:val="24"/>
                <w:szCs w:val="24"/>
              </w:rPr>
              <w:t>Жулька</w:t>
            </w:r>
            <w:proofErr w:type="spellEnd"/>
            <w:r w:rsidRPr="00765081">
              <w:rPr>
                <w:bCs/>
                <w:color w:val="000000"/>
                <w:sz w:val="24"/>
                <w:szCs w:val="24"/>
              </w:rPr>
              <w:t>».</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https://m.edsoo.ru/8bc5169a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Характеристика героев-животных, их портрет в рассказах писателей. На примере рассказа А.И. Куприна «Барбос и </w:t>
            </w:r>
            <w:proofErr w:type="spellStart"/>
            <w:r w:rsidRPr="00765081">
              <w:rPr>
                <w:bCs/>
                <w:color w:val="000000"/>
                <w:sz w:val="24"/>
                <w:szCs w:val="24"/>
              </w:rPr>
              <w:t>Жулька</w:t>
            </w:r>
            <w:proofErr w:type="spellEnd"/>
            <w:r w:rsidRPr="00765081">
              <w:rPr>
                <w:bCs/>
                <w:color w:val="000000"/>
                <w:sz w:val="24"/>
                <w:szCs w:val="24"/>
              </w:rPr>
              <w:t>».</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https://m.edsoo.ru/8bc518de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Отражение нравственно-этических понятий (любовь и забота о животных) в рассказах писателей. </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https://m.edsoo.ru/8bc519f6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Осознание понятий верность и преданность животных.</w:t>
            </w:r>
            <w:r w:rsidRPr="00765081">
              <w:rPr>
                <w:color w:val="333333"/>
                <w:sz w:val="24"/>
                <w:szCs w:val="24"/>
              </w:rPr>
              <w:t xml:space="preserve"> Д.Н. </w:t>
            </w:r>
            <w:proofErr w:type="gramStart"/>
            <w:r w:rsidRPr="00765081">
              <w:rPr>
                <w:color w:val="333333"/>
                <w:sz w:val="24"/>
                <w:szCs w:val="24"/>
              </w:rPr>
              <w:t>Мамин-Сибиряк</w:t>
            </w:r>
            <w:proofErr w:type="gramEnd"/>
            <w:r w:rsidRPr="00765081">
              <w:rPr>
                <w:color w:val="333333"/>
                <w:sz w:val="24"/>
                <w:szCs w:val="24"/>
              </w:rPr>
              <w:t xml:space="preserve"> «Приёмыш».</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https://m.edsoo.ru/8bc51b04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Autospacing="1" w:afterAutospacing="1"/>
              <w:ind w:firstLine="567"/>
              <w:jc w:val="both"/>
              <w:rPr>
                <w:i/>
                <w:color w:val="333333"/>
                <w:sz w:val="24"/>
                <w:szCs w:val="24"/>
              </w:rPr>
            </w:pPr>
            <w:r w:rsidRPr="00765081">
              <w:rPr>
                <w:bCs/>
                <w:color w:val="000000"/>
                <w:sz w:val="24"/>
                <w:szCs w:val="24"/>
                <w:shd w:val="clear" w:color="auto" w:fill="FFFFFF"/>
              </w:rPr>
              <w:t>Работа с детскими книгами о братьях наших меньших: написание отзыва.</w:t>
            </w:r>
            <w:r w:rsidRPr="00765081">
              <w:rPr>
                <w:i/>
                <w:color w:val="333333"/>
                <w:sz w:val="24"/>
                <w:szCs w:val="24"/>
              </w:rPr>
              <w:t xml:space="preserve"> Д.Н. </w:t>
            </w:r>
            <w:proofErr w:type="gramStart"/>
            <w:r w:rsidRPr="00765081">
              <w:rPr>
                <w:i/>
                <w:color w:val="333333"/>
                <w:sz w:val="24"/>
                <w:szCs w:val="24"/>
              </w:rPr>
              <w:t>Мамин-Сибиряк</w:t>
            </w:r>
            <w:proofErr w:type="gramEnd"/>
            <w:r w:rsidRPr="00765081">
              <w:rPr>
                <w:i/>
                <w:color w:val="333333"/>
                <w:sz w:val="24"/>
                <w:szCs w:val="24"/>
              </w:rPr>
              <w:t xml:space="preserve"> «Сказка про храброго зайца – длинные уши, косые глаза, короткий хвост». </w:t>
            </w:r>
            <w:r w:rsidRPr="00765081">
              <w:rPr>
                <w:i/>
                <w:color w:val="333333"/>
                <w:sz w:val="24"/>
                <w:szCs w:val="24"/>
                <w:shd w:val="clear" w:color="auto" w:fill="FFFF00"/>
              </w:rPr>
              <w:t>‌</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https://m.edsoo.ru/8bc524d2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bCs/>
                <w:color w:val="000000"/>
                <w:sz w:val="24"/>
                <w:szCs w:val="24"/>
                <w:shd w:val="clear" w:color="auto" w:fill="FFFFFF"/>
              </w:rPr>
            </w:pPr>
            <w:proofErr w:type="gramStart"/>
            <w:r w:rsidRPr="00765081">
              <w:rPr>
                <w:bCs/>
                <w:color w:val="000000"/>
                <w:sz w:val="24"/>
                <w:szCs w:val="24"/>
                <w:shd w:val="clear" w:color="auto" w:fill="FFFFFF"/>
              </w:rPr>
              <w:t>Картины природы в произведениях поэтов и писателей XX века. (</w:t>
            </w:r>
            <w:proofErr w:type="gramEnd"/>
          </w:p>
          <w:p w:rsidR="00B928D0" w:rsidRPr="00765081" w:rsidRDefault="00B928D0" w:rsidP="00B928D0">
            <w:pPr>
              <w:rPr>
                <w:color w:val="000000"/>
                <w:sz w:val="24"/>
                <w:szCs w:val="24"/>
              </w:rPr>
            </w:pPr>
            <w:proofErr w:type="gramStart"/>
            <w:r w:rsidRPr="00765081">
              <w:rPr>
                <w:bCs/>
                <w:color w:val="000000"/>
                <w:sz w:val="24"/>
                <w:szCs w:val="24"/>
                <w:shd w:val="clear" w:color="auto" w:fill="FFFFFF"/>
              </w:rPr>
              <w:t>5 часов).</w:t>
            </w:r>
            <w:proofErr w:type="gramEnd"/>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Создание картин природы в произведениях поэтов. На примере стихотворения И.А.Бунина «Первый снег».</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https://m.edsoo.ru/8bc50e34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Звукопись, её выразительное значение в лирических произведениях.</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17" w:history="1">
              <w:r w:rsidRPr="00765081">
                <w:rPr>
                  <w:rFonts w:eastAsia="Calibri"/>
                  <w:color w:val="0000FF"/>
                  <w:sz w:val="24"/>
                  <w:szCs w:val="24"/>
                  <w:u w:val="single"/>
                </w:rPr>
                <w:t>https://m.edsoo.ru/8bc50f6a</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Поэтические картины родной природы.</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https://m.edsoo.ru/8bc51096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Составление устного рассказа «Красота родной природы» по изученным текстам.</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https://m.edsoo.ru/8bc522a2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Тематическая проверочная работа по итогам раздела «Картины природы в произведениях поэтов и писателей Х</w:t>
            </w:r>
            <w:proofErr w:type="gramStart"/>
            <w:r w:rsidRPr="00765081">
              <w:rPr>
                <w:bCs/>
                <w:color w:val="000000"/>
                <w:sz w:val="24"/>
                <w:szCs w:val="24"/>
                <w:shd w:val="clear" w:color="auto" w:fill="FFFFFF"/>
              </w:rPr>
              <w:t>I</w:t>
            </w:r>
            <w:proofErr w:type="gramEnd"/>
            <w:r w:rsidRPr="00765081">
              <w:rPr>
                <w:bCs/>
                <w:color w:val="000000"/>
                <w:sz w:val="24"/>
                <w:szCs w:val="24"/>
                <w:shd w:val="clear" w:color="auto" w:fill="FFFFFF"/>
              </w:rPr>
              <w:t>Х – ХХ века».</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Произведения о детях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18 часов )</w:t>
            </w: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Дети – герои произведений.</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https://m.edsoo.ru/8bc52806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57" w:firstLine="567"/>
              <w:jc w:val="both"/>
              <w:rPr>
                <w:bCs/>
                <w:color w:val="000000"/>
                <w:sz w:val="24"/>
                <w:szCs w:val="24"/>
              </w:rPr>
            </w:pPr>
            <w:r w:rsidRPr="00765081">
              <w:rPr>
                <w:bCs/>
                <w:color w:val="000000"/>
                <w:sz w:val="24"/>
                <w:szCs w:val="24"/>
                <w:shd w:val="clear" w:color="auto" w:fill="FFFFFF"/>
              </w:rPr>
              <w:t xml:space="preserve">Историческая обстановка как фон создания произведения. </w:t>
            </w:r>
            <w:r w:rsidRPr="00765081">
              <w:rPr>
                <w:bCs/>
                <w:i/>
                <w:color w:val="000000"/>
                <w:sz w:val="24"/>
                <w:szCs w:val="24"/>
                <w:shd w:val="clear" w:color="auto" w:fill="FFFFFF"/>
              </w:rPr>
              <w:t>В. Осеева «Васёк Трубачёв и его товарищи».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https://m.edsoo.ru/8bc52bd0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Судьбы крестьянских детей в произведениях писателей. На примере рассказа А.П. Чехова «Ванька»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https://m.edsoo.ru/8bc52da6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rPr>
          <w:trHeight w:val="835"/>
        </w:trPr>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Особенности внешнего вида и характера героя-ребёнка. На примере рассказа А.П. Чехова «Ванька»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https://m.edsoo.ru/8bc52928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https://m.edsoo.ru/8bc52a40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Деление текста на части, составление плана, выявление главной мысли (идеи) рассказа Л.Пантелеева «Честное слово»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https://m.edsoo.ru/8bc52ebe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Представление темы «Дети на войне» в рассказе Л. Пантелеева «На ялике»</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https://m.edsoo.ru/8bc52fd6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Мужество и бесстрашие – качества, проявляемые детьми в военное время</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https://m.edsoo.ru/8bc53242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Составление портрета главного героя рассказа Л.А. Кассиля «Алексей Андреевич»</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https://m.edsoo.ru/8bc53364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Осмысление поступков и поведения главного героя рассказа Л.А. Кассиля «Алексей Андреевич»</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https://m.edsoo.ru/8bc5347c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Отличие автора от героя и рассказчика. На примере рассказа А.П. Гайдара «Горячий камень»</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https://m.edsoo.ru/8bc53710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Выделение главной мысли (идеи) произведения о детях. На примере рассказа А.П. Гайдара «Горячий камень»</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https://m.edsoo.ru/8bc53850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Основные события сюжета произведения А.П.Гайдара «Тимур и его команда» (отрывки)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https://m.edsoo.ru/8bc53a12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Роль интерьера (описание штаба) в создании образов героев произведения А.П. Гайдара «Тимур и его команда» (отрывки)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https://m.edsoo.ru/8bc541a6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Нравственная оценка ситуаций, поведения и поступков героев произведения А.П. Гайдара «Тимур и его команда» (отрывки)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https://m.edsoo.ru/8bc5434a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Раскрытие темы «Разные детские судьбы» в произведениях писателей</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https://m.edsoo.ru/8bc53bca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Тематическая проверочная работа по итогам раздела «Произведения о детях»</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https://m.edsoo.ru/8bc544a8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Работа с книгами о детях: составление аннотации.</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18" w:history="1">
              <w:r w:rsidRPr="00765081">
                <w:rPr>
                  <w:rFonts w:eastAsia="Calibri"/>
                  <w:color w:val="0000FF"/>
                  <w:sz w:val="24"/>
                  <w:szCs w:val="24"/>
                  <w:u w:val="single"/>
                </w:rPr>
                <w:t>https://m.edsoo.ru/f29f3630</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Произведения о взаимоотношениях человека и животных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9 часов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Произведения Паустовского К.Г. о природе и животных. Главная мысль (идея) рассказа «Барсучий нос»</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https://m.edsoo.ru/8bc51c12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Работа с рассказом Паустовского К.Г. «Кот-ворюга»: анализ композиции, составление плана</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19" w:history="1">
              <w:r w:rsidRPr="00765081">
                <w:rPr>
                  <w:rFonts w:eastAsia="Calibri"/>
                  <w:color w:val="0000FF"/>
                  <w:sz w:val="24"/>
                  <w:szCs w:val="24"/>
                  <w:u w:val="single"/>
                </w:rPr>
                <w:t>https://m.edsoo.ru/8bc51e24</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Составление портрета героя-животного в рассказе Паустовского К.Г. «Кот-ворюга»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https://m.edsoo.ru/8bc51f46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Раскрытие темы взаимоотношения человека и животного на примере рассказа Паустовского К.Г. «Заячьи лапы»</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https://m.edsoo.ru/8bc5218a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Особенности композиции в рассказах о животных. На примере рассказа Паустовского К.Г. «Заячьи лапы»</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Создание характеров героев-животных в рассказах писателей. На примере рассказа Пришвина М.М. «Выскочка»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https://m.edsoo.ru/8bc51294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Рассказы писателей-натуралистов о заботливом и бережном отношении человека к животным к природе родного края</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https://m.edsoo.ru/8bc50bbe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Тематическая проверочная работа по итогам раздела «Взаимоотношения человека и животных»</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Составление устного рассказа «Любовь и забота о братьях наших меньших» по изученным произведениям</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https://m.edsoo.ru/8bc523ba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Произведения о взаимоотношениях человека и животных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1 час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Человек и его взаимоотношения с животными в рассказах писателей</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https://m.edsoo.ru/8bc525e0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Юмористические произведения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6 часов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Особенности юмористических произведений Н.Н.Носова и других авторов на выбор.</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20" w:history="1">
              <w:r w:rsidRPr="00765081">
                <w:rPr>
                  <w:rFonts w:eastAsia="Calibri"/>
                  <w:color w:val="0000FF"/>
                  <w:sz w:val="24"/>
                  <w:szCs w:val="24"/>
                  <w:u w:val="single"/>
                </w:rPr>
                <w:t>https://m.edsoo.ru/f29f3ca2</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Комичность как основа сюжета рассказов Н.Н.Носова и других авторов на выбор.</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https://m.edsoo.ru/f29f3db0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Характеристика героя «Денискиных рассказов» В.Ю. Драгунского</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https://m.edsoo.ru/f29f3a5e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Средства выразительности текста юмористического содержания: преувеличение. На примере произведений В.Ю. </w:t>
            </w:r>
            <w:proofErr w:type="gramStart"/>
            <w:r w:rsidRPr="00765081">
              <w:rPr>
                <w:bCs/>
                <w:color w:val="000000"/>
                <w:sz w:val="24"/>
                <w:szCs w:val="24"/>
                <w:shd w:val="clear" w:color="auto" w:fill="FFFFFF"/>
              </w:rPr>
              <w:t>Драгунского</w:t>
            </w:r>
            <w:proofErr w:type="gramEnd"/>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https://m.edsoo.ru/f29f3b80</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color w:val="000000"/>
                <w:sz w:val="24"/>
                <w:szCs w:val="24"/>
              </w:rPr>
              <w:t>.</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Работа с детскими книгами: авторы юмористических </w:t>
            </w:r>
            <w:proofErr w:type="spellStart"/>
            <w:r w:rsidRPr="00765081">
              <w:rPr>
                <w:bCs/>
                <w:color w:val="000000"/>
                <w:sz w:val="24"/>
                <w:szCs w:val="24"/>
                <w:shd w:val="clear" w:color="auto" w:fill="FFFFFF"/>
              </w:rPr>
              <w:t>рассказов</w:t>
            </w:r>
            <w:proofErr w:type="gramStart"/>
            <w:r w:rsidRPr="00765081">
              <w:rPr>
                <w:bCs/>
                <w:color w:val="000000"/>
                <w:sz w:val="24"/>
                <w:szCs w:val="24"/>
                <w:shd w:val="clear" w:color="auto" w:fill="FFFFFF"/>
              </w:rPr>
              <w:t>.М</w:t>
            </w:r>
            <w:proofErr w:type="spellEnd"/>
            <w:proofErr w:type="gramEnd"/>
            <w:r w:rsidRPr="00765081">
              <w:rPr>
                <w:bCs/>
                <w:color w:val="000000"/>
                <w:sz w:val="24"/>
                <w:szCs w:val="24"/>
                <w:shd w:val="clear" w:color="auto" w:fill="FFFFFF"/>
              </w:rPr>
              <w:t>. М. Зощенко «Ёлка».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https://m.edsoo.ru/f29f3928</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Составление устного рассказа «Мой любимый детский писатель» на примере изученных произведений.</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https://m.edsoo.ru/f29f3ed2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Зарубежная литература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10 часов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 xml:space="preserve">Волшебные предметы и помощники в литературных сказках Ш. Перро </w:t>
            </w:r>
            <w:r w:rsidRPr="00765081">
              <w:rPr>
                <w:color w:val="333333"/>
                <w:sz w:val="24"/>
                <w:szCs w:val="24"/>
              </w:rPr>
              <w:t>«Подарок феи»</w:t>
            </w:r>
            <w:proofErr w:type="gramStart"/>
            <w:r w:rsidRPr="00765081">
              <w:rPr>
                <w:color w:val="333333"/>
                <w:sz w:val="24"/>
                <w:szCs w:val="24"/>
              </w:rPr>
              <w:t> .</w:t>
            </w:r>
            <w:proofErr w:type="gramEnd"/>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https://m.edsoo.ru/f29f4422</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Особенности литературных сказок Х.-К. Андерсена (сюжет, язык, герои)</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https://m.edsoo.ru/f29f4544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Особенности авторских сказок: раскрытие главной мысли, композиция, герои. На примере сказок Р.Киплинга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https://m.edsoo.ru/f29f41de</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Взаимоотношения человека и животных в рассказах зарубежных писателей. На примере рассказа Джека Лондона «Бурый волк». Деление текста на части, составление плана, выявление главной мысли (идеи) рассказа Джека Лондона «Бурый волк»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https://m.edsoo.ru/f29f4d8c</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i/>
                <w:color w:val="000000"/>
                <w:sz w:val="24"/>
                <w:szCs w:val="24"/>
              </w:rPr>
            </w:pPr>
            <w:r w:rsidRPr="00765081">
              <w:rPr>
                <w:bCs/>
                <w:color w:val="000000"/>
                <w:sz w:val="24"/>
                <w:szCs w:val="24"/>
              </w:rPr>
              <w:t>Промежуточная аттестация. К</w:t>
            </w:r>
            <w:r w:rsidRPr="00765081">
              <w:rPr>
                <w:bCs/>
                <w:i/>
                <w:color w:val="000000"/>
                <w:sz w:val="24"/>
                <w:szCs w:val="24"/>
              </w:rPr>
              <w:t>онтрольная работа</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https://m.edsoo.ru/f29f4774</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Средства создания образов героев-животных в рассказах зарубежных писателей. На примере рассказа Э.Сетон-Томпсона «Чинк»</w:t>
            </w:r>
          </w:p>
        </w:tc>
        <w:tc>
          <w:tcPr>
            <w:tcW w:w="4110" w:type="dxa"/>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[[Библиотека ЦОК </w:t>
            </w:r>
            <w:hyperlink r:id="rId321" w:history="1">
              <w:r w:rsidRPr="00765081">
                <w:rPr>
                  <w:rFonts w:eastAsia="Calibri"/>
                  <w:color w:val="0000FF"/>
                  <w:sz w:val="24"/>
                  <w:szCs w:val="24"/>
                  <w:u w:val="single"/>
                </w:rPr>
                <w:t>https://m.edsoo.ru/f29f488c</w:t>
              </w:r>
            </w:hyperlink>
            <w:r w:rsidRPr="00765081">
              <w:rPr>
                <w:rFonts w:eastAsia="Calibri"/>
                <w:color w:val="000000"/>
                <w:sz w:val="24"/>
                <w:szCs w:val="24"/>
              </w:rPr>
              <w:t>]]</w:t>
            </w:r>
          </w:p>
          <w:p w:rsidR="00B928D0" w:rsidRPr="00765081" w:rsidRDefault="00B928D0" w:rsidP="00B928D0">
            <w:pPr>
              <w:rPr>
                <w:color w:val="000000"/>
                <w:sz w:val="24"/>
                <w:szCs w:val="24"/>
              </w:rPr>
            </w:pPr>
          </w:p>
        </w:tc>
        <w:tc>
          <w:tcPr>
            <w:tcW w:w="1134" w:type="dxa"/>
          </w:tcPr>
          <w:p w:rsidR="00B928D0" w:rsidRPr="00765081" w:rsidRDefault="00B928D0" w:rsidP="00B928D0">
            <w:pPr>
              <w:spacing w:before="100" w:beforeAutospacing="1" w:after="100" w:afterAutospacing="1"/>
              <w:rPr>
                <w:rFonts w:eastAsia="Calibri"/>
                <w:color w:val="000000"/>
                <w:sz w:val="24"/>
                <w:szCs w:val="24"/>
              </w:rPr>
            </w:pPr>
          </w:p>
        </w:tc>
        <w:tc>
          <w:tcPr>
            <w:tcW w:w="1418" w:type="dxa"/>
          </w:tcPr>
          <w:p w:rsidR="00B928D0" w:rsidRPr="00765081" w:rsidRDefault="00B928D0" w:rsidP="00B928D0">
            <w:pPr>
              <w:spacing w:before="100" w:beforeAutospacing="1" w:after="100" w:afterAutospacing="1"/>
              <w:rPr>
                <w:rFonts w:eastAsia="Calibri"/>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Осознание нравственно-этических понятий: верность и преданность животных. На примере рассказа Э.Сетон-Томпсона «Чинк»</w:t>
            </w: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https://m.edsoo.ru/f29f430a</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 xml:space="preserve">Расширение знаний о писателях, как переводчиках зарубежной литературы. На примере переводов С.Я. Маршака, К.И. Чуковского, Б.В. </w:t>
            </w:r>
            <w:proofErr w:type="spellStart"/>
            <w:r w:rsidRPr="00765081">
              <w:rPr>
                <w:rFonts w:eastAsia="Calibri"/>
                <w:color w:val="000000"/>
                <w:sz w:val="24"/>
                <w:szCs w:val="24"/>
              </w:rPr>
              <w:t>Заходера</w:t>
            </w:r>
            <w:proofErr w:type="spellEnd"/>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r w:rsidRPr="00765081">
              <w:rPr>
                <w:color w:val="000000"/>
                <w:sz w:val="24"/>
                <w:szCs w:val="24"/>
              </w:rPr>
              <w:t>Библиотека ЦОК</w:t>
            </w:r>
          </w:p>
          <w:p w:rsidR="00B928D0" w:rsidRPr="00765081" w:rsidRDefault="00B928D0" w:rsidP="00B928D0">
            <w:pPr>
              <w:rPr>
                <w:color w:val="000000"/>
                <w:sz w:val="24"/>
                <w:szCs w:val="24"/>
              </w:rPr>
            </w:pPr>
            <w:r w:rsidRPr="00765081">
              <w:rPr>
                <w:color w:val="000000"/>
                <w:sz w:val="24"/>
                <w:szCs w:val="24"/>
              </w:rPr>
              <w:t>https://m.edsoo.ru/f29f4666</w:t>
            </w: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shd w:val="clear" w:color="auto" w:fill="FFFFFF"/>
              </w:rPr>
              <w:t>Тематическая проверочная работа по итогам раздела «Зарубежная литература».</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spacing w:before="100" w:beforeAutospacing="1" w:after="100" w:afterAutospacing="1"/>
              <w:rPr>
                <w:rFonts w:eastAsia="Calibri"/>
                <w:bCs/>
                <w:sz w:val="24"/>
                <w:szCs w:val="24"/>
              </w:rPr>
            </w:pPr>
            <w:r w:rsidRPr="00765081">
              <w:rPr>
                <w:rFonts w:eastAsia="Calibri"/>
                <w:color w:val="000000"/>
                <w:sz w:val="24"/>
                <w:szCs w:val="24"/>
              </w:rPr>
              <w:br/>
              <w:t>Составление устного рассказа «Мой любимый детский писатель» на примере изученных произведений</w:t>
            </w:r>
          </w:p>
          <w:p w:rsidR="00B928D0" w:rsidRPr="00765081" w:rsidRDefault="00B928D0" w:rsidP="00B928D0">
            <w:pPr>
              <w:ind w:left="135"/>
              <w:rPr>
                <w:bCs/>
                <w:color w:val="000000"/>
                <w:sz w:val="24"/>
                <w:szCs w:val="24"/>
              </w:rPr>
            </w:pP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Произведения о взаимоотношениях человека и животных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1 час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Резервный </w:t>
            </w:r>
            <w:proofErr w:type="spellStart"/>
            <w:r w:rsidRPr="00765081">
              <w:rPr>
                <w:bCs/>
                <w:color w:val="000000"/>
                <w:sz w:val="24"/>
                <w:szCs w:val="24"/>
              </w:rPr>
              <w:t>урок</w:t>
            </w:r>
            <w:proofErr w:type="gramStart"/>
            <w:r w:rsidRPr="00765081">
              <w:rPr>
                <w:bCs/>
                <w:color w:val="000000"/>
                <w:sz w:val="24"/>
                <w:szCs w:val="24"/>
              </w:rPr>
              <w:t>.С</w:t>
            </w:r>
            <w:proofErr w:type="gramEnd"/>
            <w:r w:rsidRPr="00765081">
              <w:rPr>
                <w:bCs/>
                <w:color w:val="000000"/>
                <w:sz w:val="24"/>
                <w:szCs w:val="24"/>
              </w:rPr>
              <w:t>оставление</w:t>
            </w:r>
            <w:proofErr w:type="spellEnd"/>
            <w:r w:rsidRPr="00765081">
              <w:rPr>
                <w:bCs/>
                <w:color w:val="000000"/>
                <w:sz w:val="24"/>
                <w:szCs w:val="24"/>
              </w:rPr>
              <w:t xml:space="preserve"> устного рассказа «Дружба человека и животного» на примере изученных произведений</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Зарубежная литература (1 час</w:t>
            </w:r>
            <w:proofErr w:type="gramStart"/>
            <w:r w:rsidRPr="00765081">
              <w:rPr>
                <w:bCs/>
                <w:color w:val="000000"/>
                <w:sz w:val="24"/>
                <w:szCs w:val="24"/>
                <w:shd w:val="clear" w:color="auto" w:fill="FFFFFF"/>
              </w:rPr>
              <w:t xml:space="preserve"> )</w:t>
            </w:r>
            <w:proofErr w:type="gramEnd"/>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Резервный </w:t>
            </w:r>
            <w:proofErr w:type="spellStart"/>
            <w:r w:rsidRPr="00765081">
              <w:rPr>
                <w:bCs/>
                <w:color w:val="000000"/>
                <w:sz w:val="24"/>
                <w:szCs w:val="24"/>
              </w:rPr>
              <w:t>урок</w:t>
            </w:r>
            <w:proofErr w:type="gramStart"/>
            <w:r w:rsidRPr="00765081">
              <w:rPr>
                <w:bCs/>
                <w:color w:val="000000"/>
                <w:sz w:val="24"/>
                <w:szCs w:val="24"/>
              </w:rPr>
              <w:t>.Р</w:t>
            </w:r>
            <w:proofErr w:type="gramEnd"/>
            <w:r w:rsidRPr="00765081">
              <w:rPr>
                <w:bCs/>
                <w:color w:val="000000"/>
                <w:sz w:val="24"/>
                <w:szCs w:val="24"/>
              </w:rPr>
              <w:t>абота</w:t>
            </w:r>
            <w:proofErr w:type="spellEnd"/>
            <w:r w:rsidRPr="00765081">
              <w:rPr>
                <w:bCs/>
                <w:color w:val="000000"/>
                <w:sz w:val="24"/>
                <w:szCs w:val="24"/>
              </w:rPr>
              <w:t xml:space="preserve"> с детскими книгами «Зарубежные писатели – детям»: написание отзыва</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r w:rsidRPr="00765081">
              <w:rPr>
                <w:bCs/>
                <w:color w:val="000000"/>
                <w:sz w:val="24"/>
                <w:szCs w:val="24"/>
                <w:shd w:val="clear" w:color="auto" w:fill="FFFFFF"/>
              </w:rPr>
              <w:t xml:space="preserve">Библиографическая культура (работа с детской книгой и справочной литературой) </w:t>
            </w:r>
            <w:proofErr w:type="gramStart"/>
            <w:r w:rsidRPr="00765081">
              <w:rPr>
                <w:bCs/>
                <w:color w:val="000000"/>
                <w:sz w:val="24"/>
                <w:szCs w:val="24"/>
                <w:shd w:val="clear" w:color="auto" w:fill="FFFFFF"/>
              </w:rPr>
              <w:t xml:space="preserve">( </w:t>
            </w:r>
            <w:proofErr w:type="gramEnd"/>
            <w:r w:rsidRPr="00765081">
              <w:rPr>
                <w:bCs/>
                <w:color w:val="000000"/>
                <w:sz w:val="24"/>
                <w:szCs w:val="24"/>
                <w:shd w:val="clear" w:color="auto" w:fill="FFFFFF"/>
              </w:rPr>
              <w:t>4 часа )</w:t>
            </w: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Резервный </w:t>
            </w:r>
            <w:proofErr w:type="spellStart"/>
            <w:r w:rsidRPr="00765081">
              <w:rPr>
                <w:bCs/>
                <w:color w:val="000000"/>
                <w:sz w:val="24"/>
                <w:szCs w:val="24"/>
              </w:rPr>
              <w:t>урок</w:t>
            </w:r>
            <w:proofErr w:type="gramStart"/>
            <w:r w:rsidRPr="00765081">
              <w:rPr>
                <w:bCs/>
                <w:color w:val="000000"/>
                <w:sz w:val="24"/>
                <w:szCs w:val="24"/>
              </w:rPr>
              <w:t>.О</w:t>
            </w:r>
            <w:proofErr w:type="gramEnd"/>
            <w:r w:rsidRPr="00765081">
              <w:rPr>
                <w:bCs/>
                <w:color w:val="000000"/>
                <w:sz w:val="24"/>
                <w:szCs w:val="24"/>
              </w:rPr>
              <w:t>сознание</w:t>
            </w:r>
            <w:proofErr w:type="spellEnd"/>
            <w:r w:rsidRPr="00765081">
              <w:rPr>
                <w:bCs/>
                <w:color w:val="000000"/>
                <w:sz w:val="24"/>
                <w:szCs w:val="24"/>
              </w:rPr>
              <w:t xml:space="preserve"> важности читательской деятельности. Работа со стихотворением </w:t>
            </w:r>
            <w:proofErr w:type="spellStart"/>
            <w:r w:rsidRPr="00765081">
              <w:rPr>
                <w:bCs/>
                <w:color w:val="000000"/>
                <w:sz w:val="24"/>
                <w:szCs w:val="24"/>
              </w:rPr>
              <w:t>Б.Заходера</w:t>
            </w:r>
            <w:proofErr w:type="spellEnd"/>
            <w:r w:rsidRPr="00765081">
              <w:rPr>
                <w:bCs/>
                <w:color w:val="000000"/>
                <w:sz w:val="24"/>
                <w:szCs w:val="24"/>
              </w:rPr>
              <w:t xml:space="preserve"> «Что такое стихи»</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Резервный </w:t>
            </w:r>
            <w:proofErr w:type="spellStart"/>
            <w:r w:rsidRPr="00765081">
              <w:rPr>
                <w:bCs/>
                <w:color w:val="000000"/>
                <w:sz w:val="24"/>
                <w:szCs w:val="24"/>
              </w:rPr>
              <w:t>урок</w:t>
            </w:r>
            <w:proofErr w:type="gramStart"/>
            <w:r w:rsidRPr="00765081">
              <w:rPr>
                <w:bCs/>
                <w:color w:val="000000"/>
                <w:sz w:val="24"/>
                <w:szCs w:val="24"/>
              </w:rPr>
              <w:t>.Р</w:t>
            </w:r>
            <w:proofErr w:type="gramEnd"/>
            <w:r w:rsidRPr="00765081">
              <w:rPr>
                <w:bCs/>
                <w:color w:val="000000"/>
                <w:sz w:val="24"/>
                <w:szCs w:val="24"/>
              </w:rPr>
              <w:t>абота</w:t>
            </w:r>
            <w:proofErr w:type="spellEnd"/>
            <w:r w:rsidRPr="00765081">
              <w:rPr>
                <w:bCs/>
                <w:color w:val="000000"/>
                <w:sz w:val="24"/>
                <w:szCs w:val="24"/>
              </w:rPr>
              <w:t xml:space="preserve"> с детской книгой и справочной литературой</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Резервный </w:t>
            </w:r>
            <w:proofErr w:type="spellStart"/>
            <w:r w:rsidRPr="00765081">
              <w:rPr>
                <w:bCs/>
                <w:color w:val="000000"/>
                <w:sz w:val="24"/>
                <w:szCs w:val="24"/>
              </w:rPr>
              <w:t>урок</w:t>
            </w:r>
            <w:proofErr w:type="gramStart"/>
            <w:r w:rsidRPr="00765081">
              <w:rPr>
                <w:bCs/>
                <w:color w:val="000000"/>
                <w:sz w:val="24"/>
                <w:szCs w:val="24"/>
              </w:rPr>
              <w:t>.Р</w:t>
            </w:r>
            <w:proofErr w:type="gramEnd"/>
            <w:r w:rsidRPr="00765081">
              <w:rPr>
                <w:bCs/>
                <w:color w:val="000000"/>
                <w:sz w:val="24"/>
                <w:szCs w:val="24"/>
              </w:rPr>
              <w:t>абота</w:t>
            </w:r>
            <w:proofErr w:type="spellEnd"/>
            <w:r w:rsidRPr="00765081">
              <w:rPr>
                <w:bCs/>
                <w:color w:val="000000"/>
                <w:sz w:val="24"/>
                <w:szCs w:val="24"/>
              </w:rPr>
              <w:t xml:space="preserve"> с детской книгой и справочной литературой</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r w:rsidR="00B928D0" w:rsidRPr="00765081" w:rsidTr="000F706F">
        <w:tc>
          <w:tcPr>
            <w:tcW w:w="852" w:type="dxa"/>
          </w:tcPr>
          <w:p w:rsidR="00B928D0" w:rsidRPr="00765081" w:rsidRDefault="00B928D0" w:rsidP="0089011F">
            <w:pPr>
              <w:numPr>
                <w:ilvl w:val="0"/>
                <w:numId w:val="67"/>
              </w:numPr>
              <w:rPr>
                <w:color w:val="000000"/>
                <w:sz w:val="24"/>
                <w:szCs w:val="24"/>
              </w:rPr>
            </w:pPr>
          </w:p>
        </w:tc>
        <w:tc>
          <w:tcPr>
            <w:tcW w:w="2126" w:type="dxa"/>
          </w:tcPr>
          <w:p w:rsidR="00B928D0" w:rsidRPr="00765081" w:rsidRDefault="00B928D0" w:rsidP="00B928D0">
            <w:pPr>
              <w:rPr>
                <w:color w:val="000000"/>
                <w:sz w:val="24"/>
                <w:szCs w:val="24"/>
              </w:rPr>
            </w:pPr>
          </w:p>
        </w:tc>
        <w:tc>
          <w:tcPr>
            <w:tcW w:w="5245" w:type="dxa"/>
            <w:vAlign w:val="center"/>
          </w:tcPr>
          <w:p w:rsidR="00B928D0" w:rsidRPr="00765081" w:rsidRDefault="00B928D0" w:rsidP="00B928D0">
            <w:pPr>
              <w:ind w:left="135"/>
              <w:rPr>
                <w:bCs/>
                <w:color w:val="000000"/>
                <w:sz w:val="24"/>
                <w:szCs w:val="24"/>
              </w:rPr>
            </w:pPr>
            <w:r w:rsidRPr="00765081">
              <w:rPr>
                <w:bCs/>
                <w:color w:val="000000"/>
                <w:sz w:val="24"/>
                <w:szCs w:val="24"/>
              </w:rPr>
              <w:t xml:space="preserve">Резервный </w:t>
            </w:r>
            <w:proofErr w:type="spellStart"/>
            <w:r w:rsidRPr="00765081">
              <w:rPr>
                <w:bCs/>
                <w:color w:val="000000"/>
                <w:sz w:val="24"/>
                <w:szCs w:val="24"/>
              </w:rPr>
              <w:t>урок</w:t>
            </w:r>
            <w:proofErr w:type="gramStart"/>
            <w:r w:rsidRPr="00765081">
              <w:rPr>
                <w:bCs/>
                <w:color w:val="000000"/>
                <w:sz w:val="24"/>
                <w:szCs w:val="24"/>
              </w:rPr>
              <w:t>.Л</w:t>
            </w:r>
            <w:proofErr w:type="gramEnd"/>
            <w:r w:rsidRPr="00765081">
              <w:rPr>
                <w:bCs/>
                <w:color w:val="000000"/>
                <w:sz w:val="24"/>
                <w:szCs w:val="24"/>
              </w:rPr>
              <w:t>етнее</w:t>
            </w:r>
            <w:proofErr w:type="spellEnd"/>
            <w:r w:rsidRPr="00765081">
              <w:rPr>
                <w:bCs/>
                <w:color w:val="000000"/>
                <w:sz w:val="24"/>
                <w:szCs w:val="24"/>
              </w:rPr>
              <w:t xml:space="preserve"> чтение. Выбор книг на основе рекомендательного списка и тематического каталога</w:t>
            </w:r>
          </w:p>
        </w:tc>
        <w:tc>
          <w:tcPr>
            <w:tcW w:w="4110" w:type="dxa"/>
          </w:tcPr>
          <w:p w:rsidR="00B928D0" w:rsidRPr="00765081" w:rsidRDefault="00B928D0" w:rsidP="00B928D0">
            <w:pPr>
              <w:rPr>
                <w:color w:val="000000"/>
                <w:sz w:val="24"/>
                <w:szCs w:val="24"/>
              </w:rPr>
            </w:pPr>
          </w:p>
        </w:tc>
        <w:tc>
          <w:tcPr>
            <w:tcW w:w="1134" w:type="dxa"/>
          </w:tcPr>
          <w:p w:rsidR="00B928D0" w:rsidRPr="00765081" w:rsidRDefault="00B928D0" w:rsidP="00B928D0">
            <w:pPr>
              <w:rPr>
                <w:color w:val="000000"/>
                <w:sz w:val="24"/>
                <w:szCs w:val="24"/>
              </w:rPr>
            </w:pPr>
          </w:p>
        </w:tc>
        <w:tc>
          <w:tcPr>
            <w:tcW w:w="1418" w:type="dxa"/>
          </w:tcPr>
          <w:p w:rsidR="00B928D0" w:rsidRPr="00765081" w:rsidRDefault="00B928D0" w:rsidP="00B928D0">
            <w:pPr>
              <w:rPr>
                <w:color w:val="000000"/>
                <w:sz w:val="24"/>
                <w:szCs w:val="24"/>
              </w:rPr>
            </w:pPr>
          </w:p>
        </w:tc>
      </w:tr>
    </w:tbl>
    <w:p w:rsidR="008B4AEC" w:rsidRPr="00765081" w:rsidRDefault="008B4AEC" w:rsidP="00B90487">
      <w:pPr>
        <w:tabs>
          <w:tab w:val="left" w:pos="0"/>
          <w:tab w:val="left" w:pos="709"/>
          <w:tab w:val="left" w:pos="3326"/>
        </w:tabs>
        <w:spacing w:after="0" w:line="240" w:lineRule="auto"/>
        <w:rPr>
          <w:rFonts w:ascii="Times New Roman" w:hAnsi="Times New Roman" w:cs="Times New Roman"/>
          <w:sz w:val="24"/>
          <w:szCs w:val="24"/>
        </w:rPr>
      </w:pPr>
    </w:p>
    <w:p w:rsidR="001F0A5D" w:rsidRPr="00765081" w:rsidRDefault="001F0A5D" w:rsidP="00B90487">
      <w:pPr>
        <w:tabs>
          <w:tab w:val="left" w:pos="0"/>
          <w:tab w:val="left" w:pos="709"/>
          <w:tab w:val="left" w:pos="3326"/>
        </w:tabs>
        <w:spacing w:after="0" w:line="240" w:lineRule="auto"/>
        <w:rPr>
          <w:rFonts w:ascii="Times New Roman" w:hAnsi="Times New Roman" w:cs="Times New Roman"/>
          <w:b/>
          <w:sz w:val="24"/>
          <w:szCs w:val="24"/>
        </w:rPr>
      </w:pPr>
      <w:r w:rsidRPr="00765081">
        <w:rPr>
          <w:rFonts w:ascii="Times New Roman" w:hAnsi="Times New Roman" w:cs="Times New Roman"/>
          <w:b/>
          <w:sz w:val="24"/>
          <w:szCs w:val="24"/>
        </w:rPr>
        <w:t>4 класс</w:t>
      </w:r>
    </w:p>
    <w:p w:rsidR="001F0A5D" w:rsidRPr="00765081" w:rsidRDefault="001F0A5D" w:rsidP="00B90487">
      <w:pPr>
        <w:tabs>
          <w:tab w:val="left" w:pos="0"/>
          <w:tab w:val="left" w:pos="709"/>
          <w:tab w:val="left" w:pos="3326"/>
        </w:tabs>
        <w:spacing w:after="0" w:line="240" w:lineRule="auto"/>
        <w:rPr>
          <w:rFonts w:ascii="Times New Roman" w:hAnsi="Times New Roman" w:cs="Times New Roman"/>
          <w:sz w:val="24"/>
          <w:szCs w:val="24"/>
        </w:rPr>
      </w:pPr>
    </w:p>
    <w:tbl>
      <w:tblPr>
        <w:tblStyle w:val="36"/>
        <w:tblW w:w="14885" w:type="dxa"/>
        <w:tblInd w:w="-431" w:type="dxa"/>
        <w:tblLayout w:type="fixed"/>
        <w:tblLook w:val="04A0"/>
      </w:tblPr>
      <w:tblGrid>
        <w:gridCol w:w="852"/>
        <w:gridCol w:w="2126"/>
        <w:gridCol w:w="5245"/>
        <w:gridCol w:w="4110"/>
        <w:gridCol w:w="1134"/>
        <w:gridCol w:w="1418"/>
      </w:tblGrid>
      <w:tr w:rsidR="00541C25" w:rsidRPr="00765081" w:rsidTr="000F706F">
        <w:trPr>
          <w:trHeight w:val="726"/>
        </w:trPr>
        <w:tc>
          <w:tcPr>
            <w:tcW w:w="852" w:type="dxa"/>
            <w:vMerge w:val="restart"/>
          </w:tcPr>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 урока</w:t>
            </w:r>
          </w:p>
        </w:tc>
        <w:tc>
          <w:tcPr>
            <w:tcW w:w="2126" w:type="dxa"/>
            <w:vMerge w:val="restart"/>
          </w:tcPr>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Тема, раздел курса</w:t>
            </w:r>
          </w:p>
        </w:tc>
        <w:tc>
          <w:tcPr>
            <w:tcW w:w="5245" w:type="dxa"/>
            <w:vMerge w:val="restart"/>
          </w:tcPr>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Тема урока</w:t>
            </w:r>
          </w:p>
        </w:tc>
        <w:tc>
          <w:tcPr>
            <w:tcW w:w="4110" w:type="dxa"/>
            <w:vMerge w:val="restart"/>
          </w:tcPr>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ЭОР</w:t>
            </w:r>
          </w:p>
        </w:tc>
        <w:tc>
          <w:tcPr>
            <w:tcW w:w="2552" w:type="dxa"/>
            <w:gridSpan w:val="2"/>
          </w:tcPr>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Дата </w:t>
            </w:r>
          </w:p>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проведения урока</w:t>
            </w:r>
          </w:p>
        </w:tc>
      </w:tr>
      <w:tr w:rsidR="00541C25" w:rsidRPr="00765081" w:rsidTr="000F706F">
        <w:trPr>
          <w:trHeight w:val="726"/>
        </w:trPr>
        <w:tc>
          <w:tcPr>
            <w:tcW w:w="852" w:type="dxa"/>
            <w:vMerge/>
          </w:tcPr>
          <w:p w:rsidR="00541C25" w:rsidRPr="00765081" w:rsidRDefault="00541C25" w:rsidP="00541C25">
            <w:pPr>
              <w:contextualSpacing/>
              <w:jc w:val="center"/>
              <w:rPr>
                <w:rFonts w:ascii="Times New Roman" w:eastAsia="Calibri" w:hAnsi="Times New Roman" w:cs="Times New Roman"/>
                <w:b/>
                <w:sz w:val="24"/>
                <w:szCs w:val="24"/>
              </w:rPr>
            </w:pPr>
          </w:p>
        </w:tc>
        <w:tc>
          <w:tcPr>
            <w:tcW w:w="2126" w:type="dxa"/>
            <w:vMerge/>
          </w:tcPr>
          <w:p w:rsidR="00541C25" w:rsidRPr="00765081" w:rsidRDefault="00541C25" w:rsidP="00541C25">
            <w:pPr>
              <w:contextualSpacing/>
              <w:jc w:val="center"/>
              <w:rPr>
                <w:rFonts w:ascii="Times New Roman" w:eastAsia="Calibri" w:hAnsi="Times New Roman" w:cs="Times New Roman"/>
                <w:b/>
                <w:sz w:val="24"/>
                <w:szCs w:val="24"/>
              </w:rPr>
            </w:pPr>
          </w:p>
        </w:tc>
        <w:tc>
          <w:tcPr>
            <w:tcW w:w="5245" w:type="dxa"/>
            <w:vMerge/>
          </w:tcPr>
          <w:p w:rsidR="00541C25" w:rsidRPr="00765081" w:rsidRDefault="00541C25" w:rsidP="00541C25">
            <w:pPr>
              <w:contextualSpacing/>
              <w:jc w:val="center"/>
              <w:rPr>
                <w:rFonts w:ascii="Times New Roman" w:eastAsia="Calibri" w:hAnsi="Times New Roman" w:cs="Times New Roman"/>
                <w:b/>
                <w:sz w:val="24"/>
                <w:szCs w:val="24"/>
              </w:rPr>
            </w:pPr>
          </w:p>
        </w:tc>
        <w:tc>
          <w:tcPr>
            <w:tcW w:w="4110" w:type="dxa"/>
            <w:vMerge/>
          </w:tcPr>
          <w:p w:rsidR="00541C25" w:rsidRPr="00765081" w:rsidRDefault="00541C25" w:rsidP="00541C25">
            <w:pPr>
              <w:contextualSpacing/>
              <w:jc w:val="center"/>
              <w:rPr>
                <w:rFonts w:ascii="Times New Roman" w:eastAsia="Calibri" w:hAnsi="Times New Roman" w:cs="Times New Roman"/>
                <w:b/>
                <w:sz w:val="24"/>
                <w:szCs w:val="24"/>
              </w:rPr>
            </w:pPr>
          </w:p>
        </w:tc>
        <w:tc>
          <w:tcPr>
            <w:tcW w:w="1134" w:type="dxa"/>
          </w:tcPr>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По плану</w:t>
            </w:r>
          </w:p>
        </w:tc>
        <w:tc>
          <w:tcPr>
            <w:tcW w:w="1418" w:type="dxa"/>
          </w:tcPr>
          <w:p w:rsidR="00541C25" w:rsidRPr="00765081" w:rsidRDefault="00541C25" w:rsidP="00541C25">
            <w:pPr>
              <w:contextualSpacing/>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По факту</w:t>
            </w: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О Родине, героические страницы истории (13ч)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22" w:history="1">
              <w:r w:rsidRPr="00765081">
                <w:rPr>
                  <w:rFonts w:ascii="Times New Roman" w:eastAsia="Calibri" w:hAnsi="Times New Roman" w:cs="Times New Roman"/>
                  <w:color w:val="0563C1"/>
                  <w:sz w:val="24"/>
                  <w:szCs w:val="24"/>
                  <w:u w:val="single"/>
                </w:rPr>
                <w:t>https://m.edsoo.ru/f29f5282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23" w:history="1">
              <w:r w:rsidRPr="00765081">
                <w:rPr>
                  <w:rFonts w:ascii="Times New Roman" w:eastAsia="Calibri" w:hAnsi="Times New Roman" w:cs="Times New Roman"/>
                  <w:color w:val="0563C1"/>
                  <w:sz w:val="24"/>
                  <w:szCs w:val="24"/>
                  <w:u w:val="single"/>
                </w:rPr>
                <w:t>https://m.edsoo.ru/f29f5c50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24" w:history="1">
              <w:r w:rsidRPr="00765081">
                <w:rPr>
                  <w:rFonts w:ascii="Times New Roman" w:eastAsia="Calibri" w:hAnsi="Times New Roman" w:cs="Times New Roman"/>
                  <w:color w:val="0563C1"/>
                  <w:sz w:val="24"/>
                  <w:szCs w:val="24"/>
                  <w:u w:val="single"/>
                </w:rPr>
                <w:t>https://m.edsoo.ru/f29f5d7c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25" w:history="1">
              <w:r w:rsidRPr="00765081">
                <w:rPr>
                  <w:rFonts w:ascii="Times New Roman" w:eastAsia="Calibri" w:hAnsi="Times New Roman" w:cs="Times New Roman"/>
                  <w:color w:val="0563C1"/>
                  <w:sz w:val="24"/>
                  <w:szCs w:val="24"/>
                  <w:u w:val="single"/>
                </w:rPr>
                <w:t>https://m.edsoo.ru/f2a09ae8</w:t>
              </w:r>
            </w:hyperlink>
            <w:hyperlink r:id="rId326" w:history="1">
              <w:r w:rsidRPr="00765081">
                <w:rPr>
                  <w:rFonts w:ascii="Times New Roman" w:eastAsia="Calibri" w:hAnsi="Times New Roman" w:cs="Times New Roman"/>
                  <w:color w:val="0563C1"/>
                  <w:sz w:val="24"/>
                  <w:szCs w:val="24"/>
                  <w:u w:val="single"/>
                </w:rPr>
                <w:t>https://m.edsoo.ru/f29f539a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27" w:history="1">
              <w:r w:rsidRPr="00765081">
                <w:rPr>
                  <w:rFonts w:ascii="Times New Roman" w:eastAsia="Calibri" w:hAnsi="Times New Roman" w:cs="Times New Roman"/>
                  <w:color w:val="0563C1"/>
                  <w:sz w:val="24"/>
                  <w:szCs w:val="24"/>
                  <w:u w:val="single"/>
                </w:rPr>
                <w:t>https://m.edsoo.ru/f2a09962</w:t>
              </w:r>
            </w:hyperlink>
            <w:hyperlink r:id="rId328" w:history="1">
              <w:r w:rsidRPr="00765081">
                <w:rPr>
                  <w:rFonts w:ascii="Times New Roman" w:eastAsia="Calibri" w:hAnsi="Times New Roman" w:cs="Times New Roman"/>
                  <w:color w:val="0563C1"/>
                  <w:sz w:val="24"/>
                  <w:szCs w:val="24"/>
                  <w:u w:val="single"/>
                </w:rPr>
                <w:t>https://m.edsoo.ru/f29f54c6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29" w:history="1">
              <w:r w:rsidRPr="00765081">
                <w:rPr>
                  <w:rFonts w:ascii="Times New Roman" w:eastAsia="Calibri" w:hAnsi="Times New Roman" w:cs="Times New Roman"/>
                  <w:color w:val="0563C1"/>
                  <w:sz w:val="24"/>
                  <w:szCs w:val="24"/>
                  <w:u w:val="single"/>
                </w:rPr>
                <w:t>https://m.edsoo.ru/f29f55de</w:t>
              </w:r>
            </w:hyperlink>
          </w:p>
          <w:p w:rsidR="00541C25" w:rsidRPr="00765081" w:rsidRDefault="00541C25" w:rsidP="00541C25">
            <w:pPr>
              <w:ind w:left="135"/>
              <w:rPr>
                <w:rFonts w:ascii="Times New Roman" w:eastAsia="Calibri" w:hAnsi="Times New Roman" w:cs="Times New Roman"/>
                <w:sz w:val="24"/>
                <w:szCs w:val="24"/>
              </w:rPr>
            </w:pPr>
            <w:proofErr w:type="gramStart"/>
            <w:r w:rsidRPr="00765081">
              <w:rPr>
                <w:rFonts w:ascii="Times New Roman" w:eastAsia="Calibri" w:hAnsi="Times New Roman" w:cs="Times New Roman"/>
                <w:color w:val="000000"/>
                <w:sz w:val="24"/>
                <w:szCs w:val="24"/>
              </w:rPr>
              <w:t xml:space="preserve">[[Библиотека ЦОК </w:t>
            </w:r>
            <w:hyperlink r:id="rId330" w:history="1">
              <w:r w:rsidRPr="00765081">
                <w:rPr>
                  <w:rFonts w:ascii="Times New Roman" w:eastAsia="Calibri" w:hAnsi="Times New Roman" w:cs="Times New Roman"/>
                  <w:color w:val="0563C1"/>
                  <w:sz w:val="24"/>
                  <w:szCs w:val="24"/>
                  <w:u w:val="single"/>
                </w:rPr>
                <w:t>https://m.edsoo.ru/f29f5afc</w:t>
              </w:r>
            </w:hyperlink>
            <w:proofErr w:type="gramEnd"/>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1" w:history="1">
              <w:r w:rsidRPr="00765081">
                <w:rPr>
                  <w:rFonts w:ascii="Times New Roman" w:eastAsia="Calibri" w:hAnsi="Times New Roman" w:cs="Times New Roman"/>
                  <w:color w:val="0563C1"/>
                  <w:sz w:val="24"/>
                  <w:szCs w:val="24"/>
                  <w:u w:val="single"/>
                </w:rPr>
                <w:t>https://m.edsoo.ru/f29f56ec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2" w:history="1">
              <w:r w:rsidRPr="00765081">
                <w:rPr>
                  <w:rFonts w:ascii="Times New Roman" w:eastAsia="Calibri" w:hAnsi="Times New Roman" w:cs="Times New Roman"/>
                  <w:color w:val="0563C1"/>
                  <w:sz w:val="24"/>
                  <w:szCs w:val="24"/>
                  <w:u w:val="single"/>
                </w:rPr>
                <w:t>https://m.edsoo.ru/f29f5e94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3" w:history="1">
              <w:r w:rsidRPr="00765081">
                <w:rPr>
                  <w:rFonts w:ascii="Times New Roman" w:eastAsia="Calibri" w:hAnsi="Times New Roman" w:cs="Times New Roman"/>
                  <w:color w:val="0563C1"/>
                  <w:sz w:val="24"/>
                  <w:szCs w:val="24"/>
                  <w:u w:val="single"/>
                </w:rPr>
                <w:t>https://m.edsoo.ru/f29f62e0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4" w:history="1">
              <w:r w:rsidRPr="00765081">
                <w:rPr>
                  <w:rFonts w:ascii="Times New Roman" w:eastAsia="Calibri" w:hAnsi="Times New Roman" w:cs="Times New Roman"/>
                  <w:color w:val="0563C1"/>
                  <w:sz w:val="24"/>
                  <w:szCs w:val="24"/>
                  <w:u w:val="single"/>
                </w:rPr>
                <w:t>https://m.edsoo.ru/f29f60a6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5" w:history="1">
              <w:r w:rsidRPr="00765081">
                <w:rPr>
                  <w:rFonts w:ascii="Times New Roman" w:eastAsia="Calibri" w:hAnsi="Times New Roman" w:cs="Times New Roman"/>
                  <w:color w:val="0563C1"/>
                  <w:sz w:val="24"/>
                  <w:szCs w:val="24"/>
                  <w:u w:val="single"/>
                </w:rPr>
                <w:t>https://m.edsoo.ru/f29f61c8</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Образ родной земли в стихотворении С.Д.Дрожжина «Родине»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Любовь к природе и родному краю – тема произведений поэтов. На примере стихотворений С.А. Есенина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Проявление любви к родной земле в литературе народов России. На примере стихотворений Р.Г. Гамзатова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Образ Александра Невского в произведении С.Т.Романовского «Ледовое побоище»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8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Характеристика народной исторической песни: темы, образы, герои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Тема Великой Отечественной войны в произведениях литературы. На примере рассказа М.С. </w:t>
            </w:r>
            <w:proofErr w:type="spellStart"/>
            <w:r w:rsidRPr="00765081">
              <w:rPr>
                <w:rFonts w:ascii="Times New Roman" w:eastAsia="Calibri" w:hAnsi="Times New Roman" w:cs="Times New Roman"/>
                <w:color w:val="000000"/>
                <w:sz w:val="24"/>
                <w:szCs w:val="24"/>
              </w:rPr>
              <w:t>Ефетов</w:t>
            </w:r>
            <w:proofErr w:type="spellEnd"/>
            <w:r w:rsidRPr="00765081">
              <w:rPr>
                <w:rFonts w:ascii="Times New Roman" w:eastAsia="Calibri" w:hAnsi="Times New Roman" w:cs="Times New Roman"/>
                <w:color w:val="000000"/>
                <w:sz w:val="24"/>
                <w:szCs w:val="24"/>
              </w:rPr>
              <w:t xml:space="preserve"> «Девочка из Сталинграда»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понятий поступок, подвиг на примере произведений о Великой Отечественной войне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Наблюдение за художественными особенностями текста авторской песни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rPr>
                <w:rFonts w:ascii="Times New Roman" w:eastAsia="Calibri" w:hAnsi="Times New Roman" w:cs="Times New Roman"/>
                <w:bCs/>
                <w:i/>
                <w:sz w:val="24"/>
                <w:szCs w:val="24"/>
              </w:rPr>
            </w:pPr>
            <w:r w:rsidRPr="00765081">
              <w:rPr>
                <w:rFonts w:ascii="Times New Roman" w:eastAsia="Calibri" w:hAnsi="Times New Roman" w:cs="Times New Roman"/>
                <w:bCs/>
                <w:i/>
                <w:sz w:val="24"/>
                <w:szCs w:val="24"/>
              </w:rPr>
              <w:t>Входная контрольная работа.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 xml:space="preserve">Работа с детскими книгами на тему: «Книги о Родине и её истории»: типы книг (изданий) </w:t>
            </w:r>
          </w:p>
          <w:p w:rsidR="00541C25" w:rsidRPr="00765081" w:rsidRDefault="00541C25" w:rsidP="00541C25">
            <w:pPr>
              <w:ind w:left="135"/>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Составление устного рассказа «Защитник Отечества» по изученным произведениям</w:t>
            </w:r>
          </w:p>
          <w:p w:rsidR="00541C25" w:rsidRPr="00765081" w:rsidRDefault="00541C25" w:rsidP="00541C25">
            <w:pPr>
              <w:ind w:left="135"/>
              <w:rPr>
                <w:rFonts w:ascii="Times New Roman" w:eastAsia="Calibri" w:hAnsi="Times New Roman" w:cs="Times New Roman"/>
                <w:sz w:val="24"/>
                <w:szCs w:val="24"/>
              </w:rPr>
            </w:pP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Патриотическое звучание произведений о Родине, о славных и героических страницах </w:t>
            </w:r>
            <w:r w:rsidRPr="00765081">
              <w:rPr>
                <w:rFonts w:ascii="Times New Roman" w:eastAsia="Calibri" w:hAnsi="Times New Roman" w:cs="Times New Roman"/>
                <w:color w:val="000000"/>
                <w:sz w:val="24"/>
                <w:szCs w:val="24"/>
              </w:rPr>
              <w:lastRenderedPageBreak/>
              <w:t>истории России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детскими книгами на тему: «Книги о Родине и её истории»: типы книг (изданий)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Фольклор (устное народное творчество) (14ч)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Проявление народной культуры в разнообразных видах фольклора: словесном, музыкальном, обрядовом (календарном)</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6" w:history="1">
              <w:r w:rsidRPr="00765081">
                <w:rPr>
                  <w:rFonts w:ascii="Times New Roman" w:eastAsia="Calibri" w:hAnsi="Times New Roman" w:cs="Times New Roman"/>
                  <w:color w:val="0563C1"/>
                  <w:sz w:val="24"/>
                  <w:szCs w:val="24"/>
                  <w:u w:val="single"/>
                </w:rPr>
                <w:t>https://m.edsoo.ru/f29f6952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7" w:history="1">
              <w:r w:rsidRPr="00765081">
                <w:rPr>
                  <w:rFonts w:ascii="Times New Roman" w:eastAsia="Calibri" w:hAnsi="Times New Roman" w:cs="Times New Roman"/>
                  <w:color w:val="0563C1"/>
                  <w:sz w:val="24"/>
                  <w:szCs w:val="24"/>
                  <w:u w:val="single"/>
                </w:rPr>
                <w:t>https://m.edsoo.ru/f29f6952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8" w:history="1">
              <w:r w:rsidRPr="00765081">
                <w:rPr>
                  <w:rFonts w:ascii="Times New Roman" w:eastAsia="Calibri" w:hAnsi="Times New Roman" w:cs="Times New Roman"/>
                  <w:color w:val="0563C1"/>
                  <w:sz w:val="24"/>
                  <w:szCs w:val="24"/>
                  <w:u w:val="single"/>
                </w:rPr>
                <w:t>https://m.edsoo.ru/f29f6ace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39" w:history="1">
              <w:r w:rsidRPr="00765081">
                <w:rPr>
                  <w:rFonts w:ascii="Times New Roman" w:eastAsia="Calibri" w:hAnsi="Times New Roman" w:cs="Times New Roman"/>
                  <w:color w:val="0563C1"/>
                  <w:sz w:val="24"/>
                  <w:szCs w:val="24"/>
                  <w:u w:val="single"/>
                </w:rPr>
                <w:t>https://m.edsoo.ru/f29f6d1c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0" w:history="1">
              <w:r w:rsidRPr="00765081">
                <w:rPr>
                  <w:rFonts w:ascii="Times New Roman" w:eastAsia="Calibri" w:hAnsi="Times New Roman" w:cs="Times New Roman"/>
                  <w:color w:val="0563C1"/>
                  <w:sz w:val="24"/>
                  <w:szCs w:val="24"/>
                  <w:u w:val="single"/>
                </w:rPr>
                <w:t>https://m.edsoo.ru/f29f70aa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1" w:history="1">
              <w:r w:rsidRPr="00765081">
                <w:rPr>
                  <w:rFonts w:ascii="Times New Roman" w:eastAsia="Calibri" w:hAnsi="Times New Roman" w:cs="Times New Roman"/>
                  <w:color w:val="0563C1"/>
                  <w:sz w:val="24"/>
                  <w:szCs w:val="24"/>
                  <w:u w:val="single"/>
                </w:rPr>
                <w:t>https://m.edsoo.ru/f29f6c04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2" w:history="1">
              <w:r w:rsidRPr="00765081">
                <w:rPr>
                  <w:rFonts w:ascii="Times New Roman" w:eastAsia="Calibri" w:hAnsi="Times New Roman" w:cs="Times New Roman"/>
                  <w:color w:val="0563C1"/>
                  <w:sz w:val="24"/>
                  <w:szCs w:val="24"/>
                  <w:u w:val="single"/>
                </w:rPr>
                <w:t>https://m.edsoo.ru/f29f783e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3" w:history="1">
              <w:r w:rsidRPr="00765081">
                <w:rPr>
                  <w:rFonts w:ascii="Times New Roman" w:eastAsia="Calibri" w:hAnsi="Times New Roman" w:cs="Times New Roman"/>
                  <w:color w:val="0563C1"/>
                  <w:sz w:val="24"/>
                  <w:szCs w:val="24"/>
                  <w:u w:val="single"/>
                </w:rPr>
                <w:t>https://m.edsoo.ru/f29f76cc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4" w:history="1">
              <w:r w:rsidRPr="00765081">
                <w:rPr>
                  <w:rFonts w:ascii="Times New Roman" w:eastAsia="Calibri" w:hAnsi="Times New Roman" w:cs="Times New Roman"/>
                  <w:color w:val="0563C1"/>
                  <w:sz w:val="24"/>
                  <w:szCs w:val="24"/>
                  <w:u w:val="single"/>
                </w:rPr>
                <w:t>https://m.edsoo.ru/f29f6e34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5" w:history="1">
              <w:r w:rsidRPr="00765081">
                <w:rPr>
                  <w:rFonts w:ascii="Times New Roman" w:eastAsia="Calibri" w:hAnsi="Times New Roman" w:cs="Times New Roman"/>
                  <w:color w:val="0563C1"/>
                  <w:sz w:val="24"/>
                  <w:szCs w:val="24"/>
                  <w:u w:val="single"/>
                </w:rPr>
                <w:t>https://m.edsoo.ru/f29f6f38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6" w:history="1">
              <w:r w:rsidRPr="00765081">
                <w:rPr>
                  <w:rFonts w:ascii="Times New Roman" w:eastAsia="Calibri" w:hAnsi="Times New Roman" w:cs="Times New Roman"/>
                  <w:color w:val="0563C1"/>
                  <w:sz w:val="24"/>
                  <w:szCs w:val="24"/>
                  <w:u w:val="single"/>
                </w:rPr>
                <w:t>https://m.edsoo.ru/f2a09c64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7" w:history="1">
              <w:r w:rsidRPr="00765081">
                <w:rPr>
                  <w:rFonts w:ascii="Times New Roman" w:eastAsia="Calibri" w:hAnsi="Times New Roman" w:cs="Times New Roman"/>
                  <w:color w:val="0563C1"/>
                  <w:sz w:val="24"/>
                  <w:szCs w:val="24"/>
                  <w:u w:val="single"/>
                </w:rPr>
                <w:t>https://m.edsoo.ru/f29f7956</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Разнообразие малых жанров фольклора (назначение, сравнение, классификация)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Представление в сказке народного быта и культуры: сказки о животных, бытовые, волшебные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Характеристика героев волшебной сказки: чем занимались, какими качествами обладают. На примере русской народной сказки «Семь </w:t>
            </w:r>
            <w:proofErr w:type="spellStart"/>
            <w:r w:rsidRPr="00765081">
              <w:rPr>
                <w:rFonts w:ascii="Times New Roman" w:eastAsia="Calibri" w:hAnsi="Times New Roman" w:cs="Times New Roman"/>
                <w:color w:val="000000"/>
                <w:sz w:val="24"/>
                <w:szCs w:val="24"/>
              </w:rPr>
              <w:t>Семионов</w:t>
            </w:r>
            <w:proofErr w:type="spellEnd"/>
            <w:r w:rsidRPr="00765081">
              <w:rPr>
                <w:rFonts w:ascii="Times New Roman" w:eastAsia="Calibri" w:hAnsi="Times New Roman" w:cs="Times New Roman"/>
                <w:color w:val="000000"/>
                <w:sz w:val="24"/>
                <w:szCs w:val="24"/>
              </w:rPr>
              <w:t>»</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Путешествие героя как основа композиции волшебной сказки. На примере русской народной сказки «Семь </w:t>
            </w:r>
            <w:proofErr w:type="spellStart"/>
            <w:r w:rsidRPr="00765081">
              <w:rPr>
                <w:rFonts w:ascii="Times New Roman" w:eastAsia="Calibri" w:hAnsi="Times New Roman" w:cs="Times New Roman"/>
                <w:color w:val="000000"/>
                <w:sz w:val="24"/>
                <w:szCs w:val="24"/>
              </w:rPr>
              <w:t>Семионов</w:t>
            </w:r>
            <w:proofErr w:type="spellEnd"/>
            <w:r w:rsidRPr="00765081">
              <w:rPr>
                <w:rFonts w:ascii="Times New Roman" w:eastAsia="Calibri" w:hAnsi="Times New Roman" w:cs="Times New Roman"/>
                <w:color w:val="000000"/>
                <w:sz w:val="24"/>
                <w:szCs w:val="24"/>
              </w:rPr>
              <w:t>»</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Отражение нравственных ценностей на примере фольклорных сказок народов России и мира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Осознание понятий взаимопомощь и дружба в сказках народов России и мира. На примере осетинской народной сказки «Что дороже?»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Представление в сказке нравственных ценностей, быта и культуры народов мира. На примере немецкой народной сказки «Три бабочки»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Сравнение фольклорных произведений разных народов: тема, герои, сюжет</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Образы русских богатырей: где жил, чем занимался, какими качествами обладал</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Средства художественной выразительности в былине: устойчивые выражения, повторы, гипербола, устаревшие слова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Отражение народной былинной темы в творчестве художника В. М.Васнецова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детскими книгами на тему: «Фольклор (устное народное творчество)»: собиратели фольклора (А.Н. Афанасьев, В.И. Даль)</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детскими книгами на тему: «Фольклор (устное народное творчество)»: собиратели фольклора (А.Н. Афанасьев, В.И. Даль)</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Творчество И.А.Крылова (5ч)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Особенности басни как лиро-эпического жанра. Басни стихотворные и прозаические</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8" w:history="1">
              <w:r w:rsidRPr="00765081">
                <w:rPr>
                  <w:rFonts w:ascii="Times New Roman" w:eastAsia="Calibri" w:hAnsi="Times New Roman" w:cs="Times New Roman"/>
                  <w:color w:val="0563C1"/>
                  <w:sz w:val="24"/>
                  <w:szCs w:val="24"/>
                  <w:u w:val="single"/>
                </w:rPr>
                <w:t>https://m.edsoo.ru/f29f8eb4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49" w:history="1">
              <w:r w:rsidRPr="00765081">
                <w:rPr>
                  <w:rFonts w:ascii="Times New Roman" w:eastAsia="Calibri" w:hAnsi="Times New Roman" w:cs="Times New Roman"/>
                  <w:color w:val="0563C1"/>
                  <w:sz w:val="24"/>
                  <w:szCs w:val="24"/>
                  <w:u w:val="single"/>
                </w:rPr>
                <w:t>https://m.edsoo.ru/f29f8ff4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50" w:history="1">
              <w:r w:rsidRPr="00765081">
                <w:rPr>
                  <w:rFonts w:ascii="Times New Roman" w:eastAsia="Calibri" w:hAnsi="Times New Roman" w:cs="Times New Roman"/>
                  <w:color w:val="0563C1"/>
                  <w:sz w:val="24"/>
                  <w:szCs w:val="24"/>
                  <w:u w:val="single"/>
                </w:rPr>
                <w:t>https://m.edsoo.ru/f29f91d4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51" w:history="1">
              <w:r w:rsidRPr="00765081">
                <w:rPr>
                  <w:rFonts w:ascii="Times New Roman" w:eastAsia="Calibri" w:hAnsi="Times New Roman" w:cs="Times New Roman"/>
                  <w:color w:val="0563C1"/>
                  <w:sz w:val="24"/>
                  <w:szCs w:val="24"/>
                  <w:u w:val="single"/>
                </w:rPr>
                <w:t>https://m.edsoo.ru/f29f9300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52" w:history="1">
              <w:r w:rsidRPr="00765081">
                <w:rPr>
                  <w:rFonts w:ascii="Times New Roman" w:eastAsia="Calibri" w:hAnsi="Times New Roman" w:cs="Times New Roman"/>
                  <w:color w:val="0563C1"/>
                  <w:sz w:val="24"/>
                  <w:szCs w:val="24"/>
                  <w:u w:val="single"/>
                </w:rPr>
                <w:t>https://m.edsoo.ru/f2a0bdc0</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Сравнение басен: темы и герои, особенности языка. На примере басен Крылов И.А. «Стрекоза и муравей», И.И. </w:t>
            </w:r>
            <w:proofErr w:type="spellStart"/>
            <w:r w:rsidRPr="00765081">
              <w:rPr>
                <w:rFonts w:ascii="Times New Roman" w:eastAsia="Calibri" w:hAnsi="Times New Roman" w:cs="Times New Roman"/>
                <w:color w:val="000000"/>
                <w:sz w:val="24"/>
                <w:szCs w:val="24"/>
              </w:rPr>
              <w:t>Хемницера</w:t>
            </w:r>
            <w:proofErr w:type="spellEnd"/>
            <w:r w:rsidRPr="00765081">
              <w:rPr>
                <w:rFonts w:ascii="Times New Roman" w:eastAsia="Calibri" w:hAnsi="Times New Roman" w:cs="Times New Roman"/>
                <w:color w:val="000000"/>
                <w:sz w:val="24"/>
                <w:szCs w:val="24"/>
              </w:rPr>
              <w:t xml:space="preserve"> «Стрекоза», Л.Н. Толстого «Стрекоза и муравьи»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Аллегория и ирония как характеристика героев басен. На примере басни И.А. Крылова «Мартышка и очки»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баснями И.А. Крылова. Инсценирование их сюжета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Язык басен И.А. Крылова: пословицы, поговорки, крылатые выражения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Творчество А.С.Пушкина (12ч)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литературной сказкой А.С.Пушкина «Сказка о мёртвой царевне и о семи богатырях»: сюжет произведения</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53" w:history="1">
              <w:r w:rsidRPr="00765081">
                <w:rPr>
                  <w:rFonts w:ascii="Times New Roman" w:eastAsia="Calibri" w:hAnsi="Times New Roman" w:cs="Times New Roman"/>
                  <w:color w:val="0563C1"/>
                  <w:sz w:val="24"/>
                  <w:szCs w:val="24"/>
                  <w:u w:val="single"/>
                </w:rPr>
                <w:t>https://m.edsoo.ru/f29f7cbc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54" w:history="1">
              <w:r w:rsidRPr="00765081">
                <w:rPr>
                  <w:rFonts w:ascii="Times New Roman" w:eastAsia="Calibri" w:hAnsi="Times New Roman" w:cs="Times New Roman"/>
                  <w:color w:val="0563C1"/>
                  <w:sz w:val="24"/>
                  <w:szCs w:val="24"/>
                  <w:u w:val="single"/>
                </w:rPr>
                <w:t>https://m.edsoo.ru/f29f87f2</w:t>
              </w:r>
            </w:hyperlink>
            <w:hyperlink r:id="rId355" w:history="1">
              <w:r w:rsidRPr="00765081">
                <w:rPr>
                  <w:rFonts w:ascii="Times New Roman" w:eastAsia="Calibri" w:hAnsi="Times New Roman" w:cs="Times New Roman"/>
                  <w:color w:val="0563C1"/>
                  <w:sz w:val="24"/>
                  <w:szCs w:val="24"/>
                  <w:u w:val="single"/>
                </w:rPr>
                <w:t>https://m.edsoo.ru/f29f7e42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56" w:history="1">
              <w:r w:rsidRPr="00765081">
                <w:rPr>
                  <w:rFonts w:ascii="Times New Roman" w:eastAsia="Calibri" w:hAnsi="Times New Roman" w:cs="Times New Roman"/>
                  <w:color w:val="0563C1"/>
                  <w:sz w:val="24"/>
                  <w:szCs w:val="24"/>
                  <w:u w:val="single"/>
                </w:rPr>
                <w:t>https://m.edsoo.ru/f29f890a</w:t>
              </w:r>
            </w:hyperlink>
            <w:hyperlink r:id="rId357" w:history="1">
              <w:r w:rsidRPr="00765081">
                <w:rPr>
                  <w:rFonts w:ascii="Times New Roman" w:eastAsia="Calibri" w:hAnsi="Times New Roman" w:cs="Times New Roman"/>
                  <w:color w:val="0563C1"/>
                  <w:sz w:val="24"/>
                  <w:szCs w:val="24"/>
                  <w:u w:val="single"/>
                </w:rPr>
                <w:t>https://m.edsoo.ru/f29f8478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58" w:history="1">
              <w:r w:rsidRPr="00765081">
                <w:rPr>
                  <w:rFonts w:ascii="Times New Roman" w:eastAsia="Calibri" w:hAnsi="Times New Roman" w:cs="Times New Roman"/>
                  <w:color w:val="0563C1"/>
                  <w:sz w:val="24"/>
                  <w:szCs w:val="24"/>
                  <w:u w:val="single"/>
                </w:rPr>
                <w:t>https://m.edsoo.ru/f29f8a18</w:t>
              </w:r>
            </w:hyperlink>
            <w:hyperlink r:id="rId359" w:history="1">
              <w:r w:rsidRPr="00765081">
                <w:rPr>
                  <w:rFonts w:ascii="Times New Roman" w:eastAsia="Calibri" w:hAnsi="Times New Roman" w:cs="Times New Roman"/>
                  <w:color w:val="0563C1"/>
                  <w:sz w:val="24"/>
                  <w:szCs w:val="24"/>
                  <w:u w:val="single"/>
                </w:rPr>
                <w:t>https://m.edsoo.ru/f29f85c2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 xml:space="preserve">Библиотека ЦОК </w:t>
            </w:r>
            <w:hyperlink r:id="rId360" w:history="1">
              <w:r w:rsidRPr="00765081">
                <w:rPr>
                  <w:rFonts w:ascii="Times New Roman" w:eastAsia="Calibri" w:hAnsi="Times New Roman" w:cs="Times New Roman"/>
                  <w:color w:val="0563C1"/>
                  <w:sz w:val="24"/>
                  <w:szCs w:val="24"/>
                  <w:u w:val="single"/>
                </w:rPr>
                <w:t>https://m.edsoo.ru/f29f8b1c</w:t>
              </w:r>
            </w:hyperlink>
            <w:hyperlink r:id="rId361" w:history="1">
              <w:r w:rsidRPr="00765081">
                <w:rPr>
                  <w:rFonts w:ascii="Times New Roman" w:eastAsia="Calibri" w:hAnsi="Times New Roman" w:cs="Times New Roman"/>
                  <w:color w:val="0563C1"/>
                  <w:sz w:val="24"/>
                  <w:szCs w:val="24"/>
                  <w:u w:val="single"/>
                </w:rPr>
                <w:t>https://m.edsoo.ru/f29f86d0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2" w:history="1">
              <w:r w:rsidRPr="00765081">
                <w:rPr>
                  <w:rFonts w:ascii="Times New Roman" w:eastAsia="Calibri" w:hAnsi="Times New Roman" w:cs="Times New Roman"/>
                  <w:color w:val="0563C1"/>
                  <w:sz w:val="24"/>
                  <w:szCs w:val="24"/>
                  <w:u w:val="single"/>
                </w:rPr>
                <w:t>https://m.edsoo.ru/f29f7ba4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3" w:history="1">
              <w:r w:rsidRPr="00765081">
                <w:rPr>
                  <w:rFonts w:ascii="Times New Roman" w:eastAsia="Calibri" w:hAnsi="Times New Roman" w:cs="Times New Roman"/>
                  <w:color w:val="0563C1"/>
                  <w:sz w:val="24"/>
                  <w:szCs w:val="24"/>
                  <w:u w:val="single"/>
                </w:rPr>
                <w:t>https://m.edsoo.ru/f29f7a78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4" w:history="1">
              <w:r w:rsidRPr="00765081">
                <w:rPr>
                  <w:rFonts w:ascii="Times New Roman" w:eastAsia="Calibri" w:hAnsi="Times New Roman" w:cs="Times New Roman"/>
                  <w:color w:val="0563C1"/>
                  <w:sz w:val="24"/>
                  <w:szCs w:val="24"/>
                  <w:u w:val="single"/>
                </w:rPr>
                <w:t>https://m.edsoo.ru/f29f8284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5" w:history="1">
              <w:r w:rsidRPr="00765081">
                <w:rPr>
                  <w:rFonts w:ascii="Times New Roman" w:eastAsia="Calibri" w:hAnsi="Times New Roman" w:cs="Times New Roman"/>
                  <w:color w:val="0563C1"/>
                  <w:sz w:val="24"/>
                  <w:szCs w:val="24"/>
                  <w:u w:val="single"/>
                </w:rPr>
                <w:t>https://m.edsoo.ru/f2a0a4b6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6" w:history="1">
              <w:r w:rsidRPr="00765081">
                <w:rPr>
                  <w:rFonts w:ascii="Times New Roman" w:eastAsia="Calibri" w:hAnsi="Times New Roman" w:cs="Times New Roman"/>
                  <w:color w:val="0563C1"/>
                  <w:sz w:val="24"/>
                  <w:szCs w:val="24"/>
                  <w:u w:val="single"/>
                </w:rPr>
                <w:t>https://m.edsoo.ru/f2a09dd6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7" w:history="1">
              <w:r w:rsidRPr="00765081">
                <w:rPr>
                  <w:rFonts w:ascii="Times New Roman" w:eastAsia="Calibri" w:hAnsi="Times New Roman" w:cs="Times New Roman"/>
                  <w:color w:val="0563C1"/>
                  <w:sz w:val="24"/>
                  <w:szCs w:val="24"/>
                  <w:u w:val="single"/>
                </w:rPr>
                <w:t>https://m.edsoo.ru/f2a0a7f4</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Фольклорная основа литературной сказки А.С. Пушкина «Сказка о мёртвой царевне и о семи богатырях»</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Картины осени в лирических произведениях А.С. Пушкина: сравнения, эпитет, олицетворения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Отражение темы дружбы в произведениях А.С. Пушкина. На примере стихотворения «И.И.Пущину»</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Оценка настроения и чувств, вызываемых лирическим произведением А.С. Пушкина. На примере стихотворения «Няне»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Составление устного рассказа «Моё любимое стихотворение А.С. Пушкина»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Картины осени в лирических произведениях А.С. Пушкина: сравнения, эпитет, олицетворения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Составление выставки «Произведения А.С. Пушкина»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Творчество М. Ю. Лермонтова (4ч)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Патриотическое звучание стихотворения М.Ю. Лермонтова «Москва, Москва! …Люблю тебя как сын…»: метафора как «свёрнутое» сравнение</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8" w:history="1">
              <w:r w:rsidRPr="00765081">
                <w:rPr>
                  <w:rFonts w:ascii="Times New Roman" w:eastAsia="Calibri" w:hAnsi="Times New Roman" w:cs="Times New Roman"/>
                  <w:color w:val="0563C1"/>
                  <w:sz w:val="24"/>
                  <w:szCs w:val="24"/>
                  <w:u w:val="single"/>
                </w:rPr>
                <w:t>https://m.edsoo.ru/f29f9558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69" w:history="1">
              <w:r w:rsidRPr="00765081">
                <w:rPr>
                  <w:rFonts w:ascii="Times New Roman" w:eastAsia="Calibri" w:hAnsi="Times New Roman" w:cs="Times New Roman"/>
                  <w:color w:val="0563C1"/>
                  <w:sz w:val="24"/>
                  <w:szCs w:val="24"/>
                  <w:u w:val="single"/>
                </w:rPr>
                <w:t>https://m.edsoo.ru/f29f9418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Библиотека ЦОК </w:t>
            </w:r>
            <w:hyperlink r:id="rId370" w:history="1">
              <w:r w:rsidRPr="00765081">
                <w:rPr>
                  <w:rFonts w:ascii="Times New Roman" w:eastAsia="Calibri" w:hAnsi="Times New Roman" w:cs="Times New Roman"/>
                  <w:color w:val="0563C1"/>
                  <w:sz w:val="24"/>
                  <w:szCs w:val="24"/>
                  <w:u w:val="single"/>
                </w:rPr>
                <w:t>https://m.edsoo.ru/f29f9710</w:t>
              </w:r>
            </w:hyperlink>
          </w:p>
          <w:p w:rsidR="00541C25" w:rsidRPr="00765081" w:rsidRDefault="00541C25" w:rsidP="00541C25">
            <w:pPr>
              <w:ind w:left="135"/>
              <w:rPr>
                <w:rFonts w:ascii="Times New Roman" w:eastAsia="Calibri" w:hAnsi="Times New Roman" w:cs="Times New Roman"/>
                <w:sz w:val="24"/>
                <w:szCs w:val="24"/>
              </w:rPr>
            </w:pPr>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Библиотека ЦОК </w:t>
            </w:r>
            <w:r w:rsidRPr="00765081">
              <w:rPr>
                <w:rFonts w:ascii="Times New Roman" w:eastAsia="Calibri" w:hAnsi="Times New Roman" w:cs="Times New Roman"/>
                <w:sz w:val="24"/>
                <w:szCs w:val="24"/>
              </w:rPr>
              <w:lastRenderedPageBreak/>
              <w:t>https://m.edsoo.ru/f29f983c</w:t>
            </w: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Строфа как элемент композиции стихотворения М.Ю. Лермонтова «Парус»</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Работа со стихотворением М.Ю. Лермонтова «Утёс»: характеристика средств </w:t>
            </w:r>
            <w:r w:rsidRPr="00765081">
              <w:rPr>
                <w:rFonts w:ascii="Times New Roman" w:eastAsia="Calibri" w:hAnsi="Times New Roman" w:cs="Times New Roman"/>
                <w:color w:val="000000"/>
                <w:sz w:val="24"/>
                <w:szCs w:val="24"/>
              </w:rPr>
              <w:lastRenderedPageBreak/>
              <w:t>художественной выразительности</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Наблюдение за художественными особенностями лирических произведений М.Ю. Лермонтова</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Литературная сказка (9ч)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Литературная сказка П.П.Ершова «Конёк-Горбунок»: сюжет и построение (композиция) сказки</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71" w:history="1">
              <w:r w:rsidRPr="00765081">
                <w:rPr>
                  <w:rFonts w:ascii="Times New Roman" w:eastAsia="Calibri" w:hAnsi="Times New Roman" w:cs="Times New Roman"/>
                  <w:color w:val="0000FF"/>
                  <w:sz w:val="24"/>
                  <w:szCs w:val="24"/>
                  <w:u w:val="single"/>
                </w:rPr>
                <w:t>https://m.edsoo.ru/f2a0c00e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72" w:history="1">
              <w:r w:rsidRPr="00765081">
                <w:rPr>
                  <w:rFonts w:ascii="Times New Roman" w:eastAsia="Calibri" w:hAnsi="Times New Roman" w:cs="Times New Roman"/>
                  <w:color w:val="0000FF"/>
                  <w:sz w:val="24"/>
                  <w:szCs w:val="24"/>
                  <w:u w:val="single"/>
                </w:rPr>
                <w:t>https://m.edsoo.ru/f2a0c34c</w:t>
              </w:r>
            </w:hyperlink>
          </w:p>
          <w:p w:rsidR="00541C25" w:rsidRPr="00765081" w:rsidRDefault="00541C25" w:rsidP="00541C25">
            <w:pPr>
              <w:ind w:left="135"/>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Речевые особенности (сказочные формулы, повторы, постоянные эпитеты) сказки П.П.Ершова «Конёк-Горбунок»</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Характеристика героя и его волшебного помощника сказки П.П.Ершова «Конёк-Горбунок»</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Тематика авторских стихотворных сказок</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уральскими сказами П.П.Бажова. Сочетание в сказах вымысла и реальности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Народные образы героев сказа П.П.Бажова «Серебряное копытце»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Наблюдение за художественными особенностями, языком сказа П.П.Бажова «Серебряное копытце»</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Наблюдение за художественными особенностями, языком сказа П.П.Бажова «Серебряное копытце»</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Иллюстрации как отражение сюжета сказов П.П.Бажова</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Картины природы в творчестве поэтов и писателей Х</w:t>
            </w:r>
            <w:proofErr w:type="gramStart"/>
            <w:r w:rsidRPr="00765081">
              <w:rPr>
                <w:rFonts w:ascii="Times New Roman" w:eastAsia="MS Mincho" w:hAnsi="Times New Roman" w:cs="Times New Roman"/>
                <w:color w:val="000000"/>
                <w:sz w:val="24"/>
                <w:szCs w:val="24"/>
                <w:lang w:val="en-US"/>
              </w:rPr>
              <w:t>I</w:t>
            </w:r>
            <w:proofErr w:type="gramEnd"/>
            <w:r w:rsidRPr="00765081">
              <w:rPr>
                <w:rFonts w:ascii="Times New Roman" w:eastAsia="MS Mincho" w:hAnsi="Times New Roman" w:cs="Times New Roman"/>
                <w:color w:val="000000"/>
                <w:sz w:val="24"/>
                <w:szCs w:val="24"/>
              </w:rPr>
              <w:t>Х века (6ч)</w:t>
            </w:r>
          </w:p>
        </w:tc>
        <w:tc>
          <w:tcPr>
            <w:tcW w:w="5245" w:type="dxa"/>
          </w:tcPr>
          <w:p w:rsidR="00541C25" w:rsidRPr="00765081" w:rsidRDefault="00541C25" w:rsidP="00541C25">
            <w:pPr>
              <w:ind w:left="135"/>
              <w:rPr>
                <w:rFonts w:ascii="Times New Roman" w:eastAsia="Calibri" w:hAnsi="Times New Roman" w:cs="Times New Roman"/>
                <w:color w:val="000000"/>
                <w:sz w:val="24"/>
                <w:szCs w:val="24"/>
              </w:rPr>
            </w:pPr>
            <w:r w:rsidRPr="00765081">
              <w:rPr>
                <w:rFonts w:ascii="Times New Roman" w:eastAsia="Calibri" w:hAnsi="Times New Roman" w:cs="Times New Roman"/>
                <w:color w:val="000000"/>
                <w:sz w:val="24"/>
                <w:szCs w:val="24"/>
              </w:rPr>
              <w:t>Описание явления природы в стихотворении В.А. Жуковский «Загадка»: приёмы создания художественного образа Сравнение образа радуги в стихотворениях В.А. Жуковского «Загадка» и Ф.И. Тютчева «Как неожиданно и ярко»</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73" w:history="1">
              <w:r w:rsidRPr="00765081">
                <w:rPr>
                  <w:rFonts w:ascii="Times New Roman" w:eastAsia="Calibri" w:hAnsi="Times New Roman" w:cs="Times New Roman"/>
                  <w:color w:val="0000FF"/>
                  <w:sz w:val="24"/>
                  <w:szCs w:val="24"/>
                  <w:u w:val="single"/>
                </w:rPr>
                <w:t>https://m.edsoo.ru/f29faec6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74" w:history="1">
              <w:r w:rsidRPr="00765081">
                <w:rPr>
                  <w:rFonts w:ascii="Times New Roman" w:eastAsia="Calibri" w:hAnsi="Times New Roman" w:cs="Times New Roman"/>
                  <w:color w:val="0000FF"/>
                  <w:sz w:val="24"/>
                  <w:szCs w:val="24"/>
                  <w:u w:val="single"/>
                </w:rPr>
                <w:t>https://m.edsoo.ru/f29f9c42</w:t>
              </w:r>
            </w:hyperlink>
            <w:hyperlink r:id="rId375" w:history="1">
              <w:r w:rsidRPr="00765081">
                <w:rPr>
                  <w:rFonts w:ascii="Times New Roman" w:eastAsia="Calibri" w:hAnsi="Times New Roman" w:cs="Times New Roman"/>
                  <w:color w:val="0000FF"/>
                  <w:sz w:val="24"/>
                  <w:szCs w:val="24"/>
                  <w:u w:val="single"/>
                </w:rPr>
                <w:t>https://m.edsoo.ru/f29f9ee0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76" w:history="1">
              <w:r w:rsidRPr="00765081">
                <w:rPr>
                  <w:rFonts w:ascii="Times New Roman" w:eastAsia="Calibri" w:hAnsi="Times New Roman" w:cs="Times New Roman"/>
                  <w:color w:val="0000FF"/>
                  <w:sz w:val="24"/>
                  <w:szCs w:val="24"/>
                  <w:u w:val="single"/>
                </w:rPr>
                <w:t>https://m.edsoo.ru/f29f9b34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77" w:history="1">
              <w:r w:rsidRPr="00765081">
                <w:rPr>
                  <w:rFonts w:ascii="Times New Roman" w:eastAsia="Calibri" w:hAnsi="Times New Roman" w:cs="Times New Roman"/>
                  <w:color w:val="0000FF"/>
                  <w:sz w:val="24"/>
                  <w:szCs w:val="24"/>
                  <w:u w:val="single"/>
                </w:rPr>
                <w:t>https://m.edsoo.ru/f29fa002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 xml:space="preserve">Библиотека ЦОК </w:t>
            </w:r>
            <w:hyperlink r:id="rId378" w:history="1">
              <w:r w:rsidRPr="00765081">
                <w:rPr>
                  <w:rFonts w:ascii="Times New Roman" w:eastAsia="Calibri" w:hAnsi="Times New Roman" w:cs="Times New Roman"/>
                  <w:color w:val="0000FF"/>
                  <w:sz w:val="24"/>
                  <w:szCs w:val="24"/>
                  <w:u w:val="single"/>
                </w:rPr>
                <w:t>https://m.edsoo.ru/f29fa11a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79" w:history="1">
              <w:r w:rsidRPr="00765081">
                <w:rPr>
                  <w:rFonts w:ascii="Times New Roman" w:eastAsia="Calibri" w:hAnsi="Times New Roman" w:cs="Times New Roman"/>
                  <w:color w:val="0000FF"/>
                  <w:sz w:val="24"/>
                  <w:szCs w:val="24"/>
                  <w:u w:val="single"/>
                </w:rPr>
                <w:t>https://m.edsoo.ru/f29fa21e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0" w:history="1">
              <w:r w:rsidRPr="00765081">
                <w:rPr>
                  <w:rFonts w:ascii="Times New Roman" w:eastAsia="Calibri" w:hAnsi="Times New Roman" w:cs="Times New Roman"/>
                  <w:color w:val="0000FF"/>
                  <w:sz w:val="24"/>
                  <w:szCs w:val="24"/>
                  <w:u w:val="single"/>
                </w:rPr>
                <w:t>https://m.edsoo.ru/f29f9d82</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70"/>
        </w:trPr>
        <w:tc>
          <w:tcPr>
            <w:tcW w:w="852" w:type="dxa"/>
            <w:vAlign w:val="center"/>
          </w:tcPr>
          <w:p w:rsidR="00541C25" w:rsidRPr="00765081" w:rsidRDefault="00541C25" w:rsidP="00541C25">
            <w:pPr>
              <w:ind w:left="501"/>
              <w:contextualSpacing/>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rPr>
                <w:rFonts w:ascii="Times New Roman" w:eastAsia="Calibri" w:hAnsi="Times New Roman" w:cs="Times New Roman"/>
                <w:bCs/>
                <w:i/>
                <w:sz w:val="24"/>
                <w:szCs w:val="24"/>
              </w:rPr>
            </w:pP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Восприятие картин природы в стихотворении А.А. Фета «Весенний дождь» и других его </w:t>
            </w:r>
            <w:r w:rsidRPr="00765081">
              <w:rPr>
                <w:rFonts w:ascii="Times New Roman" w:eastAsia="Calibri" w:hAnsi="Times New Roman" w:cs="Times New Roman"/>
                <w:color w:val="000000"/>
                <w:sz w:val="24"/>
                <w:szCs w:val="24"/>
              </w:rPr>
              <w:lastRenderedPageBreak/>
              <w:t>стихотворений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Авторские приёмы создания художественного образа в стихотворении Е.А. Баратынского «Весна, весна! Как воздух чист</w:t>
            </w:r>
            <w:proofErr w:type="gramStart"/>
            <w:r w:rsidRPr="00765081">
              <w:rPr>
                <w:rFonts w:ascii="Times New Roman" w:eastAsia="Calibri" w:hAnsi="Times New Roman" w:cs="Times New Roman"/>
                <w:color w:val="000000"/>
                <w:sz w:val="24"/>
                <w:szCs w:val="24"/>
              </w:rPr>
              <w:t>»..»</w:t>
            </w:r>
            <w:proofErr w:type="gramEnd"/>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Анализ чувств и настроения, создаваемых лирическим произведением. На примере произведения Н.А. Некрасова «Саша»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Поэты о красоте родной природы: анализ авторских приёмов создания художественного образа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Составление устного рассказа по репродукции картины на основе изученных произведений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Творчество Л. Н. Толстого (8ч)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Творчество Л.Н. Толстого – великого русского писателя</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1" w:history="1">
              <w:r w:rsidRPr="00765081">
                <w:rPr>
                  <w:rFonts w:ascii="Times New Roman" w:eastAsia="Calibri" w:hAnsi="Times New Roman" w:cs="Times New Roman"/>
                  <w:color w:val="0000FF"/>
                  <w:sz w:val="24"/>
                  <w:szCs w:val="24"/>
                  <w:u w:val="single"/>
                </w:rPr>
                <w:t>https://m.edsoo.ru/f29fa66a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2" w:history="1">
              <w:r w:rsidRPr="00765081">
                <w:rPr>
                  <w:rFonts w:ascii="Times New Roman" w:eastAsia="Calibri" w:hAnsi="Times New Roman" w:cs="Times New Roman"/>
                  <w:color w:val="0000FF"/>
                  <w:sz w:val="24"/>
                  <w:szCs w:val="24"/>
                  <w:u w:val="single"/>
                </w:rPr>
                <w:t>https://m.edsoo.ru/f29fac6e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3" w:history="1">
              <w:r w:rsidRPr="00765081">
                <w:rPr>
                  <w:rFonts w:ascii="Times New Roman" w:eastAsia="Calibri" w:hAnsi="Times New Roman" w:cs="Times New Roman"/>
                  <w:color w:val="0000FF"/>
                  <w:sz w:val="24"/>
                  <w:szCs w:val="24"/>
                  <w:u w:val="single"/>
                </w:rPr>
                <w:t>https://m.edsoo.ru/f29fab56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4" w:history="1">
              <w:r w:rsidRPr="00765081">
                <w:rPr>
                  <w:rFonts w:ascii="Times New Roman" w:eastAsia="Calibri" w:hAnsi="Times New Roman" w:cs="Times New Roman"/>
                  <w:color w:val="0000FF"/>
                  <w:sz w:val="24"/>
                  <w:szCs w:val="24"/>
                  <w:u w:val="single"/>
                </w:rPr>
                <w:t>https://m.edsoo.ru/f29faa20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5" w:history="1">
              <w:r w:rsidRPr="00765081">
                <w:rPr>
                  <w:rFonts w:ascii="Times New Roman" w:eastAsia="Calibri" w:hAnsi="Times New Roman" w:cs="Times New Roman"/>
                  <w:color w:val="0000FF"/>
                  <w:sz w:val="24"/>
                  <w:szCs w:val="24"/>
                  <w:u w:val="single"/>
                </w:rPr>
                <w:t>https://m.edsoo.ru/f29fa7a0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6" w:history="1">
              <w:r w:rsidRPr="00765081">
                <w:rPr>
                  <w:rFonts w:ascii="Times New Roman" w:eastAsia="Calibri" w:hAnsi="Times New Roman" w:cs="Times New Roman"/>
                  <w:color w:val="0000FF"/>
                  <w:sz w:val="24"/>
                  <w:szCs w:val="24"/>
                  <w:u w:val="single"/>
                </w:rPr>
                <w:t>https://m.edsoo.ru/f29fa8ae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7" w:history="1">
              <w:r w:rsidRPr="00765081">
                <w:rPr>
                  <w:rFonts w:ascii="Times New Roman" w:eastAsia="Calibri" w:hAnsi="Times New Roman" w:cs="Times New Roman"/>
                  <w:color w:val="0000FF"/>
                  <w:sz w:val="24"/>
                  <w:szCs w:val="24"/>
                  <w:u w:val="single"/>
                </w:rPr>
                <w:t>https://m.edsoo.ru/f2a0ba28</w:t>
              </w:r>
            </w:hyperlink>
            <w:hyperlink r:id="rId388" w:history="1">
              <w:r w:rsidRPr="00765081">
                <w:rPr>
                  <w:rFonts w:ascii="Times New Roman" w:eastAsia="Calibri" w:hAnsi="Times New Roman" w:cs="Times New Roman"/>
                  <w:color w:val="0000FF"/>
                  <w:sz w:val="24"/>
                  <w:szCs w:val="24"/>
                  <w:u w:val="single"/>
                </w:rPr>
                <w:t>https://m.edsoo.ru/f29fad7c</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Басни Л.Н.Толстого: выделение жанровых особенностей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Чтение научно-познавательных рассказов Л.Н.Толстого. Примеры текста-рассуждения в рассказе «Черепаха»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Анализ художественных рассказов Л.Н.Толстого. Особенности художественного текста-описания на примере рассказа «Русак»</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Общее представление о повести как эпическом жанре. Знакомство с отрывками из повести Л.Н.Толстого «Детство»</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Роль портрета, интерьера в создании образа героя повести «Детство»</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детскими книгами на тему «Книги Л.Н. Толстого для детей»: составление отзыва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детскими книгами на тему «Книги Л.Н. Толстого для детей»: составление отзыва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 xml:space="preserve">Картины природы в творчестве поэтов и писателей </w:t>
            </w:r>
            <w:r w:rsidRPr="00765081">
              <w:rPr>
                <w:rFonts w:ascii="Times New Roman" w:eastAsia="MS Mincho" w:hAnsi="Times New Roman" w:cs="Times New Roman"/>
                <w:color w:val="000000"/>
                <w:sz w:val="24"/>
                <w:szCs w:val="24"/>
                <w:lang w:val="en-US"/>
              </w:rPr>
              <w:t>XX</w:t>
            </w:r>
            <w:r w:rsidRPr="00765081">
              <w:rPr>
                <w:rFonts w:ascii="Times New Roman" w:eastAsia="MS Mincho" w:hAnsi="Times New Roman" w:cs="Times New Roman"/>
                <w:color w:val="000000"/>
                <w:sz w:val="24"/>
                <w:szCs w:val="24"/>
              </w:rPr>
              <w:t xml:space="preserve">века </w:t>
            </w:r>
            <w:r w:rsidRPr="00765081">
              <w:rPr>
                <w:rFonts w:ascii="Times New Roman" w:eastAsia="MS Mincho" w:hAnsi="Times New Roman" w:cs="Times New Roman"/>
                <w:color w:val="000000"/>
                <w:sz w:val="24"/>
                <w:szCs w:val="24"/>
              </w:rPr>
              <w:lastRenderedPageBreak/>
              <w:t>(6ч)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 xml:space="preserve">Знакомство с отрывками из повести Н.Г. </w:t>
            </w:r>
            <w:proofErr w:type="gramStart"/>
            <w:r w:rsidRPr="00765081">
              <w:rPr>
                <w:rFonts w:ascii="Times New Roman" w:eastAsia="Calibri" w:hAnsi="Times New Roman" w:cs="Times New Roman"/>
                <w:color w:val="000000"/>
                <w:sz w:val="24"/>
                <w:szCs w:val="24"/>
              </w:rPr>
              <w:t>Гарин-Михайловского</w:t>
            </w:r>
            <w:proofErr w:type="gramEnd"/>
            <w:r w:rsidRPr="00765081">
              <w:rPr>
                <w:rFonts w:ascii="Times New Roman" w:eastAsia="Calibri" w:hAnsi="Times New Roman" w:cs="Times New Roman"/>
                <w:color w:val="000000"/>
                <w:sz w:val="24"/>
                <w:szCs w:val="24"/>
              </w:rPr>
              <w:t xml:space="preserve"> «Детство Тёмы» (отдельные главы): основные события сюжета</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89" w:history="1">
              <w:r w:rsidRPr="00765081">
                <w:rPr>
                  <w:rFonts w:ascii="Times New Roman" w:eastAsia="Calibri" w:hAnsi="Times New Roman" w:cs="Times New Roman"/>
                  <w:color w:val="0000FF"/>
                  <w:sz w:val="24"/>
                  <w:szCs w:val="24"/>
                  <w:u w:val="single"/>
                </w:rPr>
                <w:t>https://m.edsoo.ru/f29fd216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0" w:history="1">
              <w:r w:rsidRPr="00765081">
                <w:rPr>
                  <w:rFonts w:ascii="Times New Roman" w:eastAsia="Calibri" w:hAnsi="Times New Roman" w:cs="Times New Roman"/>
                  <w:color w:val="0000FF"/>
                  <w:sz w:val="24"/>
                  <w:szCs w:val="24"/>
                  <w:u w:val="single"/>
                </w:rPr>
                <w:t>https://m.edsoo.ru/f29fd31a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 xml:space="preserve">Библиотека ЦОК </w:t>
            </w:r>
            <w:hyperlink r:id="rId391" w:history="1">
              <w:r w:rsidRPr="00765081">
                <w:rPr>
                  <w:rFonts w:ascii="Times New Roman" w:eastAsia="Calibri" w:hAnsi="Times New Roman" w:cs="Times New Roman"/>
                  <w:color w:val="0000FF"/>
                  <w:sz w:val="24"/>
                  <w:szCs w:val="24"/>
                  <w:u w:val="single"/>
                </w:rPr>
                <w:t>https://m.edsoo.ru/f29fd43c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2" w:history="1">
              <w:r w:rsidRPr="00765081">
                <w:rPr>
                  <w:rFonts w:ascii="Times New Roman" w:eastAsia="Calibri" w:hAnsi="Times New Roman" w:cs="Times New Roman"/>
                  <w:color w:val="0000FF"/>
                  <w:sz w:val="24"/>
                  <w:szCs w:val="24"/>
                  <w:u w:val="single"/>
                </w:rPr>
                <w:t>https://m.edsoo.ru/f29fd554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3" w:history="1">
              <w:r w:rsidRPr="00765081">
                <w:rPr>
                  <w:rFonts w:ascii="Times New Roman" w:eastAsia="Calibri" w:hAnsi="Times New Roman" w:cs="Times New Roman"/>
                  <w:color w:val="0000FF"/>
                  <w:sz w:val="24"/>
                  <w:szCs w:val="24"/>
                  <w:u w:val="single"/>
                </w:rPr>
                <w:t>https://m.edsoo.ru/f29fd662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4" w:history="1">
              <w:r w:rsidRPr="00765081">
                <w:rPr>
                  <w:rFonts w:ascii="Times New Roman" w:eastAsia="Calibri" w:hAnsi="Times New Roman" w:cs="Times New Roman"/>
                  <w:color w:val="0000FF"/>
                  <w:sz w:val="24"/>
                  <w:szCs w:val="24"/>
                  <w:u w:val="single"/>
                </w:rPr>
                <w:t>https://m.edsoo.ru/f29fdb80</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Словесный портрет героя повести Н.Г. </w:t>
            </w:r>
            <w:proofErr w:type="gramStart"/>
            <w:r w:rsidRPr="00765081">
              <w:rPr>
                <w:rFonts w:ascii="Times New Roman" w:eastAsia="Calibri" w:hAnsi="Times New Roman" w:cs="Times New Roman"/>
                <w:color w:val="000000"/>
                <w:sz w:val="24"/>
                <w:szCs w:val="24"/>
              </w:rPr>
              <w:t>Гарин-</w:t>
            </w:r>
            <w:r w:rsidRPr="00765081">
              <w:rPr>
                <w:rFonts w:ascii="Times New Roman" w:eastAsia="Calibri" w:hAnsi="Times New Roman" w:cs="Times New Roman"/>
                <w:color w:val="000000"/>
                <w:sz w:val="24"/>
                <w:szCs w:val="24"/>
              </w:rPr>
              <w:lastRenderedPageBreak/>
              <w:t>Михайловского</w:t>
            </w:r>
            <w:proofErr w:type="gramEnd"/>
            <w:r w:rsidRPr="00765081">
              <w:rPr>
                <w:rFonts w:ascii="Times New Roman" w:eastAsia="Calibri" w:hAnsi="Times New Roman" w:cs="Times New Roman"/>
                <w:color w:val="000000"/>
                <w:sz w:val="24"/>
                <w:szCs w:val="24"/>
              </w:rPr>
              <w:t xml:space="preserve"> «Детство Тёмы» (</w:t>
            </w:r>
            <w:proofErr w:type="spellStart"/>
            <w:r w:rsidRPr="00765081">
              <w:rPr>
                <w:rFonts w:ascii="Times New Roman" w:eastAsia="Calibri" w:hAnsi="Times New Roman" w:cs="Times New Roman"/>
                <w:color w:val="000000"/>
                <w:sz w:val="24"/>
                <w:szCs w:val="24"/>
              </w:rPr>
              <w:t>отдельнеы</w:t>
            </w:r>
            <w:proofErr w:type="spellEnd"/>
            <w:r w:rsidRPr="00765081">
              <w:rPr>
                <w:rFonts w:ascii="Times New Roman" w:eastAsia="Calibri" w:hAnsi="Times New Roman" w:cs="Times New Roman"/>
                <w:color w:val="000000"/>
                <w:sz w:val="24"/>
                <w:szCs w:val="24"/>
              </w:rPr>
              <w:t xml:space="preserve"> главы)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Осмысление поступков и поведения главного героя повести Н.Г. </w:t>
            </w:r>
            <w:proofErr w:type="gramStart"/>
            <w:r w:rsidRPr="00765081">
              <w:rPr>
                <w:rFonts w:ascii="Times New Roman" w:eastAsia="Calibri" w:hAnsi="Times New Roman" w:cs="Times New Roman"/>
                <w:color w:val="000000"/>
                <w:sz w:val="24"/>
                <w:szCs w:val="24"/>
              </w:rPr>
              <w:t>Гарин-Михайловского</w:t>
            </w:r>
            <w:proofErr w:type="gramEnd"/>
            <w:r w:rsidRPr="00765081">
              <w:rPr>
                <w:rFonts w:ascii="Times New Roman" w:eastAsia="Calibri" w:hAnsi="Times New Roman" w:cs="Times New Roman"/>
                <w:color w:val="000000"/>
                <w:sz w:val="24"/>
                <w:szCs w:val="24"/>
              </w:rPr>
              <w:t xml:space="preserve"> «Детство Тёмы» (отдельные главы)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Взаимоотношения со сверстниками – тема рассказа А.П. Чехова «Мальчики»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Образы героев-детей в рассказе А.П. Чехова «Мальчики»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Соотнесение заглавия и главной мысли рассказа А.П. Чехова «Мальчики»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Произведения о животных и родной природе (20ч)</w:t>
            </w:r>
          </w:p>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Отличие автора от героя и рассказчика на примере рассказов М.М. Зощенко «О Лёньке и Миньке»</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5" w:history="1">
              <w:r w:rsidRPr="00765081">
                <w:rPr>
                  <w:rFonts w:ascii="Times New Roman" w:eastAsia="Calibri" w:hAnsi="Times New Roman" w:cs="Times New Roman"/>
                  <w:color w:val="0000FF"/>
                  <w:sz w:val="24"/>
                  <w:szCs w:val="24"/>
                  <w:u w:val="single"/>
                </w:rPr>
                <w:t>https://m.edsoo.ru/f29fdcc0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6" w:history="1">
              <w:r w:rsidRPr="00765081">
                <w:rPr>
                  <w:rFonts w:ascii="Times New Roman" w:eastAsia="Calibri" w:hAnsi="Times New Roman" w:cs="Times New Roman"/>
                  <w:color w:val="0000FF"/>
                  <w:sz w:val="24"/>
                  <w:szCs w:val="24"/>
                  <w:u w:val="single"/>
                </w:rPr>
                <w:t>https://m.edsoo.ru/f29fded2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7" w:history="1">
              <w:r w:rsidRPr="00765081">
                <w:rPr>
                  <w:rFonts w:ascii="Times New Roman" w:eastAsia="Calibri" w:hAnsi="Times New Roman" w:cs="Times New Roman"/>
                  <w:color w:val="0000FF"/>
                  <w:sz w:val="24"/>
                  <w:szCs w:val="24"/>
                  <w:u w:val="single"/>
                </w:rPr>
                <w:t>https://m.edsoo.ru/f29fdff4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8" w:history="1">
              <w:r w:rsidRPr="00765081">
                <w:rPr>
                  <w:rFonts w:ascii="Times New Roman" w:eastAsia="Calibri" w:hAnsi="Times New Roman" w:cs="Times New Roman"/>
                  <w:color w:val="0000FF"/>
                  <w:sz w:val="24"/>
                  <w:szCs w:val="24"/>
                  <w:u w:val="single"/>
                </w:rPr>
                <w:t>https://m.edsoo.ru/f29fe12a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399" w:history="1">
              <w:r w:rsidRPr="00765081">
                <w:rPr>
                  <w:rFonts w:ascii="Times New Roman" w:eastAsia="Calibri" w:hAnsi="Times New Roman" w:cs="Times New Roman"/>
                  <w:color w:val="0000FF"/>
                  <w:sz w:val="24"/>
                  <w:szCs w:val="24"/>
                  <w:u w:val="single"/>
                </w:rPr>
                <w:t>https://m.edsoo.ru/f2a0b6a4</w:t>
              </w:r>
            </w:hyperlink>
            <w:hyperlink r:id="rId400" w:history="1">
              <w:r w:rsidRPr="00765081">
                <w:rPr>
                  <w:rFonts w:ascii="Times New Roman" w:eastAsia="Calibri" w:hAnsi="Times New Roman" w:cs="Times New Roman"/>
                  <w:color w:val="0000FF"/>
                  <w:sz w:val="24"/>
                  <w:szCs w:val="24"/>
                  <w:u w:val="single"/>
                </w:rPr>
                <w:t>https://m.edsoo.ru/f29fe256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01" w:history="1">
              <w:r w:rsidRPr="00765081">
                <w:rPr>
                  <w:rFonts w:ascii="Times New Roman" w:eastAsia="Calibri" w:hAnsi="Times New Roman" w:cs="Times New Roman"/>
                  <w:color w:val="0000FF"/>
                  <w:sz w:val="24"/>
                  <w:szCs w:val="24"/>
                  <w:u w:val="single"/>
                </w:rPr>
                <w:t>https://m.edsoo.ru/f2a0c8ec</w:t>
              </w:r>
            </w:hyperlink>
            <w:hyperlink r:id="rId402" w:history="1">
              <w:r w:rsidRPr="00765081">
                <w:rPr>
                  <w:rFonts w:ascii="Times New Roman" w:eastAsia="Calibri" w:hAnsi="Times New Roman" w:cs="Times New Roman"/>
                  <w:color w:val="0000FF"/>
                  <w:sz w:val="24"/>
                  <w:szCs w:val="24"/>
                  <w:u w:val="single"/>
                </w:rPr>
                <w:t>https://m.edsoo.ru/f29fe6ac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03" w:history="1">
              <w:r w:rsidRPr="00765081">
                <w:rPr>
                  <w:rFonts w:ascii="Times New Roman" w:eastAsia="Calibri" w:hAnsi="Times New Roman" w:cs="Times New Roman"/>
                  <w:color w:val="0000FF"/>
                  <w:sz w:val="24"/>
                  <w:szCs w:val="24"/>
                  <w:u w:val="single"/>
                </w:rPr>
                <w:t>https://m.edsoo.ru/f29fb420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04" w:history="1">
              <w:r w:rsidRPr="00765081">
                <w:rPr>
                  <w:rFonts w:ascii="Times New Roman" w:eastAsia="Calibri" w:hAnsi="Times New Roman" w:cs="Times New Roman"/>
                  <w:color w:val="0000FF"/>
                  <w:sz w:val="24"/>
                  <w:szCs w:val="24"/>
                  <w:u w:val="single"/>
                </w:rPr>
                <w:t>https://m.edsoo.ru/f29fb556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05" w:history="1">
              <w:r w:rsidRPr="00765081">
                <w:rPr>
                  <w:rFonts w:ascii="Times New Roman" w:eastAsia="Calibri" w:hAnsi="Times New Roman" w:cs="Times New Roman"/>
                  <w:color w:val="0000FF"/>
                  <w:sz w:val="24"/>
                  <w:szCs w:val="24"/>
                  <w:u w:val="single"/>
                </w:rPr>
                <w:t>https://m.edsoo.ru/f29fb7e0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06" w:history="1">
              <w:r w:rsidRPr="00765081">
                <w:rPr>
                  <w:rFonts w:ascii="Times New Roman" w:eastAsia="Calibri" w:hAnsi="Times New Roman" w:cs="Times New Roman"/>
                  <w:color w:val="0000FF"/>
                  <w:sz w:val="24"/>
                  <w:szCs w:val="24"/>
                  <w:u w:val="single"/>
                </w:rPr>
                <w:t>https://m.edsoo.ru/f29fb682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07" w:history="1">
              <w:r w:rsidRPr="00765081">
                <w:rPr>
                  <w:rFonts w:ascii="Times New Roman" w:eastAsia="Calibri" w:hAnsi="Times New Roman" w:cs="Times New Roman"/>
                  <w:color w:val="0000FF"/>
                  <w:sz w:val="24"/>
                  <w:szCs w:val="24"/>
                  <w:u w:val="single"/>
                </w:rPr>
                <w:t>https://m.edsoo.ru/f29fb8f8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 xml:space="preserve">Библиотека ЦОК </w:t>
            </w:r>
            <w:hyperlink r:id="rId408" w:history="1">
              <w:r w:rsidRPr="00765081">
                <w:rPr>
                  <w:rFonts w:ascii="Times New Roman" w:eastAsia="Calibri" w:hAnsi="Times New Roman" w:cs="Times New Roman"/>
                  <w:color w:val="0000FF"/>
                  <w:sz w:val="24"/>
                  <w:szCs w:val="24"/>
                  <w:u w:val="single"/>
                </w:rPr>
                <w:t>https://m.edsoo.ru/f2a0a5e2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09" w:history="1">
              <w:r w:rsidRPr="00765081">
                <w:rPr>
                  <w:rFonts w:ascii="Times New Roman" w:eastAsia="Calibri" w:hAnsi="Times New Roman" w:cs="Times New Roman"/>
                  <w:color w:val="0000FF"/>
                  <w:sz w:val="24"/>
                  <w:szCs w:val="24"/>
                  <w:u w:val="single"/>
                </w:rPr>
                <w:t>https://m.edsoo.ru/f2a0a36c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0" w:history="1">
              <w:r w:rsidRPr="00765081">
                <w:rPr>
                  <w:rFonts w:ascii="Times New Roman" w:eastAsia="Calibri" w:hAnsi="Times New Roman" w:cs="Times New Roman"/>
                  <w:color w:val="0000FF"/>
                  <w:sz w:val="24"/>
                  <w:szCs w:val="24"/>
                  <w:u w:val="single"/>
                </w:rPr>
                <w:t>https://m.edsoo.ru/f29fba1a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1" w:history="1">
              <w:r w:rsidRPr="00765081">
                <w:rPr>
                  <w:rFonts w:ascii="Times New Roman" w:eastAsia="Calibri" w:hAnsi="Times New Roman" w:cs="Times New Roman"/>
                  <w:color w:val="0000FF"/>
                  <w:sz w:val="24"/>
                  <w:szCs w:val="24"/>
                  <w:u w:val="single"/>
                </w:rPr>
                <w:t>https://m.edsoo.ru/f29fbb28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2" w:history="1">
              <w:r w:rsidRPr="00765081">
                <w:rPr>
                  <w:rFonts w:ascii="Times New Roman" w:eastAsia="Calibri" w:hAnsi="Times New Roman" w:cs="Times New Roman"/>
                  <w:color w:val="0000FF"/>
                  <w:sz w:val="24"/>
                  <w:szCs w:val="24"/>
                  <w:u w:val="single"/>
                </w:rPr>
                <w:t>https://m.edsoo.ru/f29fbf6a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3" w:history="1">
              <w:r w:rsidRPr="00765081">
                <w:rPr>
                  <w:rFonts w:ascii="Times New Roman" w:eastAsia="Calibri" w:hAnsi="Times New Roman" w:cs="Times New Roman"/>
                  <w:color w:val="0000FF"/>
                  <w:sz w:val="24"/>
                  <w:szCs w:val="24"/>
                  <w:u w:val="single"/>
                </w:rPr>
                <w:t>https://m.edsoo.ru/f29fc0aa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4" w:history="1">
              <w:r w:rsidRPr="00765081">
                <w:rPr>
                  <w:rFonts w:ascii="Times New Roman" w:eastAsia="Calibri" w:hAnsi="Times New Roman" w:cs="Times New Roman"/>
                  <w:color w:val="0000FF"/>
                  <w:sz w:val="24"/>
                  <w:szCs w:val="24"/>
                  <w:u w:val="single"/>
                </w:rPr>
                <w:t>https://m.edsoo.ru/f29fc7bc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5" w:history="1">
              <w:r w:rsidRPr="00765081">
                <w:rPr>
                  <w:rFonts w:ascii="Times New Roman" w:eastAsia="Calibri" w:hAnsi="Times New Roman" w:cs="Times New Roman"/>
                  <w:color w:val="0000FF"/>
                  <w:sz w:val="24"/>
                  <w:szCs w:val="24"/>
                  <w:u w:val="single"/>
                </w:rPr>
                <w:t>https://m.edsoo.ru/f29fc30c</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Отражение нравственно-этических понятий в рассказах М.М. Зощенко «О Лёньке и Миньке». На примере рассказа «Не надо врать»</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Раскрытие главной мысли рассказов М.М. Зощенко «О Лёньке и Миньке». На примере рассказа «Тридцать лет спустя»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рассказом К.Г. Паустовского «Корзина с еловыми шишками»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Составление устного рассказа «Герой, который мне больше всего запомнился»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Выразительность поэтической речи стихотворения И.С. Никитина «В синем небе </w:t>
            </w:r>
            <w:r w:rsidRPr="00765081">
              <w:rPr>
                <w:rFonts w:ascii="Times New Roman" w:eastAsia="Calibri" w:hAnsi="Times New Roman" w:cs="Times New Roman"/>
                <w:color w:val="000000"/>
                <w:sz w:val="24"/>
                <w:szCs w:val="24"/>
              </w:rPr>
              <w:lastRenderedPageBreak/>
              <w:t>плывут над полями…» и другие на выбор</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Темы лирических произведений А.А. Блока. На примере стихотворения «Рождество»</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Темы лирических произведений К.Д. Бальмонта. На примере стихотворения «У чудищ»</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Средства создания речевой выразительности в стихотворения К.Д. Бальмонта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Образное изображение осени в стихотворении И.А. Бунина «Листопад»</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Составление устного рассказа по репродукции картины на основе изученных лирических произведений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Выразительность поэтических картин родной природы. На примере стихотворения И.А. Бунина «Детство»</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Человек и животные – тема многих произведений писателей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Наблюдательность писателей, выражающаяся в описании жизни животных. На примере рассказа А.И. Куприна «Скворцы»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Раскрытие темы о бережном отношении человека к природе родного края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Особенности художественного описания родной природы. На примере рассказа В.П.Астафьева «Весенний остров»</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Человек и его отношения с животными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Образ автора в рассказе В.П. Астафьев «</w:t>
            </w:r>
            <w:proofErr w:type="spellStart"/>
            <w:r w:rsidRPr="00765081">
              <w:rPr>
                <w:rFonts w:ascii="Times New Roman" w:eastAsia="Calibri" w:hAnsi="Times New Roman" w:cs="Times New Roman"/>
                <w:color w:val="000000"/>
                <w:sz w:val="24"/>
                <w:szCs w:val="24"/>
              </w:rPr>
              <w:t>Капалуха</w:t>
            </w:r>
            <w:proofErr w:type="spellEnd"/>
            <w:r w:rsidRPr="00765081">
              <w:rPr>
                <w:rFonts w:ascii="Times New Roman" w:eastAsia="Calibri" w:hAnsi="Times New Roman" w:cs="Times New Roman"/>
                <w:color w:val="000000"/>
                <w:sz w:val="24"/>
                <w:szCs w:val="24"/>
              </w:rPr>
              <w:t>»</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Произведения о детях (6ч)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Отражение темы «Материнская любовь» в рассказе В.П. Астафьева «</w:t>
            </w:r>
            <w:proofErr w:type="spellStart"/>
            <w:r w:rsidRPr="00765081">
              <w:rPr>
                <w:rFonts w:ascii="Times New Roman" w:eastAsia="Calibri" w:hAnsi="Times New Roman" w:cs="Times New Roman"/>
                <w:color w:val="000000"/>
                <w:sz w:val="24"/>
                <w:szCs w:val="24"/>
              </w:rPr>
              <w:t>Капалуха</w:t>
            </w:r>
            <w:proofErr w:type="spellEnd"/>
            <w:r w:rsidRPr="00765081">
              <w:rPr>
                <w:rFonts w:ascii="Times New Roman" w:eastAsia="Calibri" w:hAnsi="Times New Roman" w:cs="Times New Roman"/>
                <w:color w:val="000000"/>
                <w:sz w:val="24"/>
                <w:szCs w:val="24"/>
              </w:rPr>
              <w:t>» и стихотворении С.Есенина «Лебёдушка»</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6" w:history="1">
              <w:r w:rsidRPr="00765081">
                <w:rPr>
                  <w:rFonts w:ascii="Times New Roman" w:eastAsia="Calibri" w:hAnsi="Times New Roman" w:cs="Times New Roman"/>
                  <w:color w:val="0000FF"/>
                  <w:sz w:val="24"/>
                  <w:szCs w:val="24"/>
                  <w:u w:val="single"/>
                </w:rPr>
                <w:t>https://m.edsoo.ru/f29fc4c4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17" w:history="1">
              <w:r w:rsidRPr="00765081">
                <w:rPr>
                  <w:rFonts w:ascii="Times New Roman" w:eastAsia="Calibri" w:hAnsi="Times New Roman" w:cs="Times New Roman"/>
                  <w:color w:val="0000FF"/>
                  <w:sz w:val="24"/>
                  <w:szCs w:val="24"/>
                  <w:u w:val="single"/>
                </w:rPr>
                <w:t>https://m.edsoo.ru/f29fce92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Библиотека ЦОК </w:t>
            </w:r>
            <w:hyperlink r:id="rId418" w:history="1">
              <w:r w:rsidRPr="00765081">
                <w:rPr>
                  <w:rFonts w:ascii="Times New Roman" w:eastAsia="Calibri" w:hAnsi="Times New Roman" w:cs="Times New Roman"/>
                  <w:color w:val="0563C1"/>
                  <w:sz w:val="24"/>
                  <w:szCs w:val="24"/>
                  <w:u w:val="single"/>
                </w:rPr>
                <w:t>https://m.edsoo.ru/f29fcd02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Библиотека ЦОК </w:t>
            </w:r>
            <w:hyperlink r:id="rId419" w:history="1">
              <w:r w:rsidRPr="00765081">
                <w:rPr>
                  <w:rFonts w:ascii="Times New Roman" w:eastAsia="Calibri" w:hAnsi="Times New Roman" w:cs="Times New Roman"/>
                  <w:color w:val="0563C1"/>
                  <w:sz w:val="24"/>
                  <w:szCs w:val="24"/>
                  <w:u w:val="single"/>
                </w:rPr>
                <w:t>https://m.edsoo.ru/f29fc1b8</w:t>
              </w:r>
            </w:hyperlink>
          </w:p>
          <w:p w:rsidR="00541C25" w:rsidRPr="00765081" w:rsidRDefault="007B5670" w:rsidP="00541C25">
            <w:pPr>
              <w:ind w:left="135"/>
              <w:rPr>
                <w:rFonts w:ascii="Times New Roman" w:eastAsia="Calibri" w:hAnsi="Times New Roman" w:cs="Times New Roman"/>
                <w:sz w:val="24"/>
                <w:szCs w:val="24"/>
              </w:rPr>
            </w:pPr>
            <w:hyperlink r:id="rId420" w:history="1">
              <w:r w:rsidR="00541C25" w:rsidRPr="00765081">
                <w:rPr>
                  <w:rFonts w:ascii="Times New Roman" w:eastAsia="Calibri" w:hAnsi="Times New Roman" w:cs="Times New Roman"/>
                  <w:color w:val="0563C1"/>
                  <w:sz w:val="24"/>
                  <w:szCs w:val="24"/>
                  <w:u w:val="single"/>
                </w:rPr>
                <w:t>https://m.edsoo.ru/f29fd0f4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Библиотека ЦОК </w:t>
            </w:r>
            <w:hyperlink r:id="rId421" w:history="1">
              <w:r w:rsidRPr="00765081">
                <w:rPr>
                  <w:rFonts w:ascii="Times New Roman" w:eastAsia="Calibri" w:hAnsi="Times New Roman" w:cs="Times New Roman"/>
                  <w:color w:val="0563C1"/>
                  <w:sz w:val="24"/>
                  <w:szCs w:val="24"/>
                  <w:u w:val="single"/>
                </w:rPr>
                <w:t>https://m.edsoo.ru/f2a0c9fa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https://m.edsoo.ru/f29fc5f0</w:t>
            </w: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М.М. Пришвин- певец русской природы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Авторское мастерство создания образов </w:t>
            </w:r>
            <w:r w:rsidRPr="00765081">
              <w:rPr>
                <w:rFonts w:ascii="Times New Roman" w:eastAsia="Calibri" w:hAnsi="Times New Roman" w:cs="Times New Roman"/>
                <w:color w:val="000000"/>
                <w:sz w:val="24"/>
                <w:szCs w:val="24"/>
              </w:rPr>
              <w:lastRenderedPageBreak/>
              <w:t>героев-животных</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Любовь к природе, взаимоотношения человека и животного – тема многих произведений литературы</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Любовь к природе, взаимоотношения человека и животного – тема многих произведений литературы</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Писатели – авторы произведений о животных: выставка книг</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Пьеса (4ч)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пьесой как жанром литературы</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2" w:history="1">
              <w:r w:rsidRPr="00765081">
                <w:rPr>
                  <w:rFonts w:ascii="Times New Roman" w:eastAsia="Calibri" w:hAnsi="Times New Roman" w:cs="Times New Roman"/>
                  <w:color w:val="0000FF"/>
                  <w:sz w:val="24"/>
                  <w:szCs w:val="24"/>
                  <w:u w:val="single"/>
                </w:rPr>
                <w:t>https://m.edsoo.ru/f29fe7c4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3" w:history="1">
              <w:r w:rsidRPr="00765081">
                <w:rPr>
                  <w:rFonts w:ascii="Times New Roman" w:eastAsia="Calibri" w:hAnsi="Times New Roman" w:cs="Times New Roman"/>
                  <w:color w:val="0000FF"/>
                  <w:sz w:val="24"/>
                  <w:szCs w:val="24"/>
                  <w:u w:val="single"/>
                </w:rPr>
                <w:t>https://m.edsoo.ru/f29fe8dc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4" w:history="1">
              <w:r w:rsidRPr="00765081">
                <w:rPr>
                  <w:rFonts w:ascii="Times New Roman" w:eastAsia="Calibri" w:hAnsi="Times New Roman" w:cs="Times New Roman"/>
                  <w:color w:val="0000FF"/>
                  <w:sz w:val="24"/>
                  <w:szCs w:val="24"/>
                  <w:u w:val="single"/>
                </w:rPr>
                <w:t>https://m.edsoo.ru/f29fe9ea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5" w:history="1">
              <w:r w:rsidRPr="00765081">
                <w:rPr>
                  <w:rFonts w:ascii="Times New Roman" w:eastAsia="Calibri" w:hAnsi="Times New Roman" w:cs="Times New Roman"/>
                  <w:color w:val="0000FF"/>
                  <w:sz w:val="24"/>
                  <w:szCs w:val="24"/>
                  <w:u w:val="single"/>
                </w:rPr>
                <w:t>https://m.edsoo.ru/f29feb52</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Пьеса и сказка: драматическое и эпическое произведения, их структурные и жанровые особенности</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пьесой-сказкой С.Я. Маршака «Двенадцать месяцев»: сюжет</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Представление действующих лиц в пьесе </w:t>
            </w:r>
            <w:proofErr w:type="gramStart"/>
            <w:r w:rsidRPr="00765081">
              <w:rPr>
                <w:rFonts w:ascii="Times New Roman" w:eastAsia="Calibri" w:hAnsi="Times New Roman" w:cs="Times New Roman"/>
                <w:color w:val="000000"/>
                <w:sz w:val="24"/>
                <w:szCs w:val="24"/>
              </w:rPr>
              <w:t>-с</w:t>
            </w:r>
            <w:proofErr w:type="gramEnd"/>
            <w:r w:rsidRPr="00765081">
              <w:rPr>
                <w:rFonts w:ascii="Times New Roman" w:eastAsia="Calibri" w:hAnsi="Times New Roman" w:cs="Times New Roman"/>
                <w:color w:val="000000"/>
                <w:sz w:val="24"/>
                <w:szCs w:val="24"/>
              </w:rPr>
              <w:t>казке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Произведения о детях (4ч)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Понимание содержания и назначения авторских ремарок</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6" w:history="1">
              <w:r w:rsidRPr="00765081">
                <w:rPr>
                  <w:rFonts w:ascii="Times New Roman" w:eastAsia="Calibri" w:hAnsi="Times New Roman" w:cs="Times New Roman"/>
                  <w:color w:val="0000FF"/>
                  <w:sz w:val="24"/>
                  <w:szCs w:val="24"/>
                  <w:u w:val="single"/>
                </w:rPr>
                <w:t>https://m.edsoo.ru/f29fecba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7" w:history="1">
              <w:r w:rsidRPr="00765081">
                <w:rPr>
                  <w:rFonts w:ascii="Times New Roman" w:eastAsia="Calibri" w:hAnsi="Times New Roman" w:cs="Times New Roman"/>
                  <w:color w:val="0000FF"/>
                  <w:sz w:val="24"/>
                  <w:szCs w:val="24"/>
                  <w:u w:val="single"/>
                </w:rPr>
                <w:t>https://m.edsoo.ru/f2a0a6f0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8" w:history="1">
              <w:r w:rsidRPr="00765081">
                <w:rPr>
                  <w:rFonts w:ascii="Times New Roman" w:eastAsia="Calibri" w:hAnsi="Times New Roman" w:cs="Times New Roman"/>
                  <w:color w:val="0000FF"/>
                  <w:sz w:val="24"/>
                  <w:szCs w:val="24"/>
                  <w:u w:val="single"/>
                </w:rPr>
                <w:t>https://m.edsoo.ru/f2a0afd8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29" w:history="1">
              <w:r w:rsidRPr="00765081">
                <w:rPr>
                  <w:rFonts w:ascii="Times New Roman" w:eastAsia="Calibri" w:hAnsi="Times New Roman" w:cs="Times New Roman"/>
                  <w:color w:val="0000FF"/>
                  <w:sz w:val="24"/>
                  <w:szCs w:val="24"/>
                  <w:u w:val="single"/>
                </w:rPr>
                <w:t>https://m.edsoo.ru/f2a0b7ee</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Лирические произведения С.Я.Маршака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С.Я.Маршак - писатель и переводчик</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детскими книгами "Произведения С.Я.Маршака"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proofErr w:type="spellStart"/>
            <w:r w:rsidRPr="00765081">
              <w:rPr>
                <w:rFonts w:ascii="Times New Roman" w:eastAsia="MS Mincho" w:hAnsi="Times New Roman" w:cs="Times New Roman"/>
                <w:color w:val="000000"/>
                <w:sz w:val="24"/>
                <w:szCs w:val="24"/>
                <w:lang w:val="en-US"/>
              </w:rPr>
              <w:t>Юмористическиепроизведения</w:t>
            </w:r>
            <w:proofErr w:type="spellEnd"/>
            <w:r w:rsidRPr="00765081">
              <w:rPr>
                <w:rFonts w:ascii="Times New Roman" w:eastAsia="MS Mincho" w:hAnsi="Times New Roman" w:cs="Times New Roman"/>
                <w:color w:val="000000"/>
                <w:sz w:val="24"/>
                <w:szCs w:val="24"/>
              </w:rPr>
              <w:t xml:space="preserve"> (8ч)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Расширение круга детского чтения. Знакомство с авторами юмористических произведений</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0" w:history="1">
              <w:r w:rsidRPr="00765081">
                <w:rPr>
                  <w:rFonts w:ascii="Times New Roman" w:eastAsia="Calibri" w:hAnsi="Times New Roman" w:cs="Times New Roman"/>
                  <w:color w:val="0000FF"/>
                  <w:sz w:val="24"/>
                  <w:szCs w:val="24"/>
                  <w:u w:val="single"/>
                </w:rPr>
                <w:t>https://m.edsoo.ru/f29fede6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1" w:history="1">
              <w:r w:rsidRPr="00765081">
                <w:rPr>
                  <w:rFonts w:ascii="Times New Roman" w:eastAsia="Calibri" w:hAnsi="Times New Roman" w:cs="Times New Roman"/>
                  <w:color w:val="0000FF"/>
                  <w:sz w:val="24"/>
                  <w:szCs w:val="24"/>
                  <w:u w:val="single"/>
                </w:rPr>
                <w:t>https://m.edsoo.ru/f29fef08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2" w:history="1">
              <w:r w:rsidRPr="00765081">
                <w:rPr>
                  <w:rFonts w:ascii="Times New Roman" w:eastAsia="Calibri" w:hAnsi="Times New Roman" w:cs="Times New Roman"/>
                  <w:color w:val="0000FF"/>
                  <w:sz w:val="24"/>
                  <w:szCs w:val="24"/>
                  <w:u w:val="single"/>
                </w:rPr>
                <w:t>https://m.edsoo.ru/f29ff214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3" w:history="1">
              <w:r w:rsidRPr="00765081">
                <w:rPr>
                  <w:rFonts w:ascii="Times New Roman" w:eastAsia="Calibri" w:hAnsi="Times New Roman" w:cs="Times New Roman"/>
                  <w:color w:val="0000FF"/>
                  <w:sz w:val="24"/>
                  <w:szCs w:val="24"/>
                  <w:u w:val="single"/>
                </w:rPr>
                <w:t>https://m.edsoo.ru/f29ff336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4" w:history="1">
              <w:r w:rsidRPr="00765081">
                <w:rPr>
                  <w:rFonts w:ascii="Times New Roman" w:eastAsia="Calibri" w:hAnsi="Times New Roman" w:cs="Times New Roman"/>
                  <w:color w:val="0000FF"/>
                  <w:sz w:val="24"/>
                  <w:szCs w:val="24"/>
                  <w:u w:val="single"/>
                </w:rPr>
                <w:t>https://m.edsoo.ru/f29ff44e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 xml:space="preserve">Библиотека ЦОК </w:t>
            </w:r>
            <w:hyperlink r:id="rId435" w:history="1">
              <w:r w:rsidRPr="00765081">
                <w:rPr>
                  <w:rFonts w:ascii="Times New Roman" w:eastAsia="Calibri" w:hAnsi="Times New Roman" w:cs="Times New Roman"/>
                  <w:color w:val="0000FF"/>
                  <w:sz w:val="24"/>
                  <w:szCs w:val="24"/>
                  <w:u w:val="single"/>
                </w:rPr>
                <w:t>https://m.edsoo.ru/f2a08300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6" w:history="1">
              <w:r w:rsidRPr="00765081">
                <w:rPr>
                  <w:rFonts w:ascii="Times New Roman" w:eastAsia="Calibri" w:hAnsi="Times New Roman" w:cs="Times New Roman"/>
                  <w:color w:val="0000FF"/>
                  <w:sz w:val="24"/>
                  <w:szCs w:val="24"/>
                  <w:u w:val="single"/>
                </w:rPr>
                <w:t>https://m.edsoo.ru/f29fe36e</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7" w:history="1">
              <w:r w:rsidRPr="00765081">
                <w:rPr>
                  <w:rFonts w:ascii="Times New Roman" w:eastAsia="Calibri" w:hAnsi="Times New Roman" w:cs="Times New Roman"/>
                  <w:color w:val="0000FF"/>
                  <w:sz w:val="24"/>
                  <w:szCs w:val="24"/>
                  <w:u w:val="single"/>
                </w:rPr>
                <w:t>https://m.edsoo.ru/f2a0bee2</w:t>
              </w:r>
            </w:hyperlink>
            <w:hyperlink r:id="rId438" w:history="1">
              <w:r w:rsidRPr="00765081">
                <w:rPr>
                  <w:rFonts w:ascii="Times New Roman" w:eastAsia="Calibri" w:hAnsi="Times New Roman" w:cs="Times New Roman"/>
                  <w:color w:val="0000FF"/>
                  <w:sz w:val="24"/>
                  <w:szCs w:val="24"/>
                  <w:u w:val="single"/>
                </w:rPr>
                <w:t>https://m.edsoo.ru/f2a0b906</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Характеристика героев юмористических произведений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Герой юмористических произведений В.Ю.</w:t>
            </w:r>
            <w:proofErr w:type="gramStart"/>
            <w:r w:rsidRPr="00765081">
              <w:rPr>
                <w:rFonts w:ascii="Times New Roman" w:eastAsia="Calibri" w:hAnsi="Times New Roman" w:cs="Times New Roman"/>
                <w:color w:val="000000"/>
                <w:sz w:val="24"/>
                <w:szCs w:val="24"/>
              </w:rPr>
              <w:t>Драгунского</w:t>
            </w:r>
            <w:proofErr w:type="gramEnd"/>
            <w:r w:rsidRPr="00765081">
              <w:rPr>
                <w:rFonts w:ascii="Times New Roman" w:eastAsia="Calibri" w:hAnsi="Times New Roman" w:cs="Times New Roman"/>
                <w:color w:val="000000"/>
                <w:sz w:val="24"/>
                <w:szCs w:val="24"/>
              </w:rPr>
              <w:t>. Средства создания юмористического содержания</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Средства выразительности текста юмористического содержания: гипербола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Средства создания комического в произведениях Н.Н.Носова и других авторов на выбор</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экранизацией произведений юмористических произведений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 детскими книгам «Юмористические произведения для детей»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детскими журналами: «Весёлые картинки», «</w:t>
            </w:r>
            <w:proofErr w:type="spellStart"/>
            <w:r w:rsidRPr="00765081">
              <w:rPr>
                <w:rFonts w:ascii="Times New Roman" w:eastAsia="Calibri" w:hAnsi="Times New Roman" w:cs="Times New Roman"/>
                <w:color w:val="000000"/>
                <w:sz w:val="24"/>
                <w:szCs w:val="24"/>
              </w:rPr>
              <w:t>Мурзилка</w:t>
            </w:r>
            <w:proofErr w:type="spellEnd"/>
            <w:r w:rsidRPr="00765081">
              <w:rPr>
                <w:rFonts w:ascii="Times New Roman" w:eastAsia="Calibri" w:hAnsi="Times New Roman" w:cs="Times New Roman"/>
                <w:color w:val="000000"/>
                <w:sz w:val="24"/>
                <w:szCs w:val="24"/>
              </w:rPr>
              <w:t>» и другие</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Зарубежная литература</w:t>
            </w:r>
            <w:r w:rsidRPr="00765081">
              <w:rPr>
                <w:rFonts w:ascii="Times New Roman" w:eastAsia="Calibri" w:hAnsi="Times New Roman" w:cs="Times New Roman"/>
                <w:sz w:val="24"/>
                <w:szCs w:val="24"/>
              </w:rPr>
              <w:t xml:space="preserve"> (9ч)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Зарубежные писатели-сказочники: раскрытие главной мысли и особенности композиции</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39" w:history="1">
              <w:r w:rsidRPr="00765081">
                <w:rPr>
                  <w:rFonts w:ascii="Times New Roman" w:eastAsia="Calibri" w:hAnsi="Times New Roman" w:cs="Times New Roman"/>
                  <w:color w:val="0000FF"/>
                  <w:sz w:val="24"/>
                  <w:szCs w:val="24"/>
                  <w:u w:val="single"/>
                </w:rPr>
                <w:t>https://m.edsoo.ru/f2a087e2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0" w:history="1">
              <w:r w:rsidRPr="00765081">
                <w:rPr>
                  <w:rFonts w:ascii="Times New Roman" w:eastAsia="Calibri" w:hAnsi="Times New Roman" w:cs="Times New Roman"/>
                  <w:color w:val="0000FF"/>
                  <w:sz w:val="24"/>
                  <w:szCs w:val="24"/>
                  <w:u w:val="single"/>
                </w:rPr>
                <w:t>https://m.edsoo.ru/f2a08b2a</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1" w:history="1">
              <w:r w:rsidRPr="00765081">
                <w:rPr>
                  <w:rFonts w:ascii="Times New Roman" w:eastAsia="Calibri" w:hAnsi="Times New Roman" w:cs="Times New Roman"/>
                  <w:color w:val="0000FF"/>
                  <w:sz w:val="24"/>
                  <w:szCs w:val="24"/>
                  <w:u w:val="single"/>
                </w:rPr>
                <w:t>https://m.edsoo.ru/f2a097d2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2" w:history="1">
              <w:r w:rsidRPr="00765081">
                <w:rPr>
                  <w:rFonts w:ascii="Times New Roman" w:eastAsia="Calibri" w:hAnsi="Times New Roman" w:cs="Times New Roman"/>
                  <w:color w:val="0000FF"/>
                  <w:sz w:val="24"/>
                  <w:szCs w:val="24"/>
                  <w:u w:val="single"/>
                </w:rPr>
                <w:t>https://m.edsoo.ru/f2a08986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3" w:history="1">
              <w:r w:rsidRPr="00765081">
                <w:rPr>
                  <w:rFonts w:ascii="Times New Roman" w:eastAsia="Calibri" w:hAnsi="Times New Roman" w:cs="Times New Roman"/>
                  <w:color w:val="0000FF"/>
                  <w:sz w:val="24"/>
                  <w:szCs w:val="24"/>
                  <w:u w:val="single"/>
                </w:rPr>
                <w:t>https://m.edsoo.ru/f2a08cb0</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4" w:history="1">
              <w:r w:rsidRPr="00765081">
                <w:rPr>
                  <w:rFonts w:ascii="Times New Roman" w:eastAsia="Calibri" w:hAnsi="Times New Roman" w:cs="Times New Roman"/>
                  <w:color w:val="0000FF"/>
                  <w:sz w:val="24"/>
                  <w:szCs w:val="24"/>
                  <w:u w:val="single"/>
                </w:rPr>
                <w:t>https://m.edsoo.ru/f2a09502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5" w:history="1">
              <w:r w:rsidRPr="00765081">
                <w:rPr>
                  <w:rFonts w:ascii="Times New Roman" w:eastAsia="Calibri" w:hAnsi="Times New Roman" w:cs="Times New Roman"/>
                  <w:color w:val="0000FF"/>
                  <w:sz w:val="24"/>
                  <w:szCs w:val="24"/>
                  <w:u w:val="single"/>
                </w:rPr>
                <w:t>https://m.edsoo.ru/f2a09372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6" w:history="1">
              <w:r w:rsidRPr="00765081">
                <w:rPr>
                  <w:rFonts w:ascii="Times New Roman" w:eastAsia="Calibri" w:hAnsi="Times New Roman" w:cs="Times New Roman"/>
                  <w:color w:val="0000FF"/>
                  <w:sz w:val="24"/>
                  <w:szCs w:val="24"/>
                  <w:u w:val="single"/>
                </w:rPr>
                <w:t>https://m.edsoo.ru/f2a09674</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Особенности построения (композиция) волшебной сказки: составление плана. На примере сказок зарубежных писателей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i/>
                <w:color w:val="000000"/>
                <w:sz w:val="24"/>
                <w:szCs w:val="24"/>
              </w:rPr>
            </w:pPr>
            <w:r w:rsidRPr="00765081">
              <w:rPr>
                <w:rFonts w:ascii="Times New Roman" w:eastAsia="Calibri" w:hAnsi="Times New Roman" w:cs="Times New Roman"/>
                <w:i/>
                <w:color w:val="000000"/>
                <w:sz w:val="24"/>
                <w:szCs w:val="24"/>
              </w:rPr>
              <w:t>Промежуточная аттестация. Контрольная работа</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Персонаж-повествователь в произведениях зарубежных писателей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Особенности сюжета «Путешествия Гулливера» Джонатана Свифта (отдельные главы)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Характеристика главного героя «Путешествия Гулливера» Джонатана Свифта (отдельные главы)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Описание героя в произведении Марк Твена «Том </w:t>
            </w:r>
            <w:proofErr w:type="spellStart"/>
            <w:r w:rsidRPr="00765081">
              <w:rPr>
                <w:rFonts w:ascii="Times New Roman" w:eastAsia="Calibri" w:hAnsi="Times New Roman" w:cs="Times New Roman"/>
                <w:color w:val="000000"/>
                <w:sz w:val="24"/>
                <w:szCs w:val="24"/>
              </w:rPr>
              <w:t>Сойер</w:t>
            </w:r>
            <w:proofErr w:type="spellEnd"/>
            <w:r w:rsidRPr="00765081">
              <w:rPr>
                <w:rFonts w:ascii="Times New Roman" w:eastAsia="Calibri" w:hAnsi="Times New Roman" w:cs="Times New Roman"/>
                <w:color w:val="000000"/>
                <w:sz w:val="24"/>
                <w:szCs w:val="24"/>
              </w:rPr>
              <w:t>» (отдельные главы)</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Анализ отдельных эпизодов произведения Марк Твена «Том </w:t>
            </w:r>
            <w:proofErr w:type="spellStart"/>
            <w:r w:rsidRPr="00765081">
              <w:rPr>
                <w:rFonts w:ascii="Times New Roman" w:eastAsia="Calibri" w:hAnsi="Times New Roman" w:cs="Times New Roman"/>
                <w:color w:val="000000"/>
                <w:sz w:val="24"/>
                <w:szCs w:val="24"/>
              </w:rPr>
              <w:t>Сойер</w:t>
            </w:r>
            <w:proofErr w:type="spellEnd"/>
            <w:r w:rsidRPr="00765081">
              <w:rPr>
                <w:rFonts w:ascii="Times New Roman" w:eastAsia="Calibri" w:hAnsi="Times New Roman" w:cs="Times New Roman"/>
                <w:color w:val="000000"/>
                <w:sz w:val="24"/>
                <w:szCs w:val="24"/>
              </w:rPr>
              <w:t>» (отдельные главы): средства создания комического</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Книги зарубежных писателей</w:t>
            </w:r>
          </w:p>
        </w:tc>
        <w:tc>
          <w:tcPr>
            <w:tcW w:w="4110" w:type="dxa"/>
            <w:vMerge/>
            <w:vAlign w:val="center"/>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val="restart"/>
          </w:tcPr>
          <w:p w:rsidR="00541C25" w:rsidRPr="00765081" w:rsidRDefault="00541C25" w:rsidP="00541C25">
            <w:pPr>
              <w:contextualSpacing/>
              <w:rPr>
                <w:rFonts w:ascii="Times New Roman" w:eastAsia="Calibri" w:hAnsi="Times New Roman" w:cs="Times New Roman"/>
                <w:sz w:val="24"/>
                <w:szCs w:val="24"/>
              </w:rPr>
            </w:pPr>
            <w:r w:rsidRPr="00765081">
              <w:rPr>
                <w:rFonts w:ascii="Times New Roman" w:eastAsia="MS Mincho" w:hAnsi="Times New Roman" w:cs="Times New Roman"/>
                <w:color w:val="000000"/>
                <w:sz w:val="24"/>
                <w:szCs w:val="24"/>
              </w:rPr>
              <w:t xml:space="preserve">Библиографическая культура (работа с детской книгой и </w:t>
            </w:r>
            <w:r w:rsidRPr="00765081">
              <w:rPr>
                <w:rFonts w:ascii="Times New Roman" w:eastAsia="MS Mincho" w:hAnsi="Times New Roman" w:cs="Times New Roman"/>
                <w:color w:val="000000"/>
                <w:sz w:val="24"/>
                <w:szCs w:val="24"/>
              </w:rPr>
              <w:lastRenderedPageBreak/>
              <w:t>справочной литературой) (8ч)</w:t>
            </w: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lastRenderedPageBreak/>
              <w:t>Осознание ценности чтения для учёбы и жизни</w:t>
            </w:r>
          </w:p>
        </w:tc>
        <w:tc>
          <w:tcPr>
            <w:tcW w:w="4110" w:type="dxa"/>
            <w:vMerge w:val="restart"/>
            <w:vAlign w:val="center"/>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7" w:history="1">
              <w:r w:rsidRPr="00765081">
                <w:rPr>
                  <w:rFonts w:ascii="Times New Roman" w:eastAsia="Calibri" w:hAnsi="Times New Roman" w:cs="Times New Roman"/>
                  <w:color w:val="0000FF"/>
                  <w:sz w:val="24"/>
                  <w:szCs w:val="24"/>
                  <w:u w:val="single"/>
                </w:rPr>
                <w:t>https://m.edsoo.ru/f2a0c7c0</w:t>
              </w:r>
            </w:hyperlink>
            <w:hyperlink r:id="rId448" w:history="1">
              <w:r w:rsidRPr="00765081">
                <w:rPr>
                  <w:rFonts w:ascii="Times New Roman" w:eastAsia="Calibri" w:hAnsi="Times New Roman" w:cs="Times New Roman"/>
                  <w:color w:val="0000FF"/>
                  <w:sz w:val="24"/>
                  <w:szCs w:val="24"/>
                  <w:u w:val="single"/>
                </w:rPr>
                <w:t>https://m.edsoo.ru/f2a0b1c2</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49" w:history="1">
              <w:r w:rsidRPr="00765081">
                <w:rPr>
                  <w:rFonts w:ascii="Times New Roman" w:eastAsia="Calibri" w:hAnsi="Times New Roman" w:cs="Times New Roman"/>
                  <w:color w:val="0000FF"/>
                  <w:sz w:val="24"/>
                  <w:szCs w:val="24"/>
                  <w:u w:val="single"/>
                </w:rPr>
                <w:t>https://m.edsoo.ru/f2a0b4c4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50" w:history="1">
              <w:r w:rsidRPr="00765081">
                <w:rPr>
                  <w:rFonts w:ascii="Times New Roman" w:eastAsia="Calibri" w:hAnsi="Times New Roman" w:cs="Times New Roman"/>
                  <w:color w:val="0000FF"/>
                  <w:sz w:val="24"/>
                  <w:szCs w:val="24"/>
                  <w:u w:val="single"/>
                </w:rPr>
                <w:t>https://m.edsoo.ru/f2a0b348</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51" w:history="1">
              <w:r w:rsidRPr="00765081">
                <w:rPr>
                  <w:rFonts w:ascii="Times New Roman" w:eastAsia="Calibri" w:hAnsi="Times New Roman" w:cs="Times New Roman"/>
                  <w:color w:val="0000FF"/>
                  <w:sz w:val="24"/>
                  <w:szCs w:val="24"/>
                  <w:u w:val="single"/>
                </w:rPr>
                <w:t>https://m.edsoo.ru/f2a0aa06</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52" w:history="1">
              <w:r w:rsidRPr="00765081">
                <w:rPr>
                  <w:rFonts w:ascii="Times New Roman" w:eastAsia="Calibri" w:hAnsi="Times New Roman" w:cs="Times New Roman"/>
                  <w:color w:val="0000FF"/>
                  <w:sz w:val="24"/>
                  <w:szCs w:val="24"/>
                  <w:u w:val="single"/>
                </w:rPr>
                <w:t>https://m.edsoo.ru/f2a0c234</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53" w:history="1">
              <w:r w:rsidRPr="00765081">
                <w:rPr>
                  <w:rFonts w:ascii="Times New Roman" w:eastAsia="Calibri" w:hAnsi="Times New Roman" w:cs="Times New Roman"/>
                  <w:color w:val="0000FF"/>
                  <w:sz w:val="24"/>
                  <w:szCs w:val="24"/>
                  <w:u w:val="single"/>
                </w:rPr>
                <w:t>https://m.edsoo.ru/f2a0c11c</w:t>
              </w:r>
            </w:hyperlink>
          </w:p>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 xml:space="preserve">Библиотека ЦОК </w:t>
            </w:r>
            <w:hyperlink r:id="rId454" w:history="1">
              <w:r w:rsidRPr="00765081">
                <w:rPr>
                  <w:rFonts w:ascii="Times New Roman" w:eastAsia="Calibri" w:hAnsi="Times New Roman" w:cs="Times New Roman"/>
                  <w:color w:val="0000FF"/>
                  <w:sz w:val="24"/>
                  <w:szCs w:val="24"/>
                  <w:u w:val="single"/>
                </w:rPr>
                <w:t>https://m.edsoo.ru/f2a0a902</w:t>
              </w:r>
            </w:hyperlink>
            <w:hyperlink r:id="rId455" w:history="1">
              <w:r w:rsidRPr="00765081">
                <w:rPr>
                  <w:rFonts w:ascii="Times New Roman" w:eastAsia="Calibri" w:hAnsi="Times New Roman" w:cs="Times New Roman"/>
                  <w:color w:val="0000FF"/>
                  <w:sz w:val="24"/>
                  <w:szCs w:val="24"/>
                  <w:u w:val="single"/>
                </w:rPr>
                <w:t>https://m.edsoo.ru/f2a0c45a</w:t>
              </w:r>
            </w:hyperlink>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Книга как источник информации. Виды информации в книге</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rPr>
                <w:rFonts w:ascii="Times New Roman" w:eastAsia="Calibri" w:hAnsi="Times New Roman" w:cs="Times New Roman"/>
                <w:bCs/>
                <w:i/>
                <w:sz w:val="24"/>
                <w:szCs w:val="24"/>
              </w:rPr>
            </w:pPr>
            <w:r w:rsidRPr="00765081">
              <w:rPr>
                <w:rFonts w:ascii="Times New Roman" w:eastAsia="Calibri" w:hAnsi="Times New Roman" w:cs="Times New Roman"/>
                <w:bCs/>
                <w:i/>
                <w:sz w:val="24"/>
                <w:szCs w:val="24"/>
              </w:rPr>
              <w:t>Итоговая комплексная работа.</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Работа со словарём: поиск необходимой информации</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Книги о приключениях и фантастике</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Составление устного рассказа "Моя любимая книга"</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vAlign w:val="center"/>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Знакомство с современными изданиями периодической печати</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r w:rsidR="00541C25" w:rsidRPr="00765081" w:rsidTr="000F706F">
        <w:trPr>
          <w:trHeight w:val="363"/>
        </w:trPr>
        <w:tc>
          <w:tcPr>
            <w:tcW w:w="852" w:type="dxa"/>
          </w:tcPr>
          <w:p w:rsidR="00541C25" w:rsidRPr="00765081" w:rsidRDefault="00541C25" w:rsidP="0089011F">
            <w:pPr>
              <w:numPr>
                <w:ilvl w:val="0"/>
                <w:numId w:val="68"/>
              </w:numPr>
              <w:contextualSpacing/>
              <w:jc w:val="center"/>
              <w:rPr>
                <w:rFonts w:ascii="Times New Roman" w:eastAsia="Calibri" w:hAnsi="Times New Roman" w:cs="Times New Roman"/>
                <w:sz w:val="24"/>
                <w:szCs w:val="24"/>
              </w:rPr>
            </w:pPr>
          </w:p>
        </w:tc>
        <w:tc>
          <w:tcPr>
            <w:tcW w:w="2126" w:type="dxa"/>
            <w:vMerge/>
          </w:tcPr>
          <w:p w:rsidR="00541C25" w:rsidRPr="00765081" w:rsidRDefault="00541C25" w:rsidP="00541C25">
            <w:pPr>
              <w:contextualSpacing/>
              <w:rPr>
                <w:rFonts w:ascii="Times New Roman" w:eastAsia="Calibri" w:hAnsi="Times New Roman" w:cs="Times New Roman"/>
                <w:sz w:val="24"/>
                <w:szCs w:val="24"/>
              </w:rPr>
            </w:pPr>
          </w:p>
        </w:tc>
        <w:tc>
          <w:tcPr>
            <w:tcW w:w="5245" w:type="dxa"/>
          </w:tcPr>
          <w:p w:rsidR="00541C25" w:rsidRPr="00765081" w:rsidRDefault="00541C25" w:rsidP="00541C25">
            <w:pPr>
              <w:ind w:left="135"/>
              <w:rPr>
                <w:rFonts w:ascii="Times New Roman" w:eastAsia="Calibri" w:hAnsi="Times New Roman" w:cs="Times New Roman"/>
                <w:sz w:val="24"/>
                <w:szCs w:val="24"/>
              </w:rPr>
            </w:pPr>
            <w:r w:rsidRPr="00765081">
              <w:rPr>
                <w:rFonts w:ascii="Times New Roman" w:eastAsia="Calibri" w:hAnsi="Times New Roman" w:cs="Times New Roman"/>
                <w:color w:val="000000"/>
                <w:sz w:val="24"/>
                <w:szCs w:val="24"/>
              </w:rPr>
              <w:t>Рекомендации по летнему чтению. Правила читателя и способы выбора книги (тематический, систематический каталог)</w:t>
            </w:r>
          </w:p>
        </w:tc>
        <w:tc>
          <w:tcPr>
            <w:tcW w:w="4110" w:type="dxa"/>
            <w:vMerge/>
          </w:tcPr>
          <w:p w:rsidR="00541C25" w:rsidRPr="00765081" w:rsidRDefault="00541C25" w:rsidP="00541C25">
            <w:pPr>
              <w:contextualSpacing/>
              <w:rPr>
                <w:rFonts w:ascii="Times New Roman" w:eastAsia="Calibri" w:hAnsi="Times New Roman" w:cs="Times New Roman"/>
                <w:sz w:val="24"/>
                <w:szCs w:val="24"/>
              </w:rPr>
            </w:pPr>
          </w:p>
        </w:tc>
        <w:tc>
          <w:tcPr>
            <w:tcW w:w="1134" w:type="dxa"/>
          </w:tcPr>
          <w:p w:rsidR="00541C25" w:rsidRPr="00765081" w:rsidRDefault="00541C25" w:rsidP="00541C25">
            <w:pPr>
              <w:contextualSpacing/>
              <w:rPr>
                <w:rFonts w:ascii="Times New Roman" w:eastAsia="Calibri" w:hAnsi="Times New Roman" w:cs="Times New Roman"/>
                <w:sz w:val="24"/>
                <w:szCs w:val="24"/>
              </w:rPr>
            </w:pPr>
          </w:p>
        </w:tc>
        <w:tc>
          <w:tcPr>
            <w:tcW w:w="1418" w:type="dxa"/>
          </w:tcPr>
          <w:p w:rsidR="00541C25" w:rsidRPr="00765081" w:rsidRDefault="00541C25" w:rsidP="00541C25">
            <w:pPr>
              <w:contextualSpacing/>
              <w:rPr>
                <w:rFonts w:ascii="Times New Roman" w:eastAsia="Calibri" w:hAnsi="Times New Roman" w:cs="Times New Roman"/>
                <w:sz w:val="24"/>
                <w:szCs w:val="24"/>
              </w:rPr>
            </w:pPr>
          </w:p>
        </w:tc>
      </w:tr>
    </w:tbl>
    <w:p w:rsidR="001F0A5D" w:rsidRPr="00765081" w:rsidRDefault="001F0A5D" w:rsidP="00B90487">
      <w:pPr>
        <w:tabs>
          <w:tab w:val="left" w:pos="0"/>
          <w:tab w:val="left" w:pos="709"/>
          <w:tab w:val="left" w:pos="3326"/>
        </w:tabs>
        <w:spacing w:after="0" w:line="240" w:lineRule="auto"/>
        <w:rPr>
          <w:rFonts w:ascii="Times New Roman" w:hAnsi="Times New Roman" w:cs="Times New Roman"/>
          <w:sz w:val="24"/>
          <w:szCs w:val="24"/>
        </w:rPr>
      </w:pPr>
    </w:p>
    <w:p w:rsidR="00E52C90" w:rsidRPr="00765081" w:rsidRDefault="00E52C90" w:rsidP="00B90487">
      <w:pPr>
        <w:tabs>
          <w:tab w:val="left" w:pos="0"/>
          <w:tab w:val="left" w:pos="709"/>
          <w:tab w:val="left" w:pos="3326"/>
        </w:tabs>
        <w:spacing w:after="0" w:line="240" w:lineRule="auto"/>
        <w:rPr>
          <w:rFonts w:ascii="Times New Roman" w:hAnsi="Times New Roman" w:cs="Times New Roman"/>
          <w:sz w:val="24"/>
          <w:szCs w:val="24"/>
        </w:rPr>
      </w:pPr>
    </w:p>
    <w:p w:rsidR="00E52C90" w:rsidRPr="00765081" w:rsidRDefault="00E52C90" w:rsidP="00B90487">
      <w:pPr>
        <w:tabs>
          <w:tab w:val="left" w:pos="0"/>
          <w:tab w:val="left" w:pos="709"/>
          <w:tab w:val="left" w:pos="3326"/>
        </w:tabs>
        <w:spacing w:after="0" w:line="240" w:lineRule="auto"/>
        <w:rPr>
          <w:rFonts w:ascii="Times New Roman" w:hAnsi="Times New Roman" w:cs="Times New Roman"/>
          <w:sz w:val="24"/>
          <w:szCs w:val="24"/>
        </w:rPr>
      </w:pPr>
    </w:p>
    <w:p w:rsidR="0004034E" w:rsidRPr="00765081" w:rsidRDefault="0004034E" w:rsidP="0004034E">
      <w:pPr>
        <w:rPr>
          <w:rFonts w:ascii="Times New Roman" w:hAnsi="Times New Roman" w:cs="Times New Roman"/>
          <w:sz w:val="24"/>
          <w:szCs w:val="24"/>
        </w:rPr>
      </w:pPr>
      <w:r w:rsidRPr="00765081">
        <w:rPr>
          <w:rFonts w:ascii="Times New Roman" w:hAnsi="Times New Roman" w:cs="Times New Roman"/>
          <w:sz w:val="24"/>
          <w:szCs w:val="24"/>
        </w:rPr>
        <w:t>5.Оценочный материал.</w:t>
      </w:r>
    </w:p>
    <w:p w:rsidR="0004034E" w:rsidRPr="00765081" w:rsidRDefault="0004034E" w:rsidP="0004034E">
      <w:pPr>
        <w:rPr>
          <w:rFonts w:ascii="Times New Roman" w:hAnsi="Times New Roman" w:cs="Times New Roman"/>
          <w:sz w:val="24"/>
          <w:szCs w:val="24"/>
        </w:rPr>
      </w:pPr>
      <w:r w:rsidRPr="00765081">
        <w:rPr>
          <w:rFonts w:ascii="Times New Roman" w:hAnsi="Times New Roman" w:cs="Times New Roman"/>
          <w:sz w:val="24"/>
          <w:szCs w:val="24"/>
        </w:rPr>
        <w:t>1 класс</w:t>
      </w:r>
    </w:p>
    <w:p w:rsidR="00BB14C5" w:rsidRPr="00765081" w:rsidRDefault="00BB14C5" w:rsidP="00BB14C5">
      <w:pPr>
        <w:jc w:val="center"/>
        <w:rPr>
          <w:rFonts w:ascii="Times New Roman" w:hAnsi="Times New Roman" w:cs="Times New Roman"/>
          <w:b/>
          <w:color w:val="262626" w:themeColor="text1" w:themeTint="D9"/>
          <w:sz w:val="24"/>
          <w:szCs w:val="24"/>
        </w:rPr>
      </w:pPr>
      <w:r w:rsidRPr="00765081">
        <w:rPr>
          <w:rFonts w:ascii="Times New Roman" w:hAnsi="Times New Roman" w:cs="Times New Roman"/>
          <w:b/>
          <w:color w:val="262626" w:themeColor="text1" w:themeTint="D9"/>
          <w:sz w:val="24"/>
          <w:szCs w:val="24"/>
        </w:rPr>
        <w:t>Диагностические материалы</w:t>
      </w:r>
    </w:p>
    <w:p w:rsidR="00BB14C5" w:rsidRPr="00765081" w:rsidRDefault="00BB14C5" w:rsidP="00BB14C5">
      <w:pPr>
        <w:spacing w:after="0" w:line="240" w:lineRule="auto"/>
        <w:jc w:val="center"/>
        <w:rPr>
          <w:rFonts w:ascii="Times New Roman" w:hAnsi="Times New Roman" w:cs="Times New Roman"/>
          <w:b/>
          <w:bCs/>
          <w:color w:val="262626" w:themeColor="text1" w:themeTint="D9"/>
          <w:sz w:val="24"/>
          <w:szCs w:val="24"/>
        </w:rPr>
      </w:pPr>
      <w:r w:rsidRPr="00765081">
        <w:rPr>
          <w:rFonts w:ascii="Times New Roman" w:hAnsi="Times New Roman" w:cs="Times New Roman"/>
          <w:b/>
          <w:bCs/>
          <w:color w:val="262626" w:themeColor="text1" w:themeTint="D9"/>
          <w:sz w:val="24"/>
          <w:szCs w:val="24"/>
        </w:rPr>
        <w:t xml:space="preserve">Задание 1 </w:t>
      </w:r>
    </w:p>
    <w:p w:rsidR="00BB14C5" w:rsidRPr="00765081" w:rsidRDefault="00BB14C5" w:rsidP="00BB14C5">
      <w:pPr>
        <w:spacing w:after="0" w:line="240" w:lineRule="auto"/>
        <w:jc w:val="center"/>
        <w:rPr>
          <w:rFonts w:ascii="Times New Roman" w:hAnsi="Times New Roman" w:cs="Times New Roman"/>
          <w:b/>
          <w:bCs/>
          <w:color w:val="262626" w:themeColor="text1" w:themeTint="D9"/>
          <w:sz w:val="24"/>
          <w:szCs w:val="24"/>
        </w:rPr>
      </w:pPr>
    </w:p>
    <w:p w:rsidR="00BB14C5" w:rsidRPr="00765081" w:rsidRDefault="00BB14C5" w:rsidP="00BB14C5">
      <w:pPr>
        <w:spacing w:after="0" w:line="240" w:lineRule="auto"/>
        <w:jc w:val="center"/>
        <w:rPr>
          <w:rFonts w:ascii="Times New Roman" w:hAnsi="Times New Roman" w:cs="Times New Roman"/>
          <w:color w:val="262626" w:themeColor="text1" w:themeTint="D9"/>
          <w:sz w:val="24"/>
          <w:szCs w:val="24"/>
        </w:rPr>
      </w:pPr>
      <w:r w:rsidRPr="00765081">
        <w:rPr>
          <w:rFonts w:ascii="Times New Roman" w:hAnsi="Times New Roman" w:cs="Times New Roman"/>
          <w:b/>
          <w:bCs/>
          <w:color w:val="262626" w:themeColor="text1" w:themeTint="D9"/>
          <w:sz w:val="24"/>
          <w:szCs w:val="24"/>
        </w:rPr>
        <w:t>«Раскрашивание фигур» (методика Н.Я. Чутко)</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Назначение задания:</w:t>
      </w:r>
      <w:r w:rsidRPr="00765081">
        <w:rPr>
          <w:rFonts w:ascii="Times New Roman" w:hAnsi="Times New Roman" w:cs="Times New Roman"/>
          <w:color w:val="262626" w:themeColor="text1" w:themeTint="D9"/>
          <w:sz w:val="24"/>
          <w:szCs w:val="24"/>
        </w:rPr>
        <w:t xml:space="preserve"> выявить умения классифицировать наглядный материал (геометрические фигуры) по самостоятельно найденному основанию.</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br/>
        <w:t>Организация работы.</w:t>
      </w:r>
      <w:r w:rsidRPr="00765081">
        <w:rPr>
          <w:rFonts w:ascii="Times New Roman" w:hAnsi="Times New Roman" w:cs="Times New Roman"/>
          <w:color w:val="262626" w:themeColor="text1" w:themeTint="D9"/>
          <w:sz w:val="24"/>
          <w:szCs w:val="24"/>
        </w:rPr>
        <w:br/>
        <w:t>Детям раздаются листы с нарисованными треугольниками. Перед каждым ребенком лежит шесть цветных карандашей.</w:t>
      </w:r>
    </w:p>
    <w:p w:rsidR="00BB14C5" w:rsidRPr="00765081" w:rsidRDefault="00BB14C5" w:rsidP="00BB14C5">
      <w:pPr>
        <w:spacing w:after="0" w:line="240" w:lineRule="auto"/>
        <w:jc w:val="center"/>
        <w:rPr>
          <w:rFonts w:ascii="Times New Roman" w:hAnsi="Times New Roman" w:cs="Times New Roman"/>
          <w:color w:val="262626" w:themeColor="text1" w:themeTint="D9"/>
          <w:sz w:val="24"/>
          <w:szCs w:val="24"/>
        </w:rPr>
      </w:pPr>
      <w:r w:rsidRPr="00765081">
        <w:rPr>
          <w:rFonts w:ascii="Times New Roman" w:hAnsi="Times New Roman" w:cs="Times New Roman"/>
          <w:noProof/>
          <w:color w:val="262626" w:themeColor="text1" w:themeTint="D9"/>
          <w:sz w:val="24"/>
          <w:szCs w:val="24"/>
          <w:lang w:eastAsia="ru-RU"/>
        </w:rPr>
        <w:drawing>
          <wp:inline distT="0" distB="0" distL="0" distR="0">
            <wp:extent cx="3810000" cy="695325"/>
            <wp:effectExtent l="19050" t="0" r="0" b="0"/>
            <wp:docPr id="16" name="Рисунок 3" descr="http://nsc.1september.ru/2007/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c.1september.ru/2007/16/9.gif"/>
                    <pic:cNvPicPr>
                      <a:picLocks noChangeAspect="1" noChangeArrowheads="1"/>
                    </pic:cNvPicPr>
                  </pic:nvPicPr>
                  <pic:blipFill>
                    <a:blip r:embed="rId456" cstate="print"/>
                    <a:srcRect/>
                    <a:stretch>
                      <a:fillRect/>
                    </a:stretch>
                  </pic:blipFill>
                  <pic:spPr bwMode="auto">
                    <a:xfrm>
                      <a:off x="0" y="0"/>
                      <a:ext cx="3810000" cy="695325"/>
                    </a:xfrm>
                    <a:prstGeom prst="rect">
                      <a:avLst/>
                    </a:prstGeom>
                    <a:noFill/>
                    <a:ln w="9525">
                      <a:noFill/>
                      <a:miter lim="800000"/>
                      <a:headEnd/>
                      <a:tailEnd/>
                    </a:ln>
                  </pic:spPr>
                </pic:pic>
              </a:graphicData>
            </a:graphic>
          </wp:inline>
        </w:drawing>
      </w:r>
    </w:p>
    <w:p w:rsidR="00BB14C5" w:rsidRPr="00765081" w:rsidRDefault="00BB14C5" w:rsidP="00BB14C5">
      <w:pPr>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Инструкция: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t xml:space="preserve">«Вы много раз рисовали и раскрашивали разные фигуры. Сейчас внимательно рассмотрите эти фигуры и мысленно разделите их на несколько </w:t>
      </w:r>
      <w:r w:rsidRPr="00765081">
        <w:rPr>
          <w:rFonts w:ascii="Times New Roman" w:hAnsi="Times New Roman" w:cs="Times New Roman"/>
          <w:color w:val="262626" w:themeColor="text1" w:themeTint="D9"/>
          <w:sz w:val="24"/>
          <w:szCs w:val="24"/>
        </w:rPr>
        <w:lastRenderedPageBreak/>
        <w:t>групп так, чтобы в каждой группе были одинаковые фигуры. Фигуры каждой группы нужно закрасить одинаковым цветом. Сколько найдете групп одинаковых фигур, столько и понадобится вам разных цветных карандашей. Цвет выбирайте сами». (Задание повторяется дважды.)</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Оценка задания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br/>
        <w:t xml:space="preserve">4-й уровень: </w:t>
      </w:r>
      <w:r w:rsidRPr="00765081">
        <w:rPr>
          <w:rFonts w:ascii="Times New Roman" w:hAnsi="Times New Roman" w:cs="Times New Roman"/>
          <w:color w:val="262626" w:themeColor="text1" w:themeTint="D9"/>
          <w:sz w:val="24"/>
          <w:szCs w:val="24"/>
        </w:rPr>
        <w:t>классификация выполнена – выделены три группы треугольников (3 равнобедренных треугольника, 3 равносторонних и 3 прямоугольных – названия треугольников даются для учителя);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br/>
        <w:t>3-й уровень:</w:t>
      </w:r>
      <w:r w:rsidRPr="00765081">
        <w:rPr>
          <w:rFonts w:ascii="Times New Roman" w:hAnsi="Times New Roman" w:cs="Times New Roman"/>
          <w:color w:val="262626" w:themeColor="text1" w:themeTint="D9"/>
          <w:sz w:val="24"/>
          <w:szCs w:val="24"/>
        </w:rPr>
        <w:br/>
        <w:t>допущена одна ошибка (</w:t>
      </w:r>
      <w:proofErr w:type="spellStart"/>
      <w:r w:rsidRPr="00765081">
        <w:rPr>
          <w:rFonts w:ascii="Times New Roman" w:hAnsi="Times New Roman" w:cs="Times New Roman"/>
          <w:color w:val="262626" w:themeColor="text1" w:themeTint="D9"/>
          <w:sz w:val="24"/>
          <w:szCs w:val="24"/>
        </w:rPr>
        <w:t>неразличение</w:t>
      </w:r>
      <w:proofErr w:type="spellEnd"/>
      <w:r w:rsidRPr="00765081">
        <w:rPr>
          <w:rFonts w:ascii="Times New Roman" w:hAnsi="Times New Roman" w:cs="Times New Roman"/>
          <w:color w:val="262626" w:themeColor="text1" w:themeTint="D9"/>
          <w:sz w:val="24"/>
          <w:szCs w:val="24"/>
        </w:rPr>
        <w:t xml:space="preserve"> одинаковых фигур в прямом и перевернутом положении или </w:t>
      </w:r>
      <w:proofErr w:type="spellStart"/>
      <w:r w:rsidRPr="00765081">
        <w:rPr>
          <w:rFonts w:ascii="Times New Roman" w:hAnsi="Times New Roman" w:cs="Times New Roman"/>
          <w:color w:val="262626" w:themeColor="text1" w:themeTint="D9"/>
          <w:sz w:val="24"/>
          <w:szCs w:val="24"/>
        </w:rPr>
        <w:t>неразличение</w:t>
      </w:r>
      <w:proofErr w:type="spellEnd"/>
      <w:r w:rsidRPr="00765081">
        <w:rPr>
          <w:rFonts w:ascii="Times New Roman" w:hAnsi="Times New Roman" w:cs="Times New Roman"/>
          <w:color w:val="262626" w:themeColor="text1" w:themeTint="D9"/>
          <w:sz w:val="24"/>
          <w:szCs w:val="24"/>
        </w:rPr>
        <w:t xml:space="preserve"> одинаковых фигур в прямом и зеркальном положении);</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br/>
        <w:t>2-й уровень</w:t>
      </w:r>
      <w:r w:rsidRPr="00765081">
        <w:rPr>
          <w:rFonts w:ascii="Times New Roman" w:hAnsi="Times New Roman" w:cs="Times New Roman"/>
          <w:color w:val="262626" w:themeColor="text1" w:themeTint="D9"/>
          <w:sz w:val="24"/>
          <w:szCs w:val="24"/>
        </w:rPr>
        <w:t>: допущены две ошибки (</w:t>
      </w:r>
      <w:proofErr w:type="spellStart"/>
      <w:r w:rsidRPr="00765081">
        <w:rPr>
          <w:rFonts w:ascii="Times New Roman" w:hAnsi="Times New Roman" w:cs="Times New Roman"/>
          <w:color w:val="262626" w:themeColor="text1" w:themeTint="D9"/>
          <w:sz w:val="24"/>
          <w:szCs w:val="24"/>
        </w:rPr>
        <w:t>неразличение</w:t>
      </w:r>
      <w:proofErr w:type="spellEnd"/>
      <w:r w:rsidRPr="00765081">
        <w:rPr>
          <w:rFonts w:ascii="Times New Roman" w:hAnsi="Times New Roman" w:cs="Times New Roman"/>
          <w:color w:val="262626" w:themeColor="text1" w:themeTint="D9"/>
          <w:sz w:val="24"/>
          <w:szCs w:val="24"/>
        </w:rPr>
        <w:t xml:space="preserve"> одинаковых фигур в прямом и перевернутом положении и в прямом и зеркальном положении);</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1-й уровень:</w:t>
      </w:r>
      <w:r w:rsidRPr="00765081">
        <w:rPr>
          <w:rFonts w:ascii="Times New Roman" w:hAnsi="Times New Roman" w:cs="Times New Roman"/>
          <w:color w:val="262626" w:themeColor="text1" w:themeTint="D9"/>
          <w:sz w:val="24"/>
          <w:szCs w:val="24"/>
        </w:rPr>
        <w:t xml:space="preserve"> а) допущены три ошибки (</w:t>
      </w:r>
      <w:proofErr w:type="spellStart"/>
      <w:r w:rsidRPr="00765081">
        <w:rPr>
          <w:rFonts w:ascii="Times New Roman" w:hAnsi="Times New Roman" w:cs="Times New Roman"/>
          <w:color w:val="262626" w:themeColor="text1" w:themeTint="D9"/>
          <w:sz w:val="24"/>
          <w:szCs w:val="24"/>
        </w:rPr>
        <w:t>неразличение</w:t>
      </w:r>
      <w:proofErr w:type="spellEnd"/>
      <w:r w:rsidRPr="00765081">
        <w:rPr>
          <w:rFonts w:ascii="Times New Roman" w:hAnsi="Times New Roman" w:cs="Times New Roman"/>
          <w:color w:val="262626" w:themeColor="text1" w:themeTint="D9"/>
          <w:sz w:val="24"/>
          <w:szCs w:val="24"/>
        </w:rPr>
        <w:t xml:space="preserve"> одинаковых фигур в прямом и перевернутом положении, в прямом и зеркальном положении, а также </w:t>
      </w:r>
      <w:proofErr w:type="spellStart"/>
      <w:r w:rsidRPr="00765081">
        <w:rPr>
          <w:rFonts w:ascii="Times New Roman" w:hAnsi="Times New Roman" w:cs="Times New Roman"/>
          <w:color w:val="262626" w:themeColor="text1" w:themeTint="D9"/>
          <w:sz w:val="24"/>
          <w:szCs w:val="24"/>
        </w:rPr>
        <w:t>неразличение</w:t>
      </w:r>
      <w:proofErr w:type="spellEnd"/>
      <w:r w:rsidRPr="00765081">
        <w:rPr>
          <w:rFonts w:ascii="Times New Roman" w:hAnsi="Times New Roman" w:cs="Times New Roman"/>
          <w:color w:val="262626" w:themeColor="text1" w:themeTint="D9"/>
          <w:sz w:val="24"/>
          <w:szCs w:val="24"/>
        </w:rPr>
        <w:t xml:space="preserve"> разных треугольников); б) бессмысленное хаотическое раскрашивание фигур.</w:t>
      </w:r>
    </w:p>
    <w:p w:rsidR="00BB14C5" w:rsidRPr="00765081" w:rsidRDefault="00BB14C5" w:rsidP="00BB14C5">
      <w:pPr>
        <w:spacing w:after="0" w:line="240" w:lineRule="auto"/>
        <w:jc w:val="center"/>
        <w:rPr>
          <w:rFonts w:ascii="Times New Roman" w:hAnsi="Times New Roman" w:cs="Times New Roman"/>
          <w:b/>
          <w:color w:val="262626" w:themeColor="text1" w:themeTint="D9"/>
          <w:sz w:val="24"/>
          <w:szCs w:val="24"/>
        </w:rPr>
      </w:pPr>
      <w:r w:rsidRPr="00765081">
        <w:rPr>
          <w:rFonts w:ascii="Times New Roman" w:hAnsi="Times New Roman" w:cs="Times New Roman"/>
          <w:b/>
          <w:color w:val="262626" w:themeColor="text1" w:themeTint="D9"/>
          <w:sz w:val="24"/>
          <w:szCs w:val="24"/>
        </w:rPr>
        <w:t>Задание 2</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Цель. Выявить умение ориентироваться на плоскости (влево, вправо, вверх, вниз). Проверяется также умение пересчитывать клеточки.</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i/>
          <w:color w:val="262626" w:themeColor="text1" w:themeTint="D9"/>
          <w:sz w:val="24"/>
          <w:szCs w:val="24"/>
        </w:rPr>
      </w:pPr>
      <w:r w:rsidRPr="00765081">
        <w:rPr>
          <w:rFonts w:ascii="Times New Roman" w:hAnsi="Times New Roman" w:cs="Times New Roman"/>
          <w:color w:val="262626" w:themeColor="text1" w:themeTint="D9"/>
          <w:sz w:val="24"/>
          <w:szCs w:val="24"/>
        </w:rPr>
        <w:t xml:space="preserve">Текст задания. </w:t>
      </w:r>
      <w:r w:rsidRPr="00765081">
        <w:rPr>
          <w:rFonts w:ascii="Times New Roman" w:hAnsi="Times New Roman" w:cs="Times New Roman"/>
          <w:i/>
          <w:color w:val="262626" w:themeColor="text1" w:themeTint="D9"/>
          <w:sz w:val="24"/>
          <w:szCs w:val="24"/>
        </w:rPr>
        <w:t>«Задание вы будете выполнять на клетчатой части своего листа (</w:t>
      </w:r>
      <w:r w:rsidRPr="00765081">
        <w:rPr>
          <w:rFonts w:ascii="Times New Roman" w:hAnsi="Times New Roman" w:cs="Times New Roman"/>
          <w:color w:val="262626" w:themeColor="text1" w:themeTint="D9"/>
          <w:sz w:val="24"/>
          <w:szCs w:val="24"/>
        </w:rPr>
        <w:t>указывается место для выполнения задания</w:t>
      </w:r>
      <w:r w:rsidRPr="00765081">
        <w:rPr>
          <w:rFonts w:ascii="Times New Roman" w:hAnsi="Times New Roman" w:cs="Times New Roman"/>
          <w:i/>
          <w:color w:val="262626" w:themeColor="text1" w:themeTint="D9"/>
          <w:sz w:val="24"/>
          <w:szCs w:val="24"/>
        </w:rPr>
        <w:t>). Найдите на клетчатом поле черную клеточку.</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noProof/>
          <w:color w:val="262626" w:themeColor="text1" w:themeTint="D9"/>
          <w:sz w:val="24"/>
          <w:szCs w:val="24"/>
          <w:lang w:eastAsia="ru-RU"/>
        </w:rPr>
        <w:lastRenderedPageBreak/>
        <w:drawing>
          <wp:inline distT="0" distB="0" distL="0" distR="0">
            <wp:extent cx="2423795" cy="2423795"/>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7" cstate="print"/>
                    <a:srcRect/>
                    <a:stretch>
                      <a:fillRect/>
                    </a:stretch>
                  </pic:blipFill>
                  <pic:spPr bwMode="auto">
                    <a:xfrm>
                      <a:off x="0" y="0"/>
                      <a:ext cx="2423795" cy="2423795"/>
                    </a:xfrm>
                    <a:prstGeom prst="rect">
                      <a:avLst/>
                    </a:prstGeom>
                    <a:noFill/>
                    <a:ln w="9525">
                      <a:noFill/>
                      <a:miter lim="800000"/>
                      <a:headEnd/>
                      <a:tailEnd/>
                    </a:ln>
                  </pic:spPr>
                </pic:pic>
              </a:graphicData>
            </a:graphic>
          </wp:inline>
        </w:drawing>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1. Возьмите красный карандаш, отсчитайте от черной клеточки вправо четыре клеточки и пятую закрасьте красным карандашом.</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2. Возьмите синий карандаш. От красной клетки отступите вниз на две клеточки и третью закрасьте синим карандашом.</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3. </w:t>
      </w:r>
      <w:proofErr w:type="gramStart"/>
      <w:r w:rsidRPr="00765081">
        <w:rPr>
          <w:rFonts w:ascii="Times New Roman" w:hAnsi="Times New Roman" w:cs="Times New Roman"/>
          <w:color w:val="262626" w:themeColor="text1" w:themeTint="D9"/>
          <w:sz w:val="24"/>
          <w:szCs w:val="24"/>
        </w:rPr>
        <w:t>Возьмите зеленый карандаш и клеточку, расположенную слева от синей, через одну клеточку от нее, закрасьте зеленым карандашом.</w:t>
      </w:r>
      <w:proofErr w:type="gramEnd"/>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4. Возьмите желтый карандаш. Отсчитайте от зеленой клетки вверх пять клеток и шестую закрасьте желтым карандашом».</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Оценка выполнения задания:</w:t>
      </w:r>
    </w:p>
    <w:p w:rsidR="00BB14C5" w:rsidRPr="00765081" w:rsidRDefault="00BB14C5" w:rsidP="00BB14C5">
      <w:pPr>
        <w:spacing w:after="0" w:line="240" w:lineRule="auto"/>
        <w:ind w:firstLine="284"/>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0 баллов – ученик не приступил к выполнению задания; несколько клеток закрашены, но их расположение не соответствует инструкции;</w:t>
      </w:r>
    </w:p>
    <w:p w:rsidR="00BB14C5" w:rsidRPr="00765081" w:rsidRDefault="00BB14C5" w:rsidP="00BB14C5">
      <w:pPr>
        <w:spacing w:after="0" w:line="240" w:lineRule="auto"/>
        <w:ind w:firstLine="284"/>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1 балл – </w:t>
      </w:r>
      <w:proofErr w:type="gramStart"/>
      <w:r w:rsidRPr="00765081">
        <w:rPr>
          <w:rFonts w:ascii="Times New Roman" w:hAnsi="Times New Roman" w:cs="Times New Roman"/>
          <w:color w:val="262626" w:themeColor="text1" w:themeTint="D9"/>
          <w:sz w:val="24"/>
          <w:szCs w:val="24"/>
        </w:rPr>
        <w:t>выполнен</w:t>
      </w:r>
      <w:proofErr w:type="gramEnd"/>
      <w:r w:rsidRPr="00765081">
        <w:rPr>
          <w:rFonts w:ascii="Times New Roman" w:hAnsi="Times New Roman" w:cs="Times New Roman"/>
          <w:color w:val="262626" w:themeColor="text1" w:themeTint="D9"/>
          <w:sz w:val="24"/>
          <w:szCs w:val="24"/>
        </w:rPr>
        <w:t xml:space="preserve"> верно только один пункт задания, допущены ошибки в направлении, пересчете клеток, начале отсчета;</w:t>
      </w:r>
    </w:p>
    <w:p w:rsidR="00BB14C5" w:rsidRPr="00765081" w:rsidRDefault="00BB14C5" w:rsidP="00BB14C5">
      <w:pPr>
        <w:spacing w:after="0" w:line="240" w:lineRule="auto"/>
        <w:ind w:firstLine="284"/>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2 балла – </w:t>
      </w:r>
      <w:proofErr w:type="gramStart"/>
      <w:r w:rsidRPr="00765081">
        <w:rPr>
          <w:rFonts w:ascii="Times New Roman" w:hAnsi="Times New Roman" w:cs="Times New Roman"/>
          <w:color w:val="262626" w:themeColor="text1" w:themeTint="D9"/>
          <w:sz w:val="24"/>
          <w:szCs w:val="24"/>
        </w:rPr>
        <w:t>выполнено</w:t>
      </w:r>
      <w:proofErr w:type="gramEnd"/>
      <w:r w:rsidRPr="00765081">
        <w:rPr>
          <w:rFonts w:ascii="Times New Roman" w:hAnsi="Times New Roman" w:cs="Times New Roman"/>
          <w:color w:val="262626" w:themeColor="text1" w:themeTint="D9"/>
          <w:sz w:val="24"/>
          <w:szCs w:val="24"/>
        </w:rPr>
        <w:t xml:space="preserve"> верно 2–3 пункта задания;</w:t>
      </w:r>
    </w:p>
    <w:p w:rsidR="00BB14C5" w:rsidRPr="00765081" w:rsidRDefault="00BB14C5" w:rsidP="00BB14C5">
      <w:pPr>
        <w:spacing w:after="0" w:line="240" w:lineRule="auto"/>
        <w:ind w:firstLine="284"/>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3 балла – все пункты задания </w:t>
      </w:r>
      <w:proofErr w:type="gramStart"/>
      <w:r w:rsidRPr="00765081">
        <w:rPr>
          <w:rFonts w:ascii="Times New Roman" w:hAnsi="Times New Roman" w:cs="Times New Roman"/>
          <w:color w:val="262626" w:themeColor="text1" w:themeTint="D9"/>
          <w:sz w:val="24"/>
          <w:szCs w:val="24"/>
        </w:rPr>
        <w:t>выполнены</w:t>
      </w:r>
      <w:proofErr w:type="gramEnd"/>
      <w:r w:rsidRPr="00765081">
        <w:rPr>
          <w:rFonts w:ascii="Times New Roman" w:hAnsi="Times New Roman" w:cs="Times New Roman"/>
          <w:color w:val="262626" w:themeColor="text1" w:themeTint="D9"/>
          <w:sz w:val="24"/>
          <w:szCs w:val="24"/>
        </w:rPr>
        <w:t xml:space="preserve"> верно.</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Если клетки плохо раскрашены, в дополнение к баллу ставится знак «минус».</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center"/>
        <w:rPr>
          <w:rFonts w:ascii="Times New Roman" w:hAnsi="Times New Roman" w:cs="Times New Roman"/>
          <w:b/>
          <w:color w:val="262626" w:themeColor="text1" w:themeTint="D9"/>
          <w:sz w:val="24"/>
          <w:szCs w:val="24"/>
        </w:rPr>
      </w:pPr>
      <w:r w:rsidRPr="00765081">
        <w:rPr>
          <w:rFonts w:ascii="Times New Roman" w:hAnsi="Times New Roman" w:cs="Times New Roman"/>
          <w:b/>
          <w:color w:val="262626" w:themeColor="text1" w:themeTint="D9"/>
          <w:sz w:val="24"/>
          <w:szCs w:val="24"/>
        </w:rPr>
        <w:t>Задание 3</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Цель. Выявить умение сравнивать множества по числу элементов (вне зависимости от навыка счета).</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i/>
          <w:color w:val="262626" w:themeColor="text1" w:themeTint="D9"/>
          <w:sz w:val="24"/>
          <w:szCs w:val="24"/>
        </w:rPr>
      </w:pPr>
      <w:r w:rsidRPr="00765081">
        <w:rPr>
          <w:rFonts w:ascii="Times New Roman" w:hAnsi="Times New Roman" w:cs="Times New Roman"/>
          <w:color w:val="262626" w:themeColor="text1" w:themeTint="D9"/>
          <w:sz w:val="24"/>
          <w:szCs w:val="24"/>
        </w:rPr>
        <w:lastRenderedPageBreak/>
        <w:t xml:space="preserve">Текст задания. </w:t>
      </w:r>
      <w:r w:rsidRPr="00765081">
        <w:rPr>
          <w:rFonts w:ascii="Times New Roman" w:hAnsi="Times New Roman" w:cs="Times New Roman"/>
          <w:i/>
          <w:color w:val="262626" w:themeColor="text1" w:themeTint="D9"/>
          <w:sz w:val="24"/>
          <w:szCs w:val="24"/>
        </w:rPr>
        <w:t>«Найдите у себя на листках рисунок, на котором изображены круги и треугольники</w:t>
      </w:r>
      <w:r w:rsidRPr="00765081">
        <w:rPr>
          <w:rFonts w:ascii="Times New Roman" w:hAnsi="Times New Roman" w:cs="Times New Roman"/>
          <w:color w:val="262626" w:themeColor="text1" w:themeTint="D9"/>
          <w:sz w:val="24"/>
          <w:szCs w:val="24"/>
        </w:rPr>
        <w:t xml:space="preserve"> (указывается рисунок к заданию 4). </w:t>
      </w:r>
      <w:r w:rsidRPr="00765081">
        <w:rPr>
          <w:rFonts w:ascii="Times New Roman" w:hAnsi="Times New Roman" w:cs="Times New Roman"/>
          <w:i/>
          <w:color w:val="262626" w:themeColor="text1" w:themeTint="D9"/>
          <w:sz w:val="24"/>
          <w:szCs w:val="24"/>
        </w:rPr>
        <w:t>Чего больше: кругов или треугольников? Если больше кругов, то нарисуйте рядом еще один круг. Если больше треугольников, то нарисуйте еще один треугольник».</w:t>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noProof/>
          <w:color w:val="262626" w:themeColor="text1" w:themeTint="D9"/>
          <w:sz w:val="24"/>
          <w:szCs w:val="24"/>
          <w:lang w:eastAsia="ru-RU"/>
        </w:rPr>
        <w:drawing>
          <wp:inline distT="0" distB="0" distL="0" distR="0">
            <wp:extent cx="3811905" cy="2335530"/>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58" cstate="print">
                      <a:lum bright="20000"/>
                    </a:blip>
                    <a:srcRect/>
                    <a:stretch>
                      <a:fillRect/>
                    </a:stretch>
                  </pic:blipFill>
                  <pic:spPr bwMode="auto">
                    <a:xfrm>
                      <a:off x="0" y="0"/>
                      <a:ext cx="3811905" cy="2335530"/>
                    </a:xfrm>
                    <a:prstGeom prst="rect">
                      <a:avLst/>
                    </a:prstGeom>
                    <a:noFill/>
                    <a:ln w="9525">
                      <a:noFill/>
                      <a:miter lim="800000"/>
                      <a:headEnd/>
                      <a:tailEnd/>
                    </a:ln>
                  </pic:spPr>
                </pic:pic>
              </a:graphicData>
            </a:graphic>
          </wp:inline>
        </w:drawing>
      </w: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Оценка выполнения задания:</w:t>
      </w:r>
    </w:p>
    <w:p w:rsidR="00BB14C5" w:rsidRPr="00765081" w:rsidRDefault="00BB14C5" w:rsidP="00BB14C5">
      <w:pPr>
        <w:spacing w:after="0" w:line="240" w:lineRule="auto"/>
        <w:ind w:firstLine="284"/>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0 баллов – сравнение проведено неверно (нарисован один треугольник);</w:t>
      </w:r>
    </w:p>
    <w:p w:rsidR="00BB14C5" w:rsidRPr="00765081" w:rsidRDefault="00BB14C5" w:rsidP="00BB14C5">
      <w:pPr>
        <w:spacing w:after="0" w:line="240" w:lineRule="auto"/>
        <w:ind w:firstLine="284"/>
        <w:jc w:val="both"/>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3 балла – сравнение </w:t>
      </w:r>
      <w:proofErr w:type="gramStart"/>
      <w:r w:rsidRPr="00765081">
        <w:rPr>
          <w:rFonts w:ascii="Times New Roman" w:hAnsi="Times New Roman" w:cs="Times New Roman"/>
          <w:color w:val="262626" w:themeColor="text1" w:themeTint="D9"/>
          <w:sz w:val="24"/>
          <w:szCs w:val="24"/>
        </w:rPr>
        <w:t>проведено</w:t>
      </w:r>
      <w:proofErr w:type="gramEnd"/>
      <w:r w:rsidRPr="00765081">
        <w:rPr>
          <w:rFonts w:ascii="Times New Roman" w:hAnsi="Times New Roman" w:cs="Times New Roman"/>
          <w:color w:val="262626" w:themeColor="text1" w:themeTint="D9"/>
          <w:sz w:val="24"/>
          <w:szCs w:val="24"/>
        </w:rPr>
        <w:t xml:space="preserve"> верно (нарисован один круг).</w:t>
      </w:r>
    </w:p>
    <w:p w:rsidR="00BB14C5" w:rsidRPr="00765081" w:rsidRDefault="00BB14C5" w:rsidP="00BB14C5">
      <w:pPr>
        <w:spacing w:after="0" w:line="240" w:lineRule="auto"/>
        <w:jc w:val="center"/>
        <w:rPr>
          <w:rFonts w:ascii="Times New Roman" w:hAnsi="Times New Roman" w:cs="Times New Roman"/>
          <w:color w:val="262626" w:themeColor="text1" w:themeTint="D9"/>
          <w:sz w:val="24"/>
          <w:szCs w:val="24"/>
        </w:rPr>
      </w:pPr>
    </w:p>
    <w:p w:rsidR="0004034E" w:rsidRPr="00765081" w:rsidRDefault="0004034E" w:rsidP="00BB14C5">
      <w:pPr>
        <w:spacing w:after="0" w:line="240" w:lineRule="auto"/>
        <w:jc w:val="center"/>
        <w:rPr>
          <w:rFonts w:ascii="Times New Roman" w:hAnsi="Times New Roman" w:cs="Times New Roman"/>
          <w:b/>
          <w:color w:val="262626" w:themeColor="text1" w:themeTint="D9"/>
          <w:sz w:val="24"/>
          <w:szCs w:val="24"/>
        </w:rPr>
      </w:pPr>
    </w:p>
    <w:p w:rsidR="0004034E" w:rsidRPr="00765081" w:rsidRDefault="0004034E" w:rsidP="00BB14C5">
      <w:pPr>
        <w:spacing w:after="0" w:line="240" w:lineRule="auto"/>
        <w:jc w:val="center"/>
        <w:rPr>
          <w:rFonts w:ascii="Times New Roman" w:hAnsi="Times New Roman" w:cs="Times New Roman"/>
          <w:b/>
          <w:color w:val="262626" w:themeColor="text1" w:themeTint="D9"/>
          <w:sz w:val="24"/>
          <w:szCs w:val="24"/>
        </w:rPr>
      </w:pPr>
    </w:p>
    <w:p w:rsidR="0004034E" w:rsidRPr="00765081" w:rsidRDefault="0004034E" w:rsidP="00BB14C5">
      <w:pPr>
        <w:spacing w:after="0" w:line="240" w:lineRule="auto"/>
        <w:jc w:val="center"/>
        <w:rPr>
          <w:rFonts w:ascii="Times New Roman" w:hAnsi="Times New Roman" w:cs="Times New Roman"/>
          <w:b/>
          <w:color w:val="262626" w:themeColor="text1" w:themeTint="D9"/>
          <w:sz w:val="24"/>
          <w:szCs w:val="24"/>
        </w:rPr>
      </w:pPr>
    </w:p>
    <w:p w:rsidR="00047B3E" w:rsidRPr="00765081" w:rsidRDefault="00047B3E" w:rsidP="00BB14C5">
      <w:pPr>
        <w:spacing w:after="0" w:line="240" w:lineRule="auto"/>
        <w:jc w:val="center"/>
        <w:rPr>
          <w:rFonts w:ascii="Times New Roman" w:hAnsi="Times New Roman" w:cs="Times New Roman"/>
          <w:b/>
          <w:color w:val="262626" w:themeColor="text1" w:themeTint="D9"/>
          <w:sz w:val="24"/>
          <w:szCs w:val="24"/>
        </w:rPr>
      </w:pPr>
    </w:p>
    <w:p w:rsidR="0089011F" w:rsidRPr="00765081" w:rsidRDefault="0089011F" w:rsidP="00BB14C5">
      <w:pPr>
        <w:spacing w:after="0" w:line="240" w:lineRule="auto"/>
        <w:jc w:val="center"/>
        <w:rPr>
          <w:rFonts w:ascii="Times New Roman" w:hAnsi="Times New Roman" w:cs="Times New Roman"/>
          <w:b/>
          <w:color w:val="262626" w:themeColor="text1" w:themeTint="D9"/>
          <w:sz w:val="24"/>
          <w:szCs w:val="24"/>
        </w:rPr>
      </w:pPr>
    </w:p>
    <w:p w:rsidR="00BB14C5" w:rsidRPr="00765081" w:rsidRDefault="00BB14C5" w:rsidP="00BB14C5">
      <w:pPr>
        <w:spacing w:after="0" w:line="240" w:lineRule="auto"/>
        <w:jc w:val="center"/>
        <w:rPr>
          <w:rFonts w:ascii="Times New Roman" w:hAnsi="Times New Roman" w:cs="Times New Roman"/>
          <w:b/>
          <w:color w:val="262626" w:themeColor="text1" w:themeTint="D9"/>
          <w:sz w:val="24"/>
          <w:szCs w:val="24"/>
        </w:rPr>
      </w:pPr>
      <w:r w:rsidRPr="00765081">
        <w:rPr>
          <w:rFonts w:ascii="Times New Roman" w:hAnsi="Times New Roman" w:cs="Times New Roman"/>
          <w:b/>
          <w:color w:val="262626" w:themeColor="text1" w:themeTint="D9"/>
          <w:sz w:val="24"/>
          <w:szCs w:val="24"/>
        </w:rPr>
        <w:t>Задание  4</w:t>
      </w:r>
    </w:p>
    <w:p w:rsidR="00BB14C5" w:rsidRPr="00765081" w:rsidRDefault="00BB14C5" w:rsidP="00BB14C5">
      <w:pPr>
        <w:spacing w:after="0" w:line="240" w:lineRule="auto"/>
        <w:jc w:val="center"/>
        <w:rPr>
          <w:rFonts w:ascii="Times New Roman" w:hAnsi="Times New Roman" w:cs="Times New Roman"/>
          <w:b/>
          <w:color w:val="262626" w:themeColor="text1" w:themeTint="D9"/>
          <w:sz w:val="24"/>
          <w:szCs w:val="24"/>
        </w:rPr>
      </w:pPr>
    </w:p>
    <w:p w:rsidR="00BB14C5" w:rsidRPr="00765081" w:rsidRDefault="00BB14C5" w:rsidP="00BB14C5">
      <w:pPr>
        <w:spacing w:after="0" w:line="240" w:lineRule="auto"/>
        <w:jc w:val="center"/>
        <w:rPr>
          <w:rFonts w:ascii="Times New Roman" w:hAnsi="Times New Roman" w:cs="Times New Roman"/>
          <w:color w:val="262626" w:themeColor="text1" w:themeTint="D9"/>
          <w:sz w:val="24"/>
          <w:szCs w:val="24"/>
        </w:rPr>
      </w:pPr>
      <w:r w:rsidRPr="00765081">
        <w:rPr>
          <w:rFonts w:ascii="Times New Roman" w:hAnsi="Times New Roman" w:cs="Times New Roman"/>
          <w:b/>
          <w:bCs/>
          <w:color w:val="262626" w:themeColor="text1" w:themeTint="D9"/>
          <w:sz w:val="24"/>
          <w:szCs w:val="24"/>
        </w:rPr>
        <w:t>«Математический диктант» (методика И.И. Аргинской)</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Назначение задания:</w:t>
      </w:r>
      <w:r w:rsidRPr="00765081">
        <w:rPr>
          <w:rFonts w:ascii="Times New Roman" w:hAnsi="Times New Roman" w:cs="Times New Roman"/>
          <w:color w:val="262626" w:themeColor="text1" w:themeTint="D9"/>
          <w:sz w:val="24"/>
          <w:szCs w:val="24"/>
        </w:rPr>
        <w:t xml:space="preserve"> выявление представлений о геометрических фигурах и счете.</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Организация работы.</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Предъявляются семь разных предметов. Детям выдаются лист бумаги и карандаш. Задание состоит из 5 частей. </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 xml:space="preserve">Инструкция: </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lastRenderedPageBreak/>
        <w:t xml:space="preserve">1) нарисуйте на листе столько же кругов, сколько на доске предметов; </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2) нарисуйте квадратов на один больше, чем кругов; </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3) нарисуйте треугольников на 2 меньше, чем кругов; </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 xml:space="preserve">4) обведите линией шесть квадратов; </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p>
    <w:p w:rsidR="00BB14C5" w:rsidRPr="00765081" w:rsidRDefault="00BB14C5" w:rsidP="00BB14C5">
      <w:pPr>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5) закрасьте пятый круг.</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Оценка задания: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4-й уровень:</w:t>
      </w:r>
      <w:r w:rsidRPr="00765081">
        <w:rPr>
          <w:rFonts w:ascii="Times New Roman" w:hAnsi="Times New Roman" w:cs="Times New Roman"/>
          <w:color w:val="262626" w:themeColor="text1" w:themeTint="D9"/>
          <w:sz w:val="24"/>
          <w:szCs w:val="24"/>
        </w:rPr>
        <w:t xml:space="preserve"> 5 заданий </w:t>
      </w:r>
      <w:proofErr w:type="gramStart"/>
      <w:r w:rsidRPr="00765081">
        <w:rPr>
          <w:rFonts w:ascii="Times New Roman" w:hAnsi="Times New Roman" w:cs="Times New Roman"/>
          <w:color w:val="262626" w:themeColor="text1" w:themeTint="D9"/>
          <w:sz w:val="24"/>
          <w:szCs w:val="24"/>
        </w:rPr>
        <w:t>выполнены</w:t>
      </w:r>
      <w:proofErr w:type="gramEnd"/>
      <w:r w:rsidRPr="00765081">
        <w:rPr>
          <w:rFonts w:ascii="Times New Roman" w:hAnsi="Times New Roman" w:cs="Times New Roman"/>
          <w:color w:val="262626" w:themeColor="text1" w:themeTint="D9"/>
          <w:sz w:val="24"/>
          <w:szCs w:val="24"/>
        </w:rPr>
        <w:t xml:space="preserve"> верно;</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3-й уровень:</w:t>
      </w:r>
      <w:r w:rsidRPr="00765081">
        <w:rPr>
          <w:rFonts w:ascii="Times New Roman" w:hAnsi="Times New Roman" w:cs="Times New Roman"/>
          <w:color w:val="262626" w:themeColor="text1" w:themeTint="D9"/>
          <w:sz w:val="24"/>
          <w:szCs w:val="24"/>
        </w:rPr>
        <w:t xml:space="preserve"> 3–4 задания выполнены верно;</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br/>
        <w:t xml:space="preserve">2-й уровень: </w:t>
      </w:r>
      <w:r w:rsidRPr="00765081">
        <w:rPr>
          <w:rFonts w:ascii="Times New Roman" w:hAnsi="Times New Roman" w:cs="Times New Roman"/>
          <w:color w:val="262626" w:themeColor="text1" w:themeTint="D9"/>
          <w:sz w:val="24"/>
          <w:szCs w:val="24"/>
        </w:rPr>
        <w:t>1–2 задания выполнены верно;</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1-й уровень:</w:t>
      </w:r>
      <w:r w:rsidRPr="00765081">
        <w:rPr>
          <w:rFonts w:ascii="Times New Roman" w:hAnsi="Times New Roman" w:cs="Times New Roman"/>
          <w:color w:val="262626" w:themeColor="text1" w:themeTint="D9"/>
          <w:sz w:val="24"/>
          <w:szCs w:val="24"/>
        </w:rPr>
        <w:t xml:space="preserve"> ни одно задание не выполнено.</w:t>
      </w:r>
    </w:p>
    <w:p w:rsidR="00BB14C5" w:rsidRPr="00765081" w:rsidRDefault="00BB14C5" w:rsidP="00BB14C5">
      <w:pPr>
        <w:rPr>
          <w:rFonts w:ascii="Times New Roman" w:hAnsi="Times New Roman" w:cs="Times New Roman"/>
          <w:color w:val="262626" w:themeColor="text1" w:themeTint="D9"/>
          <w:sz w:val="24"/>
          <w:szCs w:val="24"/>
        </w:rPr>
      </w:pPr>
    </w:p>
    <w:p w:rsidR="0004034E" w:rsidRPr="00765081" w:rsidRDefault="0004034E" w:rsidP="00BB14C5">
      <w:pPr>
        <w:jc w:val="center"/>
        <w:rPr>
          <w:rFonts w:ascii="Times New Roman" w:hAnsi="Times New Roman" w:cs="Times New Roman"/>
          <w:b/>
          <w:color w:val="262626" w:themeColor="text1" w:themeTint="D9"/>
          <w:sz w:val="24"/>
          <w:szCs w:val="24"/>
        </w:rPr>
      </w:pPr>
    </w:p>
    <w:p w:rsidR="0004034E" w:rsidRPr="00765081" w:rsidRDefault="0004034E" w:rsidP="00BB14C5">
      <w:pPr>
        <w:jc w:val="center"/>
        <w:rPr>
          <w:rFonts w:ascii="Times New Roman" w:hAnsi="Times New Roman" w:cs="Times New Roman"/>
          <w:b/>
          <w:color w:val="262626" w:themeColor="text1" w:themeTint="D9"/>
          <w:sz w:val="24"/>
          <w:szCs w:val="24"/>
        </w:rPr>
      </w:pPr>
    </w:p>
    <w:p w:rsidR="00BB14C5" w:rsidRPr="00765081" w:rsidRDefault="00BB14C5" w:rsidP="00BB14C5">
      <w:pPr>
        <w:jc w:val="center"/>
        <w:rPr>
          <w:rFonts w:ascii="Times New Roman" w:hAnsi="Times New Roman" w:cs="Times New Roman"/>
          <w:b/>
          <w:color w:val="262626" w:themeColor="text1" w:themeTint="D9"/>
          <w:sz w:val="24"/>
          <w:szCs w:val="24"/>
        </w:rPr>
      </w:pPr>
      <w:r w:rsidRPr="00765081">
        <w:rPr>
          <w:rFonts w:ascii="Times New Roman" w:hAnsi="Times New Roman" w:cs="Times New Roman"/>
          <w:b/>
          <w:color w:val="262626" w:themeColor="text1" w:themeTint="D9"/>
          <w:sz w:val="24"/>
          <w:szCs w:val="24"/>
        </w:rPr>
        <w:t>Задание  5</w:t>
      </w:r>
    </w:p>
    <w:p w:rsidR="00BB14C5" w:rsidRPr="00765081" w:rsidRDefault="00BB14C5" w:rsidP="00BB14C5">
      <w:pPr>
        <w:jc w:val="center"/>
        <w:rPr>
          <w:rFonts w:ascii="Times New Roman" w:hAnsi="Times New Roman" w:cs="Times New Roman"/>
          <w:color w:val="262626" w:themeColor="text1" w:themeTint="D9"/>
          <w:sz w:val="24"/>
          <w:szCs w:val="24"/>
        </w:rPr>
      </w:pPr>
      <w:r w:rsidRPr="00765081">
        <w:rPr>
          <w:rFonts w:ascii="Times New Roman" w:hAnsi="Times New Roman" w:cs="Times New Roman"/>
          <w:b/>
          <w:bCs/>
          <w:color w:val="262626" w:themeColor="text1" w:themeTint="D9"/>
          <w:sz w:val="24"/>
          <w:szCs w:val="24"/>
        </w:rPr>
        <w:t>«Рисование бус» (методика И.И. Аргинской)</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Назначение задания:</w:t>
      </w:r>
      <w:r w:rsidRPr="00765081">
        <w:rPr>
          <w:rFonts w:ascii="Times New Roman" w:hAnsi="Times New Roman" w:cs="Times New Roman"/>
          <w:color w:val="262626" w:themeColor="text1" w:themeTint="D9"/>
          <w:sz w:val="24"/>
          <w:szCs w:val="24"/>
        </w:rPr>
        <w:t xml:space="preserve"> выявить количество условий, которые может удержать ребенок в процессе деятельности при восприятии задания на слух; способность к самоконтролю.</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Организация работы.</w:t>
      </w:r>
      <w:r w:rsidRPr="00765081">
        <w:rPr>
          <w:rFonts w:ascii="Times New Roman" w:hAnsi="Times New Roman" w:cs="Times New Roman"/>
          <w:color w:val="262626" w:themeColor="text1" w:themeTint="D9"/>
          <w:sz w:val="24"/>
          <w:szCs w:val="24"/>
        </w:rPr>
        <w:t xml:space="preserve"> Задание выполняется на отдельных листах с рисунком кривой, изображающей нитку. У каждого ребенка должно быть шесть разноцветных карандашей.</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b/>
          <w:bCs/>
          <w:color w:val="262626" w:themeColor="text1" w:themeTint="D9"/>
          <w:sz w:val="24"/>
          <w:szCs w:val="24"/>
        </w:rPr>
        <w:lastRenderedPageBreak/>
        <w:t>Работа состоит из двух частей:</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t>1) выполнение задания (рисование бус);</w:t>
      </w:r>
      <w:r w:rsidRPr="00765081">
        <w:rPr>
          <w:rFonts w:ascii="Times New Roman" w:hAnsi="Times New Roman" w:cs="Times New Roman"/>
          <w:color w:val="262626" w:themeColor="text1" w:themeTint="D9"/>
          <w:sz w:val="24"/>
          <w:szCs w:val="24"/>
        </w:rPr>
        <w:br/>
        <w:t>2) самоконтроль и в случае необходимости – перерисовывание бус.</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Инструкция к 1-й части задания</w:t>
      </w:r>
      <w:r w:rsidRPr="00765081">
        <w:rPr>
          <w:rFonts w:ascii="Times New Roman" w:hAnsi="Times New Roman" w:cs="Times New Roman"/>
          <w:color w:val="262626" w:themeColor="text1" w:themeTint="D9"/>
          <w:sz w:val="24"/>
          <w:szCs w:val="24"/>
        </w:rPr>
        <w:t xml:space="preserve"> (повторяется два раза): </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t>«У каждого из вас на листочке нарисована нитка. На этой нитке нужно нарисовать пять круглых бусин. Все бусины должны быть разного цвета. Средняя бусина должна быть синей. Начинайте рисовать».</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Инструкция ко 2-й части задания: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t>«Сейчас я еще раз расскажу, какие нужно было нарисовать бусы, а вы проверьте свои рисунки – всё ли сделано правильно. Кто заметит ошибку, сделает ниже правильный рисунок. Слушайте внимательно». (Условие задания повторяется еще раз медленно, каждое условие выделяется голосом.)</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Оценка задания (оценивается лучший вариант)</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b/>
          <w:bCs/>
          <w:color w:val="262626" w:themeColor="text1" w:themeTint="D9"/>
          <w:sz w:val="24"/>
          <w:szCs w:val="24"/>
        </w:rPr>
        <w:br/>
      </w:r>
      <w:proofErr w:type="gramStart"/>
      <w:r w:rsidRPr="00765081">
        <w:rPr>
          <w:rFonts w:ascii="Times New Roman" w:hAnsi="Times New Roman" w:cs="Times New Roman"/>
          <w:b/>
          <w:bCs/>
          <w:color w:val="262626" w:themeColor="text1" w:themeTint="D9"/>
          <w:sz w:val="24"/>
          <w:szCs w:val="24"/>
        </w:rPr>
        <w:t>4-й уровень:</w:t>
      </w:r>
      <w:r w:rsidRPr="00765081">
        <w:rPr>
          <w:rFonts w:ascii="Times New Roman" w:hAnsi="Times New Roman" w:cs="Times New Roman"/>
          <w:color w:val="262626" w:themeColor="text1" w:themeTint="D9"/>
          <w:sz w:val="24"/>
          <w:szCs w:val="24"/>
        </w:rPr>
        <w:t xml:space="preserve"> задание выполнено правильно, учтены все четыре условия: количество бусин (пять), их форма (круглая или близкая к круглой), использование пяти разных цветов, фиксированный цвет средней бусины;</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3-й уровень:</w:t>
      </w:r>
      <w:r w:rsidRPr="00765081">
        <w:rPr>
          <w:rFonts w:ascii="Times New Roman" w:hAnsi="Times New Roman" w:cs="Times New Roman"/>
          <w:color w:val="262626" w:themeColor="text1" w:themeTint="D9"/>
          <w:sz w:val="24"/>
          <w:szCs w:val="24"/>
        </w:rPr>
        <w:t xml:space="preserve"> учтены три условия;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2-й уровень:</w:t>
      </w:r>
      <w:r w:rsidRPr="00765081">
        <w:rPr>
          <w:rFonts w:ascii="Times New Roman" w:hAnsi="Times New Roman" w:cs="Times New Roman"/>
          <w:color w:val="262626" w:themeColor="text1" w:themeTint="D9"/>
          <w:sz w:val="24"/>
          <w:szCs w:val="24"/>
        </w:rPr>
        <w:t xml:space="preserve"> учтены два условия;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1-й уровень:</w:t>
      </w:r>
      <w:r w:rsidRPr="00765081">
        <w:rPr>
          <w:rFonts w:ascii="Times New Roman" w:hAnsi="Times New Roman" w:cs="Times New Roman"/>
          <w:color w:val="262626" w:themeColor="text1" w:themeTint="D9"/>
          <w:sz w:val="24"/>
          <w:szCs w:val="24"/>
        </w:rPr>
        <w:t xml:space="preserve"> учтено одно условие.</w:t>
      </w:r>
      <w:proofErr w:type="gramEnd"/>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Оценка самоконтроля</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4-й уровень:</w:t>
      </w:r>
      <w:r w:rsidRPr="00765081">
        <w:rPr>
          <w:rFonts w:ascii="Times New Roman" w:hAnsi="Times New Roman" w:cs="Times New Roman"/>
          <w:color w:val="262626" w:themeColor="text1" w:themeTint="D9"/>
          <w:sz w:val="24"/>
          <w:szCs w:val="24"/>
        </w:rPr>
        <w:t xml:space="preserve"> а) задание сразу выполняет правильно; б) при повторном выполнении ошибки исправляет правильно и полно;</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3-й уровень:</w:t>
      </w:r>
      <w:r w:rsidRPr="00765081">
        <w:rPr>
          <w:rFonts w:ascii="Times New Roman" w:hAnsi="Times New Roman" w:cs="Times New Roman"/>
          <w:color w:val="262626" w:themeColor="text1" w:themeTint="D9"/>
          <w:sz w:val="24"/>
          <w:szCs w:val="24"/>
        </w:rPr>
        <w:t xml:space="preserve"> при повторном выполнении исправляет не все допущенные ошибки;</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b/>
          <w:bCs/>
          <w:color w:val="262626" w:themeColor="text1" w:themeTint="D9"/>
          <w:sz w:val="24"/>
          <w:szCs w:val="24"/>
        </w:rPr>
        <w:t>2-й уровень:</w:t>
      </w:r>
      <w:r w:rsidRPr="00765081">
        <w:rPr>
          <w:rFonts w:ascii="Times New Roman" w:hAnsi="Times New Roman" w:cs="Times New Roman"/>
          <w:color w:val="262626" w:themeColor="text1" w:themeTint="D9"/>
          <w:sz w:val="24"/>
          <w:szCs w:val="24"/>
        </w:rPr>
        <w:t xml:space="preserve"> а) при повторном выполнении ни одну из допущенных ошибок не устраняет; б) при повторном выполнении допускает одну или несколько ошибок;</w:t>
      </w:r>
      <w:r w:rsidRPr="00765081">
        <w:rPr>
          <w:rFonts w:ascii="Times New Roman" w:hAnsi="Times New Roman" w:cs="Times New Roman"/>
          <w:color w:val="262626" w:themeColor="text1" w:themeTint="D9"/>
          <w:sz w:val="24"/>
          <w:szCs w:val="24"/>
        </w:rPr>
        <w:br/>
      </w:r>
      <w:r w:rsidRPr="00765081">
        <w:rPr>
          <w:rFonts w:ascii="Times New Roman" w:hAnsi="Times New Roman" w:cs="Times New Roman"/>
          <w:color w:val="262626" w:themeColor="text1" w:themeTint="D9"/>
          <w:sz w:val="24"/>
          <w:szCs w:val="24"/>
        </w:rPr>
        <w:lastRenderedPageBreak/>
        <w:br/>
      </w:r>
      <w:r w:rsidRPr="00765081">
        <w:rPr>
          <w:rFonts w:ascii="Times New Roman" w:hAnsi="Times New Roman" w:cs="Times New Roman"/>
          <w:b/>
          <w:bCs/>
          <w:color w:val="262626" w:themeColor="text1" w:themeTint="D9"/>
          <w:sz w:val="24"/>
          <w:szCs w:val="24"/>
        </w:rPr>
        <w:t>1-й уровень:</w:t>
      </w:r>
      <w:r w:rsidRPr="00765081">
        <w:rPr>
          <w:rFonts w:ascii="Times New Roman" w:hAnsi="Times New Roman" w:cs="Times New Roman"/>
          <w:color w:val="262626" w:themeColor="text1" w:themeTint="D9"/>
          <w:sz w:val="24"/>
          <w:szCs w:val="24"/>
        </w:rPr>
        <w:t xml:space="preserve"> при наличии ошибок к заданию не возвращается.</w:t>
      </w:r>
    </w:p>
    <w:p w:rsidR="00BB14C5" w:rsidRPr="00765081" w:rsidRDefault="00BB14C5" w:rsidP="00BB14C5">
      <w:pPr>
        <w:spacing w:after="0" w:line="240" w:lineRule="auto"/>
        <w:jc w:val="center"/>
        <w:rPr>
          <w:rFonts w:ascii="Times New Roman" w:hAnsi="Times New Roman" w:cs="Times New Roman"/>
          <w:b/>
          <w:color w:val="262626" w:themeColor="text1" w:themeTint="D9"/>
          <w:sz w:val="24"/>
          <w:szCs w:val="24"/>
        </w:rPr>
      </w:pPr>
      <w:r w:rsidRPr="00765081">
        <w:rPr>
          <w:rFonts w:ascii="Times New Roman" w:hAnsi="Times New Roman" w:cs="Times New Roman"/>
          <w:b/>
          <w:color w:val="262626" w:themeColor="text1" w:themeTint="D9"/>
          <w:sz w:val="24"/>
          <w:szCs w:val="24"/>
        </w:rPr>
        <w:t>Задание  6</w:t>
      </w:r>
    </w:p>
    <w:p w:rsidR="00BB14C5" w:rsidRPr="00765081" w:rsidRDefault="00BB14C5" w:rsidP="00BB14C5">
      <w:pPr>
        <w:pStyle w:val="a8"/>
        <w:rPr>
          <w:color w:val="262626" w:themeColor="text1" w:themeTint="D9"/>
        </w:rPr>
      </w:pPr>
      <w:r w:rsidRPr="00765081">
        <w:rPr>
          <w:b/>
          <w:bCs/>
          <w:color w:val="262626" w:themeColor="text1" w:themeTint="D9"/>
        </w:rPr>
        <w:t>Цель.</w:t>
      </w:r>
      <w:r w:rsidRPr="00765081">
        <w:rPr>
          <w:color w:val="262626" w:themeColor="text1" w:themeTint="D9"/>
        </w:rPr>
        <w:t xml:space="preserve"> Проверить состояние фонематического слуха, фонематического восприятия. </w:t>
      </w:r>
    </w:p>
    <w:p w:rsidR="00BB14C5" w:rsidRPr="00765081" w:rsidRDefault="00BB14C5" w:rsidP="0004034E">
      <w:pPr>
        <w:pStyle w:val="a8"/>
        <w:rPr>
          <w:color w:val="262626" w:themeColor="text1" w:themeTint="D9"/>
        </w:rPr>
      </w:pPr>
      <w:r w:rsidRPr="00765081">
        <w:rPr>
          <w:b/>
          <w:bCs/>
          <w:color w:val="262626" w:themeColor="text1" w:themeTint="D9"/>
        </w:rPr>
        <w:t xml:space="preserve">Текст задания. </w:t>
      </w:r>
      <w:r w:rsidRPr="00765081">
        <w:rPr>
          <w:color w:val="262626" w:themeColor="text1" w:themeTint="D9"/>
        </w:rPr>
        <w:t xml:space="preserve">Посмотрите на </w:t>
      </w:r>
      <w:proofErr w:type="gramStart"/>
      <w:r w:rsidRPr="00765081">
        <w:rPr>
          <w:color w:val="262626" w:themeColor="text1" w:themeTint="D9"/>
        </w:rPr>
        <w:t>расположенные</w:t>
      </w:r>
      <w:proofErr w:type="gramEnd"/>
      <w:r w:rsidRPr="00765081">
        <w:rPr>
          <w:color w:val="262626" w:themeColor="text1" w:themeTint="D9"/>
        </w:rPr>
        <w:t xml:space="preserve"> на листе картинки, видите, под ними есть небольшие кружочки. Вам нужно будет самостоятельно назвать каждую картинку. Если в названии картинки есть звук [с], то нужно зачеркнуть кружок под ней. </w:t>
      </w:r>
      <w:proofErr w:type="gramStart"/>
      <w:r w:rsidRPr="00765081">
        <w:rPr>
          <w:color w:val="262626" w:themeColor="text1" w:themeTint="D9"/>
        </w:rPr>
        <w:t xml:space="preserve">Первая картинка "солнце", в слове "солнце" есть звук [с], значит, нужно </w:t>
      </w:r>
      <w:r w:rsidRPr="00765081">
        <w:rPr>
          <w:color w:val="262626" w:themeColor="text1" w:themeTint="D9"/>
        </w:rPr>
        <w:br/>
        <w:t>зачеркнуть кружок.</w:t>
      </w:r>
      <w:proofErr w:type="gramEnd"/>
      <w:r w:rsidRPr="00765081">
        <w:rPr>
          <w:color w:val="262626" w:themeColor="text1" w:themeTint="D9"/>
        </w:rPr>
        <w:t xml:space="preserve"> А теперь приступайте к самостоятельному выполнению задания. </w:t>
      </w:r>
      <w:r w:rsidRPr="00765081">
        <w:rPr>
          <w:noProof/>
          <w:color w:val="262626" w:themeColor="text1" w:themeTint="D9"/>
        </w:rPr>
        <w:drawing>
          <wp:inline distT="0" distB="0" distL="0" distR="0">
            <wp:extent cx="2197290" cy="2641375"/>
            <wp:effectExtent l="0" t="0" r="0" b="6985"/>
            <wp:docPr id="15" name="Рисунок 15" descr="http://nsc.1september.ru/2002/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sc.1september.ru/2002/03/9.gif"/>
                    <pic:cNvPicPr>
                      <a:picLocks noChangeAspect="1" noChangeArrowheads="1"/>
                    </pic:cNvPicPr>
                  </pic:nvPicPr>
                  <pic:blipFill>
                    <a:blip r:embed="rId459" r:link="rId460" cstate="print">
                      <a:lum/>
                    </a:blip>
                    <a:srcRect/>
                    <a:stretch>
                      <a:fillRect/>
                    </a:stretch>
                  </pic:blipFill>
                  <pic:spPr bwMode="auto">
                    <a:xfrm>
                      <a:off x="0" y="0"/>
                      <a:ext cx="2201704" cy="2646681"/>
                    </a:xfrm>
                    <a:prstGeom prst="rect">
                      <a:avLst/>
                    </a:prstGeom>
                    <a:noFill/>
                    <a:ln w="9525">
                      <a:noFill/>
                      <a:miter lim="800000"/>
                      <a:headEnd/>
                      <a:tailEnd/>
                    </a:ln>
                  </pic:spPr>
                </pic:pic>
              </a:graphicData>
            </a:graphic>
          </wp:inline>
        </w:drawing>
      </w:r>
    </w:p>
    <w:p w:rsidR="00BB14C5" w:rsidRPr="00765081" w:rsidRDefault="00BB14C5" w:rsidP="00BB14C5">
      <w:pPr>
        <w:pStyle w:val="a8"/>
        <w:rPr>
          <w:color w:val="262626" w:themeColor="text1" w:themeTint="D9"/>
        </w:rPr>
      </w:pPr>
      <w:r w:rsidRPr="00765081">
        <w:rPr>
          <w:color w:val="262626" w:themeColor="text1" w:themeTint="D9"/>
        </w:rPr>
        <w:t>Оценка выполнения задания:</w:t>
      </w:r>
    </w:p>
    <w:p w:rsidR="00BB14C5" w:rsidRPr="00765081" w:rsidRDefault="00BB14C5" w:rsidP="00BB14C5">
      <w:pPr>
        <w:pStyle w:val="a8"/>
        <w:spacing w:before="0" w:beforeAutospacing="0" w:after="0" w:afterAutospacing="0"/>
        <w:rPr>
          <w:color w:val="262626" w:themeColor="text1" w:themeTint="D9"/>
        </w:rPr>
      </w:pPr>
      <w:r w:rsidRPr="00765081">
        <w:rPr>
          <w:i/>
          <w:iCs/>
          <w:color w:val="262626" w:themeColor="text1" w:themeTint="D9"/>
        </w:rPr>
        <w:t>3 балла</w:t>
      </w:r>
      <w:r w:rsidRPr="00765081">
        <w:rPr>
          <w:color w:val="262626" w:themeColor="text1" w:themeTint="D9"/>
        </w:rPr>
        <w:t xml:space="preserve"> – правильное выполнение задания;</w:t>
      </w:r>
    </w:p>
    <w:p w:rsidR="00BB14C5" w:rsidRPr="00765081" w:rsidRDefault="00BB14C5" w:rsidP="00BB14C5">
      <w:pPr>
        <w:pStyle w:val="a8"/>
        <w:spacing w:before="0" w:beforeAutospacing="0" w:after="0" w:afterAutospacing="0"/>
        <w:rPr>
          <w:color w:val="262626" w:themeColor="text1" w:themeTint="D9"/>
        </w:rPr>
      </w:pPr>
      <w:r w:rsidRPr="00765081">
        <w:rPr>
          <w:i/>
          <w:iCs/>
          <w:color w:val="262626" w:themeColor="text1" w:themeTint="D9"/>
        </w:rPr>
        <w:t>2 балла</w:t>
      </w:r>
      <w:r w:rsidRPr="00765081">
        <w:rPr>
          <w:color w:val="262626" w:themeColor="text1" w:themeTint="D9"/>
        </w:rPr>
        <w:t xml:space="preserve"> – выделен звук только из позиции начала слова; ошибочного выделения других звуков нет;</w:t>
      </w:r>
    </w:p>
    <w:p w:rsidR="00BB14C5" w:rsidRPr="00765081" w:rsidRDefault="00BB14C5" w:rsidP="00BB14C5">
      <w:pPr>
        <w:pStyle w:val="a8"/>
        <w:spacing w:before="0" w:beforeAutospacing="0" w:after="0" w:afterAutospacing="0"/>
        <w:rPr>
          <w:color w:val="262626" w:themeColor="text1" w:themeTint="D9"/>
        </w:rPr>
      </w:pPr>
      <w:r w:rsidRPr="00765081">
        <w:rPr>
          <w:i/>
          <w:iCs/>
          <w:color w:val="262626" w:themeColor="text1" w:themeTint="D9"/>
        </w:rPr>
        <w:t>1 балл</w:t>
      </w:r>
      <w:r w:rsidRPr="00765081">
        <w:rPr>
          <w:color w:val="262626" w:themeColor="text1" w:themeTint="D9"/>
        </w:rPr>
        <w:t xml:space="preserve"> – наличие ошибок (отсутствует дифференциация звуков [с</w:t>
      </w:r>
      <w:proofErr w:type="gramStart"/>
      <w:r w:rsidRPr="00765081">
        <w:rPr>
          <w:color w:val="262626" w:themeColor="text1" w:themeTint="D9"/>
        </w:rPr>
        <w:t>]-</w:t>
      </w:r>
      <w:proofErr w:type="gramEnd"/>
      <w:r w:rsidRPr="00765081">
        <w:rPr>
          <w:color w:val="262626" w:themeColor="text1" w:themeTint="D9"/>
        </w:rPr>
        <w:t>[з]);</w:t>
      </w:r>
    </w:p>
    <w:p w:rsidR="00BB14C5" w:rsidRPr="00765081" w:rsidRDefault="00BB14C5" w:rsidP="00BB14C5">
      <w:pPr>
        <w:pStyle w:val="a8"/>
        <w:spacing w:before="0" w:beforeAutospacing="0" w:after="0" w:afterAutospacing="0"/>
        <w:rPr>
          <w:color w:val="262626" w:themeColor="text1" w:themeTint="D9"/>
        </w:rPr>
      </w:pPr>
      <w:r w:rsidRPr="00765081">
        <w:rPr>
          <w:i/>
          <w:iCs/>
          <w:color w:val="262626" w:themeColor="text1" w:themeTint="D9"/>
        </w:rPr>
        <w:t>0 баллов</w:t>
      </w:r>
      <w:r w:rsidRPr="00765081">
        <w:rPr>
          <w:color w:val="262626" w:themeColor="text1" w:themeTint="D9"/>
        </w:rPr>
        <w:t xml:space="preserve"> – отсутствие дифференциации звуков [с</w:t>
      </w:r>
      <w:proofErr w:type="gramStart"/>
      <w:r w:rsidRPr="00765081">
        <w:rPr>
          <w:color w:val="262626" w:themeColor="text1" w:themeTint="D9"/>
        </w:rPr>
        <w:t>]-</w:t>
      </w:r>
      <w:proofErr w:type="gramEnd"/>
      <w:r w:rsidRPr="00765081">
        <w:rPr>
          <w:color w:val="262626" w:themeColor="text1" w:themeTint="D9"/>
        </w:rPr>
        <w:t>[з], [с]-[ц], [с]-[ш] или полное непринятие задания.</w:t>
      </w:r>
    </w:p>
    <w:p w:rsidR="00BB14C5" w:rsidRPr="00765081" w:rsidRDefault="00BB14C5" w:rsidP="00BB14C5">
      <w:pPr>
        <w:pStyle w:val="4"/>
        <w:spacing w:before="0"/>
        <w:jc w:val="center"/>
        <w:rPr>
          <w:rFonts w:ascii="Times New Roman" w:hAnsi="Times New Roman"/>
          <w:color w:val="262626" w:themeColor="text1" w:themeTint="D9"/>
          <w:sz w:val="24"/>
          <w:szCs w:val="24"/>
          <w:lang w:val="ru-RU"/>
        </w:rPr>
      </w:pPr>
      <w:r w:rsidRPr="00765081">
        <w:rPr>
          <w:rFonts w:ascii="Times New Roman" w:hAnsi="Times New Roman"/>
          <w:color w:val="262626" w:themeColor="text1" w:themeTint="D9"/>
          <w:sz w:val="24"/>
          <w:szCs w:val="24"/>
          <w:lang w:val="ru-RU"/>
        </w:rPr>
        <w:t>Задание 7</w:t>
      </w:r>
    </w:p>
    <w:p w:rsidR="00BB14C5" w:rsidRPr="00765081" w:rsidRDefault="00BB14C5" w:rsidP="00BB14C5">
      <w:pPr>
        <w:pStyle w:val="a8"/>
        <w:rPr>
          <w:color w:val="262626" w:themeColor="text1" w:themeTint="D9"/>
        </w:rPr>
      </w:pPr>
      <w:r w:rsidRPr="00765081">
        <w:rPr>
          <w:b/>
          <w:bCs/>
          <w:color w:val="262626" w:themeColor="text1" w:themeTint="D9"/>
        </w:rPr>
        <w:t>Цель.</w:t>
      </w:r>
      <w:r w:rsidRPr="00765081">
        <w:rPr>
          <w:color w:val="262626" w:themeColor="text1" w:themeTint="D9"/>
        </w:rPr>
        <w:t xml:space="preserve"> Выявление степени овладения звуковым анализом на уровне определения количества звуков в слове.</w:t>
      </w:r>
    </w:p>
    <w:p w:rsidR="00BB14C5" w:rsidRPr="00765081" w:rsidRDefault="00BB14C5" w:rsidP="00BB14C5">
      <w:pPr>
        <w:pStyle w:val="a8"/>
        <w:rPr>
          <w:color w:val="262626" w:themeColor="text1" w:themeTint="D9"/>
        </w:rPr>
      </w:pPr>
      <w:r w:rsidRPr="00765081">
        <w:rPr>
          <w:b/>
          <w:bCs/>
          <w:color w:val="262626" w:themeColor="text1" w:themeTint="D9"/>
        </w:rPr>
        <w:lastRenderedPageBreak/>
        <w:t xml:space="preserve">Текст задания. </w:t>
      </w:r>
      <w:r w:rsidRPr="00765081">
        <w:rPr>
          <w:color w:val="262626" w:themeColor="text1" w:themeTint="D9"/>
        </w:rPr>
        <w:t>Вы видите "домик" с тремя окошками и рядом с ним картинки. Каждое окошко – звук в слове. Назовите тихонько все картинки и подумайте, в каком слове три звука. Эту картинку соедините линией с домиком.</w:t>
      </w:r>
    </w:p>
    <w:p w:rsidR="00BB14C5" w:rsidRPr="00765081" w:rsidRDefault="00BB14C5" w:rsidP="00BB14C5">
      <w:pPr>
        <w:pStyle w:val="a8"/>
        <w:jc w:val="center"/>
        <w:rPr>
          <w:color w:val="262626" w:themeColor="text1" w:themeTint="D9"/>
        </w:rPr>
      </w:pPr>
      <w:r w:rsidRPr="00765081">
        <w:rPr>
          <w:noProof/>
          <w:color w:val="262626" w:themeColor="text1" w:themeTint="D9"/>
        </w:rPr>
        <w:drawing>
          <wp:inline distT="0" distB="0" distL="0" distR="0">
            <wp:extent cx="2382627" cy="1331388"/>
            <wp:effectExtent l="19050" t="0" r="0" b="0"/>
            <wp:docPr id="1" name="Рисунок 16" descr="http://nsc.1september.ru/2002/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sc.1september.ru/2002/03/8.gif"/>
                    <pic:cNvPicPr>
                      <a:picLocks noChangeAspect="1" noChangeArrowheads="1"/>
                    </pic:cNvPicPr>
                  </pic:nvPicPr>
                  <pic:blipFill>
                    <a:blip r:embed="rId461" r:link="rId462" cstate="print"/>
                    <a:srcRect/>
                    <a:stretch>
                      <a:fillRect/>
                    </a:stretch>
                  </pic:blipFill>
                  <pic:spPr bwMode="auto">
                    <a:xfrm>
                      <a:off x="0" y="0"/>
                      <a:ext cx="2385270" cy="1332865"/>
                    </a:xfrm>
                    <a:prstGeom prst="rect">
                      <a:avLst/>
                    </a:prstGeom>
                    <a:noFill/>
                    <a:ln w="9525">
                      <a:noFill/>
                      <a:miter lim="800000"/>
                      <a:headEnd/>
                      <a:tailEnd/>
                    </a:ln>
                  </pic:spPr>
                </pic:pic>
              </a:graphicData>
            </a:graphic>
          </wp:inline>
        </w:drawing>
      </w:r>
    </w:p>
    <w:p w:rsidR="00BB14C5" w:rsidRPr="00765081" w:rsidRDefault="00BB14C5" w:rsidP="00BB14C5">
      <w:pPr>
        <w:pStyle w:val="a8"/>
        <w:rPr>
          <w:color w:val="262626" w:themeColor="text1" w:themeTint="D9"/>
        </w:rPr>
      </w:pPr>
      <w:r w:rsidRPr="00765081">
        <w:rPr>
          <w:color w:val="262626" w:themeColor="text1" w:themeTint="D9"/>
        </w:rPr>
        <w:t>Оценка выполнения задания:</w:t>
      </w:r>
    </w:p>
    <w:p w:rsidR="00BB14C5" w:rsidRPr="00765081" w:rsidRDefault="00BB14C5" w:rsidP="00BB14C5">
      <w:pPr>
        <w:pStyle w:val="a8"/>
        <w:rPr>
          <w:color w:val="262626" w:themeColor="text1" w:themeTint="D9"/>
        </w:rPr>
      </w:pPr>
      <w:r w:rsidRPr="00765081">
        <w:rPr>
          <w:i/>
          <w:iCs/>
          <w:color w:val="262626" w:themeColor="text1" w:themeTint="D9"/>
        </w:rPr>
        <w:t>3 балла</w:t>
      </w:r>
      <w:r w:rsidRPr="00765081">
        <w:rPr>
          <w:color w:val="262626" w:themeColor="text1" w:themeTint="D9"/>
        </w:rPr>
        <w:t xml:space="preserve"> – правильное выполнение задания;</w:t>
      </w:r>
    </w:p>
    <w:p w:rsidR="00BB14C5" w:rsidRPr="00765081" w:rsidRDefault="00BB14C5" w:rsidP="00BB14C5">
      <w:pPr>
        <w:pStyle w:val="a8"/>
        <w:rPr>
          <w:color w:val="262626" w:themeColor="text1" w:themeTint="D9"/>
        </w:rPr>
      </w:pPr>
      <w:r w:rsidRPr="00765081">
        <w:rPr>
          <w:i/>
          <w:iCs/>
          <w:color w:val="262626" w:themeColor="text1" w:themeTint="D9"/>
        </w:rPr>
        <w:t>2 балла</w:t>
      </w:r>
      <w:r w:rsidRPr="00765081">
        <w:rPr>
          <w:color w:val="262626" w:themeColor="text1" w:themeTint="D9"/>
        </w:rPr>
        <w:t xml:space="preserve"> – наличие ошибок в один звук;</w:t>
      </w:r>
    </w:p>
    <w:p w:rsidR="00BB14C5" w:rsidRPr="00765081" w:rsidRDefault="00BB14C5" w:rsidP="00BB14C5">
      <w:pPr>
        <w:pStyle w:val="a8"/>
        <w:rPr>
          <w:color w:val="262626" w:themeColor="text1" w:themeTint="D9"/>
        </w:rPr>
      </w:pPr>
      <w:r w:rsidRPr="00765081">
        <w:rPr>
          <w:i/>
          <w:iCs/>
          <w:color w:val="262626" w:themeColor="text1" w:themeTint="D9"/>
        </w:rPr>
        <w:t>0 баллов</w:t>
      </w:r>
      <w:r w:rsidRPr="00765081">
        <w:rPr>
          <w:color w:val="262626" w:themeColor="text1" w:themeTint="D9"/>
        </w:rPr>
        <w:t xml:space="preserve"> – непринятие задачи, полное отсутствие соответствия количества звуков в слове и количества "окошечек"</w:t>
      </w:r>
    </w:p>
    <w:p w:rsidR="00BB14C5" w:rsidRPr="00765081" w:rsidRDefault="00BB14C5" w:rsidP="00BB14C5">
      <w:pPr>
        <w:pStyle w:val="a8"/>
        <w:jc w:val="center"/>
        <w:rPr>
          <w:b/>
          <w:color w:val="262626" w:themeColor="text1" w:themeTint="D9"/>
        </w:rPr>
      </w:pPr>
      <w:r w:rsidRPr="00765081">
        <w:rPr>
          <w:b/>
          <w:color w:val="262626" w:themeColor="text1" w:themeTint="D9"/>
        </w:rPr>
        <w:t>Задание   8</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r w:rsidRPr="00765081">
        <w:rPr>
          <w:rFonts w:ascii="Times New Roman" w:hAnsi="Times New Roman" w:cs="Times New Roman"/>
          <w:b/>
          <w:bCs/>
          <w:color w:val="262626" w:themeColor="text1" w:themeTint="D9"/>
          <w:sz w:val="24"/>
          <w:szCs w:val="24"/>
        </w:rPr>
        <w:t>Методика "Графический диктант"</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Данная методика используется для определения уровня развития произвольной сферы ребенка, а также изучения возможностей в области перцептивной и моторной организации пространства.</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Материал состоит из 4 диктантов, первый из которых - тренировочный.</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1. "Начинаем рисовать первый узор. Поставьте карандаш на самую верхнюю точку. Внимание! Рисуйте линию: одна клеточка вниз. Не отрывайте карандаш от бумаги, теперь одна клеточка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noProof/>
          <w:color w:val="262626" w:themeColor="text1" w:themeTint="D9"/>
          <w:sz w:val="24"/>
          <w:szCs w:val="24"/>
          <w:lang w:eastAsia="ru-RU"/>
        </w:rPr>
        <w:lastRenderedPageBreak/>
        <w:drawing>
          <wp:inline distT="0" distB="0" distL="0" distR="0">
            <wp:extent cx="3933825" cy="1200150"/>
            <wp:effectExtent l="19050" t="0" r="9525" b="0"/>
            <wp:docPr id="2" name="Рисунок 18"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диагностика сформированности навыков учебной деятельности, самоконтроль"/>
                    <pic:cNvPicPr>
                      <a:picLocks noChangeAspect="1" noChangeArrowheads="1"/>
                    </pic:cNvPicPr>
                  </pic:nvPicPr>
                  <pic:blipFill>
                    <a:blip r:embed="rId463" cstate="print"/>
                    <a:srcRect/>
                    <a:stretch>
                      <a:fillRect/>
                    </a:stretch>
                  </pic:blipFill>
                  <pic:spPr bwMode="auto">
                    <a:xfrm>
                      <a:off x="0" y="0"/>
                      <a:ext cx="3933825" cy="1200150"/>
                    </a:xfrm>
                    <a:prstGeom prst="rect">
                      <a:avLst/>
                    </a:prstGeom>
                    <a:noFill/>
                    <a:ln w="9525">
                      <a:noFill/>
                      <a:miter lim="800000"/>
                      <a:headEnd/>
                      <a:tailEnd/>
                    </a:ln>
                  </pic:spPr>
                </pic:pic>
              </a:graphicData>
            </a:graphic>
          </wp:inline>
        </w:drawing>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2. "Теперь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направо. А теперь сами продолжайте рисовать тот же узор".</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noProof/>
          <w:color w:val="262626" w:themeColor="text1" w:themeTint="D9"/>
          <w:sz w:val="24"/>
          <w:szCs w:val="24"/>
          <w:lang w:eastAsia="ru-RU"/>
        </w:rPr>
        <w:drawing>
          <wp:inline distT="0" distB="0" distL="0" distR="0">
            <wp:extent cx="3933825" cy="1200150"/>
            <wp:effectExtent l="19050" t="0" r="9525" b="0"/>
            <wp:docPr id="8" name="Рисунок 19"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диагностика сформированности навыков учебной деятельности, самоконтроль"/>
                    <pic:cNvPicPr>
                      <a:picLocks noChangeAspect="1" noChangeArrowheads="1"/>
                    </pic:cNvPicPr>
                  </pic:nvPicPr>
                  <pic:blipFill>
                    <a:blip r:embed="rId464" cstate="print"/>
                    <a:srcRect/>
                    <a:stretch>
                      <a:fillRect/>
                    </a:stretch>
                  </pic:blipFill>
                  <pic:spPr bwMode="auto">
                    <a:xfrm>
                      <a:off x="0" y="0"/>
                      <a:ext cx="3933825" cy="1200150"/>
                    </a:xfrm>
                    <a:prstGeom prst="rect">
                      <a:avLst/>
                    </a:prstGeom>
                    <a:noFill/>
                    <a:ln w="9525">
                      <a:noFill/>
                      <a:miter lim="800000"/>
                      <a:headEnd/>
                      <a:tailEnd/>
                    </a:ln>
                  </pic:spPr>
                </pic:pic>
              </a:graphicData>
            </a:graphic>
          </wp:inline>
        </w:drawing>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3. "Внимание! Три клетки вверх. Одна клетка направо. Две клетки вниз. Одна клетка направо. Две клетки вверх. Одна направо. Три клетки вниз. Одна клетка направо. Две клетки вверх. Одна клетка направо. Две клетки вниз. Одна клетка направо. Три клетки вверх. Теперь сами продолжайте рисовать этот узор".</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noProof/>
          <w:color w:val="262626" w:themeColor="text1" w:themeTint="D9"/>
          <w:sz w:val="24"/>
          <w:szCs w:val="24"/>
          <w:lang w:eastAsia="ru-RU"/>
        </w:rPr>
        <w:drawing>
          <wp:inline distT="0" distB="0" distL="0" distR="0">
            <wp:extent cx="3933825" cy="1200150"/>
            <wp:effectExtent l="19050" t="0" r="9525" b="0"/>
            <wp:docPr id="4" name="Рисунок 20"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диагностика сформированности навыков учебной деятельности, самоконтроль"/>
                    <pic:cNvPicPr>
                      <a:picLocks noChangeAspect="1" noChangeArrowheads="1"/>
                    </pic:cNvPicPr>
                  </pic:nvPicPr>
                  <pic:blipFill>
                    <a:blip r:embed="rId465" cstate="print"/>
                    <a:srcRect/>
                    <a:stretch>
                      <a:fillRect/>
                    </a:stretch>
                  </pic:blipFill>
                  <pic:spPr bwMode="auto">
                    <a:xfrm>
                      <a:off x="0" y="0"/>
                      <a:ext cx="3933825" cy="1200150"/>
                    </a:xfrm>
                    <a:prstGeom prst="rect">
                      <a:avLst/>
                    </a:prstGeom>
                    <a:noFill/>
                    <a:ln w="9525">
                      <a:noFill/>
                      <a:miter lim="800000"/>
                      <a:headEnd/>
                      <a:tailEnd/>
                    </a:ln>
                  </pic:spPr>
                </pic:pic>
              </a:graphicData>
            </a:graphic>
          </wp:inline>
        </w:drawing>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4. "Поставьте карандаш на самую нижнюю точку. Внимание! Три клетки направо. Одна клетка вверх. Одна клетка налево (слово "налево" выделяется голосом). Две клетки вверх. Три клетки направо. Две клетки вниз. Одна клетка налево (слово "налево" опять выделяется голосом). Одна клетка вниз. Три клетки направо. Одна клетка вверх. Одна клетка налево. Две клетки вверх. Теперь сами продолжайте рисовать этот узор".</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noProof/>
          <w:color w:val="262626" w:themeColor="text1" w:themeTint="D9"/>
          <w:sz w:val="24"/>
          <w:szCs w:val="24"/>
          <w:lang w:eastAsia="ru-RU"/>
        </w:rPr>
        <w:lastRenderedPageBreak/>
        <w:drawing>
          <wp:inline distT="0" distB="0" distL="0" distR="0">
            <wp:extent cx="4019550" cy="1266825"/>
            <wp:effectExtent l="19050" t="0" r="0" b="0"/>
            <wp:docPr id="5" name="Рисунок 21"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агностика сформированности навыков учебной деятельности, самоконтроль"/>
                    <pic:cNvPicPr>
                      <a:picLocks noChangeAspect="1" noChangeArrowheads="1"/>
                    </pic:cNvPicPr>
                  </pic:nvPicPr>
                  <pic:blipFill>
                    <a:blip r:embed="rId466" cstate="print"/>
                    <a:srcRect/>
                    <a:stretch>
                      <a:fillRect/>
                    </a:stretch>
                  </pic:blipFill>
                  <pic:spPr bwMode="auto">
                    <a:xfrm>
                      <a:off x="0" y="0"/>
                      <a:ext cx="4019550" cy="1266825"/>
                    </a:xfrm>
                    <a:prstGeom prst="rect">
                      <a:avLst/>
                    </a:prstGeom>
                    <a:noFill/>
                    <a:ln w="9525">
                      <a:noFill/>
                      <a:miter lim="800000"/>
                      <a:headEnd/>
                      <a:tailEnd/>
                    </a:ln>
                  </pic:spPr>
                </pic:pic>
              </a:graphicData>
            </a:graphic>
          </wp:inline>
        </w:drawing>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На самостоятельное выполнение каждого узора дается полторы-две минуты. Общее время проведения методики обычно составляет около 15 минут.</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b/>
          <w:bCs/>
          <w:color w:val="262626" w:themeColor="text1" w:themeTint="D9"/>
          <w:sz w:val="24"/>
          <w:szCs w:val="24"/>
        </w:rPr>
        <w:t>Анализ результатов.</w:t>
      </w:r>
    </w:p>
    <w:p w:rsidR="00BB14C5" w:rsidRPr="00765081" w:rsidRDefault="00BB14C5" w:rsidP="00BB14C5">
      <w:pPr>
        <w:spacing w:before="100" w:beforeAutospacing="1" w:after="100" w:afterAutospacing="1" w:line="240" w:lineRule="auto"/>
        <w:rPr>
          <w:rFonts w:ascii="Times New Roman" w:hAnsi="Times New Roman" w:cs="Times New Roman"/>
          <w:color w:val="262626" w:themeColor="text1" w:themeTint="D9"/>
          <w:sz w:val="24"/>
          <w:szCs w:val="24"/>
        </w:rPr>
      </w:pPr>
      <w:r w:rsidRPr="00765081">
        <w:rPr>
          <w:rFonts w:ascii="Times New Roman" w:hAnsi="Times New Roman" w:cs="Times New Roman"/>
          <w:color w:val="262626" w:themeColor="text1" w:themeTint="D9"/>
          <w:sz w:val="24"/>
          <w:szCs w:val="24"/>
        </w:rPr>
        <w:t>Безошибочное воспроизведение узора - 4 балла. За 1-2 ошибки ставят 3 балла. За большее число ошибок - 2 балла. Если ошибок больше, чем правильно воспроизведенных участков, то ставится 1 балл.</w:t>
      </w:r>
      <w:r w:rsidRPr="00765081">
        <w:rPr>
          <w:rFonts w:ascii="Times New Roman" w:hAnsi="Times New Roman" w:cs="Times New Roman"/>
          <w:color w:val="262626" w:themeColor="text1" w:themeTint="D9"/>
          <w:sz w:val="24"/>
          <w:szCs w:val="24"/>
        </w:rPr>
        <w:br/>
        <w:t>Если правильно воспроизведенных участков нет, то ставят 0 баллов. Указанным образом оцениваются три узора (один тренировочный). На основе полученных данных возможны следующие уровни выполнения:</w:t>
      </w:r>
    </w:p>
    <w:p w:rsidR="00BB14C5" w:rsidRPr="00765081" w:rsidRDefault="00BB14C5" w:rsidP="00BB14C5">
      <w:pPr>
        <w:spacing w:after="0" w:line="240" w:lineRule="auto"/>
        <w:rPr>
          <w:rFonts w:ascii="Times New Roman" w:hAnsi="Times New Roman" w:cs="Times New Roman"/>
          <w:color w:val="262626" w:themeColor="text1" w:themeTint="D9"/>
          <w:sz w:val="24"/>
          <w:szCs w:val="24"/>
        </w:rPr>
      </w:pPr>
      <w:proofErr w:type="gramStart"/>
      <w:r w:rsidRPr="00765081">
        <w:rPr>
          <w:rFonts w:ascii="Times New Roman" w:hAnsi="Times New Roman" w:cs="Times New Roman"/>
          <w:color w:val="262626" w:themeColor="text1" w:themeTint="D9"/>
          <w:sz w:val="24"/>
          <w:szCs w:val="24"/>
        </w:rPr>
        <w:t>10-12 баллов - высокий;</w:t>
      </w:r>
      <w:r w:rsidRPr="00765081">
        <w:rPr>
          <w:rFonts w:ascii="Times New Roman" w:hAnsi="Times New Roman" w:cs="Times New Roman"/>
          <w:color w:val="262626" w:themeColor="text1" w:themeTint="D9"/>
          <w:sz w:val="24"/>
          <w:szCs w:val="24"/>
        </w:rPr>
        <w:br/>
        <w:t>6-9 баллов - средний;</w:t>
      </w:r>
      <w:r w:rsidRPr="00765081">
        <w:rPr>
          <w:rFonts w:ascii="Times New Roman" w:hAnsi="Times New Roman" w:cs="Times New Roman"/>
          <w:color w:val="262626" w:themeColor="text1" w:themeTint="D9"/>
          <w:sz w:val="24"/>
          <w:szCs w:val="24"/>
        </w:rPr>
        <w:br/>
        <w:t>3-5 баллов - низкий;</w:t>
      </w:r>
      <w:r w:rsidRPr="00765081">
        <w:rPr>
          <w:rFonts w:ascii="Times New Roman" w:hAnsi="Times New Roman" w:cs="Times New Roman"/>
          <w:color w:val="262626" w:themeColor="text1" w:themeTint="D9"/>
          <w:sz w:val="24"/>
          <w:szCs w:val="24"/>
        </w:rPr>
        <w:br/>
        <w:t xml:space="preserve">0-2 балла - очень низкий. </w:t>
      </w:r>
      <w:proofErr w:type="gramEnd"/>
    </w:p>
    <w:p w:rsidR="00BB14C5" w:rsidRPr="00765081" w:rsidRDefault="00BB14C5" w:rsidP="00BB14C5">
      <w:pPr>
        <w:spacing w:after="0" w:line="240" w:lineRule="auto"/>
        <w:rPr>
          <w:rFonts w:ascii="Times New Roman" w:hAnsi="Times New Roman" w:cs="Times New Roman"/>
          <w:b/>
          <w:color w:val="262626" w:themeColor="text1" w:themeTint="D9"/>
          <w:sz w:val="24"/>
          <w:szCs w:val="24"/>
        </w:rPr>
      </w:pPr>
    </w:p>
    <w:p w:rsidR="00BB14C5" w:rsidRPr="00765081" w:rsidRDefault="00BB14C5" w:rsidP="00BB14C5">
      <w:pPr>
        <w:pStyle w:val="c1"/>
        <w:rPr>
          <w:rStyle w:val="c2"/>
          <w:b/>
        </w:rPr>
      </w:pPr>
    </w:p>
    <w:p w:rsidR="00BB14C5" w:rsidRPr="00765081" w:rsidRDefault="00BB14C5" w:rsidP="00BB14C5">
      <w:pPr>
        <w:pStyle w:val="c1"/>
        <w:rPr>
          <w:rStyle w:val="c2"/>
          <w:b/>
        </w:rPr>
      </w:pPr>
    </w:p>
    <w:p w:rsidR="00BB14C5" w:rsidRPr="00765081" w:rsidRDefault="00BB14C5" w:rsidP="00BB14C5">
      <w:pPr>
        <w:pStyle w:val="c1"/>
        <w:rPr>
          <w:rStyle w:val="c2"/>
          <w:b/>
        </w:rPr>
      </w:pPr>
    </w:p>
    <w:p w:rsidR="0004034E" w:rsidRPr="00765081" w:rsidRDefault="0004034E" w:rsidP="00BB14C5">
      <w:pPr>
        <w:pStyle w:val="c1"/>
        <w:jc w:val="center"/>
        <w:rPr>
          <w:rStyle w:val="c2"/>
          <w:b/>
        </w:rPr>
      </w:pPr>
    </w:p>
    <w:p w:rsidR="00BB14C5" w:rsidRPr="00765081" w:rsidRDefault="00047B3E" w:rsidP="00BB14C5">
      <w:pPr>
        <w:pStyle w:val="c1"/>
        <w:jc w:val="center"/>
        <w:rPr>
          <w:rStyle w:val="c2"/>
          <w:b/>
        </w:rPr>
      </w:pPr>
      <w:r w:rsidRPr="00765081">
        <w:rPr>
          <w:rStyle w:val="c2"/>
          <w:b/>
        </w:rPr>
        <w:t>Контрольная работа</w:t>
      </w:r>
      <w:r w:rsidR="00BB14C5" w:rsidRPr="00765081">
        <w:rPr>
          <w:rStyle w:val="c2"/>
          <w:b/>
        </w:rPr>
        <w:t xml:space="preserve"> по обучению грамоте за 1 полугодие 1 класса,</w:t>
      </w:r>
    </w:p>
    <w:p w:rsidR="00BB14C5" w:rsidRPr="00765081" w:rsidRDefault="00BB14C5" w:rsidP="00BB14C5">
      <w:pPr>
        <w:pStyle w:val="c1"/>
        <w:jc w:val="center"/>
      </w:pPr>
      <w:r w:rsidRPr="00765081">
        <w:rPr>
          <w:rStyle w:val="c7"/>
        </w:rPr>
        <w:t>Фамилия, имя___________________________________________________</w:t>
      </w:r>
    </w:p>
    <w:p w:rsidR="00BB14C5" w:rsidRPr="00765081" w:rsidRDefault="00BB14C5" w:rsidP="00BB14C5">
      <w:pPr>
        <w:pStyle w:val="c1"/>
      </w:pPr>
      <w:r w:rsidRPr="00765081">
        <w:rPr>
          <w:rStyle w:val="c3"/>
        </w:rPr>
        <w:lastRenderedPageBreak/>
        <w:t>1</w:t>
      </w:r>
      <w:r w:rsidRPr="00765081">
        <w:rPr>
          <w:rStyle w:val="c0"/>
        </w:rPr>
        <w:t xml:space="preserve">. Раскрась конфеты со словами, состоящими из одного слога:             </w:t>
      </w:r>
    </w:p>
    <w:p w:rsidR="00BB14C5" w:rsidRPr="00765081" w:rsidRDefault="00BB14C5" w:rsidP="00BB14C5">
      <w:pPr>
        <w:pStyle w:val="c1"/>
        <w:rPr>
          <w:rStyle w:val="c2"/>
        </w:rPr>
      </w:pPr>
      <w:r w:rsidRPr="00765081">
        <w:rPr>
          <w:noProof/>
        </w:rPr>
        <w:drawing>
          <wp:anchor distT="0" distB="0" distL="114300" distR="114300" simplePos="0" relativeHeight="251662336" behindDoc="1" locked="0" layoutInCell="1" allowOverlap="1">
            <wp:simplePos x="0" y="0"/>
            <wp:positionH relativeFrom="column">
              <wp:posOffset>2762250</wp:posOffset>
            </wp:positionH>
            <wp:positionV relativeFrom="paragraph">
              <wp:posOffset>112395</wp:posOffset>
            </wp:positionV>
            <wp:extent cx="1298575" cy="781050"/>
            <wp:effectExtent l="0" t="0" r="0" b="0"/>
            <wp:wrapNone/>
            <wp:docPr id="11" name="Рисунок 11" descr="C:\Users\Антон\Desktop\конф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esktop\конфета.jpg"/>
                    <pic:cNvPicPr>
                      <a:picLocks noChangeAspect="1" noChangeArrowheads="1"/>
                    </pic:cNvPicPr>
                  </pic:nvPicPr>
                  <pic:blipFill>
                    <a:blip r:embed="rId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575" cy="781050"/>
                    </a:xfrm>
                    <a:prstGeom prst="rect">
                      <a:avLst/>
                    </a:prstGeom>
                    <a:noFill/>
                    <a:ln>
                      <a:noFill/>
                    </a:ln>
                  </pic:spPr>
                </pic:pic>
              </a:graphicData>
            </a:graphic>
          </wp:anchor>
        </w:drawing>
      </w:r>
      <w:r w:rsidRPr="00765081">
        <w:rPr>
          <w:noProof/>
        </w:rPr>
        <w:drawing>
          <wp:anchor distT="0" distB="0" distL="114300" distR="114300" simplePos="0" relativeHeight="251689984" behindDoc="1" locked="0" layoutInCell="1" allowOverlap="1">
            <wp:simplePos x="0" y="0"/>
            <wp:positionH relativeFrom="column">
              <wp:posOffset>5345430</wp:posOffset>
            </wp:positionH>
            <wp:positionV relativeFrom="paragraph">
              <wp:posOffset>88265</wp:posOffset>
            </wp:positionV>
            <wp:extent cx="1409700" cy="847725"/>
            <wp:effectExtent l="114300" t="342900" r="76200" b="333375"/>
            <wp:wrapNone/>
            <wp:docPr id="699" name="Рисунок 699" descr="C:\Users\Антон\Desktop\конф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esktop\конфета.jpg"/>
                    <pic:cNvPicPr>
                      <a:picLocks noChangeAspect="1" noChangeArrowheads="1"/>
                    </pic:cNvPicPr>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0926">
                      <a:off x="0" y="0"/>
                      <a:ext cx="1409700" cy="847725"/>
                    </a:xfrm>
                    <a:prstGeom prst="rect">
                      <a:avLst/>
                    </a:prstGeom>
                    <a:noFill/>
                    <a:ln>
                      <a:noFill/>
                    </a:ln>
                  </pic:spPr>
                </pic:pic>
              </a:graphicData>
            </a:graphic>
          </wp:anchor>
        </w:drawing>
      </w:r>
      <w:r w:rsidRPr="00765081">
        <w:rPr>
          <w:noProof/>
        </w:rPr>
        <w:drawing>
          <wp:anchor distT="0" distB="0" distL="114300" distR="114300" simplePos="0" relativeHeight="251663360" behindDoc="1" locked="0" layoutInCell="1" allowOverlap="1">
            <wp:simplePos x="0" y="0"/>
            <wp:positionH relativeFrom="column">
              <wp:posOffset>4075430</wp:posOffset>
            </wp:positionH>
            <wp:positionV relativeFrom="paragraph">
              <wp:posOffset>57150</wp:posOffset>
            </wp:positionV>
            <wp:extent cx="1156970" cy="828675"/>
            <wp:effectExtent l="133350" t="209550" r="119380" b="219075"/>
            <wp:wrapNone/>
            <wp:docPr id="12" name="Рисунок 12" descr="C:\Users\Антон\Desktop\конф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esktop\конфета.jpg"/>
                    <pic:cNvPicPr>
                      <a:picLocks noChangeAspect="1" noChangeArrowheads="1"/>
                    </pic:cNvPicPr>
                  </pic:nvPicPr>
                  <pic:blipFill>
                    <a:blip r:embed="rId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449385">
                      <a:off x="0" y="0"/>
                      <a:ext cx="1156970" cy="828675"/>
                    </a:xfrm>
                    <a:prstGeom prst="rect">
                      <a:avLst/>
                    </a:prstGeom>
                    <a:noFill/>
                    <a:ln>
                      <a:noFill/>
                    </a:ln>
                  </pic:spPr>
                </pic:pic>
              </a:graphicData>
            </a:graphic>
          </wp:anchor>
        </w:drawing>
      </w:r>
      <w:r w:rsidRPr="00765081">
        <w:rPr>
          <w:rFonts w:eastAsiaTheme="minorHAnsi"/>
          <w:noProof/>
        </w:rPr>
        <w:drawing>
          <wp:anchor distT="0" distB="0" distL="114300" distR="114300" simplePos="0" relativeHeight="251661312" behindDoc="1" locked="0" layoutInCell="1" allowOverlap="1">
            <wp:simplePos x="0" y="0"/>
            <wp:positionH relativeFrom="column">
              <wp:posOffset>1240790</wp:posOffset>
            </wp:positionH>
            <wp:positionV relativeFrom="paragraph">
              <wp:posOffset>31115</wp:posOffset>
            </wp:positionV>
            <wp:extent cx="1526540" cy="918210"/>
            <wp:effectExtent l="114300" t="209550" r="111760" b="205740"/>
            <wp:wrapNone/>
            <wp:docPr id="13" name="Рисунок 13" descr="C:\Users\Антон\Desktop\конф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esktop\конфета.jpg"/>
                    <pic:cNvPicPr>
                      <a:picLocks noChangeAspect="1" noChangeArrowheads="1"/>
                    </pic:cNvPicPr>
                  </pic:nvPicPr>
                  <pic:blipFill>
                    <a:blip r:embed="rId4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48990">
                      <a:off x="0" y="0"/>
                      <a:ext cx="1526540" cy="918210"/>
                    </a:xfrm>
                    <a:prstGeom prst="rect">
                      <a:avLst/>
                    </a:prstGeom>
                    <a:noFill/>
                    <a:ln>
                      <a:noFill/>
                    </a:ln>
                  </pic:spPr>
                </pic:pic>
              </a:graphicData>
            </a:graphic>
          </wp:anchor>
        </w:drawing>
      </w:r>
      <w:r w:rsidRPr="00765081">
        <w:rPr>
          <w:noProof/>
        </w:rPr>
        <w:drawing>
          <wp:anchor distT="0" distB="0" distL="114300" distR="114300" simplePos="0" relativeHeight="251660288" behindDoc="1" locked="0" layoutInCell="1" allowOverlap="1">
            <wp:simplePos x="0" y="0"/>
            <wp:positionH relativeFrom="column">
              <wp:posOffset>-93980</wp:posOffset>
            </wp:positionH>
            <wp:positionV relativeFrom="paragraph">
              <wp:posOffset>78105</wp:posOffset>
            </wp:positionV>
            <wp:extent cx="1269365" cy="847725"/>
            <wp:effectExtent l="114300" t="285750" r="121285" b="276225"/>
            <wp:wrapNone/>
            <wp:docPr id="19" name="Рисунок 19" descr="C:\Users\Антон\Desktop\конф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esktop\конфета.jpg"/>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912910">
                      <a:off x="0" y="0"/>
                      <a:ext cx="1269365" cy="847725"/>
                    </a:xfrm>
                    <a:prstGeom prst="rect">
                      <a:avLst/>
                    </a:prstGeom>
                    <a:noFill/>
                    <a:ln>
                      <a:noFill/>
                    </a:ln>
                  </pic:spPr>
                </pic:pic>
              </a:graphicData>
            </a:graphic>
          </wp:anchor>
        </w:drawing>
      </w:r>
    </w:p>
    <w:p w:rsidR="00BB14C5" w:rsidRPr="00765081" w:rsidRDefault="00BB14C5" w:rsidP="00BB14C5">
      <w:pPr>
        <w:pStyle w:val="c1"/>
      </w:pPr>
      <w:r w:rsidRPr="00765081">
        <w:rPr>
          <w:rStyle w:val="c2"/>
        </w:rPr>
        <w:t xml:space="preserve">       май                        блины                   воск                   кот                       ванна                                </w:t>
      </w:r>
    </w:p>
    <w:p w:rsidR="00BB14C5" w:rsidRPr="00765081" w:rsidRDefault="00BB14C5" w:rsidP="00BB14C5">
      <w:pPr>
        <w:pStyle w:val="c1"/>
        <w:rPr>
          <w:rStyle w:val="c0"/>
        </w:rPr>
      </w:pPr>
    </w:p>
    <w:p w:rsidR="00BB14C5" w:rsidRPr="00765081" w:rsidRDefault="00BB14C5" w:rsidP="00BB14C5">
      <w:pPr>
        <w:pStyle w:val="c1"/>
        <w:rPr>
          <w:rStyle w:val="c7"/>
        </w:rPr>
      </w:pPr>
      <w:r w:rsidRPr="00765081">
        <w:rPr>
          <w:noProof/>
        </w:rPr>
        <w:drawing>
          <wp:anchor distT="0" distB="0" distL="114300" distR="114300" simplePos="0" relativeHeight="251677696" behindDoc="1" locked="0" layoutInCell="1" allowOverlap="1">
            <wp:simplePos x="0" y="0"/>
            <wp:positionH relativeFrom="column">
              <wp:posOffset>5191125</wp:posOffset>
            </wp:positionH>
            <wp:positionV relativeFrom="paragraph">
              <wp:posOffset>436880</wp:posOffset>
            </wp:positionV>
            <wp:extent cx="1371600" cy="922655"/>
            <wp:effectExtent l="0" t="0" r="0" b="0"/>
            <wp:wrapNone/>
            <wp:docPr id="678" name="Рисунок 678" descr="https://www.maam.ru/upload/blogs/39016699cb1f73f2a41f954ae27dc9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39016699cb1f73f2a41f954ae27dc9aa.jpg.jpg"/>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22655"/>
                    </a:xfrm>
                    <a:prstGeom prst="rect">
                      <a:avLst/>
                    </a:prstGeom>
                    <a:noFill/>
                    <a:ln>
                      <a:noFill/>
                    </a:ln>
                  </pic:spPr>
                </pic:pic>
              </a:graphicData>
            </a:graphic>
          </wp:anchor>
        </w:drawing>
      </w:r>
      <w:r w:rsidRPr="00765081">
        <w:rPr>
          <w:noProof/>
        </w:rPr>
        <w:drawing>
          <wp:anchor distT="0" distB="0" distL="114300" distR="114300" simplePos="0" relativeHeight="251671552" behindDoc="1" locked="0" layoutInCell="1" allowOverlap="1">
            <wp:simplePos x="0" y="0"/>
            <wp:positionH relativeFrom="column">
              <wp:posOffset>3952875</wp:posOffset>
            </wp:positionH>
            <wp:positionV relativeFrom="paragraph">
              <wp:posOffset>440690</wp:posOffset>
            </wp:positionV>
            <wp:extent cx="1106170" cy="923925"/>
            <wp:effectExtent l="0" t="0" r="0" b="9525"/>
            <wp:wrapNone/>
            <wp:docPr id="679" name="Рисунок 679" descr="https://www.maam.ru/upload/blogs/39016699cb1f73f2a41f954ae27dc9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39016699cb1f73f2a41f954ae27dc9aa.jpg.jpg"/>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170" cy="923925"/>
                    </a:xfrm>
                    <a:prstGeom prst="rect">
                      <a:avLst/>
                    </a:prstGeom>
                    <a:noFill/>
                    <a:ln>
                      <a:noFill/>
                    </a:ln>
                  </pic:spPr>
                </pic:pic>
              </a:graphicData>
            </a:graphic>
          </wp:anchor>
        </w:drawing>
      </w:r>
      <w:r w:rsidRPr="00765081">
        <w:rPr>
          <w:noProof/>
        </w:rPr>
        <w:drawing>
          <wp:anchor distT="0" distB="0" distL="114300" distR="114300" simplePos="0" relativeHeight="251670528" behindDoc="1" locked="0" layoutInCell="1" allowOverlap="1">
            <wp:simplePos x="0" y="0"/>
            <wp:positionH relativeFrom="column">
              <wp:posOffset>2600325</wp:posOffset>
            </wp:positionH>
            <wp:positionV relativeFrom="paragraph">
              <wp:posOffset>440055</wp:posOffset>
            </wp:positionV>
            <wp:extent cx="1106170" cy="923925"/>
            <wp:effectExtent l="0" t="0" r="0" b="9525"/>
            <wp:wrapNone/>
            <wp:docPr id="680" name="Рисунок 680" descr="https://www.maam.ru/upload/blogs/39016699cb1f73f2a41f954ae27dc9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39016699cb1f73f2a41f954ae27dc9aa.jpg.jpg"/>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170" cy="923925"/>
                    </a:xfrm>
                    <a:prstGeom prst="rect">
                      <a:avLst/>
                    </a:prstGeom>
                    <a:noFill/>
                    <a:ln>
                      <a:noFill/>
                    </a:ln>
                  </pic:spPr>
                </pic:pic>
              </a:graphicData>
            </a:graphic>
          </wp:anchor>
        </w:drawing>
      </w:r>
      <w:r w:rsidRPr="00765081">
        <w:rPr>
          <w:noProof/>
        </w:rPr>
        <w:drawing>
          <wp:anchor distT="0" distB="0" distL="114300" distR="114300" simplePos="0" relativeHeight="251669504" behindDoc="1" locked="0" layoutInCell="1" allowOverlap="1">
            <wp:simplePos x="0" y="0"/>
            <wp:positionH relativeFrom="column">
              <wp:posOffset>1304925</wp:posOffset>
            </wp:positionH>
            <wp:positionV relativeFrom="paragraph">
              <wp:posOffset>440690</wp:posOffset>
            </wp:positionV>
            <wp:extent cx="1106170" cy="923925"/>
            <wp:effectExtent l="0" t="0" r="0" b="9525"/>
            <wp:wrapNone/>
            <wp:docPr id="681" name="Рисунок 681" descr="https://www.maam.ru/upload/blogs/39016699cb1f73f2a41f954ae27dc9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39016699cb1f73f2a41f954ae27dc9aa.jpg.jpg"/>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170" cy="923925"/>
                    </a:xfrm>
                    <a:prstGeom prst="rect">
                      <a:avLst/>
                    </a:prstGeom>
                    <a:noFill/>
                    <a:ln>
                      <a:noFill/>
                    </a:ln>
                  </pic:spPr>
                </pic:pic>
              </a:graphicData>
            </a:graphic>
          </wp:anchor>
        </w:drawing>
      </w:r>
      <w:r w:rsidRPr="00765081">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438150</wp:posOffset>
            </wp:positionV>
            <wp:extent cx="1106170" cy="923925"/>
            <wp:effectExtent l="0" t="0" r="0" b="9525"/>
            <wp:wrapNone/>
            <wp:docPr id="682" name="Рисунок 682" descr="https://www.maam.ru/upload/blogs/39016699cb1f73f2a41f954ae27dc9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39016699cb1f73f2a41f954ae27dc9aa.jpg.jpg"/>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170" cy="923925"/>
                    </a:xfrm>
                    <a:prstGeom prst="rect">
                      <a:avLst/>
                    </a:prstGeom>
                    <a:noFill/>
                    <a:ln>
                      <a:noFill/>
                    </a:ln>
                  </pic:spPr>
                </pic:pic>
              </a:graphicData>
            </a:graphic>
          </wp:anchor>
        </w:drawing>
      </w:r>
      <w:r w:rsidRPr="00765081">
        <w:rPr>
          <w:rStyle w:val="c0"/>
        </w:rPr>
        <w:t>2.</w:t>
      </w:r>
      <w:r w:rsidRPr="00765081">
        <w:rPr>
          <w:rStyle w:val="c7"/>
        </w:rPr>
        <w:t xml:space="preserve">Раздели слова на слоги, поставь ударение. Соедини каждый мешок с нужной схемой. Раскрась </w:t>
      </w:r>
      <w:proofErr w:type="gramStart"/>
      <w:r w:rsidRPr="00765081">
        <w:rPr>
          <w:rStyle w:val="c7"/>
        </w:rPr>
        <w:t>жёлтым</w:t>
      </w:r>
      <w:proofErr w:type="gramEnd"/>
      <w:r w:rsidRPr="00765081">
        <w:rPr>
          <w:rStyle w:val="c7"/>
        </w:rPr>
        <w:t xml:space="preserve"> мешки, в названии </w:t>
      </w:r>
      <w:r w:rsidR="00047B3E" w:rsidRPr="00765081">
        <w:rPr>
          <w:rStyle w:val="c7"/>
        </w:rPr>
        <w:t>которых все</w:t>
      </w:r>
      <w:r w:rsidRPr="00765081">
        <w:rPr>
          <w:rStyle w:val="c7"/>
          <w:u w:val="single"/>
        </w:rPr>
        <w:t xml:space="preserve"> согласные звонкие</w:t>
      </w:r>
      <w:r w:rsidRPr="00765081">
        <w:rPr>
          <w:rStyle w:val="c7"/>
        </w:rPr>
        <w:t xml:space="preserve">:  </w:t>
      </w:r>
    </w:p>
    <w:p w:rsidR="00BB14C5" w:rsidRPr="00765081" w:rsidRDefault="00BB14C5" w:rsidP="00BB14C5">
      <w:pPr>
        <w:pStyle w:val="c1"/>
        <w:rPr>
          <w:rStyle w:val="c7"/>
        </w:rPr>
      </w:pPr>
    </w:p>
    <w:p w:rsidR="00BB14C5" w:rsidRPr="00765081" w:rsidRDefault="00BB14C5" w:rsidP="00BB14C5">
      <w:pPr>
        <w:pStyle w:val="c1"/>
        <w:rPr>
          <w:rStyle w:val="c7"/>
        </w:rPr>
      </w:pPr>
      <w:r w:rsidRPr="00765081">
        <w:rPr>
          <w:rStyle w:val="c7"/>
        </w:rPr>
        <w:t xml:space="preserve">     умный               спокойный            добрый                  красивый           терпеливый                           </w:t>
      </w:r>
    </w:p>
    <w:p w:rsidR="00BB14C5" w:rsidRPr="00765081" w:rsidRDefault="00BB14C5" w:rsidP="00BB14C5">
      <w:pPr>
        <w:pStyle w:val="c1"/>
        <w:rPr>
          <w:rStyle w:val="c7"/>
        </w:rPr>
      </w:pPr>
    </w:p>
    <w:p w:rsidR="00BB14C5" w:rsidRPr="00765081" w:rsidRDefault="007B5670" w:rsidP="00BB14C5">
      <w:pPr>
        <w:pStyle w:val="c1"/>
        <w:rPr>
          <w:rStyle w:val="c7"/>
          <w:b/>
        </w:rPr>
      </w:pPr>
      <w:r w:rsidRPr="007B5670">
        <w:rPr>
          <w:noProof/>
        </w:rPr>
        <w:pict>
          <v:line id="Прямая соединительная линия 24" o:spid="_x0000_s1026" style="position:absolute;z-index:251675648;visibility:visible;mso-height-relative:margin" from="307.5pt,15.4pt" to="307.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" strokecolor="windowText" strokeweight="1.5pt"/>
        </w:pict>
      </w:r>
      <w:r w:rsidRPr="007B5670">
        <w:rPr>
          <w:noProof/>
        </w:rPr>
        <w:pict>
          <v:line id="Прямая соединительная линия 25" o:spid="_x0000_s1224" style="position:absolute;z-index:251676672;visibility:visible;mso-height-relative:margin" from="348.75pt,15.4pt" to="348.7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" strokecolor="windowText" strokeweight="1.5pt"/>
        </w:pict>
      </w:r>
      <w:r w:rsidRPr="007B5670">
        <w:rPr>
          <w:noProof/>
        </w:rPr>
        <w:pict>
          <v:line id="Прямая соединительная линия 22" o:spid="_x0000_s1223" style="position:absolute;z-index:251673600;visibility:visible;mso-height-relative:margin" from="114.75pt,15.4pt" to="114.7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" strokecolor="windowText" strokeweight="1.5pt"/>
        </w:pict>
      </w:r>
      <w:r w:rsidRPr="007B5670">
        <w:rPr>
          <w:noProof/>
        </w:rPr>
        <w:pict>
          <v:rect id="Прямоугольник 23" o:spid="_x0000_s1222" style="position:absolute;margin-left:265.5pt;margin-top:26.65pt;width:127.55pt;height:14.1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" filled="f" strokecolor="windowText" strokeweight="1.5pt"/>
        </w:pict>
      </w:r>
      <w:r w:rsidRPr="007B5670">
        <w:rPr>
          <w:noProof/>
        </w:rPr>
        <w:pict>
          <v:rect id="Прямоугольник 21" o:spid="_x0000_s1221" style="position:absolute;margin-left:71.25pt;margin-top:24.4pt;width:85.05pt;height:14.1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" filled="f" strokecolor="windowText" strokeweight="1.5pt"/>
        </w:pict>
      </w:r>
      <w:r w:rsidR="00BB14C5" w:rsidRPr="00765081">
        <w:rPr>
          <w:rStyle w:val="c7"/>
          <w:b/>
        </w:rPr>
        <w:t>/                                                                           /</w:t>
      </w:r>
    </w:p>
    <w:p w:rsidR="00BB14C5" w:rsidRPr="00765081" w:rsidRDefault="00BB14C5" w:rsidP="00BB14C5">
      <w:pPr>
        <w:pStyle w:val="c1"/>
        <w:rPr>
          <w:rStyle w:val="c7"/>
        </w:rPr>
      </w:pPr>
    </w:p>
    <w:p w:rsidR="00BB14C5" w:rsidRPr="00765081" w:rsidRDefault="00BB14C5" w:rsidP="00BB14C5">
      <w:pPr>
        <w:pStyle w:val="c1"/>
        <w:spacing w:before="0" w:beforeAutospacing="0" w:after="0" w:afterAutospacing="0"/>
        <w:rPr>
          <w:rStyle w:val="c7"/>
        </w:rPr>
      </w:pPr>
      <w:r w:rsidRPr="00765081">
        <w:rPr>
          <w:noProof/>
        </w:rPr>
        <w:drawing>
          <wp:anchor distT="0" distB="0" distL="114300" distR="114300" simplePos="0" relativeHeight="251684864" behindDoc="1" locked="0" layoutInCell="1" allowOverlap="1">
            <wp:simplePos x="0" y="0"/>
            <wp:positionH relativeFrom="column">
              <wp:posOffset>866775</wp:posOffset>
            </wp:positionH>
            <wp:positionV relativeFrom="paragraph">
              <wp:posOffset>238486</wp:posOffset>
            </wp:positionV>
            <wp:extent cx="592455" cy="704850"/>
            <wp:effectExtent l="0" t="0" r="0" b="0"/>
            <wp:wrapNone/>
            <wp:docPr id="683" name="Рисунок 683"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65081">
        <w:rPr>
          <w:noProof/>
        </w:rPr>
        <w:drawing>
          <wp:anchor distT="0" distB="0" distL="114300" distR="114300" simplePos="0" relativeHeight="251683840" behindDoc="1" locked="0" layoutInCell="1" allowOverlap="1">
            <wp:simplePos x="0" y="0"/>
            <wp:positionH relativeFrom="column">
              <wp:posOffset>1675765</wp:posOffset>
            </wp:positionH>
            <wp:positionV relativeFrom="paragraph">
              <wp:posOffset>271145</wp:posOffset>
            </wp:positionV>
            <wp:extent cx="592455" cy="704850"/>
            <wp:effectExtent l="953" t="0" r="0" b="0"/>
            <wp:wrapNone/>
            <wp:docPr id="684" name="Рисунок 684"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rot="16200000">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65081">
        <w:rPr>
          <w:noProof/>
        </w:rPr>
        <w:drawing>
          <wp:anchor distT="0" distB="0" distL="114300" distR="114300" simplePos="0" relativeHeight="251680768" behindDoc="1" locked="0" layoutInCell="1" allowOverlap="1">
            <wp:simplePos x="0" y="0"/>
            <wp:positionH relativeFrom="column">
              <wp:posOffset>4401185</wp:posOffset>
            </wp:positionH>
            <wp:positionV relativeFrom="paragraph">
              <wp:posOffset>232410</wp:posOffset>
            </wp:positionV>
            <wp:extent cx="592455" cy="704850"/>
            <wp:effectExtent l="152400" t="114300" r="150495" b="114300"/>
            <wp:wrapNone/>
            <wp:docPr id="685" name="Рисунок 685"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rot="19676390">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65081">
        <w:rPr>
          <w:noProof/>
        </w:rPr>
        <w:drawing>
          <wp:anchor distT="0" distB="0" distL="114300" distR="114300" simplePos="0" relativeHeight="251679744" behindDoc="1" locked="0" layoutInCell="1" allowOverlap="1">
            <wp:simplePos x="0" y="0"/>
            <wp:positionH relativeFrom="column">
              <wp:posOffset>5315585</wp:posOffset>
            </wp:positionH>
            <wp:positionV relativeFrom="paragraph">
              <wp:posOffset>232410</wp:posOffset>
            </wp:positionV>
            <wp:extent cx="592455" cy="704850"/>
            <wp:effectExtent l="95250" t="76200" r="93345" b="76200"/>
            <wp:wrapNone/>
            <wp:docPr id="686" name="Рисунок 686"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rot="1015241" flipH="1">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65081">
        <w:rPr>
          <w:rStyle w:val="c7"/>
        </w:rPr>
        <w:t>3. Раскрась одинаковым цветом  шары с парными согласными. Для каждой пары бери другой цвет:</w:t>
      </w:r>
    </w:p>
    <w:p w:rsidR="00BB14C5" w:rsidRPr="00765081" w:rsidRDefault="00BB14C5" w:rsidP="00BB14C5">
      <w:pPr>
        <w:pStyle w:val="c1"/>
        <w:spacing w:before="0" w:beforeAutospacing="0" w:after="0" w:afterAutospacing="0"/>
        <w:rPr>
          <w:rStyle w:val="c7"/>
        </w:rPr>
      </w:pPr>
      <w:r w:rsidRPr="00765081">
        <w:rPr>
          <w:noProof/>
        </w:rPr>
        <w:drawing>
          <wp:anchor distT="0" distB="0" distL="114300" distR="114300" simplePos="0" relativeHeight="251678720" behindDoc="1" locked="0" layoutInCell="1" allowOverlap="1">
            <wp:simplePos x="0" y="0"/>
            <wp:positionH relativeFrom="column">
              <wp:posOffset>6153150</wp:posOffset>
            </wp:positionH>
            <wp:positionV relativeFrom="paragraph">
              <wp:posOffset>59055</wp:posOffset>
            </wp:positionV>
            <wp:extent cx="592455" cy="704850"/>
            <wp:effectExtent l="114300" t="95250" r="112395" b="95250"/>
            <wp:wrapNone/>
            <wp:docPr id="687" name="Рисунок 687"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rot="1260357">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65081">
        <w:rPr>
          <w:noProof/>
        </w:rPr>
        <w:drawing>
          <wp:anchor distT="0" distB="0" distL="114300" distR="114300" simplePos="0" relativeHeight="251685888" behindDoc="1" locked="0" layoutInCell="1" allowOverlap="1">
            <wp:simplePos x="0" y="0"/>
            <wp:positionH relativeFrom="column">
              <wp:posOffset>-76200</wp:posOffset>
            </wp:positionH>
            <wp:positionV relativeFrom="paragraph">
              <wp:posOffset>57150</wp:posOffset>
            </wp:positionV>
            <wp:extent cx="592455" cy="704850"/>
            <wp:effectExtent l="0" t="0" r="0" b="0"/>
            <wp:wrapNone/>
            <wp:docPr id="688" name="Рисунок 688"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flipH="1">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65081">
        <w:rPr>
          <w:noProof/>
        </w:rPr>
        <w:drawing>
          <wp:anchor distT="0" distB="0" distL="114300" distR="114300" simplePos="0" relativeHeight="251682816" behindDoc="1" locked="0" layoutInCell="1" allowOverlap="1">
            <wp:simplePos x="0" y="0"/>
            <wp:positionH relativeFrom="column">
              <wp:posOffset>2486025</wp:posOffset>
            </wp:positionH>
            <wp:positionV relativeFrom="paragraph">
              <wp:posOffset>59055</wp:posOffset>
            </wp:positionV>
            <wp:extent cx="592455" cy="704850"/>
            <wp:effectExtent l="0" t="0" r="0" b="0"/>
            <wp:wrapNone/>
            <wp:docPr id="689" name="Рисунок 689"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65081">
        <w:rPr>
          <w:noProof/>
        </w:rPr>
        <w:drawing>
          <wp:anchor distT="0" distB="0" distL="114300" distR="114300" simplePos="0" relativeHeight="251681792" behindDoc="1" locked="0" layoutInCell="1" allowOverlap="1">
            <wp:simplePos x="0" y="0"/>
            <wp:positionH relativeFrom="column">
              <wp:posOffset>3444240</wp:posOffset>
            </wp:positionH>
            <wp:positionV relativeFrom="paragraph">
              <wp:posOffset>125095</wp:posOffset>
            </wp:positionV>
            <wp:extent cx="592455" cy="704850"/>
            <wp:effectExtent l="953" t="0" r="0" b="0"/>
            <wp:wrapNone/>
            <wp:docPr id="690" name="Рисунок 690" descr="https://st2.depositphotos.com/5934840/12153/v/950/depositphotos_121535940-stock-illustration-christmas-ball-orna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2.depositphotos.com/5934840/12153/v/950/depositphotos_121535940-stock-illustration-christmas-ball-ornament-icon.jpg"/>
                    <pic:cNvPicPr>
                      <a:picLocks noChangeAspect="1" noChangeArrowheads="1"/>
                    </pic:cNvPicPr>
                  </pic:nvPicPr>
                  <pic:blipFill rotWithShape="1">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rot="5400000">
                      <a:off x="0" y="0"/>
                      <a:ext cx="59245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B14C5" w:rsidRPr="00765081" w:rsidRDefault="00BB14C5" w:rsidP="00BB14C5">
      <w:pPr>
        <w:pStyle w:val="c1"/>
        <w:spacing w:before="0" w:beforeAutospacing="0" w:after="0" w:afterAutospacing="0"/>
        <w:rPr>
          <w:rStyle w:val="c7"/>
        </w:rPr>
      </w:pPr>
    </w:p>
    <w:p w:rsidR="00BB14C5" w:rsidRPr="00765081" w:rsidRDefault="00BB14C5" w:rsidP="00BB14C5">
      <w:pPr>
        <w:pStyle w:val="c1"/>
        <w:spacing w:before="0" w:beforeAutospacing="0" w:after="120" w:afterAutospacing="0"/>
        <w:rPr>
          <w:rStyle w:val="c7"/>
          <w:b/>
        </w:rPr>
      </w:pPr>
      <w:r w:rsidRPr="00765081">
        <w:rPr>
          <w:rStyle w:val="c7"/>
          <w:b/>
        </w:rPr>
        <w:t xml:space="preserve">   В                 Г              К            </w:t>
      </w:r>
      <w:proofErr w:type="gramStart"/>
      <w:r w:rsidRPr="00765081">
        <w:rPr>
          <w:rStyle w:val="c7"/>
          <w:b/>
        </w:rPr>
        <w:t>Р</w:t>
      </w:r>
      <w:proofErr w:type="gramEnd"/>
      <w:r w:rsidRPr="00765081">
        <w:rPr>
          <w:rStyle w:val="c7"/>
          <w:b/>
        </w:rPr>
        <w:t xml:space="preserve">               Б                  Л             Ф             П</w:t>
      </w:r>
    </w:p>
    <w:p w:rsidR="00BB14C5" w:rsidRPr="00765081" w:rsidRDefault="00BB14C5" w:rsidP="00BB14C5">
      <w:pPr>
        <w:pStyle w:val="c1"/>
        <w:spacing w:before="0" w:beforeAutospacing="0" w:after="120" w:afterAutospacing="0"/>
        <w:rPr>
          <w:rStyle w:val="c0"/>
        </w:rPr>
      </w:pPr>
    </w:p>
    <w:p w:rsidR="00BB14C5" w:rsidRPr="00765081" w:rsidRDefault="00BB14C5" w:rsidP="00BB14C5">
      <w:pPr>
        <w:pStyle w:val="c1"/>
        <w:spacing w:before="0" w:beforeAutospacing="0" w:after="120" w:afterAutospacing="0"/>
        <w:rPr>
          <w:rStyle w:val="c0"/>
        </w:rPr>
      </w:pPr>
      <w:r w:rsidRPr="00765081">
        <w:rPr>
          <w:rStyle w:val="c3"/>
        </w:rPr>
        <w:t xml:space="preserve">4. </w:t>
      </w:r>
      <w:r w:rsidRPr="00765081">
        <w:rPr>
          <w:rStyle w:val="c0"/>
        </w:rPr>
        <w:t xml:space="preserve">Из данных слов выпиши только те, где есть мягкий согласный, обозначь его зеленым кругом: </w:t>
      </w:r>
    </w:p>
    <w:p w:rsidR="00BB14C5" w:rsidRPr="00765081" w:rsidRDefault="00BB14C5" w:rsidP="00BB14C5">
      <w:pPr>
        <w:pStyle w:val="c1"/>
        <w:rPr>
          <w:rStyle w:val="c0"/>
        </w:rPr>
      </w:pPr>
      <w:r w:rsidRPr="00765081">
        <w:rPr>
          <w:rStyle w:val="c0"/>
        </w:rPr>
        <w:t xml:space="preserve">                   волк,  лиса,  мишка,  барсук,   кабан,   филин</w:t>
      </w:r>
    </w:p>
    <w:p w:rsidR="00BB14C5" w:rsidRPr="00765081" w:rsidRDefault="00BB14C5" w:rsidP="00BB14C5">
      <w:pPr>
        <w:pStyle w:val="c1"/>
        <w:rPr>
          <w:rStyle w:val="c0"/>
        </w:rPr>
      </w:pPr>
      <w:r w:rsidRPr="00765081">
        <w:rPr>
          <w:rFonts w:eastAsiaTheme="minorHAnsi"/>
          <w:noProof/>
        </w:rPr>
        <w:drawing>
          <wp:anchor distT="0" distB="0" distL="114300" distR="114300" simplePos="0" relativeHeight="251659264" behindDoc="1" locked="0" layoutInCell="1" allowOverlap="1">
            <wp:simplePos x="0" y="0"/>
            <wp:positionH relativeFrom="column">
              <wp:posOffset>2761615</wp:posOffset>
            </wp:positionH>
            <wp:positionV relativeFrom="paragraph">
              <wp:posOffset>202565</wp:posOffset>
            </wp:positionV>
            <wp:extent cx="4352925" cy="3009900"/>
            <wp:effectExtent l="0" t="0" r="9525" b="0"/>
            <wp:wrapNone/>
            <wp:docPr id="9" name="Рисунок 9" descr="C:\Users\Антон\Desktop\изб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тон\Desktop\избушка.jpg"/>
                    <pic:cNvPicPr>
                      <a:picLocks noChangeAspect="1" noChangeArrowheads="1"/>
                    </pic:cNvPicPr>
                  </pic:nvPicPr>
                  <pic:blipFill rotWithShape="1">
                    <a:blip r:embed="rId4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
                    <a:stretch/>
                  </pic:blipFill>
                  <pic:spPr bwMode="auto">
                    <a:xfrm>
                      <a:off x="0" y="0"/>
                      <a:ext cx="4352925" cy="3009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B5670">
        <w:rPr>
          <w:noProof/>
        </w:rPr>
        <w:pict>
          <v:shapetype id="_x0000_t202" coordsize="21600,21600" o:spt="202" path="m,l,21600r21600,l21600,xe">
            <v:stroke joinstyle="miter"/>
            <v:path gradientshapeok="t" o:connecttype="rect"/>
          </v:shapetype>
          <v:shape id="Поле 10" o:spid="_x0000_s1220" type="#_x0000_t202" style="position:absolute;margin-left:-10.5pt;margin-top:28.55pt;width:282pt;height:42.7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" fillcolor="white [3201]" stroked="f" strokeweight=".5pt">
            <v:textbox>
              <w:txbxContent>
                <w:p w:rsidR="00394C33" w:rsidRPr="006E1DA4" w:rsidRDefault="00394C33" w:rsidP="00BB14C5">
                  <w:pPr>
                    <w:rPr>
                      <w:rFonts w:ascii="Times New Roman" w:hAnsi="Times New Roman" w:cs="Times New Roman"/>
                      <w:sz w:val="24"/>
                    </w:rPr>
                  </w:pPr>
                  <w:r>
                    <w:rPr>
                      <w:rFonts w:ascii="Times New Roman" w:hAnsi="Times New Roman" w:cs="Times New Roman"/>
                      <w:sz w:val="24"/>
                    </w:rPr>
                    <w:t>5. Рядом с избушкой раскрась елочку, на которой     написаны только  гласные буквы:</w:t>
                  </w:r>
                </w:p>
              </w:txbxContent>
            </v:textbox>
          </v:shape>
        </w:pict>
      </w:r>
      <w:r w:rsidR="007B5670">
        <w:rPr>
          <w:noProof/>
        </w:rPr>
        <w:pict>
          <v:line id="Прямая соединительная линия 698" o:spid="_x0000_s1219" style="position:absolute;z-index:251688960;visibility:visible;mso-position-horizontal-relative:text;mso-position-vertical-relative:text;mso-width-relative:margin" from="275.25pt,15.75pt" to="510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" strokecolor="windowText"/>
        </w:pict>
      </w:r>
      <w:r w:rsidR="007B5670">
        <w:rPr>
          <w:noProof/>
        </w:rPr>
        <w:pict>
          <v:line id="Прямая соединительная линия 697" o:spid="_x0000_s1218" style="position:absolute;z-index:251687936;visibility:visible;mso-position-horizontal-relative:text;mso-position-vertical-relative:text;mso-width-relative:margin" from="275.25pt,2.25pt" to="51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" strokecolor="windowText"/>
        </w:pict>
      </w:r>
      <w:r w:rsidR="007B5670">
        <w:rPr>
          <w:noProof/>
        </w:rPr>
        <w:pict>
          <v:group id="Группа 693" o:spid="_x0000_s1217" style="position:absolute;margin-left:-6pt;margin-top:2.25pt;width:281.15pt;height:13.5pt;z-index:251686912;mso-position-horizontal-relative:text;mso-position-vertical-relative:text" coordsize="3570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">
            <v:line id="Прямая соединительная линия 694" o:spid="_x0000_s1027" style="position:absolute;visibility:visible" from="0,0" to="357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eKMYAAADcAAAADwAAAGRycy9kb3ducmV2LnhtbESPQWvCQBSE74X+h+UJvRTdWEJIo2sI&#10;otBjjSI9PrLPJJp9m2a3mvbXd4VCj8PMfMMs89F04kqDay0rmM8iEMSV1S3XCg777TQF4Tyyxs4y&#10;KfgmB/nq8WGJmbY33tG19LUIEHYZKmi87zMpXdWQQTezPXHwTnYw6IMcaqkHvAW46eRLFCXSYMth&#10;ocGe1g1Vl/LLKKjX5+fPj/L8E/tkk9pt/H48ngqlniZjsQDhafT/4b/2m1aQvMZ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IHijGAAAA3AAAAA8AAAAAAAAA&#10;AAAAAAAAoQIAAGRycy9kb3ducmV2LnhtbFBLBQYAAAAABAAEAPkAAACUAwAAAAA=&#10;" strokecolor="windowText"/>
            <v:line id="Прямая соединительная линия 695" o:spid="_x0000_s1028" style="position:absolute;visibility:visible" from="0,1714" to="357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7s8YAAADcAAAADwAAAGRycy9kb3ducmV2LnhtbESPT2vCQBTE70K/w/IKXqRuKjakaVYR&#10;UfBo0yI9PrIvf2z2bZpdNfrpuwWhx2FmfsNky8G04ky9aywreJ5GIIgLqxuuFHx+bJ8SEM4ja2wt&#10;k4IrOVguHkYZptpe+J3Oua9EgLBLUUHtfZdK6YqaDLqp7YiDV9reoA+yr6Tu8RLgppWzKIqlwYbD&#10;Qo0drWsqvvOTUVCtj5Ofr/x4m/t4k9jtfH84lCulxo/D6g2Ep8H/h+/tnVYQv77A35l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u7PGAAAA3AAAAA8AAAAAAAAA&#10;AAAAAAAAoQIAAGRycy9kb3ducmV2LnhtbFBLBQYAAAAABAAEAPkAAACUAwAAAAA=&#10;" strokecolor="windowText"/>
          </v:group>
        </w:pict>
      </w:r>
    </w:p>
    <w:p w:rsidR="00BB14C5" w:rsidRPr="00765081" w:rsidRDefault="00BB14C5" w:rsidP="00BB14C5">
      <w:pPr>
        <w:pStyle w:val="c1"/>
        <w:rPr>
          <w:rStyle w:val="c0"/>
        </w:rPr>
      </w:pPr>
    </w:p>
    <w:p w:rsidR="00BB14C5" w:rsidRPr="00765081" w:rsidRDefault="00BB14C5" w:rsidP="00BB14C5">
      <w:pPr>
        <w:pStyle w:val="c1"/>
        <w:spacing w:before="0" w:beforeAutospacing="0" w:after="0" w:afterAutospacing="0"/>
        <w:rPr>
          <w:rStyle w:val="c0"/>
        </w:rPr>
      </w:pPr>
    </w:p>
    <w:p w:rsidR="00BB14C5" w:rsidRPr="00765081" w:rsidRDefault="00BB14C5" w:rsidP="00BB14C5">
      <w:pPr>
        <w:pStyle w:val="c1"/>
        <w:spacing w:before="0" w:beforeAutospacing="0" w:after="0" w:afterAutospacing="0"/>
        <w:rPr>
          <w:rStyle w:val="c0"/>
        </w:rPr>
      </w:pPr>
      <w:r w:rsidRPr="00765081">
        <w:rPr>
          <w:rStyle w:val="c0"/>
        </w:rPr>
        <w:lastRenderedPageBreak/>
        <w:t>6. Найди  на бревнышках предложение</w:t>
      </w:r>
    </w:p>
    <w:p w:rsidR="00BB14C5" w:rsidRPr="00765081" w:rsidRDefault="00BB14C5" w:rsidP="00BB14C5">
      <w:pPr>
        <w:pStyle w:val="c1"/>
        <w:spacing w:before="0" w:beforeAutospacing="0" w:after="0" w:afterAutospacing="0"/>
      </w:pPr>
      <w:r w:rsidRPr="00765081">
        <w:rPr>
          <w:rStyle w:val="c0"/>
        </w:rPr>
        <w:t xml:space="preserve">    и    раскрась  нужное бревно:</w:t>
      </w:r>
    </w:p>
    <w:p w:rsidR="00BB14C5" w:rsidRPr="00765081" w:rsidRDefault="00BB14C5" w:rsidP="00BB14C5">
      <w:pPr>
        <w:pStyle w:val="c1"/>
        <w:spacing w:before="0" w:beforeAutospacing="0" w:after="120" w:afterAutospacing="0" w:line="276" w:lineRule="auto"/>
        <w:rPr>
          <w:b/>
        </w:rPr>
      </w:pPr>
      <w:proofErr w:type="gramStart"/>
      <w:r w:rsidRPr="00765081">
        <w:rPr>
          <w:rStyle w:val="c2"/>
          <w:b/>
        </w:rPr>
        <w:t>в</w:t>
      </w:r>
      <w:proofErr w:type="gramEnd"/>
      <w:r w:rsidRPr="00765081">
        <w:rPr>
          <w:rStyle w:val="c2"/>
          <w:b/>
        </w:rPr>
        <w:t xml:space="preserve">,  жили,  </w:t>
      </w:r>
      <w:proofErr w:type="gramStart"/>
      <w:r w:rsidRPr="00765081">
        <w:rPr>
          <w:rStyle w:val="c2"/>
          <w:b/>
        </w:rPr>
        <w:t>три</w:t>
      </w:r>
      <w:proofErr w:type="gramEnd"/>
      <w:r w:rsidRPr="00765081">
        <w:rPr>
          <w:rStyle w:val="c2"/>
          <w:b/>
        </w:rPr>
        <w:t>,  домике,  медведя</w:t>
      </w:r>
    </w:p>
    <w:p w:rsidR="00BB14C5" w:rsidRPr="00765081" w:rsidRDefault="00BB14C5" w:rsidP="00BB14C5">
      <w:pPr>
        <w:pStyle w:val="c1"/>
        <w:spacing w:line="276" w:lineRule="auto"/>
        <w:rPr>
          <w:rStyle w:val="c2"/>
        </w:rPr>
      </w:pPr>
      <w:r w:rsidRPr="00765081">
        <w:rPr>
          <w:noProof/>
        </w:rPr>
        <w:drawing>
          <wp:anchor distT="0" distB="0" distL="114300" distR="114300" simplePos="0" relativeHeight="251666432" behindDoc="1" locked="0" layoutInCell="1" allowOverlap="1">
            <wp:simplePos x="0" y="0"/>
            <wp:positionH relativeFrom="column">
              <wp:posOffset>-85725</wp:posOffset>
            </wp:positionH>
            <wp:positionV relativeFrom="paragraph">
              <wp:posOffset>285750</wp:posOffset>
            </wp:positionV>
            <wp:extent cx="1623317" cy="1504950"/>
            <wp:effectExtent l="0" t="0" r="0" b="0"/>
            <wp:wrapNone/>
            <wp:docPr id="14" name="Рисунок 14" descr="http://smenaeffects.com.ua/wa-data/public/shop/products/04/11/11104/images/1022/102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naeffects.com.ua/wa-data/public/shop/products/04/11/11104/images/1022/1022.970.jpg"/>
                    <pic:cNvPicPr>
                      <a:picLocks noChangeAspect="1" noChangeArrowheads="1"/>
                    </pic:cNvPicPr>
                  </pic:nvPicPr>
                  <pic:blipFill>
                    <a:blip r:embed="rId47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6">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317" cy="1504950"/>
                    </a:xfrm>
                    <a:prstGeom prst="rect">
                      <a:avLst/>
                    </a:prstGeom>
                    <a:noFill/>
                    <a:ln>
                      <a:noFill/>
                    </a:ln>
                  </pic:spPr>
                </pic:pic>
              </a:graphicData>
            </a:graphic>
          </wp:anchor>
        </w:drawing>
      </w:r>
    </w:p>
    <w:p w:rsidR="00BB14C5" w:rsidRPr="00765081" w:rsidRDefault="00BB14C5" w:rsidP="00BB14C5">
      <w:pPr>
        <w:pStyle w:val="c1"/>
        <w:spacing w:line="276" w:lineRule="auto"/>
        <w:rPr>
          <w:rStyle w:val="c2"/>
          <w:b/>
        </w:rPr>
      </w:pPr>
      <w:r w:rsidRPr="00765081">
        <w:rPr>
          <w:noProof/>
        </w:rPr>
        <w:drawing>
          <wp:anchor distT="0" distB="0" distL="114300" distR="114300" simplePos="0" relativeHeight="251665408" behindDoc="1" locked="0" layoutInCell="1" allowOverlap="1">
            <wp:simplePos x="0" y="0"/>
            <wp:positionH relativeFrom="column">
              <wp:posOffset>1537335</wp:posOffset>
            </wp:positionH>
            <wp:positionV relativeFrom="paragraph">
              <wp:posOffset>157480</wp:posOffset>
            </wp:positionV>
            <wp:extent cx="1434344" cy="1329967"/>
            <wp:effectExtent l="0" t="0" r="0" b="3810"/>
            <wp:wrapNone/>
            <wp:docPr id="20" name="Рисунок 20" descr="http://smenaeffects.com.ua/wa-data/public/shop/products/04/11/11104/images/1022/102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naeffects.com.ua/wa-data/public/shop/products/04/11/11104/images/1022/1022.970.jpg"/>
                    <pic:cNvPicPr>
                      <a:picLocks noChangeAspect="1" noChangeArrowheads="1"/>
                    </pic:cNvPicPr>
                  </pic:nvPicPr>
                  <pic:blipFill>
                    <a:blip r:embed="rId47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4344" cy="1329967"/>
                    </a:xfrm>
                    <a:prstGeom prst="rect">
                      <a:avLst/>
                    </a:prstGeom>
                    <a:noFill/>
                    <a:ln>
                      <a:noFill/>
                    </a:ln>
                  </pic:spPr>
                </pic:pic>
              </a:graphicData>
            </a:graphic>
          </wp:anchor>
        </w:drawing>
      </w:r>
      <w:r w:rsidRPr="00765081">
        <w:rPr>
          <w:rStyle w:val="c2"/>
          <w:b/>
        </w:rPr>
        <w:t xml:space="preserve">   А</w:t>
      </w:r>
    </w:p>
    <w:p w:rsidR="00BB14C5" w:rsidRPr="00765081" w:rsidRDefault="00BB14C5" w:rsidP="00BB14C5">
      <w:pPr>
        <w:pStyle w:val="c1"/>
        <w:spacing w:before="0" w:beforeAutospacing="0" w:after="0" w:afterAutospacing="0" w:line="276" w:lineRule="auto"/>
        <w:contextualSpacing/>
        <w:rPr>
          <w:b/>
        </w:rPr>
      </w:pPr>
      <w:r w:rsidRPr="00765081">
        <w:rPr>
          <w:rStyle w:val="c2"/>
          <w:b/>
        </w:rPr>
        <w:t xml:space="preserve">Й УВ  </w:t>
      </w:r>
      <w:proofErr w:type="gramStart"/>
      <w:r w:rsidRPr="00765081">
        <w:rPr>
          <w:rStyle w:val="c2"/>
          <w:b/>
        </w:rPr>
        <w:t>домике</w:t>
      </w:r>
      <w:proofErr w:type="gramEnd"/>
      <w:r w:rsidRPr="00765081">
        <w:rPr>
          <w:rStyle w:val="c2"/>
          <w:b/>
        </w:rPr>
        <w:t xml:space="preserve">  жили  три  медведя.</w:t>
      </w:r>
    </w:p>
    <w:p w:rsidR="00BB14C5" w:rsidRPr="00765081" w:rsidRDefault="00BB14C5" w:rsidP="00BB14C5">
      <w:pPr>
        <w:pStyle w:val="c1"/>
        <w:spacing w:before="0" w:beforeAutospacing="0" w:after="0" w:afterAutospacing="0" w:line="360" w:lineRule="auto"/>
        <w:contextualSpacing/>
        <w:rPr>
          <w:rStyle w:val="c2"/>
          <w:b/>
        </w:rPr>
      </w:pPr>
      <w:r w:rsidRPr="00765081">
        <w:rPr>
          <w:rStyle w:val="c2"/>
          <w:b/>
        </w:rPr>
        <w:t>ОАМедведь  жили  в  домике  три</w:t>
      </w:r>
    </w:p>
    <w:p w:rsidR="00BB14C5" w:rsidRPr="00765081" w:rsidRDefault="00BB14C5" w:rsidP="00BB14C5">
      <w:pPr>
        <w:pStyle w:val="c1"/>
        <w:spacing w:before="0" w:beforeAutospacing="0" w:after="0" w:afterAutospacing="0" w:line="360" w:lineRule="auto"/>
        <w:contextualSpacing/>
        <w:rPr>
          <w:rStyle w:val="c2"/>
          <w:b/>
        </w:rPr>
      </w:pPr>
      <w:proofErr w:type="gramStart"/>
      <w:r w:rsidRPr="00765081">
        <w:rPr>
          <w:rStyle w:val="c2"/>
          <w:b/>
        </w:rPr>
        <w:t>Ы</w:t>
      </w:r>
      <w:proofErr w:type="gramEnd"/>
      <w:r w:rsidRPr="00765081">
        <w:rPr>
          <w:rStyle w:val="c2"/>
          <w:b/>
        </w:rPr>
        <w:t xml:space="preserve">         Н                   И       Э</w:t>
      </w:r>
    </w:p>
    <w:p w:rsidR="00BB14C5" w:rsidRPr="00765081" w:rsidRDefault="00BB14C5" w:rsidP="00BB14C5">
      <w:pPr>
        <w:pStyle w:val="c1"/>
      </w:pPr>
      <w:r w:rsidRPr="00765081">
        <w:rPr>
          <w:rStyle w:val="c0"/>
        </w:rPr>
        <w:t>7. Какие слова всегда надо писать  с заглавной буквы?</w:t>
      </w:r>
      <w:r w:rsidRPr="00765081">
        <w:rPr>
          <w:rStyle w:val="c7"/>
        </w:rPr>
        <w:t xml:space="preserve"> Запиши только выбранные слова правильно:</w:t>
      </w:r>
    </w:p>
    <w:p w:rsidR="00BB14C5" w:rsidRPr="00765081" w:rsidRDefault="007B5670" w:rsidP="00BB14C5">
      <w:pPr>
        <w:pStyle w:val="c1"/>
      </w:pPr>
      <w:r>
        <w:rPr>
          <w:noProof/>
        </w:rPr>
        <w:pict>
          <v:group id="Группа 692" o:spid="_x0000_s1214" style="position:absolute;margin-left:253.5pt;margin-top:6.45pt;width:281.15pt;height:13.5pt;z-index:251667456" coordsize="3570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">
            <v:line id="Прямая соединительная линия 27" o:spid="_x0000_s1216" style="position:absolute;visibility:visible" from="0,0" to="357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line id="Прямая соединительная линия 28" o:spid="_x0000_s1215" style="position:absolute;visibility:visible" from="0,1714" to="357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ZxMAAAADbAAAADwAAAGRycy9kb3ducmV2LnhtbERPy4rCMBTdC/5DuIIb0VQRkU6jiCi4&#10;nKkiLi/N7cNpbmoTtTNfbxaCy8N5J+vO1OJBrassK5hOIhDEmdUVFwpOx/14CcJ5ZI21ZVLwRw7W&#10;q34vwVjbJ//QI/WFCCHsYlRQet/EUrqsJINuYhviwOW2NegDbAupW3yGcFPLWRQtpMGKQ0OJDW1L&#10;yn7Tu1FQbK+j2yW9/s/9Yre0+/n3+ZxvlBoOus0XCE+d/4jf7oNWMAtjw5fw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l2cTAAAAA2wAAAA8AAAAAAAAAAAAAAAAA&#10;oQIAAGRycy9kb3ducmV2LnhtbFBLBQYAAAAABAAEAPkAAACOAwAAAAA=&#10;" strokecolor="windowText"/>
          </v:group>
        </w:pict>
      </w:r>
      <w:r w:rsidR="00BB14C5" w:rsidRPr="00765081">
        <w:rPr>
          <w:rStyle w:val="c2"/>
        </w:rPr>
        <w:t xml:space="preserve">барабан, </w:t>
      </w:r>
      <w:proofErr w:type="spellStart"/>
      <w:r w:rsidR="00BB14C5" w:rsidRPr="00765081">
        <w:rPr>
          <w:rStyle w:val="c2"/>
        </w:rPr>
        <w:t>нина</w:t>
      </w:r>
      <w:proofErr w:type="spellEnd"/>
      <w:r w:rsidR="00BB14C5" w:rsidRPr="00765081">
        <w:rPr>
          <w:rStyle w:val="c2"/>
        </w:rPr>
        <w:t xml:space="preserve">, волк,  максим, диван </w:t>
      </w:r>
    </w:p>
    <w:p w:rsidR="00BB14C5" w:rsidRPr="00765081" w:rsidRDefault="00BB14C5" w:rsidP="00BB14C5">
      <w:pPr>
        <w:pStyle w:val="c1"/>
      </w:pPr>
      <w:r w:rsidRPr="00765081">
        <w:rPr>
          <w:rStyle w:val="c7"/>
        </w:rPr>
        <w:t>8. Составь схему  предложения:</w:t>
      </w:r>
    </w:p>
    <w:p w:rsidR="00BB14C5" w:rsidRPr="00765081" w:rsidRDefault="00BB14C5" w:rsidP="00BB14C5">
      <w:pPr>
        <w:pStyle w:val="c1"/>
      </w:pPr>
      <w:r w:rsidRPr="00765081">
        <w:rPr>
          <w:rStyle w:val="c2"/>
        </w:rPr>
        <w:t xml:space="preserve">     Новый  год  к  нам  быстро  идет! </w:t>
      </w:r>
    </w:p>
    <w:p w:rsidR="00BB14C5" w:rsidRPr="00765081" w:rsidRDefault="00BB14C5" w:rsidP="00BB14C5">
      <w:pPr>
        <w:pStyle w:val="c1"/>
        <w:rPr>
          <w:rStyle w:val="c3"/>
        </w:rPr>
      </w:pPr>
      <w:r w:rsidRPr="00765081">
        <w:rPr>
          <w:rStyle w:val="c7"/>
        </w:rPr>
        <w:t>____________________________________________________________</w:t>
      </w:r>
    </w:p>
    <w:p w:rsidR="00BB14C5" w:rsidRPr="00765081" w:rsidRDefault="00BB14C5" w:rsidP="00BB14C5">
      <w:pPr>
        <w:pStyle w:val="c1"/>
        <w:rPr>
          <w:rStyle w:val="c0"/>
        </w:rPr>
      </w:pPr>
      <w:r w:rsidRPr="00765081">
        <w:rPr>
          <w:noProof/>
        </w:rPr>
        <w:drawing>
          <wp:anchor distT="0" distB="0" distL="114300" distR="114300" simplePos="0" relativeHeight="251692032" behindDoc="1" locked="0" layoutInCell="1" allowOverlap="1">
            <wp:simplePos x="0" y="0"/>
            <wp:positionH relativeFrom="column">
              <wp:posOffset>5257800</wp:posOffset>
            </wp:positionH>
            <wp:positionV relativeFrom="paragraph">
              <wp:posOffset>271780</wp:posOffset>
            </wp:positionV>
            <wp:extent cx="1630045" cy="1151890"/>
            <wp:effectExtent l="0" t="0" r="8255" b="0"/>
            <wp:wrapNone/>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0">
                              <a14:imgEffect>
                                <a14:saturation sat="66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1151890"/>
                    </a:xfrm>
                    <a:prstGeom prst="rect">
                      <a:avLst/>
                    </a:prstGeom>
                    <a:noFill/>
                    <a:ln>
                      <a:noFill/>
                    </a:ln>
                  </pic:spPr>
                </pic:pic>
              </a:graphicData>
            </a:graphic>
          </wp:anchor>
        </w:drawing>
      </w:r>
      <w:r w:rsidRPr="00765081">
        <w:rPr>
          <w:noProof/>
        </w:rPr>
        <w:drawing>
          <wp:anchor distT="0" distB="0" distL="114300" distR="114300" simplePos="0" relativeHeight="251694080" behindDoc="1" locked="0" layoutInCell="1" allowOverlap="1">
            <wp:simplePos x="0" y="0"/>
            <wp:positionH relativeFrom="column">
              <wp:posOffset>3438525</wp:posOffset>
            </wp:positionH>
            <wp:positionV relativeFrom="paragraph">
              <wp:posOffset>311150</wp:posOffset>
            </wp:positionV>
            <wp:extent cx="1619250" cy="1151890"/>
            <wp:effectExtent l="0" t="0" r="0" b="0"/>
            <wp:wrapNone/>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2">
                              <a14:imgEffect>
                                <a14:saturation sat="66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151890"/>
                    </a:xfrm>
                    <a:prstGeom prst="rect">
                      <a:avLst/>
                    </a:prstGeom>
                    <a:noFill/>
                    <a:ln>
                      <a:noFill/>
                    </a:ln>
                  </pic:spPr>
                </pic:pic>
              </a:graphicData>
            </a:graphic>
          </wp:anchor>
        </w:drawing>
      </w:r>
      <w:r w:rsidRPr="00765081">
        <w:rPr>
          <w:noProof/>
        </w:rPr>
        <w:drawing>
          <wp:anchor distT="0" distB="0" distL="114300" distR="114300" simplePos="0" relativeHeight="251693056" behindDoc="1" locked="0" layoutInCell="1" allowOverlap="1">
            <wp:simplePos x="0" y="0"/>
            <wp:positionH relativeFrom="column">
              <wp:posOffset>1658620</wp:posOffset>
            </wp:positionH>
            <wp:positionV relativeFrom="paragraph">
              <wp:posOffset>312420</wp:posOffset>
            </wp:positionV>
            <wp:extent cx="1664335" cy="1151890"/>
            <wp:effectExtent l="0" t="0" r="0" b="0"/>
            <wp:wrapNone/>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4">
                              <a14:imgEffect>
                                <a14:saturation sat="66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335" cy="1151890"/>
                    </a:xfrm>
                    <a:prstGeom prst="rect">
                      <a:avLst/>
                    </a:prstGeom>
                    <a:noFill/>
                    <a:ln>
                      <a:noFill/>
                    </a:ln>
                  </pic:spPr>
                </pic:pic>
              </a:graphicData>
            </a:graphic>
          </wp:anchor>
        </w:drawing>
      </w:r>
      <w:r w:rsidRPr="00765081">
        <w:rPr>
          <w:noProof/>
        </w:rPr>
        <w:drawing>
          <wp:anchor distT="0" distB="0" distL="114300" distR="114300" simplePos="0" relativeHeight="251691008" behindDoc="1" locked="0" layoutInCell="1" allowOverlap="1">
            <wp:simplePos x="0" y="0"/>
            <wp:positionH relativeFrom="column">
              <wp:posOffset>-66675</wp:posOffset>
            </wp:positionH>
            <wp:positionV relativeFrom="paragraph">
              <wp:posOffset>368300</wp:posOffset>
            </wp:positionV>
            <wp:extent cx="1642745" cy="1151890"/>
            <wp:effectExtent l="0" t="0" r="0" b="0"/>
            <wp:wrapNone/>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6">
                              <a14:imgEffect>
                                <a14:saturation sat="66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745" cy="1151890"/>
                    </a:xfrm>
                    <a:prstGeom prst="rect">
                      <a:avLst/>
                    </a:prstGeom>
                    <a:noFill/>
                    <a:ln>
                      <a:noFill/>
                    </a:ln>
                  </pic:spPr>
                </pic:pic>
              </a:graphicData>
            </a:graphic>
          </wp:anchor>
        </w:drawing>
      </w:r>
      <w:r w:rsidRPr="00765081">
        <w:rPr>
          <w:rStyle w:val="c3"/>
        </w:rPr>
        <w:t>9.</w:t>
      </w:r>
      <w:r w:rsidRPr="00765081">
        <w:rPr>
          <w:rStyle w:val="c0"/>
        </w:rPr>
        <w:t xml:space="preserve"> К каждой картинке подбери нужную запись. Составь рассказ по картинкам. Покажи порядок событий цифрами. </w:t>
      </w:r>
    </w:p>
    <w:p w:rsidR="00BB14C5" w:rsidRPr="00765081" w:rsidRDefault="00BB14C5" w:rsidP="00BB14C5">
      <w:pPr>
        <w:pStyle w:val="c1"/>
      </w:pPr>
    </w:p>
    <w:p w:rsidR="00BB14C5" w:rsidRPr="00765081" w:rsidRDefault="00BB14C5" w:rsidP="00BB14C5">
      <w:pPr>
        <w:rPr>
          <w:rFonts w:ascii="Times New Roman" w:hAnsi="Times New Roman" w:cs="Times New Roman"/>
          <w:sz w:val="24"/>
          <w:szCs w:val="24"/>
        </w:rPr>
      </w:pPr>
    </w:p>
    <w:p w:rsidR="00BB14C5" w:rsidRPr="00765081" w:rsidRDefault="00BB14C5" w:rsidP="00BB14C5">
      <w:pPr>
        <w:rPr>
          <w:rFonts w:ascii="Times New Roman" w:hAnsi="Times New Roman" w:cs="Times New Roman"/>
          <w:sz w:val="24"/>
          <w:szCs w:val="24"/>
        </w:rPr>
      </w:pPr>
    </w:p>
    <w:p w:rsidR="00BB14C5" w:rsidRPr="00765081" w:rsidRDefault="007B5670" w:rsidP="00BB14C5">
      <w:pP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10" o:spid="_x0000_s1213" style="position:absolute;margin-left:468pt;margin-top:11.3pt;width:17pt;height:17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" filled="f" strokecolor="windowText" strokeweight="1.5pt"/>
        </w:pict>
      </w:r>
      <w:r>
        <w:rPr>
          <w:rFonts w:ascii="Times New Roman" w:hAnsi="Times New Roman" w:cs="Times New Roman"/>
          <w:noProof/>
          <w:sz w:val="24"/>
          <w:szCs w:val="24"/>
          <w:lang w:eastAsia="ru-RU"/>
        </w:rPr>
        <w:pict>
          <v:rect id="Прямоугольник 709" o:spid="_x0000_s1212" style="position:absolute;margin-left:330.75pt;margin-top:11.05pt;width:17pt;height:17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" filled="f" strokecolor="windowText" strokeweight="1.5pt"/>
        </w:pict>
      </w:r>
      <w:r>
        <w:rPr>
          <w:rFonts w:ascii="Times New Roman" w:hAnsi="Times New Roman" w:cs="Times New Roman"/>
          <w:noProof/>
          <w:sz w:val="24"/>
          <w:szCs w:val="24"/>
          <w:lang w:eastAsia="ru-RU"/>
        </w:rPr>
        <w:pict>
          <v:rect id="Прямоугольник 708" o:spid="_x0000_s1211" style="position:absolute;margin-left:186pt;margin-top:9.05pt;width:17pt;height:17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" filled="f" strokecolor="windowText" strokeweight="1.5pt"/>
        </w:pict>
      </w:r>
      <w:r>
        <w:rPr>
          <w:rFonts w:ascii="Times New Roman" w:hAnsi="Times New Roman" w:cs="Times New Roman"/>
          <w:noProof/>
          <w:sz w:val="24"/>
          <w:szCs w:val="24"/>
          <w:lang w:eastAsia="ru-RU"/>
        </w:rPr>
        <w:pict>
          <v:rect id="Прямоугольник 707" o:spid="_x0000_s1210" style="position:absolute;margin-left:46.5pt;margin-top:9.05pt;width:17pt;height:17pt;z-index:-251621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" filled="f" strokecolor="black [3213]" strokeweight="1.5pt"/>
        </w:pict>
      </w:r>
    </w:p>
    <w:p w:rsidR="00BB14C5" w:rsidRPr="00765081" w:rsidRDefault="00BB14C5" w:rsidP="00BB14C5">
      <w:pPr>
        <w:rPr>
          <w:rFonts w:ascii="Times New Roman" w:hAnsi="Times New Roman" w:cs="Times New Roman"/>
          <w:sz w:val="24"/>
          <w:szCs w:val="24"/>
        </w:rPr>
      </w:pPr>
    </w:p>
    <w:p w:rsidR="00BB14C5" w:rsidRPr="00765081" w:rsidRDefault="007B5670" w:rsidP="00BB14C5">
      <w:pPr>
        <w:ind w:left="360"/>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11" o:spid="_x0000_s1209" style="position:absolute;left:0;text-align:left;margin-left:9.75pt;margin-top:.15pt;width:17pt;height:17pt;z-index:-251617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" filled="f" strokecolor="windowText" strokeweight="1.5pt"/>
        </w:pict>
      </w:r>
      <w:r w:rsidR="00BB14C5" w:rsidRPr="00765081">
        <w:rPr>
          <w:rFonts w:ascii="Times New Roman" w:hAnsi="Times New Roman" w:cs="Times New Roman"/>
          <w:sz w:val="24"/>
          <w:szCs w:val="24"/>
        </w:rPr>
        <w:t xml:space="preserve">     Лара  шла с зонтом под дожем.</w:t>
      </w:r>
    </w:p>
    <w:p w:rsidR="00BB14C5" w:rsidRPr="00765081" w:rsidRDefault="007B5670" w:rsidP="00BB14C5">
      <w:pPr>
        <w:ind w:left="360"/>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Прямоугольник 712" o:spid="_x0000_s1208" style="position:absolute;left:0;text-align:left;margin-left:9.75pt;margin-top:-.25pt;width:17pt;height:17pt;z-index:-25161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" filled="f" strokecolor="windowText" strokeweight="1.5pt"/>
        </w:pict>
      </w:r>
      <w:r w:rsidR="00BB14C5" w:rsidRPr="00765081">
        <w:rPr>
          <w:rFonts w:ascii="Times New Roman" w:hAnsi="Times New Roman" w:cs="Times New Roman"/>
          <w:sz w:val="24"/>
          <w:szCs w:val="24"/>
        </w:rPr>
        <w:t xml:space="preserve">     Она устроила в нем гнездо и вывела птенцов. Ворона хитра!</w:t>
      </w:r>
    </w:p>
    <w:p w:rsidR="00BB14C5" w:rsidRPr="00765081" w:rsidRDefault="007B5670" w:rsidP="00BB14C5">
      <w:pPr>
        <w:ind w:left="360"/>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13" o:spid="_x0000_s1207" style="position:absolute;left:0;text-align:left;margin-left:9.75pt;margin-top:.85pt;width:17pt;height:17pt;z-index:-251615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" filled="f" strokecolor="windowText" strokeweight="1.5pt"/>
        </w:pict>
      </w:r>
      <w:r w:rsidR="00BB14C5" w:rsidRPr="00765081">
        <w:rPr>
          <w:rFonts w:ascii="Times New Roman" w:hAnsi="Times New Roman" w:cs="Times New Roman"/>
          <w:sz w:val="24"/>
          <w:szCs w:val="24"/>
        </w:rPr>
        <w:t xml:space="preserve">     Большая ворона схватила зонт и унесла.</w:t>
      </w:r>
    </w:p>
    <w:p w:rsidR="00BB14C5" w:rsidRPr="00765081" w:rsidRDefault="007B5670" w:rsidP="00BB14C5">
      <w:pPr>
        <w:ind w:left="360"/>
        <w:rPr>
          <w:rStyle w:val="c2"/>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14" o:spid="_x0000_s1206" style="position:absolute;left:0;text-align:left;margin-left:9.75pt;margin-top:1.95pt;width:17pt;height:17pt;z-index:-251614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" filled="f" strokecolor="windowText" strokeweight="1.5pt"/>
        </w:pict>
      </w:r>
      <w:r w:rsidR="00BB14C5" w:rsidRPr="00765081">
        <w:rPr>
          <w:rFonts w:ascii="Times New Roman" w:hAnsi="Times New Roman" w:cs="Times New Roman"/>
          <w:sz w:val="24"/>
          <w:szCs w:val="24"/>
        </w:rPr>
        <w:t xml:space="preserve">     Поднялся ветер и вырвал зонт из рук Лары.</w:t>
      </w: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b/>
          <w:bCs/>
          <w:color w:val="000000"/>
          <w:sz w:val="24"/>
          <w:szCs w:val="24"/>
          <w:lang w:eastAsia="ru-RU"/>
        </w:rPr>
      </w:pP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Система оценивания контрольной работы</w:t>
      </w: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 </w:t>
      </w:r>
    </w:p>
    <w:tbl>
      <w:tblPr>
        <w:tblW w:w="8019" w:type="dxa"/>
        <w:tblInd w:w="-114" w:type="dxa"/>
        <w:shd w:val="clear" w:color="auto" w:fill="FFFFFF"/>
        <w:tblCellMar>
          <w:top w:w="15" w:type="dxa"/>
          <w:left w:w="15" w:type="dxa"/>
          <w:bottom w:w="15" w:type="dxa"/>
          <w:right w:w="15" w:type="dxa"/>
        </w:tblCellMar>
        <w:tblLook w:val="04A0"/>
      </w:tblPr>
      <w:tblGrid>
        <w:gridCol w:w="4333"/>
        <w:gridCol w:w="3686"/>
      </w:tblGrid>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Задания</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Количество баллов</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2 б </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8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9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Итого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14 б</w:t>
            </w:r>
          </w:p>
        </w:tc>
      </w:tr>
    </w:tbl>
    <w:p w:rsidR="00BB14C5" w:rsidRPr="00765081" w:rsidRDefault="00BB14C5" w:rsidP="00BB14C5">
      <w:pPr>
        <w:shd w:val="clear" w:color="auto" w:fill="FFFFFF" w:themeFill="background1"/>
        <w:rPr>
          <w:rFonts w:ascii="Times New Roman" w:eastAsia="Calibri" w:hAnsi="Times New Roman" w:cs="Times New Roman"/>
          <w:sz w:val="24"/>
          <w:szCs w:val="24"/>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Повышенный  уровень - </w:t>
            </w:r>
            <w:r w:rsidRPr="00765081">
              <w:rPr>
                <w:rFonts w:eastAsia="Calibri"/>
                <w:sz w:val="24"/>
                <w:szCs w:val="24"/>
                <w:lang w:bidi="en-US"/>
              </w:rPr>
              <w:t>нет ошибок      14б</w:t>
            </w:r>
          </w:p>
        </w:tc>
      </w:tr>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Средний уровень - </w:t>
            </w:r>
            <w:r w:rsidRPr="00765081">
              <w:rPr>
                <w:rFonts w:eastAsia="Calibri"/>
                <w:sz w:val="24"/>
                <w:szCs w:val="24"/>
                <w:lang w:bidi="en-US"/>
              </w:rPr>
              <w:t>не более двух  ошибок 13-12б</w:t>
            </w:r>
          </w:p>
        </w:tc>
      </w:tr>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Базовый   уровень - </w:t>
            </w:r>
            <w:r w:rsidRPr="00765081">
              <w:rPr>
                <w:rFonts w:eastAsia="Calibri"/>
                <w:sz w:val="24"/>
                <w:szCs w:val="24"/>
                <w:lang w:bidi="en-US"/>
              </w:rPr>
              <w:t>допущено 3 – 4 ошибки 11-10б</w:t>
            </w:r>
          </w:p>
        </w:tc>
      </w:tr>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Ниже базового  уровня - </w:t>
            </w:r>
            <w:r w:rsidRPr="00765081">
              <w:rPr>
                <w:rFonts w:eastAsia="Calibri"/>
                <w:sz w:val="24"/>
                <w:szCs w:val="24"/>
                <w:lang w:bidi="en-US"/>
              </w:rPr>
              <w:t>допущено 5 и более ошибок  9б и менее</w:t>
            </w:r>
          </w:p>
        </w:tc>
      </w:tr>
    </w:tbl>
    <w:p w:rsidR="00BB14C5" w:rsidRPr="00765081" w:rsidRDefault="00BB14C5" w:rsidP="00BB14C5">
      <w:pPr>
        <w:rPr>
          <w:rFonts w:ascii="Times New Roman" w:hAnsi="Times New Roman" w:cs="Times New Roman"/>
          <w:sz w:val="24"/>
          <w:szCs w:val="24"/>
        </w:rPr>
      </w:pPr>
    </w:p>
    <w:p w:rsidR="00BB14C5" w:rsidRPr="00765081" w:rsidRDefault="00BB14C5" w:rsidP="00BB14C5">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ru-RU"/>
        </w:rPr>
      </w:pPr>
    </w:p>
    <w:p w:rsidR="006B297A" w:rsidRPr="00765081" w:rsidRDefault="006B297A" w:rsidP="00BB14C5">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ru-RU"/>
        </w:rPr>
      </w:pPr>
    </w:p>
    <w:p w:rsidR="006B297A" w:rsidRPr="00765081" w:rsidRDefault="006B297A" w:rsidP="00BB14C5">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ru-RU"/>
        </w:rPr>
      </w:pPr>
    </w:p>
    <w:p w:rsidR="00BB14C5" w:rsidRPr="00765081" w:rsidRDefault="00BB14C5" w:rsidP="00BB14C5">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Промежуточная аттестация</w: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 xml:space="preserve">Цель: </w:t>
      </w:r>
      <w:r w:rsidRPr="00765081">
        <w:rPr>
          <w:rFonts w:ascii="Times New Roman" w:eastAsia="Times New Roman" w:hAnsi="Times New Roman" w:cs="Times New Roman"/>
          <w:bCs/>
          <w:color w:val="000000"/>
          <w:sz w:val="24"/>
          <w:szCs w:val="24"/>
          <w:lang w:eastAsia="ru-RU"/>
        </w:rPr>
        <w:t>определить уровень сформированности у учащихся 1 классов навыка чтения, выяснив уровень понимания учащимися содержания текста, овладения литературоведческими понятиями.</w:t>
      </w:r>
    </w:p>
    <w:p w:rsidR="00BB14C5" w:rsidRPr="00765081" w:rsidRDefault="00BB14C5" w:rsidP="00BB14C5">
      <w:pPr>
        <w:shd w:val="clear" w:color="auto" w:fill="FFFFFF" w:themeFill="background1"/>
        <w:spacing w:after="0" w:line="240" w:lineRule="auto"/>
        <w:jc w:val="right"/>
        <w:rPr>
          <w:rFonts w:ascii="Times New Roman" w:eastAsia="Times New Roman" w:hAnsi="Times New Roman" w:cs="Times New Roman"/>
          <w:b/>
          <w:bCs/>
          <w:color w:val="000000"/>
          <w:sz w:val="24"/>
          <w:szCs w:val="24"/>
          <w:lang w:eastAsia="ru-RU"/>
        </w:rPr>
      </w:pPr>
    </w:p>
    <w:p w:rsidR="00BB14C5" w:rsidRPr="00765081" w:rsidRDefault="00BB14C5" w:rsidP="00BB14C5">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1 вариант</w:t>
      </w:r>
    </w:p>
    <w:p w:rsidR="00BB14C5" w:rsidRPr="00765081" w:rsidRDefault="00BB14C5" w:rsidP="00BB14C5">
      <w:pPr>
        <w:shd w:val="clear" w:color="auto" w:fill="FFFFFF" w:themeFill="background1"/>
        <w:spacing w:after="0" w:line="240" w:lineRule="auto"/>
        <w:ind w:left="786"/>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Прочитай текст.</w:t>
      </w:r>
    </w:p>
    <w:p w:rsidR="00BB14C5" w:rsidRPr="00765081" w:rsidRDefault="00BB14C5" w:rsidP="00BB14C5">
      <w:pPr>
        <w:shd w:val="clear" w:color="auto" w:fill="FFFFFF" w:themeFill="background1"/>
        <w:spacing w:after="0" w:line="240" w:lineRule="auto"/>
        <w:ind w:left="786"/>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ind w:firstLine="36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У нас под крыльцом живут ежи.</w:t>
      </w:r>
    </w:p>
    <w:p w:rsidR="00BB14C5" w:rsidRPr="00765081" w:rsidRDefault="00BB14C5" w:rsidP="00BB14C5">
      <w:pPr>
        <w:shd w:val="clear" w:color="auto" w:fill="FFFFFF" w:themeFill="background1"/>
        <w:spacing w:after="0" w:line="240" w:lineRule="auto"/>
        <w:ind w:firstLine="36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По вечерам вся семья выходит гулять. Взрослые ежи роют землю маленькими лапами. Они достают корешки и едят. Маленькие ежата в это время играют, резвятся. Однажды к старому ежу подбежала собака. Ёж свернулся в клубок и замер. Собака осторожно покатила ежа к пруду. Ёж плюхнулся в воду и поплыл. Я прогнал собаку. На следующую весну остался под крыльцом один старый ёжик. Куда девались остальные? Они переселились в другое место. Старый ёж не захотел покинуть мой дом.</w:t>
      </w:r>
    </w:p>
    <w:p w:rsidR="00BB14C5" w:rsidRPr="00765081" w:rsidRDefault="00BB14C5" w:rsidP="00BB14C5">
      <w:pPr>
        <w:shd w:val="clear" w:color="auto" w:fill="FFFFFF" w:themeFill="background1"/>
        <w:spacing w:after="0" w:line="240" w:lineRule="auto"/>
        <w:ind w:firstLine="360"/>
        <w:jc w:val="both"/>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u w:val="single"/>
          <w:lang w:eastAsia="ru-RU"/>
        </w:rPr>
      </w:pPr>
      <w:r w:rsidRPr="00765081">
        <w:rPr>
          <w:rFonts w:ascii="Times New Roman" w:eastAsia="Times New Roman" w:hAnsi="Times New Roman" w:cs="Times New Roman"/>
          <w:b/>
          <w:bCs/>
          <w:color w:val="000000"/>
          <w:sz w:val="24"/>
          <w:szCs w:val="24"/>
          <w:u w:val="single"/>
          <w:lang w:eastAsia="ru-RU"/>
        </w:rPr>
        <w:t>Прочитай вопросы. Выбери правильный ответ</w:t>
      </w:r>
      <w:r w:rsidRPr="00765081">
        <w:rPr>
          <w:rFonts w:ascii="Times New Roman" w:eastAsia="Times New Roman" w:hAnsi="Times New Roman" w:cs="Times New Roman"/>
          <w:color w:val="000000"/>
          <w:sz w:val="24"/>
          <w:szCs w:val="24"/>
          <w:u w:val="single"/>
          <w:lang w:eastAsia="ru-RU"/>
        </w:rPr>
        <w:t>.</w: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ind w:hanging="284"/>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w:t>
      </w:r>
      <w:r w:rsidRPr="00765081">
        <w:rPr>
          <w:rFonts w:ascii="Times New Roman" w:eastAsia="Times New Roman" w:hAnsi="Times New Roman" w:cs="Times New Roman"/>
          <w:b/>
          <w:bCs/>
          <w:color w:val="000000"/>
          <w:sz w:val="24"/>
          <w:szCs w:val="24"/>
          <w:lang w:eastAsia="ru-RU"/>
        </w:rPr>
        <w:t>1</w:t>
      </w:r>
      <w:r w:rsidRPr="00765081">
        <w:rPr>
          <w:rFonts w:ascii="Times New Roman" w:eastAsia="Times New Roman" w:hAnsi="Times New Roman" w:cs="Times New Roman"/>
          <w:color w:val="000000"/>
          <w:sz w:val="24"/>
          <w:szCs w:val="24"/>
          <w:lang w:eastAsia="ru-RU"/>
        </w:rPr>
        <w:t>.  </w:t>
      </w:r>
      <w:r w:rsidRPr="00765081">
        <w:rPr>
          <w:rFonts w:ascii="Times New Roman" w:eastAsia="Times New Roman" w:hAnsi="Times New Roman" w:cs="Times New Roman"/>
          <w:b/>
          <w:bCs/>
          <w:color w:val="000000"/>
          <w:sz w:val="24"/>
          <w:szCs w:val="24"/>
          <w:lang w:eastAsia="ru-RU"/>
        </w:rPr>
        <w:t>Где живут ежи?</w: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А) в комнате;          Б) под крыльцом          В) в саду.</w: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ind w:left="426"/>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 xml:space="preserve">2. Что достают взрослые ежи </w:t>
      </w:r>
      <w:proofErr w:type="gramStart"/>
      <w:r w:rsidRPr="00765081">
        <w:rPr>
          <w:rFonts w:ascii="Times New Roman" w:eastAsia="Times New Roman" w:hAnsi="Times New Roman" w:cs="Times New Roman"/>
          <w:b/>
          <w:bCs/>
          <w:color w:val="000000"/>
          <w:sz w:val="24"/>
          <w:szCs w:val="24"/>
          <w:lang w:eastAsia="ru-RU"/>
        </w:rPr>
        <w:t>из</w:t>
      </w:r>
      <w:proofErr w:type="gramEnd"/>
      <w:r w:rsidRPr="00765081">
        <w:rPr>
          <w:rFonts w:ascii="Times New Roman" w:eastAsia="Times New Roman" w:hAnsi="Times New Roman" w:cs="Times New Roman"/>
          <w:b/>
          <w:bCs/>
          <w:color w:val="000000"/>
          <w:sz w:val="24"/>
          <w:szCs w:val="24"/>
          <w:lang w:eastAsia="ru-RU"/>
        </w:rPr>
        <w:t xml:space="preserve"> – под земли?</w:t>
      </w:r>
    </w:p>
    <w:p w:rsidR="00BB14C5" w:rsidRPr="00765081" w:rsidRDefault="00BB14C5" w:rsidP="00BB14C5">
      <w:pPr>
        <w:shd w:val="clear" w:color="auto" w:fill="FFFFFF" w:themeFill="background1"/>
        <w:spacing w:after="0" w:line="240" w:lineRule="auto"/>
        <w:ind w:left="426"/>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А) листья;                   Б) жучков;                        В) корешки.</w:t>
      </w:r>
      <w:r w:rsidR="007B5670">
        <w:rPr>
          <w:rFonts w:ascii="Times New Roman" w:eastAsia="Times New Roman" w:hAnsi="Times New Roman" w:cs="Times New Roman"/>
          <w:noProof/>
          <w:color w:val="000000"/>
          <w:sz w:val="24"/>
          <w:szCs w:val="24"/>
          <w:lang w:eastAsia="ru-RU"/>
        </w:rPr>
      </w:r>
      <w:r w:rsidR="007B5670">
        <w:rPr>
          <w:rFonts w:ascii="Times New Roman" w:eastAsia="Times New Roman" w:hAnsi="Times New Roman" w:cs="Times New Roman"/>
          <w:noProof/>
          <w:color w:val="000000"/>
          <w:sz w:val="24"/>
          <w:szCs w:val="24"/>
          <w:lang w:eastAsia="ru-RU"/>
        </w:rPr>
        <w:pict>
          <v:rect id="Прямоугольник 7" o:spid="_x0000_s1205" alt="https://lh3.googleusercontent.com/CZ3ZE-dbShoj2EA2gvjwHhZJMpj39CaxS_GTq3webUmZWyPhyRsE7ZlBFjw4IMRD7FTkb8WhD_-QEullKAKzumYYfu9gHlY5RXX95hALRjOfpvqW4VkvN6VWF9Owk1Ys_MfL_SJAV1R2LiB_uw"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" filled="f" stroked="f">
            <o:lock v:ext="edit" aspectratio="t"/>
            <w10:wrap type="none"/>
            <w10:anchorlock/>
          </v:rect>
        </w:pict>
      </w:r>
    </w:p>
    <w:p w:rsidR="00BB14C5" w:rsidRPr="00765081" w:rsidRDefault="007B5670" w:rsidP="00BB14C5">
      <w:pPr>
        <w:shd w:val="clear" w:color="auto" w:fill="FFFFFF" w:themeFill="background1"/>
        <w:spacing w:after="0" w:line="240" w:lineRule="auto"/>
        <w:ind w:left="78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rect id="Прямоугольник 6" o:spid="_x0000_s1204" alt="https://docs.google.com/drawings/d/sTnl6NL1JgV072cNFXxxZQw/image?parent=1NS8vnKYtRddr0TBhlr_zQlRqt6mfaFeUwDHZNUWkxj8&amp;rev=1&amp;h=28&amp;w=29&amp;ac=1"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jvDKeVcDAABqBgAADgAAAAAAAAAAAAAA&#10;AAAuAgAAZHJzL2Uyb0RvYy54bWxQSwECLQAUAAYACAAAACEAmPZsDdkAAAADAQAADwAAAAAAAAAA&#10;AAAAAACxBQAAZHJzL2Rvd25yZXYueG1sUEsFBgAAAAAEAAQA8wAAALcGAAAAAA==&#10;" filled="f" stroked="f">
            <o:lock v:ext="edit" aspectratio="t"/>
            <w10:wrap type="none"/>
            <w10:anchorlock/>
          </v:rect>
        </w:pict>
      </w: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rect id="Прямоугольник 3" o:spid="_x0000_s1203" alt="https://docs.google.com/drawings/d/s_-jeZeVFYoYrgbpw3iQx5g/image?parent=1NS8vnKYtRddr0TBhlr_zQlRqt6mfaFeUwDHZNUWkxj8&amp;rev=1&amp;h=28&amp;w=29&amp;ac=1"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BJOM7SVgMAAGoGAAAOAAAAAAAAAAAAAAAA&#10;AC4CAABkcnMvZTJvRG9jLnhtbFBLAQItABQABgAIAAAAIQCY9mwN2QAAAAMBAAAPAAAAAAAAAAAA&#10;AAAAALAFAABkcnMvZG93bnJldi54bWxQSwUGAAAAAAQABADzAAAAtgYAAAAA&#10;" filled="f" stroked="f">
            <o:lock v:ext="edit" aspectratio="t"/>
            <w10:wrap type="none"/>
            <w10:anchorlock/>
          </v:rect>
        </w:pic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u w:val="single"/>
          <w:lang w:eastAsia="ru-RU"/>
        </w:rPr>
        <w:t>Ответь на вопросы письменно</w:t>
      </w:r>
    </w:p>
    <w:p w:rsidR="00BB14C5" w:rsidRPr="00765081" w:rsidRDefault="00BB14C5" w:rsidP="00BB14C5">
      <w:pPr>
        <w:shd w:val="clear" w:color="auto" w:fill="FFFFFF" w:themeFill="background1"/>
        <w:spacing w:before="100" w:beforeAutospacing="1" w:after="100" w:afterAutospacing="1" w:line="240" w:lineRule="auto"/>
        <w:ind w:left="786"/>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3.Кто покатил ежа к пруду? ____________________________</w:t>
      </w:r>
    </w:p>
    <w:p w:rsidR="00BB14C5" w:rsidRPr="00765081" w:rsidRDefault="00BB14C5" w:rsidP="00BB14C5">
      <w:pPr>
        <w:shd w:val="clear" w:color="auto" w:fill="FFFFFF" w:themeFill="background1"/>
        <w:spacing w:before="100" w:beforeAutospacing="1" w:after="100" w:afterAutospacing="1" w:line="240" w:lineRule="auto"/>
        <w:ind w:left="1146"/>
        <w:contextualSpacing/>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before="100" w:beforeAutospacing="1" w:after="100" w:afterAutospacing="1" w:line="240" w:lineRule="auto"/>
        <w:ind w:left="72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4.Сколько ежей осталось под крыльцом следующей весной?</w:t>
      </w:r>
    </w:p>
    <w:p w:rsidR="00BB14C5" w:rsidRPr="00765081" w:rsidRDefault="00BB14C5" w:rsidP="00BB14C5">
      <w:pPr>
        <w:shd w:val="clear" w:color="auto" w:fill="FFFFFF" w:themeFill="background1"/>
        <w:spacing w:after="0" w:line="240" w:lineRule="auto"/>
        <w:ind w:left="786"/>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______________________________________</w:t>
      </w:r>
    </w:p>
    <w:p w:rsidR="00BB14C5" w:rsidRPr="00765081" w:rsidRDefault="00BB14C5" w:rsidP="00BB14C5">
      <w:pPr>
        <w:shd w:val="clear" w:color="auto" w:fill="FFFFFF" w:themeFill="background1"/>
        <w:spacing w:before="100" w:beforeAutospacing="1" w:after="100" w:afterAutospacing="1" w:line="240" w:lineRule="auto"/>
        <w:ind w:left="786"/>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5.Куда девались остальные ежи?_______________________</w:t>
      </w:r>
    </w:p>
    <w:p w:rsidR="00BB14C5" w:rsidRPr="00765081" w:rsidRDefault="00BB14C5" w:rsidP="00BB14C5">
      <w:pPr>
        <w:shd w:val="clear" w:color="auto" w:fill="FFFFFF" w:themeFill="background1"/>
        <w:spacing w:before="100" w:beforeAutospacing="1" w:after="100" w:afterAutospacing="1" w:line="240" w:lineRule="auto"/>
        <w:rPr>
          <w:rFonts w:ascii="Times New Roman" w:eastAsia="Times New Roman" w:hAnsi="Times New Roman" w:cs="Times New Roman"/>
          <w:b/>
          <w:bCs/>
          <w:color w:val="000000"/>
          <w:sz w:val="24"/>
          <w:szCs w:val="24"/>
          <w:u w:val="single"/>
          <w:lang w:eastAsia="ru-RU"/>
        </w:rPr>
      </w:pPr>
      <w:r w:rsidRPr="00765081">
        <w:rPr>
          <w:rFonts w:ascii="Times New Roman" w:eastAsia="Times New Roman" w:hAnsi="Times New Roman" w:cs="Times New Roman"/>
          <w:b/>
          <w:bCs/>
          <w:color w:val="000000"/>
          <w:sz w:val="24"/>
          <w:szCs w:val="24"/>
          <w:u w:val="single"/>
          <w:lang w:eastAsia="ru-RU"/>
        </w:rPr>
        <w:t xml:space="preserve"> Продолжи предложение</w:t>
      </w:r>
    </w:p>
    <w:p w:rsidR="00BB14C5" w:rsidRPr="00765081" w:rsidRDefault="00BB14C5" w:rsidP="00BB14C5">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6.Взрослые ежи роют</w:t>
      </w:r>
      <w:r w:rsidRPr="00765081">
        <w:rPr>
          <w:rFonts w:ascii="Times New Roman" w:eastAsia="Times New Roman" w:hAnsi="Times New Roman" w:cs="Times New Roman"/>
          <w:b/>
          <w:bCs/>
          <w:color w:val="000000"/>
          <w:sz w:val="24"/>
          <w:szCs w:val="24"/>
          <w:lang w:eastAsia="ru-RU"/>
        </w:rPr>
        <w:t> __________________________________</w:t>
      </w: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b/>
          <w:bCs/>
          <w:color w:val="000000"/>
          <w:sz w:val="24"/>
          <w:szCs w:val="24"/>
          <w:lang w:eastAsia="ru-RU"/>
        </w:rPr>
      </w:pP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2 вариант</w:t>
      </w: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b/>
          <w:bCs/>
          <w:color w:val="000000"/>
          <w:sz w:val="24"/>
          <w:szCs w:val="24"/>
          <w:lang w:eastAsia="ru-RU"/>
        </w:rPr>
      </w:pP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Пошёл тёмной ночью серый ёжик по лесу гулять. </w:t>
      </w:r>
      <w:proofErr w:type="gramStart"/>
      <w:r w:rsidRPr="00765081">
        <w:rPr>
          <w:rFonts w:ascii="Times New Roman" w:eastAsia="Times New Roman" w:hAnsi="Times New Roman" w:cs="Times New Roman"/>
          <w:color w:val="000000"/>
          <w:sz w:val="24"/>
          <w:szCs w:val="24"/>
          <w:lang w:eastAsia="ru-RU"/>
        </w:rPr>
        <w:t xml:space="preserve">Увидел красную </w:t>
      </w:r>
      <w:proofErr w:type="spellStart"/>
      <w:r w:rsidRPr="00765081">
        <w:rPr>
          <w:rFonts w:ascii="Times New Roman" w:eastAsia="Times New Roman" w:hAnsi="Times New Roman" w:cs="Times New Roman"/>
          <w:color w:val="000000"/>
          <w:sz w:val="24"/>
          <w:szCs w:val="24"/>
          <w:lang w:eastAsia="ru-RU"/>
        </w:rPr>
        <w:t>клюквинку</w:t>
      </w:r>
      <w:proofErr w:type="spellEnd"/>
      <w:r w:rsidRPr="00765081">
        <w:rPr>
          <w:rFonts w:ascii="Times New Roman" w:eastAsia="Times New Roman" w:hAnsi="Times New Roman" w:cs="Times New Roman"/>
          <w:color w:val="000000"/>
          <w:sz w:val="24"/>
          <w:szCs w:val="24"/>
          <w:lang w:eastAsia="ru-RU"/>
        </w:rPr>
        <w:t xml:space="preserve"> и наколол на серую иголочку.</w:t>
      </w:r>
      <w:proofErr w:type="gramEnd"/>
      <w:r w:rsidRPr="00765081">
        <w:rPr>
          <w:rFonts w:ascii="Times New Roman" w:eastAsia="Times New Roman" w:hAnsi="Times New Roman" w:cs="Times New Roman"/>
          <w:color w:val="000000"/>
          <w:sz w:val="24"/>
          <w:szCs w:val="24"/>
          <w:lang w:eastAsia="ru-RU"/>
        </w:rPr>
        <w:t xml:space="preserve"> Увидел жёлтые листья и тоже наколол.  </w:t>
      </w: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Заметил, наконец, в голубой луже голубую звёздочку. Тоже хотел наколоть – да ничего не вышло. Подумал ёжик, подумал и накрыл её лопушком: пусть до утра полежит.  </w:t>
      </w: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утром под лопухом вместо голубой звезды нашёл большое красивое солнышко.  </w:t>
      </w: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Вот ёж смеялся! Очень. </w:t>
      </w: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Прочитай вопросы. Выбери правильный ответ</w:t>
      </w:r>
      <w:r w:rsidRPr="00765081">
        <w:rPr>
          <w:rFonts w:ascii="Times New Roman" w:eastAsia="Times New Roman" w:hAnsi="Times New Roman" w:cs="Times New Roman"/>
          <w:color w:val="000000"/>
          <w:sz w:val="24"/>
          <w:szCs w:val="24"/>
          <w:lang w:eastAsia="ru-RU"/>
        </w:rPr>
        <w:t>.</w: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rsidR="00BB14C5" w:rsidRPr="00765081" w:rsidRDefault="00BB14C5" w:rsidP="0089011F">
      <w:pPr>
        <w:numPr>
          <w:ilvl w:val="0"/>
          <w:numId w:val="46"/>
        </w:numPr>
        <w:shd w:val="clear" w:color="auto" w:fill="FFFFFF" w:themeFill="background1"/>
        <w:spacing w:after="0" w:line="240" w:lineRule="auto"/>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Где гулял Ёж?</w:t>
      </w:r>
    </w:p>
    <w:p w:rsidR="00BB14C5" w:rsidRPr="00765081" w:rsidRDefault="00BB14C5" w:rsidP="00BB14C5">
      <w:pPr>
        <w:shd w:val="clear" w:color="auto" w:fill="FFFFFF" w:themeFill="background1"/>
        <w:spacing w:after="0" w:line="240" w:lineRule="auto"/>
        <w:ind w:left="720"/>
        <w:contextualSpacing/>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ind w:left="72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А) по полянке                    Б) в лесу                    В) в ельнике</w:t>
      </w:r>
    </w:p>
    <w:p w:rsidR="00BB14C5" w:rsidRPr="00765081" w:rsidRDefault="00BB14C5" w:rsidP="00BB14C5">
      <w:pPr>
        <w:shd w:val="clear" w:color="auto" w:fill="FFFFFF" w:themeFill="background1"/>
        <w:spacing w:after="0" w:line="240" w:lineRule="auto"/>
        <w:ind w:left="720"/>
        <w:contextualSpacing/>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2) Что наколол на иголки ёжик?</w: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ind w:left="720"/>
        <w:contextualSpacing/>
        <w:rPr>
          <w:rFonts w:ascii="Times New Roman" w:eastAsia="Times New Roman" w:hAnsi="Times New Roman" w:cs="Times New Roman"/>
          <w:color w:val="000000"/>
          <w:sz w:val="24"/>
          <w:szCs w:val="24"/>
          <w:lang w:eastAsia="ru-RU"/>
        </w:rPr>
      </w:pPr>
      <w:proofErr w:type="gramStart"/>
      <w:r w:rsidRPr="00765081">
        <w:rPr>
          <w:rFonts w:ascii="Times New Roman" w:eastAsia="Times New Roman" w:hAnsi="Times New Roman" w:cs="Times New Roman"/>
          <w:color w:val="000000"/>
          <w:sz w:val="24"/>
          <w:szCs w:val="24"/>
          <w:lang w:eastAsia="ru-RU"/>
        </w:rPr>
        <w:t xml:space="preserve">А) яблочко)                       Б) грибок                  В) </w:t>
      </w:r>
      <w:proofErr w:type="spellStart"/>
      <w:r w:rsidRPr="00765081">
        <w:rPr>
          <w:rFonts w:ascii="Times New Roman" w:eastAsia="Times New Roman" w:hAnsi="Times New Roman" w:cs="Times New Roman"/>
          <w:color w:val="000000"/>
          <w:sz w:val="24"/>
          <w:szCs w:val="24"/>
          <w:lang w:eastAsia="ru-RU"/>
        </w:rPr>
        <w:t>клюквинку</w:t>
      </w:r>
      <w:proofErr w:type="spellEnd"/>
      <w:proofErr w:type="gramEnd"/>
    </w:p>
    <w:p w:rsidR="00BB14C5" w:rsidRPr="00765081" w:rsidRDefault="00BB14C5" w:rsidP="00BB14C5">
      <w:pPr>
        <w:shd w:val="clear" w:color="auto" w:fill="FFFFFF" w:themeFill="background1"/>
        <w:spacing w:after="0" w:line="240" w:lineRule="auto"/>
        <w:ind w:left="720"/>
        <w:contextualSpacing/>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b/>
          <w:bCs/>
          <w:color w:val="000000"/>
          <w:sz w:val="24"/>
          <w:szCs w:val="24"/>
          <w:u w:val="single"/>
          <w:lang w:eastAsia="ru-RU"/>
        </w:rPr>
      </w:pPr>
      <w:r w:rsidRPr="00765081">
        <w:rPr>
          <w:rFonts w:ascii="Times New Roman" w:eastAsia="Times New Roman" w:hAnsi="Times New Roman" w:cs="Times New Roman"/>
          <w:b/>
          <w:bCs/>
          <w:color w:val="000000"/>
          <w:sz w:val="24"/>
          <w:szCs w:val="24"/>
          <w:u w:val="single"/>
          <w:lang w:eastAsia="ru-RU"/>
        </w:rPr>
        <w:t>Ответь на вопросы письменно</w:t>
      </w:r>
    </w:p>
    <w:p w:rsidR="00BB14C5" w:rsidRPr="00765081" w:rsidRDefault="00BB14C5" w:rsidP="00BB14C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3.Что заметил ёжик в пруду?__________________________</w:t>
      </w:r>
    </w:p>
    <w:p w:rsidR="00BB14C5" w:rsidRPr="00765081" w:rsidRDefault="00BB14C5" w:rsidP="00BB14C5">
      <w:pPr>
        <w:shd w:val="clear" w:color="auto" w:fill="FFFFFF" w:themeFill="background1"/>
        <w:spacing w:after="0" w:line="240" w:lineRule="auto"/>
        <w:ind w:left="720"/>
        <w:contextualSpacing/>
        <w:textAlignment w:val="baseline"/>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4.Чем накрыл ёжик звёздочку?________________________</w:t>
      </w:r>
    </w:p>
    <w:p w:rsidR="00BB14C5" w:rsidRPr="00765081" w:rsidRDefault="00BB14C5" w:rsidP="00BB14C5">
      <w:pPr>
        <w:shd w:val="clear" w:color="auto" w:fill="FFFFFF" w:themeFill="background1"/>
        <w:ind w:left="720"/>
        <w:contextualSpacing/>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ind w:left="720"/>
        <w:contextualSpacing/>
        <w:textAlignment w:val="baseline"/>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5.Что утром под лопухом увидел ёжик?________________________</w:t>
      </w:r>
    </w:p>
    <w:p w:rsidR="00BB14C5" w:rsidRPr="00765081" w:rsidRDefault="00BB14C5" w:rsidP="00BB14C5">
      <w:pPr>
        <w:shd w:val="clear" w:color="auto" w:fill="FFFFFF" w:themeFill="background1"/>
        <w:spacing w:after="0" w:line="240" w:lineRule="auto"/>
        <w:ind w:left="720"/>
        <w:contextualSpacing/>
        <w:textAlignment w:val="baseline"/>
        <w:rPr>
          <w:rFonts w:ascii="Times New Roman" w:eastAsia="Times New Roman" w:hAnsi="Times New Roman" w:cs="Times New Roman"/>
          <w:color w:val="000000"/>
          <w:sz w:val="24"/>
          <w:szCs w:val="24"/>
          <w:lang w:eastAsia="ru-RU"/>
        </w:rPr>
      </w:pPr>
    </w:p>
    <w:p w:rsidR="00BB14C5" w:rsidRPr="00765081" w:rsidRDefault="00BB14C5" w:rsidP="00BB14C5">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u w:val="single"/>
          <w:lang w:eastAsia="ru-RU"/>
        </w:rPr>
        <w:t>Продолжи предложение</w:t>
      </w:r>
    </w:p>
    <w:p w:rsidR="00BB14C5" w:rsidRPr="00765081" w:rsidRDefault="00BB14C5" w:rsidP="0089011F">
      <w:pPr>
        <w:numPr>
          <w:ilvl w:val="0"/>
          <w:numId w:val="47"/>
        </w:numPr>
        <w:shd w:val="clear" w:color="auto" w:fill="FFFFFF" w:themeFill="background1"/>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Вот ёж____________________</w:t>
      </w: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b/>
          <w:bCs/>
          <w:color w:val="000000"/>
          <w:sz w:val="24"/>
          <w:szCs w:val="24"/>
          <w:lang w:eastAsia="ru-RU"/>
        </w:rPr>
      </w:pPr>
    </w:p>
    <w:p w:rsidR="006B297A" w:rsidRPr="00765081" w:rsidRDefault="006B297A" w:rsidP="00BB14C5">
      <w:pPr>
        <w:shd w:val="clear" w:color="auto" w:fill="FFFFFF" w:themeFill="background1"/>
        <w:spacing w:after="0" w:line="240" w:lineRule="auto"/>
        <w:ind w:left="786" w:hanging="786"/>
        <w:jc w:val="center"/>
        <w:rPr>
          <w:rFonts w:ascii="Times New Roman" w:eastAsia="Times New Roman" w:hAnsi="Times New Roman" w:cs="Times New Roman"/>
          <w:b/>
          <w:bCs/>
          <w:color w:val="000000"/>
          <w:sz w:val="24"/>
          <w:szCs w:val="24"/>
          <w:lang w:eastAsia="ru-RU"/>
        </w:rPr>
      </w:pPr>
    </w:p>
    <w:p w:rsidR="006B297A" w:rsidRPr="00765081" w:rsidRDefault="006B297A" w:rsidP="00BB14C5">
      <w:pPr>
        <w:shd w:val="clear" w:color="auto" w:fill="FFFFFF" w:themeFill="background1"/>
        <w:spacing w:after="0" w:line="240" w:lineRule="auto"/>
        <w:ind w:left="786" w:hanging="786"/>
        <w:jc w:val="center"/>
        <w:rPr>
          <w:rFonts w:ascii="Times New Roman" w:eastAsia="Times New Roman" w:hAnsi="Times New Roman" w:cs="Times New Roman"/>
          <w:b/>
          <w:bCs/>
          <w:color w:val="000000"/>
          <w:sz w:val="24"/>
          <w:szCs w:val="24"/>
          <w:lang w:eastAsia="ru-RU"/>
        </w:rPr>
      </w:pP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Система оценивания контрольной работы</w:t>
      </w:r>
    </w:p>
    <w:p w:rsidR="00BB14C5" w:rsidRPr="00765081" w:rsidRDefault="00BB14C5" w:rsidP="00BB14C5">
      <w:pPr>
        <w:shd w:val="clear" w:color="auto" w:fill="FFFFFF" w:themeFill="background1"/>
        <w:spacing w:after="0" w:line="240" w:lineRule="auto"/>
        <w:ind w:left="786" w:hanging="786"/>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 </w:t>
      </w:r>
    </w:p>
    <w:tbl>
      <w:tblPr>
        <w:tblW w:w="8019" w:type="dxa"/>
        <w:tblInd w:w="-114" w:type="dxa"/>
        <w:shd w:val="clear" w:color="auto" w:fill="FFFFFF"/>
        <w:tblCellMar>
          <w:top w:w="15" w:type="dxa"/>
          <w:left w:w="15" w:type="dxa"/>
          <w:bottom w:w="15" w:type="dxa"/>
          <w:right w:w="15" w:type="dxa"/>
        </w:tblCellMar>
        <w:tblLook w:val="04A0"/>
      </w:tblPr>
      <w:tblGrid>
        <w:gridCol w:w="4333"/>
        <w:gridCol w:w="3686"/>
      </w:tblGrid>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lastRenderedPageBreak/>
              <w:t>Задания</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Количество баллов</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б</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 вопрос</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5 б </w:t>
            </w:r>
          </w:p>
        </w:tc>
      </w:tr>
      <w:tr w:rsidR="00BB14C5" w:rsidRPr="00765081" w:rsidTr="0004034E">
        <w:tc>
          <w:tcPr>
            <w:tcW w:w="4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Итого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14C5" w:rsidRPr="00765081" w:rsidRDefault="00BB14C5" w:rsidP="0004034E">
            <w:pPr>
              <w:shd w:val="clear" w:color="auto" w:fill="FFFFFF" w:themeFill="background1"/>
              <w:spacing w:after="0" w:line="0"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14 б</w:t>
            </w:r>
          </w:p>
        </w:tc>
      </w:tr>
    </w:tbl>
    <w:p w:rsidR="00BB14C5" w:rsidRPr="00765081" w:rsidRDefault="00BB14C5" w:rsidP="00BB14C5">
      <w:pPr>
        <w:shd w:val="clear" w:color="auto" w:fill="FFFFFF" w:themeFill="background1"/>
        <w:rPr>
          <w:rFonts w:ascii="Times New Roman" w:eastAsia="Calibri" w:hAnsi="Times New Roman" w:cs="Times New Roman"/>
          <w:sz w:val="24"/>
          <w:szCs w:val="24"/>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Повышенный  уровень - </w:t>
            </w:r>
            <w:r w:rsidRPr="00765081">
              <w:rPr>
                <w:rFonts w:eastAsia="Calibri"/>
                <w:sz w:val="24"/>
                <w:szCs w:val="24"/>
                <w:lang w:bidi="en-US"/>
              </w:rPr>
              <w:t>нет ошибок      14б</w:t>
            </w:r>
          </w:p>
        </w:tc>
      </w:tr>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Средний уровень - </w:t>
            </w:r>
            <w:r w:rsidRPr="00765081">
              <w:rPr>
                <w:rFonts w:eastAsia="Calibri"/>
                <w:sz w:val="24"/>
                <w:szCs w:val="24"/>
                <w:lang w:bidi="en-US"/>
              </w:rPr>
              <w:t>не более двух  ошибок 13-12б</w:t>
            </w:r>
          </w:p>
        </w:tc>
      </w:tr>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Базовый   уровень - </w:t>
            </w:r>
            <w:r w:rsidRPr="00765081">
              <w:rPr>
                <w:rFonts w:eastAsia="Calibri"/>
                <w:sz w:val="24"/>
                <w:szCs w:val="24"/>
                <w:lang w:bidi="en-US"/>
              </w:rPr>
              <w:t>допущено 3 – 4 ошибки 11-10б</w:t>
            </w:r>
          </w:p>
        </w:tc>
      </w:tr>
      <w:tr w:rsidR="00BB14C5" w:rsidRPr="00765081" w:rsidTr="0004034E">
        <w:tc>
          <w:tcPr>
            <w:tcW w:w="9606" w:type="dxa"/>
            <w:hideMark/>
          </w:tcPr>
          <w:p w:rsidR="00BB14C5" w:rsidRPr="00765081" w:rsidRDefault="00BB14C5" w:rsidP="0004034E">
            <w:pPr>
              <w:shd w:val="clear" w:color="auto" w:fill="FFFFFF" w:themeFill="background1"/>
              <w:spacing w:after="160" w:line="256" w:lineRule="auto"/>
              <w:rPr>
                <w:rFonts w:eastAsia="Calibri"/>
                <w:sz w:val="24"/>
                <w:szCs w:val="24"/>
                <w:shd w:val="clear" w:color="auto" w:fill="FFFFFF"/>
              </w:rPr>
            </w:pPr>
            <w:r w:rsidRPr="00765081">
              <w:rPr>
                <w:rFonts w:eastAsia="Calibri"/>
                <w:sz w:val="24"/>
                <w:szCs w:val="24"/>
                <w:shd w:val="clear" w:color="auto" w:fill="FFFFFF"/>
              </w:rPr>
              <w:t xml:space="preserve">Ниже базового  уровня - </w:t>
            </w:r>
            <w:r w:rsidRPr="00765081">
              <w:rPr>
                <w:rFonts w:eastAsia="Calibri"/>
                <w:sz w:val="24"/>
                <w:szCs w:val="24"/>
                <w:lang w:bidi="en-US"/>
              </w:rPr>
              <w:t>допущено 5 и более ошибок  9б и менее</w:t>
            </w:r>
          </w:p>
        </w:tc>
      </w:tr>
    </w:tbl>
    <w:p w:rsidR="00BB14C5" w:rsidRPr="00765081" w:rsidRDefault="00BB14C5" w:rsidP="00BB14C5">
      <w:pPr>
        <w:rPr>
          <w:rFonts w:ascii="Times New Roman" w:hAnsi="Times New Roman" w:cs="Times New Roman"/>
          <w:sz w:val="24"/>
          <w:szCs w:val="24"/>
        </w:rPr>
      </w:pPr>
    </w:p>
    <w:p w:rsidR="006B297A" w:rsidRPr="00765081" w:rsidRDefault="006B297A" w:rsidP="00BB14C5">
      <w:pPr>
        <w:rPr>
          <w:rFonts w:ascii="Times New Roman" w:hAnsi="Times New Roman" w:cs="Times New Roman"/>
          <w:sz w:val="24"/>
          <w:szCs w:val="24"/>
        </w:rPr>
      </w:pPr>
      <w:r w:rsidRPr="00765081">
        <w:rPr>
          <w:rFonts w:ascii="Times New Roman" w:hAnsi="Times New Roman" w:cs="Times New Roman"/>
          <w:sz w:val="24"/>
          <w:szCs w:val="24"/>
        </w:rPr>
        <w:t>2 класс.</w:t>
      </w:r>
    </w:p>
    <w:p w:rsidR="006B297A" w:rsidRPr="00765081" w:rsidRDefault="006B297A" w:rsidP="006B297A">
      <w:pPr>
        <w:spacing w:after="0" w:line="240" w:lineRule="auto"/>
        <w:jc w:val="center"/>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 xml:space="preserve">Входная контрольная работа № 1 </w:t>
      </w:r>
    </w:p>
    <w:p w:rsidR="006B297A" w:rsidRPr="00765081" w:rsidRDefault="006B297A" w:rsidP="006B297A">
      <w:pPr>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Цель:</w:t>
      </w:r>
      <w:r w:rsidRPr="00765081">
        <w:rPr>
          <w:rFonts w:ascii="Times New Roman" w:eastAsia="Times New Roman" w:hAnsi="Times New Roman" w:cs="Times New Roman"/>
          <w:color w:val="000000"/>
          <w:sz w:val="24"/>
          <w:szCs w:val="24"/>
          <w:lang w:eastAsia="ru-RU"/>
        </w:rPr>
        <w:t xml:space="preserve"> отслеживание уровня учебных достижений по литературному чтению за пройденный курс 1 класса.</w:t>
      </w:r>
    </w:p>
    <w:p w:rsidR="006B297A" w:rsidRPr="00765081" w:rsidRDefault="006B297A" w:rsidP="006B297A">
      <w:pPr>
        <w:autoSpaceDE w:val="0"/>
        <w:autoSpaceDN w:val="0"/>
        <w:adjustRightInd w:val="0"/>
        <w:spacing w:after="0" w:line="240" w:lineRule="auto"/>
        <w:jc w:val="center"/>
        <w:rPr>
          <w:rFonts w:ascii="Times New Roman" w:eastAsia="Times New Roman" w:hAnsi="Times New Roman" w:cs="Times New Roman"/>
          <w:spacing w:val="105"/>
          <w:sz w:val="24"/>
          <w:szCs w:val="24"/>
          <w:lang w:eastAsia="ru-RU"/>
        </w:rPr>
      </w:pPr>
    </w:p>
    <w:p w:rsidR="006B297A" w:rsidRPr="00765081" w:rsidRDefault="006B297A" w:rsidP="006B297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Вариант 1</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Прочитай текст и выполни задания. </w:t>
      </w:r>
    </w:p>
    <w:p w:rsidR="006B297A" w:rsidRPr="00765081" w:rsidRDefault="006B297A" w:rsidP="006B297A">
      <w:pPr>
        <w:spacing w:after="0" w:line="240" w:lineRule="auto"/>
        <w:ind w:firstLine="284"/>
        <w:jc w:val="center"/>
        <w:rPr>
          <w:rFonts w:ascii="Times New Roman" w:eastAsia="Calibri" w:hAnsi="Times New Roman" w:cs="Times New Roman"/>
          <w:sz w:val="24"/>
          <w:szCs w:val="24"/>
        </w:rPr>
      </w:pPr>
    </w:p>
    <w:p w:rsidR="006B297A" w:rsidRPr="00765081" w:rsidRDefault="006B297A" w:rsidP="006B297A">
      <w:pPr>
        <w:spacing w:after="0" w:line="240" w:lineRule="auto"/>
        <w:ind w:firstLine="284"/>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Митины друзья.</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Зимой лосиха с лосёнком ночевали в осиннике. Лес стоял белый под снегом. Иней оседал на ветках, на спине лосихи. Послышался хруст снега. Лосиха насторожилась. Волк мелькнул среди деревьев. Лоси помчались по снегу в лес. За ними погналась стая волков.</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Впереди беглецов – плетень у лесной </w:t>
      </w:r>
      <w:proofErr w:type="gramStart"/>
      <w:r w:rsidRPr="00765081">
        <w:rPr>
          <w:rFonts w:ascii="Times New Roman" w:eastAsia="Times New Roman" w:hAnsi="Times New Roman" w:cs="Times New Roman"/>
          <w:sz w:val="24"/>
          <w:szCs w:val="24"/>
          <w:lang w:eastAsia="ru-RU"/>
        </w:rPr>
        <w:t>сторожки</w:t>
      </w:r>
      <w:proofErr w:type="gramEnd"/>
      <w:r w:rsidRPr="00765081">
        <w:rPr>
          <w:rFonts w:ascii="Times New Roman" w:eastAsia="Times New Roman" w:hAnsi="Times New Roman" w:cs="Times New Roman"/>
          <w:sz w:val="24"/>
          <w:szCs w:val="24"/>
          <w:lang w:eastAsia="ru-RU"/>
        </w:rPr>
        <w:t xml:space="preserve"> и раскрытые ворота. Сзади – волки. Лоси остановились: куда деваться? Животные бросились прямо в ворота.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Сын лесника Митя разгребал во дворе снег. Лоси чуть не сбили его с ног. Митя выглянул в ворота, а там волки. Митя смело замахнулся лопатой и отогнал волков. Лоси оправились от </w:t>
      </w:r>
      <w:proofErr w:type="gramStart"/>
      <w:r w:rsidRPr="00765081">
        <w:rPr>
          <w:rFonts w:ascii="Times New Roman" w:eastAsia="Times New Roman" w:hAnsi="Times New Roman" w:cs="Times New Roman"/>
          <w:sz w:val="24"/>
          <w:szCs w:val="24"/>
          <w:lang w:eastAsia="ru-RU"/>
        </w:rPr>
        <w:t>испуга</w:t>
      </w:r>
      <w:proofErr w:type="gramEnd"/>
      <w:r w:rsidRPr="00765081">
        <w:rPr>
          <w:rFonts w:ascii="Times New Roman" w:eastAsia="Times New Roman" w:hAnsi="Times New Roman" w:cs="Times New Roman"/>
          <w:sz w:val="24"/>
          <w:szCs w:val="24"/>
          <w:lang w:eastAsia="ru-RU"/>
        </w:rPr>
        <w:t xml:space="preserve"> и ушли обратно в лес. Они всю зиму держались в лесу около </w:t>
      </w:r>
      <w:proofErr w:type="gramStart"/>
      <w:r w:rsidRPr="00765081">
        <w:rPr>
          <w:rFonts w:ascii="Times New Roman" w:eastAsia="Times New Roman" w:hAnsi="Times New Roman" w:cs="Times New Roman"/>
          <w:sz w:val="24"/>
          <w:szCs w:val="24"/>
          <w:lang w:eastAsia="ru-RU"/>
        </w:rPr>
        <w:t>сторожки</w:t>
      </w:r>
      <w:proofErr w:type="gramEnd"/>
      <w:r w:rsidRPr="00765081">
        <w:rPr>
          <w:rFonts w:ascii="Times New Roman" w:eastAsia="Times New Roman" w:hAnsi="Times New Roman" w:cs="Times New Roman"/>
          <w:sz w:val="24"/>
          <w:szCs w:val="24"/>
          <w:lang w:eastAsia="ru-RU"/>
        </w:rPr>
        <w:t xml:space="preserve">.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i/>
          <w:iCs/>
          <w:sz w:val="24"/>
          <w:szCs w:val="24"/>
          <w:lang w:eastAsia="ru-RU"/>
        </w:rPr>
      </w:pPr>
      <w:r w:rsidRPr="00765081">
        <w:rPr>
          <w:rFonts w:ascii="Times New Roman" w:eastAsia="Times New Roman" w:hAnsi="Times New Roman" w:cs="Times New Roman"/>
          <w:i/>
          <w:iCs/>
          <w:sz w:val="24"/>
          <w:szCs w:val="24"/>
          <w:lang w:eastAsia="ru-RU"/>
        </w:rPr>
        <w:t xml:space="preserve">(По Г. </w:t>
      </w:r>
      <w:proofErr w:type="spellStart"/>
      <w:r w:rsidRPr="00765081">
        <w:rPr>
          <w:rFonts w:ascii="Times New Roman" w:eastAsia="Times New Roman" w:hAnsi="Times New Roman" w:cs="Times New Roman"/>
          <w:i/>
          <w:iCs/>
          <w:sz w:val="24"/>
          <w:szCs w:val="24"/>
          <w:lang w:eastAsia="ru-RU"/>
        </w:rPr>
        <w:t>Скребицкому</w:t>
      </w:r>
      <w:proofErr w:type="spellEnd"/>
      <w:r w:rsidRPr="00765081">
        <w:rPr>
          <w:rFonts w:ascii="Times New Roman" w:eastAsia="Times New Roman" w:hAnsi="Times New Roman" w:cs="Times New Roman"/>
          <w:i/>
          <w:iCs/>
          <w:sz w:val="24"/>
          <w:szCs w:val="24"/>
          <w:lang w:eastAsia="ru-RU"/>
        </w:rPr>
        <w:t>.)</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lastRenderedPageBreak/>
        <w:t>1. Определи жанр прочитанного произведения?</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стихотворение</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сказка</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рассказ</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Как зовут главного героя произведения?</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Алексей</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Митя</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Игорь</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В какое время года происходят события?</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зима</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осень</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весна</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4. Каких животных спасал от волков мальчик?</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зайцев</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лосей</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оленей</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5. Как Митя смог отогнать волков?</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замахнулся палкой</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выстрелил из ружья</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замахнулся лопатой</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6. Где ночевали лосиха с лосёнком?</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в осиннике</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в ельнике</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в лесу</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7. Какую работу выполнял во дворе Митя?</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строил снеговика</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разгребал снег</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заливал каток</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8. Почему насторожилась лосиха?</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увидела волка</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услышала выстрел охотника</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послышался хруст снег</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9. Какое качество помогло мальчику отогнать волков?</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трудолюбие</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смелость</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сила</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lastRenderedPageBreak/>
        <w:t>10. Дополни предложение.</w:t>
      </w:r>
    </w:p>
    <w:p w:rsidR="006B297A" w:rsidRPr="00765081" w:rsidRDefault="006B297A" w:rsidP="006B297A">
      <w:pPr>
        <w:autoSpaceDE w:val="0"/>
        <w:autoSpaceDN w:val="0"/>
        <w:adjustRightInd w:val="0"/>
        <w:spacing w:after="0" w:line="240" w:lineRule="auto"/>
        <w:ind w:firstLine="57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Лоси оправились от испуга и…</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 ушли обратно</w:t>
      </w:r>
      <w:r w:rsidRPr="00765081">
        <w:rPr>
          <w:rFonts w:ascii="Times New Roman" w:eastAsia="Times New Roman" w:hAnsi="Times New Roman" w:cs="Times New Roman"/>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остались во дворе</w:t>
      </w:r>
      <w:r w:rsidRPr="00765081">
        <w:rPr>
          <w:rFonts w:ascii="Times New Roman" w:eastAsia="Times New Roman" w:hAnsi="Times New Roman" w:cs="Times New Roman"/>
          <w:sz w:val="24"/>
          <w:szCs w:val="24"/>
          <w:lang w:eastAsia="ru-RU"/>
        </w:rPr>
        <w:tab/>
      </w:r>
      <w:r w:rsidRPr="00765081">
        <w:rPr>
          <w:rFonts w:ascii="Times New Roman" w:eastAsia="Times New Roman" w:hAnsi="Times New Roman" w:cs="Times New Roman"/>
          <w:sz w:val="24"/>
          <w:szCs w:val="24"/>
          <w:lang w:eastAsia="ru-RU"/>
        </w:rPr>
        <w:t></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вернулись в лес</w:t>
      </w:r>
      <w:r w:rsidRPr="00765081">
        <w:rPr>
          <w:rFonts w:ascii="Times New Roman" w:eastAsia="Times New Roman" w:hAnsi="Times New Roman" w:cs="Times New Roman"/>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11. Восстанови порядок событий в тексте.</w:t>
      </w:r>
    </w:p>
    <w:p w:rsidR="006B297A" w:rsidRPr="00765081" w:rsidRDefault="006B297A" w:rsidP="006B297A">
      <w:pPr>
        <w:tabs>
          <w:tab w:val="left" w:pos="6240"/>
        </w:tabs>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 Погоня.</w:t>
      </w:r>
    </w:p>
    <w:p w:rsidR="006B297A" w:rsidRPr="00765081" w:rsidRDefault="006B297A" w:rsidP="006B297A">
      <w:pPr>
        <w:tabs>
          <w:tab w:val="left" w:pos="6240"/>
        </w:tabs>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 Во дворе лесника.</w:t>
      </w:r>
    </w:p>
    <w:p w:rsidR="006B297A" w:rsidRPr="00765081" w:rsidRDefault="006B297A" w:rsidP="006B297A">
      <w:pPr>
        <w:tabs>
          <w:tab w:val="left" w:pos="6240"/>
        </w:tabs>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 Ночь в осиннике.</w:t>
      </w:r>
    </w:p>
    <w:p w:rsidR="006B297A" w:rsidRPr="00765081" w:rsidRDefault="006B297A" w:rsidP="006B297A">
      <w:pPr>
        <w:tabs>
          <w:tab w:val="left" w:pos="6240"/>
        </w:tabs>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 Рядом с другом.</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12. Приходилось ли тебе помогать животным? Напиши об этом.</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sz w:val="24"/>
          <w:szCs w:val="24"/>
          <w:lang w:eastAsia="ru-RU"/>
        </w:rPr>
      </w:pP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Критерия  оценивания тестов:</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Ответы:</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1.  3                       </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2.  2</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3.  1</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4.  2</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5.  3</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6.  1</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7.  2</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8.  3</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9.  2</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10. 1</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11  2,3, 1, 4.</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«5» - за правильное выполнение всех заданий с 1 по 11.</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«4» - за правильное выполнение 9-10 заданий.</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 - за правильное выполнение 6-8 заданий.</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 за правильное выполнение 5 и менее заданий.</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Задание 12-ое имеет творческий характер, оценивается отдельно только правильный ответ отметкой «5».</w:t>
      </w:r>
    </w:p>
    <w:p w:rsidR="006B297A" w:rsidRPr="00765081" w:rsidRDefault="006B297A" w:rsidP="006B297A">
      <w:pPr>
        <w:spacing w:after="0" w:line="240" w:lineRule="auto"/>
        <w:jc w:val="center"/>
        <w:rPr>
          <w:rFonts w:ascii="Times New Roman" w:eastAsia="Times New Roman" w:hAnsi="Times New Roman" w:cs="Times New Roman"/>
          <w:color w:val="000000"/>
          <w:sz w:val="24"/>
          <w:szCs w:val="24"/>
          <w:lang w:eastAsia="ru-RU"/>
        </w:rPr>
      </w:pPr>
    </w:p>
    <w:p w:rsidR="006B297A" w:rsidRPr="00765081" w:rsidRDefault="006B297A" w:rsidP="006B297A">
      <w:pPr>
        <w:spacing w:after="0" w:line="240" w:lineRule="auto"/>
        <w:rPr>
          <w:rFonts w:ascii="Times New Roman" w:eastAsia="Times New Roman" w:hAnsi="Times New Roman" w:cs="Times New Roman"/>
          <w:b/>
          <w:bCs/>
          <w:color w:val="000000"/>
          <w:sz w:val="24"/>
          <w:szCs w:val="24"/>
          <w:lang w:eastAsia="ru-RU"/>
        </w:rPr>
      </w:pPr>
    </w:p>
    <w:p w:rsidR="006B297A" w:rsidRPr="00765081" w:rsidRDefault="006B297A" w:rsidP="006B297A">
      <w:pPr>
        <w:spacing w:after="0" w:line="240" w:lineRule="auto"/>
        <w:ind w:firstLine="284"/>
        <w:jc w:val="both"/>
        <w:rPr>
          <w:rFonts w:ascii="Times New Roman" w:eastAsia="Calibri" w:hAnsi="Times New Roman" w:cs="Times New Roman"/>
          <w:b/>
          <w:bCs/>
          <w:sz w:val="24"/>
          <w:szCs w:val="24"/>
        </w:rPr>
      </w:pPr>
    </w:p>
    <w:p w:rsidR="006B297A" w:rsidRPr="00765081" w:rsidRDefault="006B297A" w:rsidP="006B297A">
      <w:pPr>
        <w:spacing w:after="0" w:line="240" w:lineRule="auto"/>
        <w:jc w:val="center"/>
        <w:rPr>
          <w:rFonts w:ascii="Times New Roman" w:eastAsia="Calibri" w:hAnsi="Times New Roman" w:cs="Times New Roman"/>
          <w:b/>
          <w:bCs/>
          <w:sz w:val="24"/>
          <w:szCs w:val="24"/>
        </w:rPr>
      </w:pPr>
      <w:r w:rsidRPr="00765081">
        <w:rPr>
          <w:rFonts w:ascii="Times New Roman" w:eastAsia="Calibri" w:hAnsi="Times New Roman" w:cs="Times New Roman"/>
          <w:b/>
          <w:bCs/>
          <w:sz w:val="24"/>
          <w:szCs w:val="24"/>
        </w:rPr>
        <w:t>2 вариант</w:t>
      </w:r>
    </w:p>
    <w:p w:rsidR="006B297A" w:rsidRPr="00765081" w:rsidRDefault="006B297A" w:rsidP="006B29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Прочитай текст и выполни задания. </w:t>
      </w:r>
    </w:p>
    <w:p w:rsidR="006B297A" w:rsidRPr="00765081" w:rsidRDefault="006B297A" w:rsidP="006B297A">
      <w:pPr>
        <w:autoSpaceDE w:val="0"/>
        <w:autoSpaceDN w:val="0"/>
        <w:adjustRightInd w:val="0"/>
        <w:spacing w:after="0" w:line="240" w:lineRule="auto"/>
        <w:jc w:val="center"/>
        <w:rPr>
          <w:rFonts w:ascii="Times New Roman" w:eastAsia="Times New Roman" w:hAnsi="Times New Roman" w:cs="Times New Roman"/>
          <w:caps/>
          <w:color w:val="000000"/>
          <w:sz w:val="24"/>
          <w:szCs w:val="24"/>
          <w:lang w:eastAsia="ru-RU"/>
        </w:rPr>
      </w:pPr>
    </w:p>
    <w:p w:rsidR="006B297A" w:rsidRPr="00765081" w:rsidRDefault="006B297A" w:rsidP="006B297A">
      <w:pPr>
        <w:autoSpaceDE w:val="0"/>
        <w:autoSpaceDN w:val="0"/>
        <w:adjustRightInd w:val="0"/>
        <w:spacing w:after="0" w:line="240" w:lineRule="auto"/>
        <w:jc w:val="center"/>
        <w:rPr>
          <w:rFonts w:ascii="Times New Roman" w:eastAsia="Times New Roman" w:hAnsi="Times New Roman" w:cs="Times New Roman"/>
          <w:caps/>
          <w:color w:val="000000"/>
          <w:sz w:val="24"/>
          <w:szCs w:val="24"/>
          <w:lang w:eastAsia="ru-RU"/>
        </w:rPr>
      </w:pPr>
      <w:r w:rsidRPr="00765081">
        <w:rPr>
          <w:rFonts w:ascii="Times New Roman" w:eastAsia="Times New Roman" w:hAnsi="Times New Roman" w:cs="Times New Roman"/>
          <w:caps/>
          <w:color w:val="000000"/>
          <w:sz w:val="24"/>
          <w:szCs w:val="24"/>
          <w:lang w:eastAsia="ru-RU"/>
        </w:rPr>
        <w:t>Тополя</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От станции до посёлка Малиновка не более километра. Дорога была на редкость прямой. По обе стороны её росли чудесные тополя. Они украшали местность, радовали глаз. Мне рассказали удивительную историю о них.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Мальчик прочитал статью о тополях. Он узнал, что из веточки может вырасти дерево. Об этом он сообщил другу. Ранней весной обрезали тополя. Ветки складывали в кучу и сжигали. Мальчики решили взять их. Они наготовили две тысячи черенков. Ранним утром и поздним вечером ребята бежали на дорогу. Они высаживали свои тополя, ухаживали за ними.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Прошло несколько лет. Я смотрел на аллею и думал, как много заключено в настойчивых руках.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i/>
          <w:iCs/>
          <w:color w:val="000000"/>
          <w:sz w:val="24"/>
          <w:szCs w:val="24"/>
          <w:lang w:eastAsia="ru-RU"/>
        </w:rPr>
      </w:pPr>
      <w:r w:rsidRPr="00765081">
        <w:rPr>
          <w:rFonts w:ascii="Times New Roman" w:eastAsia="Times New Roman" w:hAnsi="Times New Roman" w:cs="Times New Roman"/>
          <w:i/>
          <w:iCs/>
          <w:color w:val="000000"/>
          <w:sz w:val="24"/>
          <w:szCs w:val="24"/>
          <w:lang w:eastAsia="ru-RU"/>
        </w:rPr>
        <w:t>(По Е. Пермяку.)</w:t>
      </w:r>
    </w:p>
    <w:p w:rsidR="006B297A" w:rsidRPr="00765081" w:rsidRDefault="006B297A" w:rsidP="006B297A">
      <w:pPr>
        <w:spacing w:after="0" w:line="240" w:lineRule="auto"/>
        <w:ind w:firstLine="284"/>
        <w:jc w:val="center"/>
        <w:rPr>
          <w:rFonts w:ascii="Times New Roman" w:eastAsia="Calibri" w:hAnsi="Times New Roman" w:cs="Times New Roman"/>
          <w:spacing w:val="45"/>
          <w:sz w:val="24"/>
          <w:szCs w:val="24"/>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Определи жанр данного произведения.</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басня</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2) рассказ </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сказка</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О каких деревьях идёт речь в тексте.</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о тополях</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о клёнах</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о берёзах</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От имени кого идёт повествование.</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от 1-го лица</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от мальчиков</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от автора</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 Какое расстояние от посёлка до станции.</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не менее километра</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километр</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не более километра</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 Откуда получил информацию мальчик.</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прочитал статью</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спросил у взрослых</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понаблюдал в природе</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 В какое время года проводят обрезку тополей.</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ранней весной</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поздней осенью</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ранней осенью</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7. </w:t>
      </w:r>
      <w:r w:rsidRPr="00765081">
        <w:rPr>
          <w:rFonts w:ascii="Times New Roman" w:eastAsia="Times New Roman" w:hAnsi="Times New Roman" w:cs="Times New Roman"/>
          <w:color w:val="000000"/>
          <w:spacing w:val="-15"/>
          <w:sz w:val="24"/>
          <w:szCs w:val="24"/>
          <w:lang w:eastAsia="ru-RU"/>
        </w:rPr>
        <w:t>З</w:t>
      </w:r>
      <w:r w:rsidRPr="00765081">
        <w:rPr>
          <w:rFonts w:ascii="Times New Roman" w:eastAsia="Times New Roman" w:hAnsi="Times New Roman" w:cs="Times New Roman"/>
          <w:color w:val="000000"/>
          <w:sz w:val="24"/>
          <w:szCs w:val="24"/>
          <w:lang w:eastAsia="ru-RU"/>
        </w:rPr>
        <w:t xml:space="preserve">ачем </w:t>
      </w:r>
      <w:r w:rsidRPr="00765081">
        <w:rPr>
          <w:rFonts w:ascii="Times New Roman" w:eastAsia="Times New Roman" w:hAnsi="Times New Roman" w:cs="Times New Roman"/>
          <w:color w:val="000000"/>
          <w:spacing w:val="-15"/>
          <w:sz w:val="24"/>
          <w:szCs w:val="24"/>
          <w:lang w:eastAsia="ru-RU"/>
        </w:rPr>
        <w:t>мальчики</w:t>
      </w:r>
      <w:r w:rsidRPr="00765081">
        <w:rPr>
          <w:rFonts w:ascii="Times New Roman" w:eastAsia="Times New Roman" w:hAnsi="Times New Roman" w:cs="Times New Roman"/>
          <w:color w:val="000000"/>
          <w:sz w:val="24"/>
          <w:szCs w:val="24"/>
          <w:lang w:eastAsia="ru-RU"/>
        </w:rPr>
        <w:t xml:space="preserve"> решили взять </w:t>
      </w:r>
      <w:r w:rsidRPr="00765081">
        <w:rPr>
          <w:rFonts w:ascii="Times New Roman" w:eastAsia="Times New Roman" w:hAnsi="Times New Roman" w:cs="Times New Roman"/>
          <w:color w:val="000000"/>
          <w:spacing w:val="-15"/>
          <w:sz w:val="24"/>
          <w:szCs w:val="24"/>
          <w:lang w:eastAsia="ru-RU"/>
        </w:rPr>
        <w:t>обрезанные</w:t>
      </w:r>
      <w:r w:rsidRPr="00765081">
        <w:rPr>
          <w:rFonts w:ascii="Times New Roman" w:eastAsia="Times New Roman" w:hAnsi="Times New Roman" w:cs="Times New Roman"/>
          <w:color w:val="000000"/>
          <w:sz w:val="24"/>
          <w:szCs w:val="24"/>
          <w:lang w:eastAsia="ru-RU"/>
        </w:rPr>
        <w:t xml:space="preserve"> ветки.</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построить шалаш</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lastRenderedPageBreak/>
        <w:t>2) наготовили черенков</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сжечь</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8. С кем мальчик сажал тополя.</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с родителями</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один</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с другом</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9. Сколько времени потребовалось, чтобы выросла аллея.</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1) несколько лет </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10 лет</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много времени</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10. Дополни предложение.</w:t>
      </w:r>
    </w:p>
    <w:p w:rsidR="006B297A" w:rsidRPr="00765081" w:rsidRDefault="006B297A" w:rsidP="006B297A">
      <w:pPr>
        <w:autoSpaceDE w:val="0"/>
        <w:autoSpaceDN w:val="0"/>
        <w:adjustRightInd w:val="0"/>
        <w:spacing w:after="0" w:line="240" w:lineRule="auto"/>
        <w:ind w:firstLine="570"/>
        <w:jc w:val="both"/>
        <w:rPr>
          <w:rFonts w:ascii="Times New Roman" w:eastAsia="Times New Roman" w:hAnsi="Times New Roman" w:cs="Times New Roman"/>
          <w:i/>
          <w:iCs/>
          <w:color w:val="000000"/>
          <w:sz w:val="24"/>
          <w:szCs w:val="24"/>
          <w:lang w:eastAsia="ru-RU"/>
        </w:rPr>
      </w:pPr>
      <w:r w:rsidRPr="00765081">
        <w:rPr>
          <w:rFonts w:ascii="Times New Roman" w:eastAsia="Times New Roman" w:hAnsi="Times New Roman" w:cs="Times New Roman"/>
          <w:i/>
          <w:iCs/>
          <w:color w:val="000000"/>
          <w:sz w:val="24"/>
          <w:szCs w:val="24"/>
          <w:lang w:eastAsia="ru-RU"/>
        </w:rPr>
        <w:t>Они высаживали свои тополя, …</w:t>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поливали их</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ухаживали за ними</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tabs>
          <w:tab w:val="left" w:pos="6240"/>
        </w:tabs>
        <w:autoSpaceDE w:val="0"/>
        <w:autoSpaceDN w:val="0"/>
        <w:adjustRightInd w:val="0"/>
        <w:spacing w:after="0" w:line="240" w:lineRule="auto"/>
        <w:ind w:firstLine="114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окапывали деревья</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11. Восстанови порядок событий в тексте.</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 О чём задумался автор?</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 Дорогу украшают тополя.</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 Удивительная история.</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12. Приходилось ли тебе совершать добрые дела? Напиши об этом.</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Cs/>
          <w:color w:val="000000"/>
          <w:sz w:val="24"/>
          <w:szCs w:val="24"/>
          <w:lang w:eastAsia="ru-RU"/>
        </w:rPr>
        <w:t>Критерии оценивания тестов:</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 - за правильное выполнение всех заданий с 1 по 11.</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 - за правильное выполнение 9-10 заданий.</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 за правильное выполнение 6-8 заданий.</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 за правильное выполнение 5 и менее заданий.</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Задание 12-ое имеет творческий характер, оценивается отдельно только правильный ответ отметкой «5».</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Ответы:</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w:t>
      </w:r>
      <w:r w:rsidRPr="00765081">
        <w:rPr>
          <w:rFonts w:ascii="Times New Roman" w:eastAsia="Times New Roman" w:hAnsi="Times New Roman" w:cs="Times New Roman"/>
          <w:color w:val="000000"/>
          <w:sz w:val="24"/>
          <w:szCs w:val="24"/>
          <w:lang w:eastAsia="ru-RU"/>
        </w:rPr>
        <w:tab/>
        <w:t xml:space="preserve"> 2</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w:t>
      </w:r>
      <w:r w:rsidRPr="00765081">
        <w:rPr>
          <w:rFonts w:ascii="Times New Roman" w:eastAsia="Times New Roman" w:hAnsi="Times New Roman" w:cs="Times New Roman"/>
          <w:color w:val="000000"/>
          <w:sz w:val="24"/>
          <w:szCs w:val="24"/>
          <w:lang w:eastAsia="ru-RU"/>
        </w:rPr>
        <w:tab/>
        <w:t xml:space="preserve"> 1</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w:t>
      </w:r>
      <w:r w:rsidRPr="00765081">
        <w:rPr>
          <w:rFonts w:ascii="Times New Roman" w:eastAsia="Times New Roman" w:hAnsi="Times New Roman" w:cs="Times New Roman"/>
          <w:color w:val="000000"/>
          <w:sz w:val="24"/>
          <w:szCs w:val="24"/>
          <w:lang w:eastAsia="ru-RU"/>
        </w:rPr>
        <w:tab/>
        <w:t xml:space="preserve"> 1</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w:t>
      </w:r>
      <w:r w:rsidRPr="00765081">
        <w:rPr>
          <w:rFonts w:ascii="Times New Roman" w:eastAsia="Times New Roman" w:hAnsi="Times New Roman" w:cs="Times New Roman"/>
          <w:color w:val="000000"/>
          <w:sz w:val="24"/>
          <w:szCs w:val="24"/>
          <w:lang w:eastAsia="ru-RU"/>
        </w:rPr>
        <w:tab/>
        <w:t xml:space="preserve"> 3</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w:t>
      </w:r>
      <w:r w:rsidRPr="00765081">
        <w:rPr>
          <w:rFonts w:ascii="Times New Roman" w:eastAsia="Times New Roman" w:hAnsi="Times New Roman" w:cs="Times New Roman"/>
          <w:color w:val="000000"/>
          <w:sz w:val="24"/>
          <w:szCs w:val="24"/>
          <w:lang w:eastAsia="ru-RU"/>
        </w:rPr>
        <w:tab/>
        <w:t xml:space="preserve"> 1</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w:t>
      </w:r>
      <w:r w:rsidRPr="00765081">
        <w:rPr>
          <w:rFonts w:ascii="Times New Roman" w:eastAsia="Times New Roman" w:hAnsi="Times New Roman" w:cs="Times New Roman"/>
          <w:color w:val="000000"/>
          <w:sz w:val="24"/>
          <w:szCs w:val="24"/>
          <w:lang w:eastAsia="ru-RU"/>
        </w:rPr>
        <w:tab/>
        <w:t xml:space="preserve"> 1</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w:t>
      </w:r>
      <w:r w:rsidRPr="00765081">
        <w:rPr>
          <w:rFonts w:ascii="Times New Roman" w:eastAsia="Times New Roman" w:hAnsi="Times New Roman" w:cs="Times New Roman"/>
          <w:color w:val="000000"/>
          <w:sz w:val="24"/>
          <w:szCs w:val="24"/>
          <w:lang w:eastAsia="ru-RU"/>
        </w:rPr>
        <w:tab/>
        <w:t xml:space="preserve"> 2</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8.</w:t>
      </w:r>
      <w:r w:rsidRPr="00765081">
        <w:rPr>
          <w:rFonts w:ascii="Times New Roman" w:eastAsia="Times New Roman" w:hAnsi="Times New Roman" w:cs="Times New Roman"/>
          <w:color w:val="000000"/>
          <w:sz w:val="24"/>
          <w:szCs w:val="24"/>
          <w:lang w:eastAsia="ru-RU"/>
        </w:rPr>
        <w:tab/>
        <w:t xml:space="preserve"> 3</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lastRenderedPageBreak/>
        <w:t>9.</w:t>
      </w:r>
      <w:r w:rsidRPr="00765081">
        <w:rPr>
          <w:rFonts w:ascii="Times New Roman" w:eastAsia="Times New Roman" w:hAnsi="Times New Roman" w:cs="Times New Roman"/>
          <w:color w:val="000000"/>
          <w:sz w:val="24"/>
          <w:szCs w:val="24"/>
          <w:lang w:eastAsia="ru-RU"/>
        </w:rPr>
        <w:tab/>
        <w:t xml:space="preserve"> 1</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10. 2</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11.2, 1,3</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b/>
          <w:color w:val="000000"/>
          <w:sz w:val="24"/>
          <w:szCs w:val="24"/>
          <w:lang w:eastAsia="ru-RU"/>
        </w:rPr>
      </w:pPr>
      <w:r w:rsidRPr="00765081">
        <w:rPr>
          <w:rFonts w:ascii="Times New Roman" w:eastAsia="Times New Roman" w:hAnsi="Times New Roman" w:cs="Times New Roman"/>
          <w:b/>
          <w:color w:val="000000"/>
          <w:sz w:val="24"/>
          <w:szCs w:val="24"/>
          <w:lang w:eastAsia="ru-RU"/>
        </w:rPr>
        <w:t>Контрольная работа № 2 по теме: «Братья наши меньшие»</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color w:val="000000"/>
          <w:sz w:val="24"/>
          <w:szCs w:val="24"/>
          <w:lang w:eastAsia="ru-RU"/>
        </w:rPr>
        <w:t xml:space="preserve">                                1 вариант.</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Ф.И.________________________________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Кто обижал утят в рассказе М.М. Пришвина «Ребята и утята»?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утка         б) ребята            в) лиса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Как звали храброго утёнка в рассказе Б. Житкова?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Кряк       б) Алёша         в) Серёжа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На чём играл старый медвежатник?</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на гармони        б) на скрипке         в) на балалайке</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4. Укажи    название стихотворения, из которого эти строки: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Но подрос сынок приёмный и теперь он пёс огромный.</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«Жила – была собака»     б) «Кто кем становится?»  в) «Кошкин щенок»</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5.  Как называется рассказ  В. Бианки, в котором встретились два любителя музыки?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«Медведь»      б) «Музыкант»      в) «Медвежатник»</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 Узнай произведение по опорным словам и запиши названия:</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w:t>
      </w:r>
      <w:proofErr w:type="gramStart"/>
      <w:r w:rsidRPr="00765081">
        <w:rPr>
          <w:rFonts w:ascii="Times New Roman" w:eastAsia="Times New Roman" w:hAnsi="Times New Roman" w:cs="Times New Roman"/>
          <w:color w:val="000000"/>
          <w:sz w:val="24"/>
          <w:szCs w:val="24"/>
          <w:lang w:eastAsia="ru-RU"/>
        </w:rPr>
        <w:t xml:space="preserve"> )</w:t>
      </w:r>
      <w:proofErr w:type="gramEnd"/>
      <w:r w:rsidRPr="00765081">
        <w:rPr>
          <w:rFonts w:ascii="Times New Roman" w:eastAsia="Times New Roman" w:hAnsi="Times New Roman" w:cs="Times New Roman"/>
          <w:color w:val="000000"/>
          <w:sz w:val="24"/>
          <w:szCs w:val="24"/>
          <w:lang w:eastAsia="ru-RU"/>
        </w:rPr>
        <w:t xml:space="preserve"> Старик, мыши, клевер, корова - ______________________________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б) Утята, Алёша, стрекоза-____________________________________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 Узнай героя произведения по его описанию.</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А) Отчаянная голова, нос крючком, уши торчком. 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Б) Он пыхтел и топал ногами по ночам. 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8. Где жили мальчики из рассказа Е. Чарушина «Страшный рассказ»?</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в лагере   б) на даче    в) в квартире     г) в шалаше</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9. Соедини заглавие произведения с его автором</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«Храбрый утёнок»             М.Пришвин</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«Ребята и утята»                 В.Бианки</w:t>
      </w:r>
      <w:r w:rsidRPr="00765081">
        <w:rPr>
          <w:rFonts w:ascii="Times New Roman" w:eastAsia="Times New Roman" w:hAnsi="Times New Roman" w:cs="Times New Roman"/>
          <w:color w:val="000000"/>
          <w:sz w:val="24"/>
          <w:szCs w:val="24"/>
          <w:lang w:eastAsia="ru-RU"/>
        </w:rPr>
        <w:tab/>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«Страшный рассказ»         Б.Житков</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«Музыкант»                        </w:t>
      </w:r>
      <w:proofErr w:type="spellStart"/>
      <w:r w:rsidRPr="00765081">
        <w:rPr>
          <w:rFonts w:ascii="Times New Roman" w:eastAsia="Times New Roman" w:hAnsi="Times New Roman" w:cs="Times New Roman"/>
          <w:color w:val="000000"/>
          <w:sz w:val="24"/>
          <w:szCs w:val="24"/>
          <w:lang w:eastAsia="ru-RU"/>
        </w:rPr>
        <w:t>Е.Чарушин</w:t>
      </w:r>
      <w:proofErr w:type="spellEnd"/>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10 . Подчеркни: сказки - зеленым цветом, рассказ</w:t>
      </w:r>
      <w:proofErr w:type="gramStart"/>
      <w:r w:rsidRPr="00765081">
        <w:rPr>
          <w:rFonts w:ascii="Times New Roman" w:eastAsia="Times New Roman" w:hAnsi="Times New Roman" w:cs="Times New Roman"/>
          <w:color w:val="000000"/>
          <w:sz w:val="24"/>
          <w:szCs w:val="24"/>
          <w:lang w:eastAsia="ru-RU"/>
        </w:rPr>
        <w:t>ы-</w:t>
      </w:r>
      <w:proofErr w:type="gramEnd"/>
      <w:r w:rsidRPr="00765081">
        <w:rPr>
          <w:rFonts w:ascii="Times New Roman" w:eastAsia="Times New Roman" w:hAnsi="Times New Roman" w:cs="Times New Roman"/>
          <w:color w:val="000000"/>
          <w:sz w:val="24"/>
          <w:szCs w:val="24"/>
          <w:lang w:eastAsia="ru-RU"/>
        </w:rPr>
        <w:t xml:space="preserve"> синим, стихотворения – красным.</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В.Бианки «Сова», </w:t>
      </w:r>
      <w:proofErr w:type="spellStart"/>
      <w:r w:rsidRPr="00765081">
        <w:rPr>
          <w:rFonts w:ascii="Times New Roman" w:eastAsia="Times New Roman" w:hAnsi="Times New Roman" w:cs="Times New Roman"/>
          <w:color w:val="000000"/>
          <w:sz w:val="24"/>
          <w:szCs w:val="24"/>
          <w:lang w:eastAsia="ru-RU"/>
        </w:rPr>
        <w:t>Б.Заходер</w:t>
      </w:r>
      <w:proofErr w:type="spellEnd"/>
      <w:r w:rsidRPr="00765081">
        <w:rPr>
          <w:rFonts w:ascii="Times New Roman" w:eastAsia="Times New Roman" w:hAnsi="Times New Roman" w:cs="Times New Roman"/>
          <w:color w:val="000000"/>
          <w:sz w:val="24"/>
          <w:szCs w:val="24"/>
          <w:lang w:eastAsia="ru-RU"/>
        </w:rPr>
        <w:t xml:space="preserve"> «Плачет киска в коридоре…», М.Пришвин «Ребята и утята»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b/>
          <w:color w:val="000000"/>
          <w:sz w:val="24"/>
          <w:szCs w:val="24"/>
          <w:lang w:eastAsia="ru-RU"/>
        </w:rPr>
      </w:pPr>
    </w:p>
    <w:p w:rsidR="006B297A" w:rsidRPr="00765081" w:rsidRDefault="006B297A" w:rsidP="006B297A">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color w:val="000000"/>
          <w:sz w:val="24"/>
          <w:szCs w:val="24"/>
          <w:lang w:eastAsia="ru-RU"/>
        </w:rPr>
        <w:t xml:space="preserve">                       2 вариант</w:t>
      </w:r>
    </w:p>
    <w:p w:rsidR="006B297A" w:rsidRPr="00765081" w:rsidRDefault="006B297A" w:rsidP="006B297A">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Ф.И._____________________________________</w:t>
      </w:r>
    </w:p>
    <w:p w:rsidR="006B297A" w:rsidRPr="00765081" w:rsidRDefault="006B297A" w:rsidP="006B297A">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Кого испугались на даче Шура и Петя?</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тигра     б) воров              в) ежа     г)  кошку</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От кого прятались утята в рассказе Б. Житкова?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от кошки      б) от вороны       в) от стрекозы</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С кем поругался старик в рассказе В.В. Бианки?</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с коровой         б) с мышами           в) с совой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  Какими были ребята из рассказа М. Пришвина «Ребята и утята»?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А) несмышлёными                     В) глупыми</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Б) злыми                                      Г) беззаботными</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 Кто помог утятам в рассказе Б. Житкова:</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щенок      б) мальчик    в) утёнок</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 Узнай произведение по опорным словам и запиши названия:</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Утята, мальчики, утка – ___________________________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б)  Охотник, медведь, щепка, скрипка - __________________________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  Узнай героя произведения по его описанию.</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А)  Он очень любил музыку и старался сам научиться играть____________________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Б) Она сидела с раскрытым от волнения ртом_____________</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8.  Чем закидали ребята утят?</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а) кепками   б) шляпками     в) шапками       г</w:t>
      </w:r>
      <w:proofErr w:type="gramStart"/>
      <w:r w:rsidRPr="00765081">
        <w:rPr>
          <w:rFonts w:ascii="Times New Roman" w:eastAsia="Times New Roman" w:hAnsi="Times New Roman" w:cs="Times New Roman"/>
          <w:color w:val="000000"/>
          <w:sz w:val="24"/>
          <w:szCs w:val="24"/>
          <w:lang w:eastAsia="ru-RU"/>
        </w:rPr>
        <w:t>)п</w:t>
      </w:r>
      <w:proofErr w:type="gramEnd"/>
      <w:r w:rsidRPr="00765081">
        <w:rPr>
          <w:rFonts w:ascii="Times New Roman" w:eastAsia="Times New Roman" w:hAnsi="Times New Roman" w:cs="Times New Roman"/>
          <w:color w:val="000000"/>
          <w:sz w:val="24"/>
          <w:szCs w:val="24"/>
          <w:lang w:eastAsia="ru-RU"/>
        </w:rPr>
        <w:t>латками</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9. Соедини заглавие произведения с его автором</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«Музыкант»                                </w:t>
      </w:r>
      <w:proofErr w:type="spellStart"/>
      <w:r w:rsidRPr="00765081">
        <w:rPr>
          <w:rFonts w:ascii="Times New Roman" w:eastAsia="Times New Roman" w:hAnsi="Times New Roman" w:cs="Times New Roman"/>
          <w:color w:val="000000"/>
          <w:sz w:val="24"/>
          <w:szCs w:val="24"/>
          <w:lang w:eastAsia="ru-RU"/>
        </w:rPr>
        <w:t>Е.Чарушин</w:t>
      </w:r>
      <w:proofErr w:type="spellEnd"/>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«Страшный рассказ»                 Б.Житков</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«Храбрый утёнок»                     М.Пришвин</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«Ребята и утята»                         В.Бианки</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10. Подчеркни: сказки - зеленым цветом, рассказ</w:t>
      </w:r>
      <w:proofErr w:type="gramStart"/>
      <w:r w:rsidRPr="00765081">
        <w:rPr>
          <w:rFonts w:ascii="Times New Roman" w:eastAsia="Times New Roman" w:hAnsi="Times New Roman" w:cs="Times New Roman"/>
          <w:color w:val="000000"/>
          <w:sz w:val="24"/>
          <w:szCs w:val="24"/>
          <w:lang w:eastAsia="ru-RU"/>
        </w:rPr>
        <w:t>ы-</w:t>
      </w:r>
      <w:proofErr w:type="gramEnd"/>
      <w:r w:rsidRPr="00765081">
        <w:rPr>
          <w:rFonts w:ascii="Times New Roman" w:eastAsia="Times New Roman" w:hAnsi="Times New Roman" w:cs="Times New Roman"/>
          <w:color w:val="000000"/>
          <w:sz w:val="24"/>
          <w:szCs w:val="24"/>
          <w:lang w:eastAsia="ru-RU"/>
        </w:rPr>
        <w:t xml:space="preserve"> синим, стихотворения – красным.</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В.Бианки «Музыкант», В.Берестов «Кошкин щенок», Б.Житков «Храбрый утёнок»</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spacing w:after="0" w:line="240" w:lineRule="auto"/>
        <w:rPr>
          <w:rFonts w:ascii="Times New Roman" w:eastAsia="MS Mincho" w:hAnsi="Times New Roman" w:cs="Times New Roman"/>
          <w:sz w:val="24"/>
          <w:szCs w:val="24"/>
          <w:lang w:eastAsia="ru-RU"/>
        </w:rPr>
      </w:pPr>
      <w:r w:rsidRPr="00765081">
        <w:rPr>
          <w:rFonts w:ascii="Times New Roman" w:eastAsia="MS Mincho" w:hAnsi="Times New Roman" w:cs="Times New Roman"/>
          <w:sz w:val="24"/>
          <w:szCs w:val="24"/>
          <w:lang w:eastAsia="ru-RU"/>
        </w:rPr>
        <w:t>80-100% - оценка «5»,</w:t>
      </w:r>
    </w:p>
    <w:p w:rsidR="006B297A" w:rsidRPr="00765081" w:rsidRDefault="006B297A" w:rsidP="006B297A">
      <w:pPr>
        <w:spacing w:after="0" w:line="240" w:lineRule="auto"/>
        <w:rPr>
          <w:rFonts w:ascii="Times New Roman" w:eastAsia="MS Mincho" w:hAnsi="Times New Roman" w:cs="Times New Roman"/>
          <w:sz w:val="24"/>
          <w:szCs w:val="24"/>
          <w:lang w:eastAsia="ru-RU"/>
        </w:rPr>
      </w:pPr>
      <w:r w:rsidRPr="00765081">
        <w:rPr>
          <w:rFonts w:ascii="Times New Roman" w:eastAsia="MS Mincho" w:hAnsi="Times New Roman" w:cs="Times New Roman"/>
          <w:sz w:val="24"/>
          <w:szCs w:val="24"/>
          <w:lang w:eastAsia="ru-RU"/>
        </w:rPr>
        <w:t>60-80% - оценка «4»,</w:t>
      </w:r>
    </w:p>
    <w:p w:rsidR="006B297A" w:rsidRPr="00765081" w:rsidRDefault="006B297A" w:rsidP="006B297A">
      <w:pPr>
        <w:spacing w:after="0" w:line="240" w:lineRule="auto"/>
        <w:rPr>
          <w:rFonts w:ascii="Times New Roman" w:eastAsia="MS Mincho" w:hAnsi="Times New Roman" w:cs="Times New Roman"/>
          <w:sz w:val="24"/>
          <w:szCs w:val="24"/>
          <w:lang w:eastAsia="ru-RU"/>
        </w:rPr>
      </w:pPr>
      <w:r w:rsidRPr="00765081">
        <w:rPr>
          <w:rFonts w:ascii="Times New Roman" w:eastAsia="MS Mincho" w:hAnsi="Times New Roman" w:cs="Times New Roman"/>
          <w:sz w:val="24"/>
          <w:szCs w:val="24"/>
          <w:lang w:eastAsia="ru-RU"/>
        </w:rPr>
        <w:t>40-60% - оценка «3»,</w:t>
      </w:r>
    </w:p>
    <w:p w:rsidR="006B297A" w:rsidRPr="00765081" w:rsidRDefault="006B297A" w:rsidP="006B297A">
      <w:pPr>
        <w:spacing w:after="0" w:line="240" w:lineRule="auto"/>
        <w:rPr>
          <w:rFonts w:ascii="Times New Roman" w:eastAsia="MS Mincho" w:hAnsi="Times New Roman" w:cs="Times New Roman"/>
          <w:sz w:val="24"/>
          <w:szCs w:val="24"/>
          <w:lang w:eastAsia="ru-RU"/>
        </w:rPr>
      </w:pPr>
      <w:r w:rsidRPr="00765081">
        <w:rPr>
          <w:rFonts w:ascii="Times New Roman" w:eastAsia="MS Mincho" w:hAnsi="Times New Roman" w:cs="Times New Roman"/>
          <w:sz w:val="24"/>
          <w:szCs w:val="24"/>
          <w:lang w:eastAsia="ru-RU"/>
        </w:rPr>
        <w:t xml:space="preserve">0-40% - оценка «2». </w:t>
      </w: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ru-RU"/>
        </w:rPr>
      </w:pPr>
    </w:p>
    <w:p w:rsidR="006B297A" w:rsidRPr="00765081" w:rsidRDefault="006B297A" w:rsidP="006B297A">
      <w:pPr>
        <w:spacing w:after="0" w:line="240" w:lineRule="auto"/>
        <w:jc w:val="center"/>
        <w:rPr>
          <w:rFonts w:ascii="Times New Roman" w:eastAsia="Times New Roman" w:hAnsi="Times New Roman" w:cs="Times New Roman"/>
          <w:color w:val="181818"/>
          <w:sz w:val="24"/>
          <w:szCs w:val="24"/>
          <w:lang w:eastAsia="ru-RU"/>
        </w:rPr>
      </w:pPr>
    </w:p>
    <w:p w:rsidR="006B297A" w:rsidRPr="00765081" w:rsidRDefault="006B297A" w:rsidP="006B29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B297A" w:rsidRPr="00765081" w:rsidRDefault="006B297A" w:rsidP="006B29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Контрольная работа № 3 по теме: «Работа с текстом»</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Цель работы:</w:t>
      </w:r>
      <w:r w:rsidRPr="00765081">
        <w:rPr>
          <w:rFonts w:ascii="Times New Roman" w:eastAsia="Times New Roman" w:hAnsi="Times New Roman" w:cs="Times New Roman"/>
          <w:color w:val="000000"/>
          <w:sz w:val="24"/>
          <w:szCs w:val="24"/>
          <w:u w:val="single"/>
          <w:lang w:eastAsia="ru-RU"/>
        </w:rPr>
        <w:t> </w:t>
      </w:r>
      <w:r w:rsidRPr="00765081">
        <w:rPr>
          <w:rFonts w:ascii="Times New Roman" w:eastAsia="Times New Roman" w:hAnsi="Times New Roman" w:cs="Times New Roman"/>
          <w:color w:val="000000"/>
          <w:sz w:val="24"/>
          <w:szCs w:val="24"/>
          <w:lang w:eastAsia="ru-RU"/>
        </w:rPr>
        <w:t>выявление качества чтения и сформированности умения самостоятельно работать с текстом.</w:t>
      </w:r>
    </w:p>
    <w:p w:rsidR="006B297A" w:rsidRPr="00765081" w:rsidRDefault="006B297A" w:rsidP="006B297A">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765081">
        <w:rPr>
          <w:rFonts w:ascii="Times New Roman" w:eastAsia="Times New Roman" w:hAnsi="Times New Roman" w:cs="Times New Roman"/>
          <w:bCs/>
          <w:color w:val="000000"/>
          <w:sz w:val="24"/>
          <w:szCs w:val="24"/>
          <w:lang w:eastAsia="ru-RU"/>
        </w:rPr>
        <w:t>Вариант 1</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Прочитай текст.</w:t>
      </w:r>
    </w:p>
    <w:p w:rsidR="006B297A" w:rsidRPr="00765081" w:rsidRDefault="006B297A" w:rsidP="006B29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ЯБЛОНЯ</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Яблоня стоит посреди огорода. На ней едва проклюнулись</w:t>
      </w:r>
      <w:proofErr w:type="gramStart"/>
      <w:r w:rsidRPr="00765081">
        <w:rPr>
          <w:rFonts w:ascii="Times New Roman" w:eastAsia="Times New Roman" w:hAnsi="Times New Roman" w:cs="Times New Roman"/>
          <w:color w:val="000000"/>
          <w:sz w:val="24"/>
          <w:szCs w:val="24"/>
          <w:vertAlign w:val="superscript"/>
          <w:lang w:eastAsia="ru-RU"/>
        </w:rPr>
        <w:t>1</w:t>
      </w:r>
      <w:proofErr w:type="gramEnd"/>
      <w:r w:rsidRPr="00765081">
        <w:rPr>
          <w:rFonts w:ascii="Times New Roman" w:eastAsia="Times New Roman" w:hAnsi="Times New Roman" w:cs="Times New Roman"/>
          <w:color w:val="000000"/>
          <w:sz w:val="24"/>
          <w:szCs w:val="24"/>
          <w:lang w:eastAsia="ru-RU"/>
        </w:rPr>
        <w:t> маленькие сморщенные листочки. Зато раскидистые коричневые вет</w:t>
      </w:r>
      <w:r w:rsidRPr="00765081">
        <w:rPr>
          <w:rFonts w:ascii="Times New Roman" w:eastAsia="Times New Roman" w:hAnsi="Times New Roman" w:cs="Times New Roman"/>
          <w:color w:val="000000"/>
          <w:sz w:val="24"/>
          <w:szCs w:val="24"/>
          <w:lang w:eastAsia="ru-RU"/>
        </w:rPr>
        <w:softHyphen/>
        <w:t>ви дерева сплошь покрыты бело-розовыми цветами. Васе кажется, что во двор опу</w:t>
      </w:r>
      <w:r w:rsidRPr="00765081">
        <w:rPr>
          <w:rFonts w:ascii="Times New Roman" w:eastAsia="Times New Roman" w:hAnsi="Times New Roman" w:cs="Times New Roman"/>
          <w:color w:val="000000"/>
          <w:sz w:val="24"/>
          <w:szCs w:val="24"/>
          <w:lang w:eastAsia="ru-RU"/>
        </w:rPr>
        <w:softHyphen/>
        <w:t>стилось с неба белое облачко. Опустилось и запуталось в яблоневых ветвях.</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Сейчас мы её побелим, — говорит дедушка.</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Он насыпал в ведёрко извести</w:t>
      </w:r>
      <w:proofErr w:type="gramStart"/>
      <w:r w:rsidRPr="00765081">
        <w:rPr>
          <w:rFonts w:ascii="Times New Roman" w:eastAsia="Times New Roman" w:hAnsi="Times New Roman" w:cs="Times New Roman"/>
          <w:color w:val="000000"/>
          <w:sz w:val="24"/>
          <w:szCs w:val="24"/>
          <w:vertAlign w:val="superscript"/>
          <w:lang w:eastAsia="ru-RU"/>
        </w:rPr>
        <w:t>2</w:t>
      </w:r>
      <w:proofErr w:type="gramEnd"/>
      <w:r w:rsidRPr="00765081">
        <w:rPr>
          <w:rFonts w:ascii="Times New Roman" w:eastAsia="Times New Roman" w:hAnsi="Times New Roman" w:cs="Times New Roman"/>
          <w:color w:val="000000"/>
          <w:sz w:val="24"/>
          <w:szCs w:val="24"/>
          <w:lang w:eastAsia="ru-RU"/>
        </w:rPr>
        <w:t>, налил туда воды и размешал. Потом макнул щёт</w:t>
      </w:r>
      <w:r w:rsidRPr="00765081">
        <w:rPr>
          <w:rFonts w:ascii="Times New Roman" w:eastAsia="Times New Roman" w:hAnsi="Times New Roman" w:cs="Times New Roman"/>
          <w:color w:val="000000"/>
          <w:sz w:val="24"/>
          <w:szCs w:val="24"/>
          <w:lang w:eastAsia="ru-RU"/>
        </w:rPr>
        <w:softHyphen/>
        <w:t>ку в ведёрко, провёл ею по стволу яблони.</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А знаешь, зачем мы белим яблоню известью? — спросил дедушка.</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Знаю, — сказал Вася, — чтоб кра</w:t>
      </w:r>
      <w:r w:rsidRPr="00765081">
        <w:rPr>
          <w:rFonts w:ascii="Times New Roman" w:eastAsia="Times New Roman" w:hAnsi="Times New Roman" w:cs="Times New Roman"/>
          <w:color w:val="000000"/>
          <w:sz w:val="24"/>
          <w:szCs w:val="24"/>
          <w:lang w:eastAsia="ru-RU"/>
        </w:rPr>
        <w:softHyphen/>
        <w:t>сивая была. Вся белая!</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Ну что ж, может, и так... — дедуш</w:t>
      </w:r>
      <w:r w:rsidRPr="00765081">
        <w:rPr>
          <w:rFonts w:ascii="Times New Roman" w:eastAsia="Times New Roman" w:hAnsi="Times New Roman" w:cs="Times New Roman"/>
          <w:color w:val="000000"/>
          <w:sz w:val="24"/>
          <w:szCs w:val="24"/>
          <w:lang w:eastAsia="ru-RU"/>
        </w:rPr>
        <w:softHyphen/>
        <w:t>ка помолчал. — Но главное, чтобы вреди</w:t>
      </w:r>
      <w:r w:rsidRPr="00765081">
        <w:rPr>
          <w:rFonts w:ascii="Times New Roman" w:eastAsia="Times New Roman" w:hAnsi="Times New Roman" w:cs="Times New Roman"/>
          <w:color w:val="000000"/>
          <w:sz w:val="24"/>
          <w:szCs w:val="24"/>
          <w:lang w:eastAsia="ru-RU"/>
        </w:rPr>
        <w:softHyphen/>
        <w:t>тели, всякие там жучки-червячки, не точи</w:t>
      </w:r>
      <w:r w:rsidRPr="00765081">
        <w:rPr>
          <w:rFonts w:ascii="Times New Roman" w:eastAsia="Times New Roman" w:hAnsi="Times New Roman" w:cs="Times New Roman"/>
          <w:color w:val="000000"/>
          <w:sz w:val="24"/>
          <w:szCs w:val="24"/>
          <w:lang w:eastAsia="ru-RU"/>
        </w:rPr>
        <w:softHyphen/>
        <w:t>ли</w:t>
      </w:r>
      <w:r w:rsidRPr="00765081">
        <w:rPr>
          <w:rFonts w:ascii="Times New Roman" w:eastAsia="Times New Roman" w:hAnsi="Times New Roman" w:cs="Times New Roman"/>
          <w:color w:val="000000"/>
          <w:sz w:val="24"/>
          <w:szCs w:val="24"/>
          <w:vertAlign w:val="superscript"/>
          <w:lang w:eastAsia="ru-RU"/>
        </w:rPr>
        <w:t>3</w:t>
      </w:r>
      <w:r w:rsidRPr="00765081">
        <w:rPr>
          <w:rFonts w:ascii="Times New Roman" w:eastAsia="Times New Roman" w:hAnsi="Times New Roman" w:cs="Times New Roman"/>
          <w:color w:val="000000"/>
          <w:sz w:val="24"/>
          <w:szCs w:val="24"/>
          <w:lang w:eastAsia="ru-RU"/>
        </w:rPr>
        <w:t> дерево.</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Вася тянет руку к щётке.</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Вверх — вниз, вверх — вниз. Васе ка</w:t>
      </w:r>
      <w:r w:rsidRPr="00765081">
        <w:rPr>
          <w:rFonts w:ascii="Times New Roman" w:eastAsia="Times New Roman" w:hAnsi="Times New Roman" w:cs="Times New Roman"/>
          <w:color w:val="000000"/>
          <w:sz w:val="24"/>
          <w:szCs w:val="24"/>
          <w:lang w:eastAsia="ru-RU"/>
        </w:rPr>
        <w:softHyphen/>
        <w:t>жется, что щёткой он гладит шершавую кору дерева. Мальчик любит яблоню. Она такая большая, сильная! Вася помнит, что первая проталина в снегу появилась весной возле ствола яблони. Дерево и солнце ста</w:t>
      </w:r>
      <w:r w:rsidRPr="00765081">
        <w:rPr>
          <w:rFonts w:ascii="Times New Roman" w:eastAsia="Times New Roman" w:hAnsi="Times New Roman" w:cs="Times New Roman"/>
          <w:color w:val="000000"/>
          <w:sz w:val="24"/>
          <w:szCs w:val="24"/>
          <w:lang w:eastAsia="ru-RU"/>
        </w:rPr>
        <w:softHyphen/>
        <w:t>ли бороться с зимой и победили её.</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Вася услышал тяжёлое гудение. Пчела, как маленький вертолёт, повисла над цвет</w:t>
      </w:r>
      <w:r w:rsidRPr="00765081">
        <w:rPr>
          <w:rFonts w:ascii="Times New Roman" w:eastAsia="Times New Roman" w:hAnsi="Times New Roman" w:cs="Times New Roman"/>
          <w:color w:val="000000"/>
          <w:sz w:val="24"/>
          <w:szCs w:val="24"/>
          <w:lang w:eastAsia="ru-RU"/>
        </w:rPr>
        <w:softHyphen/>
        <w:t>ком. На задних ножках у неё были стран</w:t>
      </w:r>
      <w:r w:rsidRPr="00765081">
        <w:rPr>
          <w:rFonts w:ascii="Times New Roman" w:eastAsia="Times New Roman" w:hAnsi="Times New Roman" w:cs="Times New Roman"/>
          <w:color w:val="000000"/>
          <w:sz w:val="24"/>
          <w:szCs w:val="24"/>
          <w:lang w:eastAsia="ru-RU"/>
        </w:rPr>
        <w:softHyphen/>
        <w:t>ные жёлтые шарики.</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Дедушка, смотри, какие толстые ножки у этой пчелы!</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Дедушка тоже глядит на пчелу:</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w:t>
      </w:r>
      <w:proofErr w:type="gramStart"/>
      <w:r w:rsidRPr="00765081">
        <w:rPr>
          <w:rFonts w:ascii="Times New Roman" w:eastAsia="Times New Roman" w:hAnsi="Times New Roman" w:cs="Times New Roman"/>
          <w:color w:val="000000"/>
          <w:sz w:val="24"/>
          <w:szCs w:val="24"/>
          <w:lang w:eastAsia="ru-RU"/>
        </w:rPr>
        <w:t>Ишь</w:t>
      </w:r>
      <w:proofErr w:type="gramEnd"/>
      <w:r w:rsidRPr="00765081">
        <w:rPr>
          <w:rFonts w:ascii="Times New Roman" w:eastAsia="Times New Roman" w:hAnsi="Times New Roman" w:cs="Times New Roman"/>
          <w:color w:val="000000"/>
          <w:sz w:val="24"/>
          <w:szCs w:val="24"/>
          <w:lang w:eastAsia="ru-RU"/>
        </w:rPr>
        <w:t xml:space="preserve"> как нагрузилась — еле летит! У неё на задних ножках есть углубления — корзинками их называют. В эти корзинки пчела и собирает с цветов пыльцу. Ту, что остаётся у тебя на носу, когда цветок ню</w:t>
      </w:r>
      <w:r w:rsidRPr="00765081">
        <w:rPr>
          <w:rFonts w:ascii="Times New Roman" w:eastAsia="Times New Roman" w:hAnsi="Times New Roman" w:cs="Times New Roman"/>
          <w:color w:val="000000"/>
          <w:sz w:val="24"/>
          <w:szCs w:val="24"/>
          <w:lang w:eastAsia="ru-RU"/>
        </w:rPr>
        <w:softHyphen/>
        <w:t>хаешь. А пыльца — это пчелиный хлеб.</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Ай да </w:t>
      </w:r>
      <w:proofErr w:type="spellStart"/>
      <w:r w:rsidRPr="00765081">
        <w:rPr>
          <w:rFonts w:ascii="Times New Roman" w:eastAsia="Times New Roman" w:hAnsi="Times New Roman" w:cs="Times New Roman"/>
          <w:color w:val="000000"/>
          <w:sz w:val="24"/>
          <w:szCs w:val="24"/>
          <w:lang w:eastAsia="ru-RU"/>
        </w:rPr>
        <w:t>яблонька-заботница</w:t>
      </w:r>
      <w:proofErr w:type="spellEnd"/>
      <w:r w:rsidRPr="00765081">
        <w:rPr>
          <w:rFonts w:ascii="Times New Roman" w:eastAsia="Times New Roman" w:hAnsi="Times New Roman" w:cs="Times New Roman"/>
          <w:color w:val="000000"/>
          <w:sz w:val="24"/>
          <w:szCs w:val="24"/>
          <w:lang w:eastAsia="ru-RU"/>
        </w:rPr>
        <w:t>, добрая ра</w:t>
      </w:r>
      <w:r w:rsidRPr="00765081">
        <w:rPr>
          <w:rFonts w:ascii="Times New Roman" w:eastAsia="Times New Roman" w:hAnsi="Times New Roman" w:cs="Times New Roman"/>
          <w:color w:val="000000"/>
          <w:sz w:val="24"/>
          <w:szCs w:val="24"/>
          <w:lang w:eastAsia="ru-RU"/>
        </w:rPr>
        <w:softHyphen/>
        <w:t>ботница! Только сама ожила — и сразу же пчёлок кормить!</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
          <w:iCs/>
          <w:color w:val="000000"/>
          <w:sz w:val="24"/>
          <w:szCs w:val="24"/>
          <w:lang w:eastAsia="ru-RU"/>
        </w:rPr>
        <w:t xml:space="preserve">(245 слов)                                                                                                     По Е. </w:t>
      </w:r>
      <w:proofErr w:type="spellStart"/>
      <w:r w:rsidRPr="00765081">
        <w:rPr>
          <w:rFonts w:ascii="Times New Roman" w:eastAsia="Times New Roman" w:hAnsi="Times New Roman" w:cs="Times New Roman"/>
          <w:i/>
          <w:iCs/>
          <w:color w:val="000000"/>
          <w:sz w:val="24"/>
          <w:szCs w:val="24"/>
          <w:lang w:eastAsia="ru-RU"/>
        </w:rPr>
        <w:t>Олейникову</w:t>
      </w:r>
      <w:proofErr w:type="spellEnd"/>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vertAlign w:val="superscript"/>
          <w:lang w:eastAsia="ru-RU"/>
        </w:rPr>
        <w:t>1</w:t>
      </w:r>
      <w:r w:rsidRPr="00765081">
        <w:rPr>
          <w:rFonts w:ascii="Times New Roman" w:eastAsia="Times New Roman" w:hAnsi="Times New Roman" w:cs="Times New Roman"/>
          <w:color w:val="000000"/>
          <w:sz w:val="24"/>
          <w:szCs w:val="24"/>
          <w:lang w:eastAsia="ru-RU"/>
        </w:rPr>
        <w:t>Проклюнулись — вышли наружу.</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vertAlign w:val="superscript"/>
          <w:lang w:eastAsia="ru-RU"/>
        </w:rPr>
        <w:t>2</w:t>
      </w:r>
      <w:r w:rsidRPr="00765081">
        <w:rPr>
          <w:rFonts w:ascii="Times New Roman" w:eastAsia="Times New Roman" w:hAnsi="Times New Roman" w:cs="Times New Roman"/>
          <w:color w:val="000000"/>
          <w:sz w:val="24"/>
          <w:szCs w:val="24"/>
          <w:lang w:eastAsia="ru-RU"/>
        </w:rPr>
        <w:t>Известь - вещество белого цвета. Используют для побелки.</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vertAlign w:val="superscript"/>
          <w:lang w:eastAsia="ru-RU"/>
        </w:rPr>
        <w:t>3</w:t>
      </w:r>
      <w:r w:rsidRPr="00765081">
        <w:rPr>
          <w:rFonts w:ascii="Times New Roman" w:eastAsia="Times New Roman" w:hAnsi="Times New Roman" w:cs="Times New Roman"/>
          <w:color w:val="000000"/>
          <w:sz w:val="24"/>
          <w:szCs w:val="24"/>
          <w:lang w:eastAsia="ru-RU"/>
        </w:rPr>
        <w:t>Точить (дерево) — (здесь) делать в дереве дыры.</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Часть 1</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
          <w:iCs/>
          <w:color w:val="000000"/>
          <w:sz w:val="24"/>
          <w:szCs w:val="24"/>
          <w:lang w:eastAsia="ru-RU"/>
        </w:rPr>
        <w:lastRenderedPageBreak/>
        <w:t>При выполнении заданий этой части зачеркни (х) номер которой со</w:t>
      </w:r>
      <w:r w:rsidRPr="00765081">
        <w:rPr>
          <w:rFonts w:ascii="Times New Roman" w:eastAsia="Times New Roman" w:hAnsi="Times New Roman" w:cs="Times New Roman"/>
          <w:i/>
          <w:iCs/>
          <w:color w:val="000000"/>
          <w:sz w:val="24"/>
          <w:szCs w:val="24"/>
          <w:lang w:eastAsia="ru-RU"/>
        </w:rPr>
        <w:softHyphen/>
        <w:t>ответствует выбранному тобой ответу.</w:t>
      </w:r>
    </w:p>
    <w:p w:rsidR="006B297A" w:rsidRPr="00765081" w:rsidRDefault="006B297A" w:rsidP="0089011F">
      <w:pPr>
        <w:numPr>
          <w:ilvl w:val="0"/>
          <w:numId w:val="5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Определи жанр произведения.</w:t>
      </w:r>
    </w:p>
    <w:p w:rsidR="006B297A" w:rsidRPr="00765081" w:rsidRDefault="006B297A" w:rsidP="0089011F">
      <w:pPr>
        <w:numPr>
          <w:ilvl w:val="0"/>
          <w:numId w:val="5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рассказ</w:t>
      </w:r>
    </w:p>
    <w:p w:rsidR="006B297A" w:rsidRPr="00765081" w:rsidRDefault="006B297A" w:rsidP="0089011F">
      <w:pPr>
        <w:numPr>
          <w:ilvl w:val="0"/>
          <w:numId w:val="5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сказка</w:t>
      </w:r>
    </w:p>
    <w:p w:rsidR="006B297A" w:rsidRPr="00765081" w:rsidRDefault="006B297A" w:rsidP="0089011F">
      <w:pPr>
        <w:numPr>
          <w:ilvl w:val="0"/>
          <w:numId w:val="5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басня</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2.Где происходят события, описанные в тексте?</w:t>
      </w:r>
    </w:p>
    <w:p w:rsidR="006B297A" w:rsidRPr="00765081" w:rsidRDefault="006B297A" w:rsidP="0089011F">
      <w:pPr>
        <w:numPr>
          <w:ilvl w:val="0"/>
          <w:numId w:val="5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 саду</w:t>
      </w:r>
    </w:p>
    <w:p w:rsidR="006B297A" w:rsidRPr="00765081" w:rsidRDefault="006B297A" w:rsidP="0089011F">
      <w:pPr>
        <w:numPr>
          <w:ilvl w:val="0"/>
          <w:numId w:val="5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 лесу</w:t>
      </w:r>
    </w:p>
    <w:p w:rsidR="006B297A" w:rsidRPr="00765081" w:rsidRDefault="006B297A" w:rsidP="0089011F">
      <w:pPr>
        <w:numPr>
          <w:ilvl w:val="0"/>
          <w:numId w:val="5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 огороде</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3.Что сделали дедушка с внуком, чтобы спасти яблоню от вредителей?</w:t>
      </w:r>
    </w:p>
    <w:p w:rsidR="006B297A" w:rsidRPr="00765081" w:rsidRDefault="006B297A" w:rsidP="0089011F">
      <w:pPr>
        <w:numPr>
          <w:ilvl w:val="0"/>
          <w:numId w:val="5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окопали яблоню</w:t>
      </w:r>
    </w:p>
    <w:p w:rsidR="006B297A" w:rsidRPr="00765081" w:rsidRDefault="006B297A" w:rsidP="0089011F">
      <w:pPr>
        <w:numPr>
          <w:ilvl w:val="0"/>
          <w:numId w:val="5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побелили яблоню</w:t>
      </w:r>
    </w:p>
    <w:p w:rsidR="006B297A" w:rsidRPr="00765081" w:rsidRDefault="006B297A" w:rsidP="0089011F">
      <w:pPr>
        <w:numPr>
          <w:ilvl w:val="0"/>
          <w:numId w:val="5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помыли яблоню</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4.С чем сравнивает автор цветение яблони?</w:t>
      </w:r>
    </w:p>
    <w:p w:rsidR="006B297A" w:rsidRPr="00765081" w:rsidRDefault="006B297A" w:rsidP="0089011F">
      <w:pPr>
        <w:numPr>
          <w:ilvl w:val="0"/>
          <w:numId w:val="5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 проталиной</w:t>
      </w:r>
    </w:p>
    <w:p w:rsidR="006B297A" w:rsidRPr="00765081" w:rsidRDefault="006B297A" w:rsidP="0089011F">
      <w:pPr>
        <w:numPr>
          <w:ilvl w:val="0"/>
          <w:numId w:val="5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 известью</w:t>
      </w:r>
    </w:p>
    <w:p w:rsidR="006B297A" w:rsidRPr="00765081" w:rsidRDefault="006B297A" w:rsidP="0089011F">
      <w:pPr>
        <w:numPr>
          <w:ilvl w:val="0"/>
          <w:numId w:val="5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 белым облаком</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5.О каком насекомом дедушка рассказал внуку?</w:t>
      </w:r>
    </w:p>
    <w:p w:rsidR="006B297A" w:rsidRPr="00765081" w:rsidRDefault="006B297A" w:rsidP="0089011F">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 жуке</w:t>
      </w:r>
    </w:p>
    <w:p w:rsidR="006B297A" w:rsidRPr="00765081" w:rsidRDefault="006B297A" w:rsidP="0089011F">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 пчеле</w:t>
      </w:r>
    </w:p>
    <w:p w:rsidR="006B297A" w:rsidRPr="00765081" w:rsidRDefault="006B297A" w:rsidP="0089011F">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 жучке-червячке</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6.В какое время года происходят события, описанные в тексте?</w:t>
      </w:r>
    </w:p>
    <w:p w:rsidR="006B297A" w:rsidRPr="00765081" w:rsidRDefault="006B297A" w:rsidP="0089011F">
      <w:pPr>
        <w:numPr>
          <w:ilvl w:val="0"/>
          <w:numId w:val="5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весной</w:t>
      </w:r>
    </w:p>
    <w:p w:rsidR="006B297A" w:rsidRPr="00765081" w:rsidRDefault="006B297A" w:rsidP="0089011F">
      <w:pPr>
        <w:numPr>
          <w:ilvl w:val="0"/>
          <w:numId w:val="5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летом</w:t>
      </w:r>
    </w:p>
    <w:p w:rsidR="006B297A" w:rsidRPr="00765081" w:rsidRDefault="006B297A" w:rsidP="0089011F">
      <w:pPr>
        <w:numPr>
          <w:ilvl w:val="0"/>
          <w:numId w:val="5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осенью</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
          <w:iCs/>
          <w:color w:val="000000"/>
          <w:sz w:val="24"/>
          <w:szCs w:val="24"/>
          <w:lang w:eastAsia="ru-RU"/>
        </w:rPr>
        <w:t>Часть 2</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
          <w:iCs/>
          <w:color w:val="000000"/>
          <w:sz w:val="24"/>
          <w:szCs w:val="24"/>
          <w:lang w:eastAsia="ru-RU"/>
        </w:rPr>
        <w:t>При выполнении заданий этой части (7-11) запиши краткий ответ.</w:t>
      </w:r>
    </w:p>
    <w:p w:rsidR="006B297A" w:rsidRPr="00765081" w:rsidRDefault="006B297A" w:rsidP="0089011F">
      <w:pPr>
        <w:numPr>
          <w:ilvl w:val="0"/>
          <w:numId w:val="57"/>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Определи порядок пунктов плана.</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А) Белое облачко в яблоневых ветвях.</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Б) Яблонька кормит пчёл.</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В </w:t>
      </w:r>
      <w:proofErr w:type="gramStart"/>
      <w:r w:rsidRPr="00765081">
        <w:rPr>
          <w:rFonts w:ascii="Times New Roman" w:eastAsia="Times New Roman" w:hAnsi="Times New Roman" w:cs="Times New Roman"/>
          <w:color w:val="000000"/>
          <w:sz w:val="24"/>
          <w:szCs w:val="24"/>
          <w:lang w:eastAsia="ru-RU"/>
        </w:rPr>
        <w:t>)П</w:t>
      </w:r>
      <w:proofErr w:type="gramEnd"/>
      <w:r w:rsidRPr="00765081">
        <w:rPr>
          <w:rFonts w:ascii="Times New Roman" w:eastAsia="Times New Roman" w:hAnsi="Times New Roman" w:cs="Times New Roman"/>
          <w:color w:val="000000"/>
          <w:sz w:val="24"/>
          <w:szCs w:val="24"/>
          <w:lang w:eastAsia="ru-RU"/>
        </w:rPr>
        <w:t>рилёт пчелы к яблоне.</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lastRenderedPageBreak/>
        <w:t>Г) Побелка яблони.</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Ответ:______________________________________________________________________</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89011F">
      <w:pPr>
        <w:numPr>
          <w:ilvl w:val="0"/>
          <w:numId w:val="57"/>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Подтверди словами текста, что яблонька действительно является доброй работницей.</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Ответ:________________________________________________________________________</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89011F">
      <w:pPr>
        <w:numPr>
          <w:ilvl w:val="0"/>
          <w:numId w:val="57"/>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 чем сравнивает автор пчелу?</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Ответ:________________________________________________________________________</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10. Выпиши из текста вопросительное предложение.</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Ответ:________________________________________________________________________</w:t>
      </w:r>
    </w:p>
    <w:p w:rsidR="006B297A" w:rsidRPr="00765081" w:rsidRDefault="006B297A" w:rsidP="006B297A">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Ответы:</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Часть 1:</w:t>
      </w:r>
    </w:p>
    <w:p w:rsidR="006B297A" w:rsidRPr="00765081" w:rsidRDefault="006B297A" w:rsidP="0089011F">
      <w:pPr>
        <w:numPr>
          <w:ilvl w:val="0"/>
          <w:numId w:val="58"/>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1</w:t>
      </w:r>
    </w:p>
    <w:p w:rsidR="006B297A" w:rsidRPr="00765081" w:rsidRDefault="006B297A" w:rsidP="0089011F">
      <w:pPr>
        <w:numPr>
          <w:ilvl w:val="0"/>
          <w:numId w:val="58"/>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3</w:t>
      </w:r>
    </w:p>
    <w:p w:rsidR="006B297A" w:rsidRPr="00765081" w:rsidRDefault="006B297A" w:rsidP="0089011F">
      <w:pPr>
        <w:numPr>
          <w:ilvl w:val="0"/>
          <w:numId w:val="58"/>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2</w:t>
      </w:r>
    </w:p>
    <w:p w:rsidR="006B297A" w:rsidRPr="00765081" w:rsidRDefault="006B297A" w:rsidP="0089011F">
      <w:pPr>
        <w:numPr>
          <w:ilvl w:val="0"/>
          <w:numId w:val="58"/>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3</w:t>
      </w:r>
    </w:p>
    <w:p w:rsidR="006B297A" w:rsidRPr="00765081" w:rsidRDefault="006B297A" w:rsidP="0089011F">
      <w:pPr>
        <w:numPr>
          <w:ilvl w:val="0"/>
          <w:numId w:val="58"/>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2</w:t>
      </w:r>
    </w:p>
    <w:p w:rsidR="006B297A" w:rsidRPr="00765081" w:rsidRDefault="006B297A" w:rsidP="0089011F">
      <w:pPr>
        <w:numPr>
          <w:ilvl w:val="0"/>
          <w:numId w:val="58"/>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1</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Часть 2:</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 А, Г, В, Б.</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8.Только сама ожила – и сразу же пчёлок кормит.</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9.Как маленький вертолет.</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Критерии оценивания</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За правильное выполнение всех заданий (с 1 по 10) ставится отметка«5»,</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за правильное выполнение девяти-десяти заданий ставится отмет</w:t>
      </w:r>
      <w:r w:rsidRPr="00765081">
        <w:rPr>
          <w:rFonts w:ascii="Times New Roman" w:eastAsia="Times New Roman" w:hAnsi="Times New Roman" w:cs="Times New Roman"/>
          <w:color w:val="000000"/>
          <w:sz w:val="24"/>
          <w:szCs w:val="24"/>
          <w:lang w:eastAsia="ru-RU"/>
        </w:rPr>
        <w:softHyphen/>
        <w:t>ка «4»,</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за правильное выполнение шести-восьми заданий ставится отметка «3».</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Исправления, сделанные ребёнком, ошибкой не считаются.</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Особенностью проведения тестовых работ является полная самостоя</w:t>
      </w:r>
      <w:r w:rsidRPr="00765081">
        <w:rPr>
          <w:rFonts w:ascii="Times New Roman" w:eastAsia="Times New Roman" w:hAnsi="Times New Roman" w:cs="Times New Roman"/>
          <w:color w:val="000000"/>
          <w:sz w:val="24"/>
          <w:szCs w:val="24"/>
          <w:lang w:eastAsia="ru-RU"/>
        </w:rPr>
        <w:softHyphen/>
        <w:t xml:space="preserve">тельность учащихся. Учитель не должен </w:t>
      </w:r>
      <w:proofErr w:type="gramStart"/>
      <w:r w:rsidRPr="00765081">
        <w:rPr>
          <w:rFonts w:ascii="Times New Roman" w:eastAsia="Times New Roman" w:hAnsi="Times New Roman" w:cs="Times New Roman"/>
          <w:color w:val="000000"/>
          <w:sz w:val="24"/>
          <w:szCs w:val="24"/>
          <w:lang w:eastAsia="ru-RU"/>
        </w:rPr>
        <w:t>помогать учащимся выполнять</w:t>
      </w:r>
      <w:proofErr w:type="gramEnd"/>
      <w:r w:rsidRPr="00765081">
        <w:rPr>
          <w:rFonts w:ascii="Times New Roman" w:eastAsia="Times New Roman" w:hAnsi="Times New Roman" w:cs="Times New Roman"/>
          <w:color w:val="000000"/>
          <w:sz w:val="24"/>
          <w:szCs w:val="24"/>
          <w:lang w:eastAsia="ru-RU"/>
        </w:rPr>
        <w:t xml:space="preserve"> тестовые задания. Если учитель видит, что ученик затрудняется в выполнении какого-либо задания, нужно предложить ему перейти к следующему заданию.</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047B3E">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765081">
        <w:rPr>
          <w:rFonts w:ascii="Times New Roman" w:eastAsia="Times New Roman" w:hAnsi="Times New Roman" w:cs="Times New Roman"/>
          <w:bCs/>
          <w:color w:val="000000"/>
          <w:sz w:val="24"/>
          <w:szCs w:val="24"/>
          <w:lang w:eastAsia="ru-RU"/>
        </w:rPr>
        <w:t>Вариант 2</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Прочитай текст.</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Cs/>
          <w:color w:val="000000"/>
          <w:sz w:val="24"/>
          <w:szCs w:val="24"/>
          <w:lang w:eastAsia="ru-RU"/>
        </w:rPr>
        <w:lastRenderedPageBreak/>
        <w:t xml:space="preserve">      Как ни стараются птицы зимой отыскать еду, часто им приходится очень трудно. И тогда они начинают не только смотреть, где что можно найти, но и слушать. Вернее — прислушиваться: не стучит ли где-нибудь поблизости дятел?</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Cs/>
          <w:color w:val="000000"/>
          <w:sz w:val="24"/>
          <w:szCs w:val="24"/>
          <w:lang w:eastAsia="ru-RU"/>
        </w:rPr>
        <w:t xml:space="preserve">     Если стучит — долбит в своей кузнице шишку, это, конечно, неплохо: может быть, несколько семян и достанется синицам и пищухам из разбитой шишки.</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Cs/>
          <w:color w:val="000000"/>
          <w:sz w:val="24"/>
          <w:szCs w:val="24"/>
          <w:lang w:eastAsia="ru-RU"/>
        </w:rPr>
        <w:t>Но ещё лучше, если дятел долбит дерево. Иногда чувствует дятел, что под корой скопилось много зимующих насекомых или личинок. Тогда — раз! — ударит как-то по-особому — и большой кусок коры отлетит в сторону. А на нём и на обнажённом стволе — еда. Да ещё сколько! Дятел добрый — он не прогоняет птиц. Пожалуйста, всем хватит. А не хватит — найдём другое дерево.</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Cs/>
          <w:color w:val="000000"/>
          <w:sz w:val="24"/>
          <w:szCs w:val="24"/>
          <w:lang w:eastAsia="ru-RU"/>
        </w:rPr>
        <w:t>Вот и летят синицы, поползни и пищухи на стук дятла. Прилетают и корольки. Поедят — и улетят. До следующего раза. А вот другие птицы уже стараются не улетать далеко от дятла. И кочуют вместе с ним по лесу.</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Cs/>
          <w:color w:val="000000"/>
          <w:sz w:val="24"/>
          <w:szCs w:val="24"/>
          <w:lang w:eastAsia="ru-RU"/>
        </w:rPr>
        <w:t>Потом придёт весна. Появится у птиц еда, придут заботы и хлопоты. Разлетятся птицы кто куда. В хлопотах и заботах забудут и про дятла, и друг про друга.</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Cs/>
          <w:color w:val="000000"/>
          <w:sz w:val="24"/>
          <w:szCs w:val="24"/>
          <w:lang w:eastAsia="ru-RU"/>
        </w:rPr>
        <w:t xml:space="preserve">У дятлов тоже свои заботы. Деловито перелетают они с дерева на дерево. Крылья у них короткие — в лесу удобны такие крылья, но далеко на них не улетишь. Да дятел и не собирается никуда улетать. </w:t>
      </w:r>
      <w:proofErr w:type="gramStart"/>
      <w:r w:rsidRPr="00765081">
        <w:rPr>
          <w:rFonts w:ascii="Times New Roman" w:eastAsia="Times New Roman" w:hAnsi="Times New Roman" w:cs="Times New Roman"/>
          <w:iCs/>
          <w:color w:val="000000"/>
          <w:sz w:val="24"/>
          <w:szCs w:val="24"/>
          <w:lang w:eastAsia="ru-RU"/>
        </w:rPr>
        <w:t>Всю жизнь живёт он в лесу, среди деревьев, которые он спасает от опасных вредителей, рядом с птицами, которых спас и ещё спасёт, возможно, от голода и которые, возможно, появились на свет в его бывших домах.</w:t>
      </w:r>
      <w:proofErr w:type="gramEnd"/>
    </w:p>
    <w:p w:rsidR="006B297A" w:rsidRPr="00765081" w:rsidRDefault="006B297A" w:rsidP="006B297A">
      <w:pPr>
        <w:shd w:val="clear" w:color="auto" w:fill="FFFFFF"/>
        <w:spacing w:after="0" w:line="240" w:lineRule="auto"/>
        <w:rPr>
          <w:rFonts w:ascii="Times New Roman" w:eastAsia="Times New Roman" w:hAnsi="Times New Roman" w:cs="Times New Roman"/>
          <w:iCs/>
          <w:color w:val="000000"/>
          <w:sz w:val="24"/>
          <w:szCs w:val="24"/>
          <w:lang w:eastAsia="ru-RU"/>
        </w:rPr>
      </w:pPr>
      <w:r w:rsidRPr="00765081">
        <w:rPr>
          <w:rFonts w:ascii="Times New Roman" w:eastAsia="Times New Roman" w:hAnsi="Times New Roman" w:cs="Times New Roman"/>
          <w:iCs/>
          <w:color w:val="000000"/>
          <w:sz w:val="24"/>
          <w:szCs w:val="24"/>
          <w:lang w:eastAsia="ru-RU"/>
        </w:rPr>
        <w:t>Летает дятел по лесу и, может быть, радуется всему этому. А почему бы и нет? Может быть, птицы тоже умеют радо</w:t>
      </w:r>
      <w:r w:rsidRPr="00765081">
        <w:rPr>
          <w:rFonts w:ascii="Times New Roman" w:eastAsia="Times New Roman" w:hAnsi="Times New Roman" w:cs="Times New Roman"/>
          <w:iCs/>
          <w:color w:val="000000"/>
          <w:sz w:val="24"/>
          <w:szCs w:val="24"/>
          <w:lang w:eastAsia="ru-RU"/>
        </w:rPr>
        <w:softHyphen/>
        <w:t>ваться?</w:t>
      </w:r>
    </w:p>
    <w:p w:rsidR="006B297A" w:rsidRPr="00765081" w:rsidRDefault="006B297A" w:rsidP="006B297A">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r w:rsidRPr="00765081">
        <w:rPr>
          <w:rFonts w:ascii="Times New Roman" w:eastAsia="Times New Roman" w:hAnsi="Times New Roman" w:cs="Times New Roman"/>
          <w:i/>
          <w:iCs/>
          <w:color w:val="000000"/>
          <w:sz w:val="24"/>
          <w:szCs w:val="24"/>
          <w:lang w:eastAsia="ru-RU"/>
        </w:rPr>
        <w:t>(По Ю. Дмитриеву)</w:t>
      </w:r>
    </w:p>
    <w:p w:rsidR="006B297A" w:rsidRPr="00765081" w:rsidRDefault="006B297A" w:rsidP="006B29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Часть 1</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
          <w:iCs/>
          <w:color w:val="000000"/>
          <w:sz w:val="24"/>
          <w:szCs w:val="24"/>
          <w:lang w:eastAsia="ru-RU"/>
        </w:rPr>
        <w:t>При выполнении заданий этой части зачеркни (х) номер которой со</w:t>
      </w:r>
      <w:r w:rsidRPr="00765081">
        <w:rPr>
          <w:rFonts w:ascii="Times New Roman" w:eastAsia="Times New Roman" w:hAnsi="Times New Roman" w:cs="Times New Roman"/>
          <w:i/>
          <w:iCs/>
          <w:color w:val="000000"/>
          <w:sz w:val="24"/>
          <w:szCs w:val="24"/>
          <w:lang w:eastAsia="ru-RU"/>
        </w:rPr>
        <w:softHyphen/>
        <w:t>ответствует выбранному тобой ответу.</w:t>
      </w:r>
    </w:p>
    <w:p w:rsidR="006B297A" w:rsidRPr="00765081" w:rsidRDefault="006B297A" w:rsidP="0089011F">
      <w:pPr>
        <w:numPr>
          <w:ilvl w:val="0"/>
          <w:numId w:val="59"/>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Определи жанр произведения.</w:t>
      </w:r>
    </w:p>
    <w:p w:rsidR="006B297A" w:rsidRPr="00765081" w:rsidRDefault="006B297A" w:rsidP="006B297A">
      <w:pPr>
        <w:shd w:val="clear" w:color="auto" w:fill="FFFFFF"/>
        <w:spacing w:after="0" w:line="240" w:lineRule="auto"/>
        <w:ind w:hanging="284"/>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1. рассказ                                                                                                                                               2. сказка                                                                                                                                           3. научно-популярная статья</w:t>
      </w:r>
    </w:p>
    <w:p w:rsidR="006B297A" w:rsidRPr="00765081" w:rsidRDefault="006B297A" w:rsidP="0089011F">
      <w:pPr>
        <w:numPr>
          <w:ilvl w:val="0"/>
          <w:numId w:val="59"/>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Какое время года описано в тексте?</w:t>
      </w:r>
    </w:p>
    <w:p w:rsidR="006B297A" w:rsidRPr="00765081" w:rsidRDefault="006B297A" w:rsidP="0089011F">
      <w:pPr>
        <w:numPr>
          <w:ilvl w:val="0"/>
          <w:numId w:val="60"/>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лето</w:t>
      </w:r>
    </w:p>
    <w:p w:rsidR="006B297A" w:rsidRPr="00765081" w:rsidRDefault="006B297A" w:rsidP="0089011F">
      <w:pPr>
        <w:numPr>
          <w:ilvl w:val="0"/>
          <w:numId w:val="60"/>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зима</w:t>
      </w:r>
    </w:p>
    <w:p w:rsidR="006B297A" w:rsidRPr="00765081" w:rsidRDefault="006B297A" w:rsidP="0089011F">
      <w:pPr>
        <w:numPr>
          <w:ilvl w:val="0"/>
          <w:numId w:val="6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осень</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3.Какие крылья у дятла?</w:t>
      </w:r>
    </w:p>
    <w:p w:rsidR="006B297A" w:rsidRPr="00765081" w:rsidRDefault="006B297A" w:rsidP="0089011F">
      <w:pPr>
        <w:numPr>
          <w:ilvl w:val="0"/>
          <w:numId w:val="61"/>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короткие</w:t>
      </w:r>
    </w:p>
    <w:p w:rsidR="006B297A" w:rsidRPr="00765081" w:rsidRDefault="006B297A" w:rsidP="0089011F">
      <w:pPr>
        <w:numPr>
          <w:ilvl w:val="0"/>
          <w:numId w:val="61"/>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длинные</w:t>
      </w:r>
    </w:p>
    <w:p w:rsidR="006B297A" w:rsidRPr="00765081" w:rsidRDefault="006B297A" w:rsidP="0089011F">
      <w:pPr>
        <w:numPr>
          <w:ilvl w:val="0"/>
          <w:numId w:val="6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черные с красными перьями</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4.Какие птицы живут рядом с дятлом?</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синицы</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2.поползни</w:t>
      </w:r>
    </w:p>
    <w:p w:rsidR="006B297A" w:rsidRPr="00765081" w:rsidRDefault="006B297A" w:rsidP="0089011F">
      <w:pPr>
        <w:numPr>
          <w:ilvl w:val="0"/>
          <w:numId w:val="5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корольки</w:t>
      </w:r>
    </w:p>
    <w:p w:rsidR="006B297A" w:rsidRPr="00765081" w:rsidRDefault="006B297A" w:rsidP="0089011F">
      <w:pPr>
        <w:numPr>
          <w:ilvl w:val="0"/>
          <w:numId w:val="5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кукушка</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5.Чем питается дятел?</w:t>
      </w:r>
    </w:p>
    <w:p w:rsidR="006B297A" w:rsidRPr="00765081" w:rsidRDefault="006B297A" w:rsidP="0089011F">
      <w:pPr>
        <w:numPr>
          <w:ilvl w:val="0"/>
          <w:numId w:val="62"/>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зимующими насекомыми</w:t>
      </w:r>
    </w:p>
    <w:p w:rsidR="006B297A" w:rsidRPr="00765081" w:rsidRDefault="006B297A" w:rsidP="0089011F">
      <w:pPr>
        <w:numPr>
          <w:ilvl w:val="0"/>
          <w:numId w:val="62"/>
        </w:numPr>
        <w:shd w:val="clear" w:color="auto" w:fill="FFFFFF"/>
        <w:spacing w:after="0" w:line="240" w:lineRule="auto"/>
        <w:ind w:left="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личинками</w:t>
      </w:r>
    </w:p>
    <w:p w:rsidR="006B297A" w:rsidRPr="00765081" w:rsidRDefault="006B297A" w:rsidP="0089011F">
      <w:pPr>
        <w:numPr>
          <w:ilvl w:val="0"/>
          <w:numId w:val="6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семенами шишек</w:t>
      </w:r>
    </w:p>
    <w:p w:rsidR="006B297A" w:rsidRPr="00765081" w:rsidRDefault="006B297A" w:rsidP="0089011F">
      <w:pPr>
        <w:numPr>
          <w:ilvl w:val="0"/>
          <w:numId w:val="6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семена подсолнуха</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
          <w:iCs/>
          <w:color w:val="000000"/>
          <w:sz w:val="24"/>
          <w:szCs w:val="24"/>
          <w:lang w:eastAsia="ru-RU"/>
        </w:rPr>
        <w:t>Часть 2</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i/>
          <w:iCs/>
          <w:color w:val="000000"/>
          <w:sz w:val="24"/>
          <w:szCs w:val="24"/>
          <w:lang w:eastAsia="ru-RU"/>
        </w:rPr>
        <w:t>При выполнении заданий этой части (6-9) запиши краткий ответ.</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6.Придумай заголовок и запиши его.</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Ответ:_____________________________________________________________________</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7.Найди в тексте и подчеркни волнистой лини</w:t>
      </w:r>
      <w:r w:rsidRPr="00765081">
        <w:rPr>
          <w:rFonts w:ascii="Times New Roman" w:eastAsia="Times New Roman" w:hAnsi="Times New Roman" w:cs="Times New Roman"/>
          <w:color w:val="000000"/>
          <w:sz w:val="24"/>
          <w:szCs w:val="24"/>
          <w:lang w:eastAsia="ru-RU"/>
        </w:rPr>
        <w:softHyphen/>
        <w:t>ей названия зимующих птиц.</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8.Почему дятел не улетает из своего леса? Най</w:t>
      </w:r>
      <w:r w:rsidRPr="00765081">
        <w:rPr>
          <w:rFonts w:ascii="Times New Roman" w:eastAsia="Times New Roman" w:hAnsi="Times New Roman" w:cs="Times New Roman"/>
          <w:color w:val="000000"/>
          <w:sz w:val="24"/>
          <w:szCs w:val="24"/>
          <w:lang w:eastAsia="ru-RU"/>
        </w:rPr>
        <w:softHyphen/>
        <w:t>ди в тексте ответ на вопрос и запиши его.</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 ______________________________________________________________________________________________________________________________________________________________________________________________________________________________</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9. Выпиши из текста вопросительное предложение.</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Ответ:________________________________________________________________________</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Ответы:</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Часть 1:</w:t>
      </w:r>
    </w:p>
    <w:p w:rsidR="006B297A" w:rsidRPr="00765081" w:rsidRDefault="006B297A" w:rsidP="0089011F">
      <w:pPr>
        <w:numPr>
          <w:ilvl w:val="0"/>
          <w:numId w:val="63"/>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3</w:t>
      </w:r>
    </w:p>
    <w:p w:rsidR="006B297A" w:rsidRPr="00765081" w:rsidRDefault="006B297A" w:rsidP="0089011F">
      <w:pPr>
        <w:numPr>
          <w:ilvl w:val="0"/>
          <w:numId w:val="63"/>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1,2</w:t>
      </w:r>
    </w:p>
    <w:p w:rsidR="006B297A" w:rsidRPr="00765081" w:rsidRDefault="006B297A" w:rsidP="0089011F">
      <w:pPr>
        <w:numPr>
          <w:ilvl w:val="0"/>
          <w:numId w:val="63"/>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w:t>
      </w:r>
    </w:p>
    <w:p w:rsidR="006B297A" w:rsidRPr="00765081" w:rsidRDefault="006B297A" w:rsidP="0089011F">
      <w:pPr>
        <w:numPr>
          <w:ilvl w:val="0"/>
          <w:numId w:val="63"/>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1,2,3</w:t>
      </w:r>
    </w:p>
    <w:p w:rsidR="006B297A" w:rsidRPr="00765081" w:rsidRDefault="006B297A" w:rsidP="0089011F">
      <w:pPr>
        <w:numPr>
          <w:ilvl w:val="0"/>
          <w:numId w:val="63"/>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1,2, 3</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Часть 2:</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6. Спасибо дятлу. Лесной помощник.</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7. А, Г, В, Б.</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8. «Крылья у них короткие - в лесу удобны такие крылья, но далеко на них не улетишь. Да дятел и не собирается никуда улетать. </w:t>
      </w:r>
      <w:proofErr w:type="gramStart"/>
      <w:r w:rsidRPr="00765081">
        <w:rPr>
          <w:rFonts w:ascii="Times New Roman" w:eastAsia="Times New Roman" w:hAnsi="Times New Roman" w:cs="Times New Roman"/>
          <w:color w:val="000000"/>
          <w:sz w:val="24"/>
          <w:szCs w:val="24"/>
          <w:lang w:eastAsia="ru-RU"/>
        </w:rPr>
        <w:t>Всю жизнь живёт он в лесу, среди деревьев, которые он спа</w:t>
      </w:r>
      <w:r w:rsidRPr="00765081">
        <w:rPr>
          <w:rFonts w:ascii="Times New Roman" w:eastAsia="Times New Roman" w:hAnsi="Times New Roman" w:cs="Times New Roman"/>
          <w:color w:val="000000"/>
          <w:sz w:val="24"/>
          <w:szCs w:val="24"/>
          <w:lang w:eastAsia="ru-RU"/>
        </w:rPr>
        <w:softHyphen/>
        <w:t>сает от опасных вредителей, рядом с птицами, которых спас и ещё спасёт, возможно, от голода и которые, возможно, появились на свет в его быв</w:t>
      </w:r>
      <w:r w:rsidRPr="00765081">
        <w:rPr>
          <w:rFonts w:ascii="Times New Roman" w:eastAsia="Times New Roman" w:hAnsi="Times New Roman" w:cs="Times New Roman"/>
          <w:color w:val="000000"/>
          <w:sz w:val="24"/>
          <w:szCs w:val="24"/>
          <w:lang w:eastAsia="ru-RU"/>
        </w:rPr>
        <w:softHyphen/>
        <w:t>ших домах».</w:t>
      </w:r>
      <w:proofErr w:type="gramEnd"/>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 xml:space="preserve">      Критерии оценивания</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lastRenderedPageBreak/>
        <w:t>За правильное выполнение всех заданий (с 1 по 9)</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ставится отметка«5»,</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за правильное выполнение девяти-десяти заданий </w:t>
      </w:r>
    </w:p>
    <w:p w:rsidR="006B297A" w:rsidRPr="00765081" w:rsidRDefault="006B297A" w:rsidP="006B297A">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ставится отмет</w:t>
      </w:r>
      <w:r w:rsidRPr="00765081">
        <w:rPr>
          <w:rFonts w:ascii="Times New Roman" w:eastAsia="Times New Roman" w:hAnsi="Times New Roman" w:cs="Times New Roman"/>
          <w:color w:val="000000"/>
          <w:sz w:val="24"/>
          <w:szCs w:val="24"/>
          <w:lang w:eastAsia="ru-RU"/>
        </w:rPr>
        <w:softHyphen/>
        <w:t>ка «4»,</w:t>
      </w:r>
    </w:p>
    <w:p w:rsidR="006B297A" w:rsidRPr="00765081" w:rsidRDefault="006B297A" w:rsidP="006B297A">
      <w:pPr>
        <w:shd w:val="clear" w:color="auto" w:fill="FFFFFF"/>
        <w:spacing w:after="0" w:line="240" w:lineRule="auto"/>
        <w:rPr>
          <w:rFonts w:ascii="Times New Roman" w:eastAsia="Times New Roman" w:hAnsi="Times New Roman" w:cs="Times New Roman"/>
          <w:bCs/>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bCs/>
          <w:color w:val="000000"/>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bCs/>
          <w:color w:val="000000"/>
          <w:sz w:val="24"/>
          <w:szCs w:val="24"/>
          <w:lang w:eastAsia="ru-RU"/>
        </w:rPr>
      </w:pPr>
    </w:p>
    <w:p w:rsidR="006B297A" w:rsidRPr="00765081" w:rsidRDefault="006B297A" w:rsidP="006B29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Промежуточная аттестация. Контрольная работа.</w:t>
      </w:r>
    </w:p>
    <w:p w:rsidR="006B297A" w:rsidRPr="00765081" w:rsidRDefault="006B297A" w:rsidP="006B29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b/>
          <w:color w:val="000000"/>
          <w:sz w:val="24"/>
          <w:szCs w:val="24"/>
          <w:lang w:eastAsia="ru-RU"/>
        </w:rPr>
        <w:t>Цель:</w:t>
      </w:r>
      <w:r w:rsidRPr="00765081">
        <w:rPr>
          <w:rFonts w:ascii="Times New Roman" w:eastAsia="Times New Roman" w:hAnsi="Times New Roman" w:cs="Times New Roman"/>
          <w:color w:val="000000"/>
          <w:sz w:val="24"/>
          <w:szCs w:val="24"/>
          <w:lang w:eastAsia="ru-RU"/>
        </w:rPr>
        <w:t xml:space="preserve"> проверка и оценка уровня сформированности предметных результатов у учащихся по итогам освоения программы по литературному чтению во  2-м классе.</w:t>
      </w:r>
    </w:p>
    <w:p w:rsidR="006B297A" w:rsidRPr="00765081" w:rsidRDefault="006B297A" w:rsidP="006B297A">
      <w:pPr>
        <w:shd w:val="clear" w:color="auto" w:fill="FFFFFF"/>
        <w:spacing w:after="15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Промежуточная аттестация по литературному чтению проводится в форме теста. </w:t>
      </w:r>
    </w:p>
    <w:p w:rsidR="006B297A" w:rsidRPr="00765081" w:rsidRDefault="006B297A" w:rsidP="006B297A">
      <w:pPr>
        <w:shd w:val="clear" w:color="auto" w:fill="FFFFFF"/>
        <w:spacing w:after="150" w:line="240" w:lineRule="auto"/>
        <w:rPr>
          <w:rFonts w:ascii="Times New Roman" w:eastAsia="Times New Roman" w:hAnsi="Times New Roman" w:cs="Times New Roman"/>
          <w:color w:val="000000"/>
          <w:sz w:val="24"/>
          <w:szCs w:val="24"/>
          <w:shd w:val="clear" w:color="auto" w:fill="FFFFFF"/>
          <w:lang w:eastAsia="ru-RU"/>
        </w:rPr>
      </w:pPr>
      <w:r w:rsidRPr="00765081">
        <w:rPr>
          <w:rFonts w:ascii="Times New Roman" w:eastAsia="Times New Roman" w:hAnsi="Times New Roman" w:cs="Times New Roman"/>
          <w:color w:val="000000"/>
          <w:sz w:val="24"/>
          <w:szCs w:val="24"/>
          <w:shd w:val="clear" w:color="auto" w:fill="FFFFFF"/>
          <w:lang w:eastAsia="ru-RU"/>
        </w:rPr>
        <w:t>Содержание работы соответствует основным требованиям к планируемым результатам освоения программы по литературному чтению за 2 класс.</w:t>
      </w:r>
    </w:p>
    <w:p w:rsidR="006B297A" w:rsidRPr="00765081" w:rsidRDefault="006B297A" w:rsidP="006B297A">
      <w:pPr>
        <w:shd w:val="clear" w:color="auto" w:fill="FFFFFF"/>
        <w:spacing w:after="15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15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hd w:val="clear" w:color="auto" w:fill="FFFFFF"/>
        <w:spacing w:after="150" w:line="240" w:lineRule="auto"/>
        <w:rPr>
          <w:rFonts w:ascii="Times New Roman" w:eastAsia="Times New Roman" w:hAnsi="Times New Roman" w:cs="Times New Roman"/>
          <w:color w:val="000000"/>
          <w:sz w:val="24"/>
          <w:szCs w:val="24"/>
          <w:lang w:eastAsia="ru-RU"/>
        </w:rPr>
      </w:pPr>
    </w:p>
    <w:p w:rsidR="006B297A" w:rsidRPr="00765081" w:rsidRDefault="006B297A" w:rsidP="006B297A">
      <w:pPr>
        <w:spacing w:after="0" w:line="240" w:lineRule="auto"/>
        <w:jc w:val="center"/>
        <w:rPr>
          <w:rFonts w:ascii="Times New Roman" w:eastAsia="Times New Roman" w:hAnsi="Times New Roman" w:cs="Times New Roman"/>
          <w:bCs/>
          <w:color w:val="000000"/>
          <w:sz w:val="24"/>
          <w:szCs w:val="24"/>
          <w:lang w:eastAsia="ru-RU"/>
        </w:rPr>
      </w:pPr>
      <w:r w:rsidRPr="00765081">
        <w:rPr>
          <w:rFonts w:ascii="Times New Roman" w:eastAsia="Times New Roman" w:hAnsi="Times New Roman" w:cs="Times New Roman"/>
          <w:bCs/>
          <w:color w:val="000000"/>
          <w:sz w:val="24"/>
          <w:szCs w:val="24"/>
          <w:lang w:eastAsia="ru-RU"/>
        </w:rPr>
        <w:t>1  вариант</w:t>
      </w:r>
    </w:p>
    <w:p w:rsidR="006B297A" w:rsidRPr="00765081" w:rsidRDefault="006B297A" w:rsidP="006B297A">
      <w:pPr>
        <w:spacing w:after="0" w:line="240" w:lineRule="auto"/>
        <w:jc w:val="center"/>
        <w:rPr>
          <w:rFonts w:ascii="Times New Roman" w:eastAsia="Times New Roman" w:hAnsi="Times New Roman" w:cs="Times New Roman"/>
          <w:bCs/>
          <w:color w:val="000000"/>
          <w:sz w:val="24"/>
          <w:szCs w:val="24"/>
          <w:lang w:eastAsia="ru-RU"/>
        </w:rPr>
      </w:pPr>
      <w:r w:rsidRPr="00765081">
        <w:rPr>
          <w:rFonts w:ascii="Times New Roman" w:eastAsia="Times New Roman" w:hAnsi="Times New Roman" w:cs="Times New Roman"/>
          <w:bCs/>
          <w:color w:val="000000"/>
          <w:sz w:val="24"/>
          <w:szCs w:val="24"/>
          <w:lang w:eastAsia="ru-RU"/>
        </w:rPr>
        <w:t>Фамилия, имя_______________________________</w:t>
      </w:r>
    </w:p>
    <w:p w:rsidR="006B297A" w:rsidRPr="00765081" w:rsidRDefault="006B297A" w:rsidP="006B297A">
      <w:pPr>
        <w:spacing w:after="0" w:line="240" w:lineRule="auto"/>
        <w:jc w:val="center"/>
        <w:rPr>
          <w:rFonts w:ascii="Times New Roman" w:eastAsia="Times New Roman" w:hAnsi="Times New Roman" w:cs="Times New Roman"/>
          <w:color w:val="000000"/>
          <w:sz w:val="24"/>
          <w:szCs w:val="24"/>
          <w:lang w:eastAsia="ru-RU"/>
        </w:rPr>
      </w:pPr>
    </w:p>
    <w:p w:rsidR="006B297A" w:rsidRPr="00765081" w:rsidRDefault="006B297A" w:rsidP="006B297A">
      <w:pPr>
        <w:spacing w:after="0" w:line="240" w:lineRule="auto"/>
        <w:ind w:firstLine="708"/>
        <w:rPr>
          <w:rFonts w:ascii="Times New Roman" w:eastAsia="Calibri" w:hAnsi="Times New Roman" w:cs="Times New Roman"/>
          <w:i/>
          <w:sz w:val="24"/>
          <w:szCs w:val="24"/>
        </w:rPr>
      </w:pPr>
      <w:r w:rsidRPr="00765081">
        <w:rPr>
          <w:rFonts w:ascii="Times New Roman" w:eastAsia="Calibri" w:hAnsi="Times New Roman" w:cs="Times New Roman"/>
          <w:i/>
          <w:sz w:val="24"/>
          <w:szCs w:val="24"/>
        </w:rPr>
        <w:t>Прочитай текст</w:t>
      </w:r>
    </w:p>
    <w:p w:rsidR="006B297A" w:rsidRPr="00765081" w:rsidRDefault="006B297A" w:rsidP="006B297A">
      <w:pPr>
        <w:spacing w:after="0" w:line="240" w:lineRule="auto"/>
        <w:ind w:firstLine="708"/>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В один из жарких дней набрёл я на поляну в тайге. От лесного пожара она выгорела, но на чёрной земле уже росли листики брусники, и кивал  головками иван-чай. На краю были заросли малины. Я собирал малину, а впереди какой-то зверь шёл, шуршал в листьях.</w:t>
      </w:r>
    </w:p>
    <w:p w:rsidR="006B297A" w:rsidRPr="00765081" w:rsidRDefault="006B297A" w:rsidP="006B297A">
      <w:pPr>
        <w:spacing w:after="0" w:line="240" w:lineRule="auto"/>
        <w:ind w:firstLine="708"/>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Решил я узнать, что это за зверь, сел на пенёк и стал тихонько  посвистывать. Зверь сначала остановился, а потом стал ко мне подкрадываться. Он думал, что я его не вижу, а верхушки малиновых кустов тихонько шевелятся и его выдают. Вскоре из куста высунулся чёрный нос и два глаза. Тут я его сразу узнал – это медвежонок.</w:t>
      </w:r>
    </w:p>
    <w:p w:rsidR="006B297A" w:rsidRPr="00765081" w:rsidRDefault="006B297A" w:rsidP="006B297A">
      <w:pPr>
        <w:spacing w:after="0" w:line="240" w:lineRule="auto"/>
        <w:ind w:firstLine="708"/>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Медвежонок подошёл ко мне и стал меня обнюхивать. Обнюхал, облизал ботинок, нашёл пуговицу на рубашке и стал её сосать. И тут я услышал, как в малиннике сучья затрещали. Это, наверное, медведица медвежонка ищет.</w:t>
      </w:r>
    </w:p>
    <w:p w:rsidR="006B297A" w:rsidRPr="00765081" w:rsidRDefault="006B297A" w:rsidP="006B297A">
      <w:pPr>
        <w:spacing w:after="0" w:line="240" w:lineRule="auto"/>
        <w:ind w:firstLine="708"/>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Хотел я встать, а медвежонок в пуговицу зубами вцепился, рычит и не пускает. Вдруг медведица услышит, как он рычит, подумает, что его обижают, и прибежит. А у меня даже ружья нет! Я скорее пуговицу оторвал и отдал медвежонку, а сам бегом – медведице разве объяснишь, что медвежонок поиграть со мной захотел!</w:t>
      </w:r>
    </w:p>
    <w:p w:rsidR="006B297A" w:rsidRPr="00765081" w:rsidRDefault="006B297A" w:rsidP="006B297A">
      <w:pPr>
        <w:spacing w:after="0" w:line="240" w:lineRule="auto"/>
        <w:jc w:val="right"/>
        <w:rPr>
          <w:rFonts w:ascii="Times New Roman" w:eastAsia="Calibri" w:hAnsi="Times New Roman" w:cs="Times New Roman"/>
          <w:i/>
          <w:iCs/>
          <w:sz w:val="24"/>
          <w:szCs w:val="24"/>
        </w:rPr>
      </w:pPr>
      <w:r w:rsidRPr="00765081">
        <w:rPr>
          <w:rFonts w:ascii="Times New Roman" w:eastAsia="Calibri" w:hAnsi="Times New Roman" w:cs="Times New Roman"/>
          <w:i/>
          <w:iCs/>
          <w:sz w:val="24"/>
          <w:szCs w:val="24"/>
        </w:rPr>
        <w:t>По Г. Снегиреву</w:t>
      </w:r>
    </w:p>
    <w:p w:rsidR="006B297A" w:rsidRPr="00765081" w:rsidRDefault="007B5670" w:rsidP="006B297A">
      <w:pPr>
        <w:spacing w:after="0" w:line="240" w:lineRule="auto"/>
        <w:jc w:val="right"/>
        <w:rPr>
          <w:rFonts w:ascii="Times New Roman" w:eastAsia="Calibri" w:hAnsi="Times New Roman" w:cs="Times New Roman"/>
          <w:i/>
          <w:iCs/>
          <w:sz w:val="24"/>
          <w:szCs w:val="24"/>
        </w:rPr>
      </w:pPr>
      <w:r w:rsidRPr="007B5670">
        <w:rPr>
          <w:rFonts w:ascii="Times New Roman" w:eastAsia="Calibri" w:hAnsi="Times New Roman" w:cs="Times New Roman"/>
          <w:iCs/>
          <w:noProof/>
          <w:sz w:val="24"/>
          <w:szCs w:val="24"/>
          <w:lang w:eastAsia="ru-RU"/>
        </w:rPr>
        <w:pict>
          <v:rect id="Прямоугольник 41" o:spid="_x0000_s1202" style="position:absolute;left:0;text-align:left;margin-left:179.25pt;margin-top:13.3pt;width:17.5pt;height:16.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"/>
        </w:pict>
      </w:r>
    </w:p>
    <w:p w:rsidR="006B297A" w:rsidRPr="00765081" w:rsidRDefault="006B297A" w:rsidP="006B297A">
      <w:pPr>
        <w:spacing w:after="0" w:line="240" w:lineRule="auto"/>
        <w:rPr>
          <w:rFonts w:ascii="Times New Roman" w:eastAsia="Calibri" w:hAnsi="Times New Roman" w:cs="Times New Roman"/>
          <w:i/>
          <w:sz w:val="24"/>
          <w:szCs w:val="24"/>
        </w:rPr>
      </w:pPr>
      <w:r w:rsidRPr="00765081">
        <w:rPr>
          <w:rFonts w:ascii="Times New Roman" w:eastAsia="Calibri" w:hAnsi="Times New Roman" w:cs="Times New Roman"/>
          <w:i/>
          <w:iCs/>
          <w:sz w:val="24"/>
          <w:szCs w:val="24"/>
        </w:rPr>
        <w:lastRenderedPageBreak/>
        <w:t xml:space="preserve">Выполни задания. Ставь галочку </w:t>
      </w:r>
      <w:proofErr w:type="gramStart"/>
      <w:r w:rsidRPr="00765081">
        <w:rPr>
          <w:rFonts w:ascii="Times New Roman" w:eastAsia="Calibri" w:hAnsi="Times New Roman" w:cs="Times New Roman"/>
          <w:i/>
          <w:iCs/>
          <w:sz w:val="24"/>
          <w:szCs w:val="24"/>
        </w:rPr>
        <w:t>в</w:t>
      </w:r>
      <w:proofErr w:type="gramEnd"/>
      <w:r w:rsidRPr="00765081">
        <w:rPr>
          <w:rFonts w:ascii="Times New Roman" w:eastAsia="Calibri" w:hAnsi="Times New Roman" w:cs="Times New Roman"/>
          <w:i/>
          <w:iCs/>
          <w:sz w:val="24"/>
          <w:szCs w:val="24"/>
        </w:rPr>
        <w:t xml:space="preserve">        рядом с правильным ответом.</w:t>
      </w:r>
    </w:p>
    <w:p w:rsidR="006B297A" w:rsidRPr="00765081" w:rsidRDefault="006B297A" w:rsidP="006B297A">
      <w:pPr>
        <w:spacing w:after="0" w:line="240" w:lineRule="auto"/>
        <w:rPr>
          <w:rFonts w:ascii="Times New Roman" w:eastAsia="Calibri" w:hAnsi="Times New Roman" w:cs="Times New Roman"/>
          <w:sz w:val="24"/>
          <w:szCs w:val="24"/>
        </w:rPr>
      </w:pPr>
    </w:p>
    <w:p w:rsidR="006B297A" w:rsidRPr="00765081" w:rsidRDefault="007B5670" w:rsidP="006B297A">
      <w:pPr>
        <w:spacing w:after="0" w:line="276" w:lineRule="auto"/>
        <w:ind w:firstLine="708"/>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40" o:spid="_x0000_s1201" style="position:absolute;left:0;text-align:left;margin-left:-18.65pt;margin-top:10.3pt;width:17.5pt;height:16.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"/>
        </w:pict>
      </w:r>
      <w:r w:rsidR="006B297A" w:rsidRPr="00765081">
        <w:rPr>
          <w:rFonts w:ascii="Times New Roman" w:eastAsia="Calibri" w:hAnsi="Times New Roman" w:cs="Times New Roman"/>
          <w:b/>
          <w:sz w:val="24"/>
          <w:szCs w:val="24"/>
        </w:rPr>
        <w:t>1. О чем рассказывается в этом тексте?</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39" o:spid="_x0000_s1200" style="position:absolute;margin-left:-18.65pt;margin-top:16.15pt;width:17.5pt;height:16.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"/>
        </w:pict>
      </w:r>
      <w:r w:rsidR="006B297A" w:rsidRPr="00765081">
        <w:rPr>
          <w:rFonts w:ascii="Times New Roman" w:eastAsia="Calibri" w:hAnsi="Times New Roman" w:cs="Times New Roman"/>
          <w:sz w:val="24"/>
          <w:szCs w:val="24"/>
        </w:rPr>
        <w:t>о том, как медведица учила медвежонка собирать малину</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38" o:spid="_x0000_s1199" style="position:absolute;margin-left:-18.65pt;margin-top:16pt;width:17.5pt;height:16.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"/>
        </w:pict>
      </w:r>
      <w:r w:rsidR="006B297A" w:rsidRPr="00765081">
        <w:rPr>
          <w:rFonts w:ascii="Times New Roman" w:eastAsia="Calibri" w:hAnsi="Times New Roman" w:cs="Times New Roman"/>
          <w:sz w:val="24"/>
          <w:szCs w:val="24"/>
        </w:rPr>
        <w:t>о встрече человека и медвежонка</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37" o:spid="_x0000_s1198" style="position:absolute;margin-left:-18.65pt;margin-top:14pt;width:17.5pt;height:16.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"/>
        </w:pict>
      </w:r>
      <w:r w:rsidR="006B297A" w:rsidRPr="00765081">
        <w:rPr>
          <w:rFonts w:ascii="Times New Roman" w:eastAsia="Calibri" w:hAnsi="Times New Roman" w:cs="Times New Roman"/>
          <w:sz w:val="24"/>
          <w:szCs w:val="24"/>
        </w:rPr>
        <w:t>о том, как растёт в тайге малина</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о лесном пожаре</w:t>
      </w:r>
    </w:p>
    <w:p w:rsidR="006B297A" w:rsidRPr="00765081" w:rsidRDefault="007B5670" w:rsidP="006B297A">
      <w:pPr>
        <w:spacing w:after="0" w:line="276" w:lineRule="auto"/>
        <w:ind w:firstLine="708"/>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36" o:spid="_x0000_s1197" style="position:absolute;left:0;text-align:left;margin-left:-18.55pt;margin-top:11.35pt;width:17.5pt;height:1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"/>
        </w:pict>
      </w:r>
      <w:r w:rsidR="006B297A" w:rsidRPr="00765081">
        <w:rPr>
          <w:rFonts w:ascii="Times New Roman" w:eastAsia="Calibri" w:hAnsi="Times New Roman" w:cs="Times New Roman"/>
          <w:b/>
          <w:sz w:val="24"/>
          <w:szCs w:val="24"/>
        </w:rPr>
        <w:t>2.Где произошла встреча с медвежонком?</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35" o:spid="_x0000_s1196" style="position:absolute;margin-left:-18.55pt;margin-top:17.05pt;width:17.5pt;height:16.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PLRQ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"/>
        </w:pict>
      </w:r>
      <w:r w:rsidR="006B297A" w:rsidRPr="00765081">
        <w:rPr>
          <w:rFonts w:ascii="Times New Roman" w:eastAsia="Calibri" w:hAnsi="Times New Roman" w:cs="Times New Roman"/>
          <w:sz w:val="24"/>
          <w:szCs w:val="24"/>
        </w:rPr>
        <w:t>в сосновом бору</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33" o:spid="_x0000_s1195" style="position:absolute;margin-left:-18.55pt;margin-top:16.25pt;width:17.5pt;height:16.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"/>
        </w:pict>
      </w:r>
      <w:r w:rsidR="006B297A" w:rsidRPr="00765081">
        <w:rPr>
          <w:rFonts w:ascii="Times New Roman" w:eastAsia="Calibri" w:hAnsi="Times New Roman" w:cs="Times New Roman"/>
          <w:sz w:val="24"/>
          <w:szCs w:val="24"/>
        </w:rPr>
        <w:t>в берёзовой роще</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34" o:spid="_x0000_s1194" style="position:absolute;margin-left:-18.55pt;margin-top:16.05pt;width:17.5pt;height:16.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uURQ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"/>
        </w:pict>
      </w:r>
      <w:r w:rsidR="006B297A" w:rsidRPr="00765081">
        <w:rPr>
          <w:rFonts w:ascii="Times New Roman" w:eastAsia="Calibri" w:hAnsi="Times New Roman" w:cs="Times New Roman"/>
          <w:sz w:val="24"/>
          <w:szCs w:val="24"/>
        </w:rPr>
        <w:t>в зарослях малины</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на берегу реки</w:t>
      </w:r>
    </w:p>
    <w:p w:rsidR="006B297A" w:rsidRPr="00765081" w:rsidRDefault="007B5670" w:rsidP="006B297A">
      <w:pPr>
        <w:spacing w:after="0" w:line="360" w:lineRule="auto"/>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2" o:spid="_x0000_s1193" style="position:absolute;left:0;text-align:left;margin-left:-18.4pt;margin-top:16.5pt;width:17.5pt;height:16.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iORQ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"/>
        </w:pict>
      </w:r>
      <w:r w:rsidR="006B297A" w:rsidRPr="00765081">
        <w:rPr>
          <w:rFonts w:ascii="Times New Roman" w:eastAsia="Calibri" w:hAnsi="Times New Roman" w:cs="Times New Roman"/>
          <w:b/>
          <w:sz w:val="24"/>
          <w:szCs w:val="24"/>
        </w:rPr>
        <w:t>3.В какое время года произошла эта встреча?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1" o:spid="_x0000_s1192" style="position:absolute;margin-left:-18.4pt;margin-top:17.35pt;width:17.5pt;height:16.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"/>
        </w:pict>
      </w:r>
      <w:r w:rsidR="006B297A" w:rsidRPr="00765081">
        <w:rPr>
          <w:rFonts w:ascii="Times New Roman" w:eastAsia="Calibri" w:hAnsi="Times New Roman" w:cs="Times New Roman"/>
          <w:sz w:val="24"/>
          <w:szCs w:val="24"/>
        </w:rPr>
        <w:t xml:space="preserve">весной    </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0" o:spid="_x0000_s1191" style="position:absolute;margin-left:-18.4pt;margin-top:18.05pt;width:17.5pt;height:16.3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kxRA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"/>
        </w:pict>
      </w:r>
      <w:r w:rsidR="006B297A" w:rsidRPr="00765081">
        <w:rPr>
          <w:rFonts w:ascii="Times New Roman" w:eastAsia="Calibri" w:hAnsi="Times New Roman" w:cs="Times New Roman"/>
          <w:sz w:val="24"/>
          <w:szCs w:val="24"/>
        </w:rPr>
        <w:t xml:space="preserve">летом </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осенью </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29" o:spid="_x0000_s1190" style="position:absolute;margin-left:-18.4pt;margin-top:.05pt;width:17.5pt;height:16.3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"/>
        </w:pict>
      </w:r>
      <w:r w:rsidR="006B297A" w:rsidRPr="00765081">
        <w:rPr>
          <w:rFonts w:ascii="Times New Roman" w:eastAsia="Calibri" w:hAnsi="Times New Roman" w:cs="Times New Roman"/>
          <w:sz w:val="24"/>
          <w:szCs w:val="24"/>
        </w:rPr>
        <w:t>зимой</w:t>
      </w:r>
    </w:p>
    <w:p w:rsidR="006B297A" w:rsidRPr="00765081" w:rsidRDefault="007B5670" w:rsidP="006B297A">
      <w:pPr>
        <w:spacing w:after="0" w:line="360"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731" o:spid="_x0000_s1189" style="position:absolute;left:0;text-align:left;margin-left:-18.25pt;margin-top:18.65pt;width:17.5pt;height:16.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"/>
        </w:pict>
      </w:r>
      <w:r w:rsidR="006B297A" w:rsidRPr="00765081">
        <w:rPr>
          <w:rFonts w:ascii="Times New Roman" w:eastAsia="Calibri" w:hAnsi="Times New Roman" w:cs="Times New Roman"/>
          <w:b/>
          <w:sz w:val="24"/>
          <w:szCs w:val="24"/>
        </w:rPr>
        <w:t>4.Рассказчик убежал, потому что</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2" o:spid="_x0000_s1188" style="position:absolute;margin-left:-18.25pt;margin-top:18.15pt;width:17.5pt;height:16.3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"/>
        </w:pict>
      </w:r>
      <w:r w:rsidR="006B297A" w:rsidRPr="00765081">
        <w:rPr>
          <w:rFonts w:ascii="Times New Roman" w:eastAsia="Calibri" w:hAnsi="Times New Roman" w:cs="Times New Roman"/>
          <w:sz w:val="24"/>
          <w:szCs w:val="24"/>
        </w:rPr>
        <w:t>ему надоел медвежонок</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26" o:spid="_x0000_s1187" style="position:absolute;margin-left:-18.25pt;margin-top:18.9pt;width:17.5pt;height:16.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"/>
        </w:pict>
      </w:r>
      <w:r w:rsidR="006B297A" w:rsidRPr="00765081">
        <w:rPr>
          <w:rFonts w:ascii="Times New Roman" w:eastAsia="Calibri" w:hAnsi="Times New Roman" w:cs="Times New Roman"/>
          <w:sz w:val="24"/>
          <w:szCs w:val="24"/>
        </w:rPr>
        <w:t>испугался медведицы</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вспомнил, что потерял ружьё</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3" o:spid="_x0000_s1186" style="position:absolute;margin-left:-18.25pt;margin-top:-2.6pt;width:17.5pt;height:16.3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"/>
        </w:pict>
      </w:r>
      <w:r w:rsidR="006B297A" w:rsidRPr="00765081">
        <w:rPr>
          <w:rFonts w:ascii="Times New Roman" w:eastAsia="Calibri" w:hAnsi="Times New Roman" w:cs="Times New Roman"/>
          <w:sz w:val="24"/>
          <w:szCs w:val="24"/>
        </w:rPr>
        <w:t>испугался, что медвежонок оборвёт все пуговицы</w:t>
      </w:r>
    </w:p>
    <w:p w:rsidR="006B297A" w:rsidRPr="00765081" w:rsidRDefault="007B5670" w:rsidP="006B297A">
      <w:pPr>
        <w:spacing w:after="0" w:line="360" w:lineRule="auto"/>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4" o:spid="_x0000_s1185" style="position:absolute;left:0;text-align:left;margin-left:-18.1pt;margin-top:17.25pt;width:17.5pt;height:16.3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"/>
        </w:pict>
      </w:r>
      <w:r w:rsidR="006B297A" w:rsidRPr="00765081">
        <w:rPr>
          <w:rFonts w:ascii="Times New Roman" w:eastAsia="Calibri" w:hAnsi="Times New Roman" w:cs="Times New Roman"/>
          <w:b/>
          <w:sz w:val="24"/>
          <w:szCs w:val="24"/>
        </w:rPr>
        <w:t>5.Выбери правильное утверждение.</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Медведица напала на рассказчика.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5" o:spid="_x0000_s1184" style="position:absolute;margin-left:-19.25pt;margin-top:-9pt;width:17.5pt;height:1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"/>
        </w:pict>
      </w:r>
      <w:r w:rsidR="006B297A" w:rsidRPr="00765081">
        <w:rPr>
          <w:rFonts w:ascii="Times New Roman" w:eastAsia="Calibri" w:hAnsi="Times New Roman" w:cs="Times New Roman"/>
          <w:sz w:val="24"/>
          <w:szCs w:val="24"/>
        </w:rPr>
        <w:t>Медвежонок оказался очень любопытным.</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pict>
          <v:rect id="Прямоугольник 83" o:spid="_x0000_s1183" style="position:absolute;margin-left:-18.1pt;margin-top:-6.25pt;width:17.5pt;height:16.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EORA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"/>
        </w:pict>
      </w:r>
      <w:r>
        <w:rPr>
          <w:rFonts w:ascii="Times New Roman" w:eastAsia="Calibri" w:hAnsi="Times New Roman" w:cs="Times New Roman"/>
          <w:noProof/>
          <w:sz w:val="24"/>
          <w:szCs w:val="24"/>
          <w:lang w:eastAsia="ru-RU"/>
        </w:rPr>
        <w:pict>
          <v:rect id="Прямоугольник 84" o:spid="_x0000_s1182" style="position:absolute;margin-left:-18.1pt;margin-top:15.5pt;width:17.5pt;height:16.3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"/>
        </w:pict>
      </w:r>
      <w:r w:rsidR="006B297A" w:rsidRPr="00765081">
        <w:rPr>
          <w:rFonts w:ascii="Times New Roman" w:eastAsia="Calibri" w:hAnsi="Times New Roman" w:cs="Times New Roman"/>
          <w:sz w:val="24"/>
          <w:szCs w:val="24"/>
        </w:rPr>
        <w:t>Медвежонок испугался и убежал.</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Рассказчик видел медведицу.</w:t>
      </w:r>
    </w:p>
    <w:p w:rsidR="006B297A" w:rsidRPr="00765081" w:rsidRDefault="007B5670" w:rsidP="006B297A">
      <w:pPr>
        <w:spacing w:after="0" w:line="360"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85" o:spid="_x0000_s1181" style="position:absolute;left:0;text-align:left;margin-left:-20.75pt;margin-top:15.8pt;width:17.5pt;height:16.3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IU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"/>
        </w:pict>
      </w:r>
      <w:r w:rsidR="006B297A" w:rsidRPr="00765081">
        <w:rPr>
          <w:rFonts w:ascii="Times New Roman" w:eastAsia="Calibri" w:hAnsi="Times New Roman" w:cs="Times New Roman"/>
          <w:b/>
          <w:sz w:val="24"/>
          <w:szCs w:val="24"/>
        </w:rPr>
        <w:t xml:space="preserve">6. Как ты понимаешь выражение «кивал головками </w:t>
      </w:r>
      <w:proofErr w:type="spellStart"/>
      <w:r w:rsidR="006B297A" w:rsidRPr="00765081">
        <w:rPr>
          <w:rFonts w:ascii="Times New Roman" w:eastAsia="Calibri" w:hAnsi="Times New Roman" w:cs="Times New Roman"/>
          <w:b/>
          <w:sz w:val="24"/>
          <w:szCs w:val="24"/>
        </w:rPr>
        <w:t>иван</w:t>
      </w:r>
      <w:proofErr w:type="spellEnd"/>
      <w:r w:rsidR="006B297A" w:rsidRPr="00765081">
        <w:rPr>
          <w:rFonts w:ascii="Times New Roman" w:eastAsia="Calibri" w:hAnsi="Times New Roman" w:cs="Times New Roman"/>
          <w:b/>
          <w:sz w:val="24"/>
          <w:szCs w:val="24"/>
        </w:rPr>
        <w:t xml:space="preserve"> - чай»?</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86" o:spid="_x0000_s1180" style="position:absolute;margin-left:-20.75pt;margin-top:15.7pt;width:17.5pt;height:16.3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"/>
        </w:pict>
      </w:r>
      <w:r w:rsidR="006B297A" w:rsidRPr="00765081">
        <w:rPr>
          <w:rFonts w:ascii="Times New Roman" w:eastAsia="Calibri" w:hAnsi="Times New Roman" w:cs="Times New Roman"/>
          <w:sz w:val="24"/>
          <w:szCs w:val="24"/>
        </w:rPr>
        <w:t>цветок наклонялся из стороны в сторону</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87" o:spid="_x0000_s1179" style="position:absolute;margin-left:-20.75pt;margin-top:18.2pt;width:17.5pt;height:16.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Or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"/>
        </w:pict>
      </w:r>
      <w:r w:rsidR="006B297A" w:rsidRPr="00765081">
        <w:rPr>
          <w:rFonts w:ascii="Times New Roman" w:eastAsia="Calibri" w:hAnsi="Times New Roman" w:cs="Times New Roman"/>
          <w:sz w:val="24"/>
          <w:szCs w:val="24"/>
        </w:rPr>
        <w:t>цветок звал человека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88" o:spid="_x0000_s1178" style="position:absolute;margin-left:-20.75pt;margin-top:20.05pt;width:17.5pt;height:16.3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"/>
        </w:pict>
      </w:r>
      <w:r w:rsidR="006B297A" w:rsidRPr="00765081">
        <w:rPr>
          <w:rFonts w:ascii="Times New Roman" w:eastAsia="Calibri" w:hAnsi="Times New Roman" w:cs="Times New Roman"/>
          <w:sz w:val="24"/>
          <w:szCs w:val="24"/>
        </w:rPr>
        <w:t>цветок соглашался с происходящим</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цветок отцвел и засох</w:t>
      </w:r>
    </w:p>
    <w:p w:rsidR="006B297A" w:rsidRPr="00765081" w:rsidRDefault="007B5670" w:rsidP="006B297A">
      <w:pPr>
        <w:spacing w:after="0" w:line="360"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89" o:spid="_x0000_s1177" style="position:absolute;left:0;text-align:left;margin-left:243.25pt;margin-top:42.9pt;width:17.5pt;height:16.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"/>
        </w:pict>
      </w:r>
      <w:r w:rsidR="006B297A" w:rsidRPr="00765081">
        <w:rPr>
          <w:rFonts w:ascii="Times New Roman" w:eastAsia="Calibri" w:hAnsi="Times New Roman" w:cs="Times New Roman"/>
          <w:b/>
          <w:sz w:val="24"/>
          <w:szCs w:val="24"/>
        </w:rPr>
        <w:t>7. Укажи, в каком порядке происходили события. Цифра 1 уже стоит, поставь цифры 2, 3, 4.</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0" o:spid="_x0000_s1176" style="position:absolute;margin-left:243.25pt;margin-top:22.05pt;width:17.5pt;height:16.3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PARA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"/>
        </w:pict>
      </w:r>
      <w:r w:rsidR="006B297A" w:rsidRPr="00765081">
        <w:rPr>
          <w:rFonts w:ascii="Times New Roman" w:eastAsia="Calibri" w:hAnsi="Times New Roman" w:cs="Times New Roman"/>
          <w:sz w:val="24"/>
          <w:szCs w:val="24"/>
        </w:rPr>
        <w:t>Медвежонок решил поиграть с человеком.</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Рассказчик собирал малину.</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t>1</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1" o:spid="_x0000_s1175" style="position:absolute;margin-left:243.25pt;margin-top:.35pt;width:17.5pt;height:16.3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"/>
        </w:pict>
      </w:r>
      <w:r w:rsidR="006B297A" w:rsidRPr="00765081">
        <w:rPr>
          <w:rFonts w:ascii="Times New Roman" w:eastAsia="Calibri" w:hAnsi="Times New Roman" w:cs="Times New Roman"/>
          <w:sz w:val="24"/>
          <w:szCs w:val="24"/>
        </w:rPr>
        <w:t>Медвежонок вышел на свист.</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2" o:spid="_x0000_s1174" style="position:absolute;margin-left:243.25pt;margin-top:-.1pt;width:17.5pt;height:16.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J/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"/>
        </w:pict>
      </w:r>
      <w:r w:rsidR="006B297A" w:rsidRPr="00765081">
        <w:rPr>
          <w:rFonts w:ascii="Times New Roman" w:eastAsia="Calibri" w:hAnsi="Times New Roman" w:cs="Times New Roman"/>
          <w:sz w:val="24"/>
          <w:szCs w:val="24"/>
        </w:rPr>
        <w:t>Рассказчик испугался и убежал.</w:t>
      </w:r>
    </w:p>
    <w:p w:rsidR="006B297A" w:rsidRPr="00765081" w:rsidRDefault="007B5670" w:rsidP="006B297A">
      <w:pPr>
        <w:spacing w:after="0" w:line="276"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93" o:spid="_x0000_s1173" style="position:absolute;left:0;text-align:left;margin-left:-18.4pt;margin-top:11.6pt;width:17.5pt;height:16.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3ogRA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"/>
        </w:pict>
      </w:r>
      <w:r w:rsidR="006B297A" w:rsidRPr="00765081">
        <w:rPr>
          <w:rFonts w:ascii="Times New Roman" w:eastAsia="Calibri" w:hAnsi="Times New Roman" w:cs="Times New Roman"/>
          <w:b/>
          <w:sz w:val="24"/>
          <w:szCs w:val="24"/>
        </w:rPr>
        <w:t>8. Главным образом автор хотел</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4" o:spid="_x0000_s1172" style="position:absolute;margin-left:-18.4pt;margin-top:18.6pt;width:17.5pt;height:16.3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"/>
        </w:pict>
      </w:r>
      <w:r w:rsidR="006B297A" w:rsidRPr="00765081">
        <w:rPr>
          <w:rFonts w:ascii="Times New Roman" w:eastAsia="Calibri" w:hAnsi="Times New Roman" w:cs="Times New Roman"/>
          <w:sz w:val="24"/>
          <w:szCs w:val="24"/>
        </w:rPr>
        <w:t>описать внешний вид медвежонка</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объяснить, как растёт малина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5" o:spid="_x0000_s1171" style="position:absolute;margin-left:-18.4pt;margin-top:-.25pt;width:17.5pt;height:16.3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k6RA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"/>
        </w:pict>
      </w:r>
      <w:r w:rsidR="006B297A" w:rsidRPr="00765081">
        <w:rPr>
          <w:rFonts w:ascii="Times New Roman" w:eastAsia="Calibri" w:hAnsi="Times New Roman" w:cs="Times New Roman"/>
          <w:sz w:val="24"/>
          <w:szCs w:val="24"/>
        </w:rPr>
        <w:t>рассказать о поведении медвежонка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6" o:spid="_x0000_s1170" style="position:absolute;margin-left:-18.4pt;margin-top:.05pt;width:17.5pt;height:16.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"/>
        </w:pict>
      </w:r>
      <w:r w:rsidR="006B297A" w:rsidRPr="00765081">
        <w:rPr>
          <w:rFonts w:ascii="Times New Roman" w:eastAsia="Calibri" w:hAnsi="Times New Roman" w:cs="Times New Roman"/>
          <w:sz w:val="24"/>
          <w:szCs w:val="24"/>
        </w:rPr>
        <w:t>описать таёжный лес</w:t>
      </w:r>
    </w:p>
    <w:p w:rsidR="006B297A" w:rsidRPr="00765081" w:rsidRDefault="006B297A" w:rsidP="006B297A">
      <w:pPr>
        <w:spacing w:after="0" w:line="360" w:lineRule="auto"/>
        <w:ind w:firstLine="708"/>
        <w:rPr>
          <w:rFonts w:ascii="Times New Roman" w:eastAsia="Calibri" w:hAnsi="Times New Roman" w:cs="Times New Roman"/>
          <w:b/>
          <w:sz w:val="24"/>
          <w:szCs w:val="24"/>
        </w:rPr>
      </w:pPr>
      <w:r w:rsidRPr="00765081">
        <w:rPr>
          <w:rFonts w:ascii="Times New Roman" w:eastAsia="Calibri" w:hAnsi="Times New Roman" w:cs="Times New Roman"/>
          <w:b/>
          <w:sz w:val="24"/>
          <w:szCs w:val="24"/>
        </w:rPr>
        <w:t>9. Какое предложение лучше других помогает понять основную мысль текста?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7" o:spid="_x0000_s1169" style="position:absolute;margin-left:-21.05pt;margin-top:-6.2pt;width:17.5pt;height:16.3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"/>
        </w:pict>
      </w:r>
      <w:r>
        <w:rPr>
          <w:rFonts w:ascii="Times New Roman" w:eastAsia="Calibri" w:hAnsi="Times New Roman" w:cs="Times New Roman"/>
          <w:noProof/>
          <w:sz w:val="24"/>
          <w:szCs w:val="24"/>
          <w:lang w:eastAsia="ru-RU"/>
        </w:rPr>
        <w:pict>
          <v:rect id="Прямоугольник 738" o:spid="_x0000_s1168" style="position:absolute;margin-left:-21.05pt;margin-top:17.15pt;width:17.5pt;height:16.3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"/>
        </w:pict>
      </w:r>
      <w:r w:rsidR="006B297A" w:rsidRPr="00765081">
        <w:rPr>
          <w:rFonts w:ascii="Times New Roman" w:eastAsia="Calibri" w:hAnsi="Times New Roman" w:cs="Times New Roman"/>
          <w:sz w:val="24"/>
          <w:szCs w:val="24"/>
        </w:rPr>
        <w:t>Я собирал малину, а впереди какой-то зверь шёл.</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9" o:spid="_x0000_s1167" style="position:absolute;margin-left:-21.05pt;margin-top:18.95pt;width:17.5pt;height:16.3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"/>
        </w:pict>
      </w:r>
      <w:r w:rsidR="006B297A" w:rsidRPr="00765081">
        <w:rPr>
          <w:rFonts w:ascii="Times New Roman" w:eastAsia="Calibri" w:hAnsi="Times New Roman" w:cs="Times New Roman"/>
          <w:sz w:val="24"/>
          <w:szCs w:val="24"/>
        </w:rPr>
        <w:t>А у меня даже ружья нет!</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40" o:spid="_x0000_s1166" style="position:absolute;margin-left:-21.05pt;margin-top:18.8pt;width:17.5pt;height:16.3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"/>
        </w:pict>
      </w:r>
      <w:r w:rsidR="006B297A" w:rsidRPr="00765081">
        <w:rPr>
          <w:rFonts w:ascii="Times New Roman" w:eastAsia="Calibri" w:hAnsi="Times New Roman" w:cs="Times New Roman"/>
          <w:sz w:val="24"/>
          <w:szCs w:val="24"/>
        </w:rPr>
        <w:t>Медвежонок поиграть со мной захотел!</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Сел на пенёк и стал тихонько посвистывать. </w:t>
      </w:r>
    </w:p>
    <w:p w:rsidR="006B297A" w:rsidRPr="00765081" w:rsidRDefault="007B5670" w:rsidP="0089011F">
      <w:pPr>
        <w:numPr>
          <w:ilvl w:val="0"/>
          <w:numId w:val="65"/>
        </w:numPr>
        <w:shd w:val="clear" w:color="auto" w:fill="FFFFFF"/>
        <w:spacing w:before="100" w:beforeAutospacing="1" w:after="0" w:line="360" w:lineRule="auto"/>
        <w:ind w:right="43"/>
        <w:rPr>
          <w:rFonts w:ascii="Times New Roman" w:eastAsia="Times New Roman" w:hAnsi="Times New Roman" w:cs="Times New Roman"/>
          <w:color w:val="000000"/>
          <w:sz w:val="24"/>
          <w:szCs w:val="24"/>
          <w:lang w:eastAsia="ru-RU"/>
        </w:rPr>
      </w:pPr>
      <w:r w:rsidRPr="007B5670">
        <w:rPr>
          <w:rFonts w:ascii="Times New Roman" w:eastAsia="Times New Roman" w:hAnsi="Times New Roman" w:cs="Times New Roman"/>
          <w:noProof/>
          <w:sz w:val="24"/>
          <w:szCs w:val="24"/>
          <w:lang w:eastAsia="ru-RU"/>
        </w:rPr>
        <w:pict>
          <v:rect id="Прямоугольник 741" o:spid="_x0000_s1165" style="position:absolute;left:0;text-align:left;margin-left:-21.05pt;margin-top:29.85pt;width:17.5pt;height:16.3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"/>
        </w:pict>
      </w:r>
      <w:r w:rsidR="006B297A" w:rsidRPr="00765081">
        <w:rPr>
          <w:rFonts w:ascii="Times New Roman" w:eastAsia="Times New Roman" w:hAnsi="Times New Roman" w:cs="Times New Roman"/>
          <w:b/>
          <w:bCs/>
          <w:color w:val="000000"/>
          <w:sz w:val="24"/>
          <w:szCs w:val="24"/>
          <w:lang w:eastAsia="ru-RU"/>
        </w:rPr>
        <w:t>Какое из названий наиболее подходит к истории, рассказанной автором?</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42" o:spid="_x0000_s1164" style="position:absolute;margin-left:-21.05pt;margin-top:16.7pt;width:17.5pt;height:16.3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"/>
        </w:pict>
      </w:r>
      <w:r w:rsidR="006B297A" w:rsidRPr="00765081">
        <w:rPr>
          <w:rFonts w:ascii="Times New Roman" w:eastAsia="Calibri" w:hAnsi="Times New Roman" w:cs="Times New Roman"/>
          <w:sz w:val="24"/>
          <w:szCs w:val="24"/>
        </w:rPr>
        <w:t xml:space="preserve">Заросли малины </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pict>
          <v:rect id="Прямоугольник 743" o:spid="_x0000_s1163" style="position:absolute;margin-left:-21.05pt;margin-top:15.9pt;width:17.5pt;height:16.3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"/>
        </w:pict>
      </w:r>
      <w:r w:rsidR="006B297A" w:rsidRPr="00765081">
        <w:rPr>
          <w:rFonts w:ascii="Times New Roman" w:eastAsia="Calibri" w:hAnsi="Times New Roman" w:cs="Times New Roman"/>
          <w:sz w:val="24"/>
          <w:szCs w:val="24"/>
        </w:rPr>
        <w:t xml:space="preserve">Медвежонок </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44" o:spid="_x0000_s1162" style="position:absolute;margin-left:-21.05pt;margin-top:15.5pt;width:17.5pt;height:16.3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"/>
        </w:pict>
      </w:r>
      <w:r w:rsidR="006B297A" w:rsidRPr="00765081">
        <w:rPr>
          <w:rFonts w:ascii="Times New Roman" w:eastAsia="Calibri" w:hAnsi="Times New Roman" w:cs="Times New Roman"/>
          <w:sz w:val="24"/>
          <w:szCs w:val="24"/>
        </w:rPr>
        <w:t xml:space="preserve">Подаренная пуговица </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Медведица</w:t>
      </w:r>
    </w:p>
    <w:p w:rsidR="006B297A" w:rsidRPr="00765081" w:rsidRDefault="006B297A" w:rsidP="006B297A">
      <w:pPr>
        <w:spacing w:after="0" w:line="360" w:lineRule="auto"/>
        <w:rPr>
          <w:rFonts w:ascii="Times New Roman" w:eastAsia="Calibri" w:hAnsi="Times New Roman" w:cs="Times New Roman"/>
          <w:sz w:val="24"/>
          <w:szCs w:val="24"/>
        </w:rPr>
      </w:pPr>
    </w:p>
    <w:p w:rsidR="006B297A" w:rsidRPr="00765081" w:rsidRDefault="006B297A" w:rsidP="006B297A">
      <w:pPr>
        <w:spacing w:after="0" w:line="360" w:lineRule="auto"/>
        <w:rPr>
          <w:rFonts w:ascii="Times New Roman" w:eastAsia="Calibri" w:hAnsi="Times New Roman" w:cs="Times New Roman"/>
          <w:sz w:val="24"/>
          <w:szCs w:val="24"/>
        </w:rPr>
      </w:pPr>
    </w:p>
    <w:p w:rsidR="006B297A" w:rsidRPr="00765081" w:rsidRDefault="006B297A" w:rsidP="006B297A">
      <w:pPr>
        <w:spacing w:after="0" w:line="360" w:lineRule="auto"/>
        <w:rPr>
          <w:rFonts w:ascii="Times New Roman" w:eastAsia="Calibri" w:hAnsi="Times New Roman" w:cs="Times New Roman"/>
          <w:sz w:val="24"/>
          <w:szCs w:val="24"/>
        </w:rPr>
      </w:pPr>
    </w:p>
    <w:p w:rsidR="006B297A" w:rsidRPr="00765081" w:rsidRDefault="006B297A" w:rsidP="006B297A">
      <w:pPr>
        <w:spacing w:after="0" w:line="360" w:lineRule="auto"/>
        <w:rPr>
          <w:rFonts w:ascii="Times New Roman" w:eastAsia="Calibri" w:hAnsi="Times New Roman" w:cs="Times New Roman"/>
          <w:sz w:val="24"/>
          <w:szCs w:val="24"/>
        </w:rPr>
      </w:pPr>
    </w:p>
    <w:p w:rsidR="006B297A" w:rsidRPr="00765081" w:rsidRDefault="006B297A" w:rsidP="006B297A">
      <w:pPr>
        <w:spacing w:after="0" w:line="240" w:lineRule="auto"/>
        <w:jc w:val="center"/>
        <w:rPr>
          <w:rFonts w:ascii="Times New Roman" w:eastAsia="Times New Roman" w:hAnsi="Times New Roman" w:cs="Times New Roman"/>
          <w:bCs/>
          <w:color w:val="000000"/>
          <w:sz w:val="24"/>
          <w:szCs w:val="24"/>
          <w:lang w:eastAsia="ru-RU"/>
        </w:rPr>
      </w:pPr>
      <w:r w:rsidRPr="00765081">
        <w:rPr>
          <w:rFonts w:ascii="Times New Roman" w:eastAsia="Times New Roman" w:hAnsi="Times New Roman" w:cs="Times New Roman"/>
          <w:bCs/>
          <w:color w:val="000000"/>
          <w:sz w:val="24"/>
          <w:szCs w:val="24"/>
          <w:lang w:eastAsia="ru-RU"/>
        </w:rPr>
        <w:t>2 вариант</w:t>
      </w:r>
    </w:p>
    <w:p w:rsidR="006B297A" w:rsidRPr="00765081" w:rsidRDefault="006B297A" w:rsidP="006B297A">
      <w:pPr>
        <w:spacing w:after="0" w:line="240" w:lineRule="auto"/>
        <w:jc w:val="center"/>
        <w:rPr>
          <w:rFonts w:ascii="Times New Roman" w:eastAsia="Times New Roman" w:hAnsi="Times New Roman" w:cs="Times New Roman"/>
          <w:bCs/>
          <w:color w:val="000000"/>
          <w:sz w:val="24"/>
          <w:szCs w:val="24"/>
          <w:lang w:eastAsia="ru-RU"/>
        </w:rPr>
      </w:pPr>
      <w:r w:rsidRPr="00765081">
        <w:rPr>
          <w:rFonts w:ascii="Times New Roman" w:eastAsia="Times New Roman" w:hAnsi="Times New Roman" w:cs="Times New Roman"/>
          <w:bCs/>
          <w:color w:val="000000"/>
          <w:sz w:val="24"/>
          <w:szCs w:val="24"/>
          <w:lang w:eastAsia="ru-RU"/>
        </w:rPr>
        <w:t>Фамилия, имя_______________________________</w:t>
      </w:r>
    </w:p>
    <w:p w:rsidR="006B297A" w:rsidRPr="00765081" w:rsidRDefault="006B297A" w:rsidP="006B297A">
      <w:pPr>
        <w:spacing w:after="0" w:line="240" w:lineRule="auto"/>
        <w:ind w:firstLine="708"/>
        <w:rPr>
          <w:rFonts w:ascii="Times New Roman" w:eastAsia="Calibri" w:hAnsi="Times New Roman" w:cs="Times New Roman"/>
          <w:i/>
          <w:sz w:val="24"/>
          <w:szCs w:val="24"/>
        </w:rPr>
      </w:pPr>
    </w:p>
    <w:p w:rsidR="006B297A" w:rsidRPr="00765081" w:rsidRDefault="006B297A" w:rsidP="006B297A">
      <w:pPr>
        <w:spacing w:after="0" w:line="240" w:lineRule="auto"/>
        <w:ind w:firstLine="708"/>
        <w:rPr>
          <w:rFonts w:ascii="Times New Roman" w:eastAsia="Calibri" w:hAnsi="Times New Roman" w:cs="Times New Roman"/>
          <w:i/>
          <w:sz w:val="24"/>
          <w:szCs w:val="24"/>
        </w:rPr>
      </w:pPr>
      <w:r w:rsidRPr="00765081">
        <w:rPr>
          <w:rFonts w:ascii="Times New Roman" w:eastAsia="Calibri" w:hAnsi="Times New Roman" w:cs="Times New Roman"/>
          <w:i/>
          <w:sz w:val="24"/>
          <w:szCs w:val="24"/>
        </w:rPr>
        <w:t>Прочитай текст</w:t>
      </w:r>
    </w:p>
    <w:p w:rsidR="006B297A" w:rsidRPr="00765081" w:rsidRDefault="006B297A" w:rsidP="006B297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Всякий слышал, что ёж на колючках носит опавшие листья в норку,  готовя её к зиме. Ловко так в </w:t>
      </w:r>
      <w:proofErr w:type="gramStart"/>
      <w:r w:rsidRPr="00765081">
        <w:rPr>
          <w:rFonts w:ascii="Times New Roman" w:eastAsia="Times New Roman" w:hAnsi="Times New Roman" w:cs="Times New Roman"/>
          <w:color w:val="000000"/>
          <w:sz w:val="24"/>
          <w:szCs w:val="24"/>
          <w:lang w:eastAsia="ru-RU"/>
        </w:rPr>
        <w:t>рассказах-то</w:t>
      </w:r>
      <w:proofErr w:type="gramEnd"/>
      <w:r w:rsidRPr="00765081">
        <w:rPr>
          <w:rFonts w:ascii="Times New Roman" w:eastAsia="Times New Roman" w:hAnsi="Times New Roman" w:cs="Times New Roman"/>
          <w:color w:val="000000"/>
          <w:sz w:val="24"/>
          <w:szCs w:val="24"/>
          <w:lang w:eastAsia="ru-RU"/>
        </w:rPr>
        <w:t xml:space="preserve"> получается: повалялся ёж, наколол листву и унёс в норку. А я убедился, что это не так просто, когда как-то раз увидел в лесу ежа. Семенит ёж по тропинке, несёт три листочка: два с боков, один на спине. Ему эта ноша нипочём, вдесятеро больше бы унёс. Но ведь иголки-то частые, плотные, листья на них плохо накалываются. Вот и приходится к норке бежать налегке.</w:t>
      </w:r>
    </w:p>
    <w:p w:rsidR="006B297A" w:rsidRPr="00765081" w:rsidRDefault="006B297A" w:rsidP="006B297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Потихоньку, чтоб не спугнуть, пошёл я позади. Вот старая сосна, под ней норка. Остановился ёж. Надо теперь листья снять, убрать в нору. А как снимешь листья? Лапкой не ухватить. Зубами – думать нечего. И не стряхнёшь – крепко сидят. Вот положенье-то!</w:t>
      </w:r>
    </w:p>
    <w:p w:rsidR="006B297A" w:rsidRPr="00765081" w:rsidRDefault="006B297A" w:rsidP="006B297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Стал ёж о корень тереться, сдирать листья. С боков содрал, а вот со спины – никак. Пыхтит от усердия, задними лапами помогает, а лист не снимается. Долго старался, а лист так и не снял. Постоял и отправился назад по  тропинке.</w:t>
      </w:r>
    </w:p>
    <w:p w:rsidR="006B297A" w:rsidRPr="00765081" w:rsidRDefault="006B297A" w:rsidP="006B297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Как скрылся он из глаз, я на полянку сбегал, принёс листьев, положил в нору. Очень уж мне хотелось ежу помочь. Такая тяжёлая работа у него!</w:t>
      </w:r>
    </w:p>
    <w:p w:rsidR="006B297A" w:rsidRPr="00765081" w:rsidRDefault="006B297A" w:rsidP="006B297A">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w:t>
      </w:r>
      <w:r w:rsidRPr="00765081">
        <w:rPr>
          <w:rFonts w:ascii="Times New Roman" w:eastAsia="Times New Roman" w:hAnsi="Times New Roman" w:cs="Times New Roman"/>
          <w:i/>
          <w:iCs/>
          <w:color w:val="000000"/>
          <w:sz w:val="24"/>
          <w:szCs w:val="24"/>
          <w:lang w:eastAsia="ru-RU"/>
        </w:rPr>
        <w:t xml:space="preserve">По Э. </w:t>
      </w:r>
      <w:proofErr w:type="spellStart"/>
      <w:r w:rsidRPr="00765081">
        <w:rPr>
          <w:rFonts w:ascii="Times New Roman" w:eastAsia="Times New Roman" w:hAnsi="Times New Roman" w:cs="Times New Roman"/>
          <w:i/>
          <w:iCs/>
          <w:color w:val="000000"/>
          <w:sz w:val="24"/>
          <w:szCs w:val="24"/>
          <w:lang w:eastAsia="ru-RU"/>
        </w:rPr>
        <w:t>Шиму</w:t>
      </w:r>
      <w:proofErr w:type="spellEnd"/>
    </w:p>
    <w:p w:rsidR="006B297A" w:rsidRPr="00765081" w:rsidRDefault="006B297A" w:rsidP="006B297A">
      <w:pPr>
        <w:spacing w:after="0" w:line="240" w:lineRule="auto"/>
        <w:jc w:val="right"/>
        <w:rPr>
          <w:rFonts w:ascii="Times New Roman" w:eastAsia="Calibri" w:hAnsi="Times New Roman" w:cs="Times New Roman"/>
          <w:i/>
          <w:iCs/>
          <w:sz w:val="24"/>
          <w:szCs w:val="24"/>
        </w:rPr>
      </w:pPr>
    </w:p>
    <w:p w:rsidR="006B297A" w:rsidRPr="00765081" w:rsidRDefault="007B5670" w:rsidP="006B297A">
      <w:pPr>
        <w:spacing w:after="0" w:line="240" w:lineRule="auto"/>
        <w:jc w:val="right"/>
        <w:rPr>
          <w:rFonts w:ascii="Times New Roman" w:eastAsia="Calibri" w:hAnsi="Times New Roman" w:cs="Times New Roman"/>
          <w:i/>
          <w:iCs/>
          <w:sz w:val="24"/>
          <w:szCs w:val="24"/>
        </w:rPr>
      </w:pPr>
      <w:r w:rsidRPr="007B5670">
        <w:rPr>
          <w:rFonts w:ascii="Times New Roman" w:eastAsia="Calibri" w:hAnsi="Times New Roman" w:cs="Times New Roman"/>
          <w:iCs/>
          <w:noProof/>
          <w:sz w:val="24"/>
          <w:szCs w:val="24"/>
          <w:lang w:eastAsia="ru-RU"/>
        </w:rPr>
        <w:pict>
          <v:rect id="Прямоугольник 82" o:spid="_x0000_s1161" style="position:absolute;left:0;text-align:left;margin-left:179.25pt;margin-top:13.3pt;width:17.5pt;height:16.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lR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"/>
        </w:pict>
      </w:r>
    </w:p>
    <w:p w:rsidR="006B297A" w:rsidRPr="00765081" w:rsidRDefault="006B297A" w:rsidP="006B297A">
      <w:pPr>
        <w:spacing w:after="0" w:line="240" w:lineRule="auto"/>
        <w:rPr>
          <w:rFonts w:ascii="Times New Roman" w:eastAsia="Calibri" w:hAnsi="Times New Roman" w:cs="Times New Roman"/>
          <w:i/>
          <w:sz w:val="24"/>
          <w:szCs w:val="24"/>
        </w:rPr>
      </w:pPr>
      <w:r w:rsidRPr="00765081">
        <w:rPr>
          <w:rFonts w:ascii="Times New Roman" w:eastAsia="Calibri" w:hAnsi="Times New Roman" w:cs="Times New Roman"/>
          <w:i/>
          <w:iCs/>
          <w:sz w:val="24"/>
          <w:szCs w:val="24"/>
        </w:rPr>
        <w:t xml:space="preserve">Выполни задания. Ставь галочку </w:t>
      </w:r>
      <w:proofErr w:type="gramStart"/>
      <w:r w:rsidRPr="00765081">
        <w:rPr>
          <w:rFonts w:ascii="Times New Roman" w:eastAsia="Calibri" w:hAnsi="Times New Roman" w:cs="Times New Roman"/>
          <w:i/>
          <w:iCs/>
          <w:sz w:val="24"/>
          <w:szCs w:val="24"/>
        </w:rPr>
        <w:t>в</w:t>
      </w:r>
      <w:proofErr w:type="gramEnd"/>
      <w:r w:rsidRPr="00765081">
        <w:rPr>
          <w:rFonts w:ascii="Times New Roman" w:eastAsia="Calibri" w:hAnsi="Times New Roman" w:cs="Times New Roman"/>
          <w:i/>
          <w:iCs/>
          <w:sz w:val="24"/>
          <w:szCs w:val="24"/>
        </w:rPr>
        <w:t xml:space="preserve">        рядом с правильным ответом.</w:t>
      </w:r>
    </w:p>
    <w:p w:rsidR="006B297A" w:rsidRPr="00765081" w:rsidRDefault="006B297A" w:rsidP="006B297A">
      <w:pPr>
        <w:spacing w:after="0" w:line="240" w:lineRule="auto"/>
        <w:rPr>
          <w:rFonts w:ascii="Times New Roman" w:eastAsia="Calibri" w:hAnsi="Times New Roman" w:cs="Times New Roman"/>
          <w:sz w:val="24"/>
          <w:szCs w:val="24"/>
        </w:rPr>
      </w:pPr>
    </w:p>
    <w:p w:rsidR="006B297A" w:rsidRPr="00765081" w:rsidRDefault="007B5670" w:rsidP="006B297A">
      <w:pPr>
        <w:spacing w:after="0" w:line="276" w:lineRule="auto"/>
        <w:ind w:firstLine="708"/>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81" o:spid="_x0000_s1160" style="position:absolute;left:0;text-align:left;margin-left:-18.65pt;margin-top:10.3pt;width:17.5pt;height:16.3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"/>
        </w:pict>
      </w:r>
      <w:r w:rsidR="006B297A" w:rsidRPr="00765081">
        <w:rPr>
          <w:rFonts w:ascii="Times New Roman" w:eastAsia="Calibri" w:hAnsi="Times New Roman" w:cs="Times New Roman"/>
          <w:b/>
          <w:sz w:val="24"/>
          <w:szCs w:val="24"/>
        </w:rPr>
        <w:t>1. О чем рассказывается в этом тексте?</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80" o:spid="_x0000_s1159" style="position:absolute;margin-left:-18.65pt;margin-top:14pt;width:17.5pt;height:16.3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ju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"/>
        </w:pict>
      </w:r>
      <w:r w:rsidR="006B297A" w:rsidRPr="00765081">
        <w:rPr>
          <w:rFonts w:ascii="Times New Roman" w:eastAsia="Calibri" w:hAnsi="Times New Roman" w:cs="Times New Roman"/>
          <w:sz w:val="24"/>
          <w:szCs w:val="24"/>
        </w:rPr>
        <w:t>о том, как зимуют в своих норках ежи</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79" o:spid="_x0000_s1158" style="position:absolute;margin-left:-18.65pt;margin-top:14.75pt;width:17.5pt;height:16.3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"/>
        </w:pict>
      </w:r>
      <w:r w:rsidR="006B297A" w:rsidRPr="00765081">
        <w:rPr>
          <w:rFonts w:ascii="Times New Roman" w:eastAsia="Calibri" w:hAnsi="Times New Roman" w:cs="Times New Roman"/>
          <w:sz w:val="24"/>
          <w:szCs w:val="24"/>
        </w:rPr>
        <w:t xml:space="preserve"> о том, как ёжик переносит в норку листья</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78" o:spid="_x0000_s1157" style="position:absolute;margin-left:-18.65pt;margin-top:15.7pt;width:17.5pt;height:16.3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"/>
        </w:pict>
      </w:r>
      <w:r w:rsidR="006B297A" w:rsidRPr="00765081">
        <w:rPr>
          <w:rFonts w:ascii="Times New Roman" w:eastAsia="Calibri" w:hAnsi="Times New Roman" w:cs="Times New Roman"/>
          <w:sz w:val="24"/>
          <w:szCs w:val="24"/>
        </w:rPr>
        <w:t>о том, как поймать ежа</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о том, какие бывают рассказы о ежах</w:t>
      </w:r>
    </w:p>
    <w:p w:rsidR="006B297A" w:rsidRPr="00765081" w:rsidRDefault="007B5670" w:rsidP="006B297A">
      <w:pPr>
        <w:spacing w:after="0" w:line="360" w:lineRule="auto"/>
        <w:ind w:firstLine="708"/>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lastRenderedPageBreak/>
        <w:pict>
          <v:rect id="Прямоугольник 77" o:spid="_x0000_s1156" style="position:absolute;left:0;text-align:left;margin-left:-18.2pt;margin-top:15.6pt;width:17.5pt;height:16.3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zP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"/>
        </w:pict>
      </w:r>
      <w:r w:rsidR="006B297A" w:rsidRPr="00765081">
        <w:rPr>
          <w:rFonts w:ascii="Times New Roman" w:eastAsia="Calibri" w:hAnsi="Times New Roman" w:cs="Times New Roman"/>
          <w:b/>
          <w:sz w:val="24"/>
          <w:szCs w:val="24"/>
        </w:rPr>
        <w:t>2.Где расположена норка ежа?</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76" o:spid="_x0000_s1155" style="position:absolute;margin-left:-18.2pt;margin-top:16.5pt;width:17.5pt;height:16.3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"/>
        </w:pict>
      </w:r>
      <w:r w:rsidR="006B297A" w:rsidRPr="00765081">
        <w:rPr>
          <w:rFonts w:ascii="Times New Roman" w:eastAsia="Calibri" w:hAnsi="Times New Roman" w:cs="Times New Roman"/>
          <w:iCs/>
          <w:noProof/>
          <w:sz w:val="24"/>
          <w:szCs w:val="24"/>
          <w:lang w:eastAsia="ru-RU"/>
        </w:rPr>
        <w:t>на сосне</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75" o:spid="_x0000_s1154" style="position:absolute;margin-left:-18.2pt;margin-top:17.9pt;width:17.5pt;height:16.3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1w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"/>
        </w:pict>
      </w:r>
      <w:r w:rsidR="006B297A" w:rsidRPr="00765081">
        <w:rPr>
          <w:rFonts w:ascii="Times New Roman" w:eastAsia="Calibri" w:hAnsi="Times New Roman" w:cs="Times New Roman"/>
          <w:iCs/>
          <w:noProof/>
          <w:sz w:val="24"/>
          <w:szCs w:val="24"/>
          <w:lang w:eastAsia="ru-RU"/>
        </w:rPr>
        <w:t>на тропинке</w:t>
      </w:r>
    </w:p>
    <w:p w:rsidR="006B297A" w:rsidRPr="00765081" w:rsidRDefault="007B5670" w:rsidP="006B297A">
      <w:pPr>
        <w:spacing w:after="0" w:line="360" w:lineRule="auto"/>
        <w:rPr>
          <w:rFonts w:ascii="Times New Roman" w:eastAsia="Calibri" w:hAnsi="Times New Roman" w:cs="Times New Roman"/>
          <w:sz w:val="24"/>
          <w:szCs w:val="24"/>
        </w:rPr>
      </w:pPr>
      <w:r w:rsidRPr="007B5670">
        <w:rPr>
          <w:rFonts w:ascii="Times New Roman" w:eastAsia="Calibri" w:hAnsi="Times New Roman" w:cs="Times New Roman"/>
          <w:iCs/>
          <w:noProof/>
          <w:sz w:val="24"/>
          <w:szCs w:val="24"/>
          <w:lang w:eastAsia="ru-RU"/>
        </w:rPr>
        <w:pict>
          <v:rect id="Прямоугольник 74" o:spid="_x0000_s1153" style="position:absolute;margin-left:-18.2pt;margin-top:18.5pt;width:17.5pt;height:16.3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Uv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"/>
        </w:pict>
      </w:r>
      <w:r w:rsidR="006B297A" w:rsidRPr="00765081">
        <w:rPr>
          <w:rFonts w:ascii="Times New Roman" w:eastAsia="Calibri" w:hAnsi="Times New Roman" w:cs="Times New Roman"/>
          <w:iCs/>
          <w:noProof/>
          <w:sz w:val="24"/>
          <w:szCs w:val="24"/>
          <w:lang w:eastAsia="ru-RU"/>
        </w:rPr>
        <w:t>под сосной</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на полянке</w:t>
      </w:r>
    </w:p>
    <w:p w:rsidR="006B297A" w:rsidRPr="00765081" w:rsidRDefault="007B5670" w:rsidP="006B297A">
      <w:pPr>
        <w:spacing w:after="0" w:line="360" w:lineRule="auto"/>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 o:spid="_x0000_s1152" style="position:absolute;left:0;text-align:left;margin-left:-18.4pt;margin-top:15pt;width:17.5pt;height:16.3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"/>
        </w:pict>
      </w:r>
      <w:r w:rsidR="006B297A" w:rsidRPr="00765081">
        <w:rPr>
          <w:rFonts w:ascii="Times New Roman" w:eastAsia="Calibri" w:hAnsi="Times New Roman" w:cs="Times New Roman"/>
          <w:b/>
          <w:sz w:val="24"/>
          <w:szCs w:val="24"/>
        </w:rPr>
        <w:t>3.В какое время года произошла встреча с ежом?</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2" o:spid="_x0000_s1151" style="position:absolute;margin-left:-18.4pt;margin-top:15.1pt;width:17.5pt;height:16.3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Y1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"/>
        </w:pict>
      </w:r>
      <w:r w:rsidR="006B297A" w:rsidRPr="00765081">
        <w:rPr>
          <w:rFonts w:ascii="Times New Roman" w:eastAsia="Calibri" w:hAnsi="Times New Roman" w:cs="Times New Roman"/>
          <w:sz w:val="24"/>
          <w:szCs w:val="24"/>
        </w:rPr>
        <w:t xml:space="preserve">весной    </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1" o:spid="_x0000_s1150" style="position:absolute;margin-left:-18.4pt;margin-top:16.55pt;width:17.5pt;height:16.3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"/>
        </w:pict>
      </w:r>
      <w:r w:rsidR="006B297A" w:rsidRPr="00765081">
        <w:rPr>
          <w:rFonts w:ascii="Times New Roman" w:eastAsia="Calibri" w:hAnsi="Times New Roman" w:cs="Times New Roman"/>
          <w:sz w:val="24"/>
          <w:szCs w:val="24"/>
        </w:rPr>
        <w:t xml:space="preserve">летом </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0" o:spid="_x0000_s1149" style="position:absolute;margin-left:-18.4pt;margin-top:17.25pt;width:17.5pt;height:16.3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eK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"/>
        </w:pict>
      </w:r>
      <w:r w:rsidR="006B297A" w:rsidRPr="00765081">
        <w:rPr>
          <w:rFonts w:ascii="Times New Roman" w:eastAsia="Calibri" w:hAnsi="Times New Roman" w:cs="Times New Roman"/>
          <w:sz w:val="24"/>
          <w:szCs w:val="24"/>
        </w:rPr>
        <w:t xml:space="preserve">осенью </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зимой</w:t>
      </w:r>
    </w:p>
    <w:p w:rsidR="006B297A" w:rsidRPr="00765081" w:rsidRDefault="007B5670" w:rsidP="006B297A">
      <w:pPr>
        <w:spacing w:after="0" w:line="360"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69" o:spid="_x0000_s1148" style="position:absolute;left:0;text-align:left;margin-left:-18.45pt;margin-top:18.65pt;width:17.5pt;height:16.3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"/>
        </w:pict>
      </w:r>
      <w:r w:rsidR="006B297A" w:rsidRPr="00765081">
        <w:rPr>
          <w:rFonts w:ascii="Times New Roman" w:eastAsia="Calibri" w:hAnsi="Times New Roman" w:cs="Times New Roman"/>
          <w:b/>
          <w:sz w:val="24"/>
          <w:szCs w:val="24"/>
        </w:rPr>
        <w:t>4.Рассказчик принёс и положил в норку листья, потому что</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68" o:spid="_x0000_s1147" style="position:absolute;margin-left:-18.45pt;margin-top:18.15pt;width:17.5pt;height:16.3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"/>
        </w:pict>
      </w:r>
      <w:r w:rsidR="006B297A" w:rsidRPr="00765081">
        <w:rPr>
          <w:rFonts w:ascii="Times New Roman" w:eastAsia="Calibri" w:hAnsi="Times New Roman" w:cs="Times New Roman"/>
          <w:sz w:val="24"/>
          <w:szCs w:val="24"/>
        </w:rPr>
        <w:t>слышал про то, как ёж носит опавшие листья в норку</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67" o:spid="_x0000_s1146" style="position:absolute;margin-left:-18.45pt;margin-top:18.9pt;width:17.5pt;height:16.3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"/>
        </w:pict>
      </w:r>
      <w:r w:rsidR="006B297A" w:rsidRPr="00765081">
        <w:rPr>
          <w:rFonts w:ascii="Times New Roman" w:eastAsia="Calibri" w:hAnsi="Times New Roman" w:cs="Times New Roman"/>
          <w:noProof/>
          <w:sz w:val="24"/>
          <w:szCs w:val="24"/>
          <w:lang w:eastAsia="ru-RU"/>
        </w:rPr>
        <w:t>ёж скрылся из глаз</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66" o:spid="_x0000_s1145" style="position:absolute;margin-left:-18.45pt;margin-top:18.35pt;width:17.5pt;height:16.3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"/>
        </w:pict>
      </w:r>
      <w:r w:rsidR="006B297A" w:rsidRPr="00765081">
        <w:rPr>
          <w:rFonts w:ascii="Times New Roman" w:eastAsia="Calibri" w:hAnsi="Times New Roman" w:cs="Times New Roman"/>
          <w:noProof/>
          <w:sz w:val="24"/>
          <w:szCs w:val="24"/>
          <w:lang w:eastAsia="ru-RU"/>
        </w:rPr>
        <w:t>захотел помочь ежу в устройстве норки</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на поляне было много опавшей листвы</w:t>
      </w:r>
    </w:p>
    <w:p w:rsidR="006B297A" w:rsidRPr="00765081" w:rsidRDefault="007B5670" w:rsidP="006B297A">
      <w:pPr>
        <w:spacing w:after="0" w:line="360" w:lineRule="auto"/>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65" o:spid="_x0000_s1144" style="position:absolute;left:0;text-align:left;margin-left:-18.25pt;margin-top:15pt;width:17.5pt;height:16.3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"/>
        </w:pict>
      </w:r>
      <w:r w:rsidR="006B297A" w:rsidRPr="00765081">
        <w:rPr>
          <w:rFonts w:ascii="Times New Roman" w:eastAsia="Calibri" w:hAnsi="Times New Roman" w:cs="Times New Roman"/>
          <w:b/>
          <w:sz w:val="24"/>
          <w:szCs w:val="24"/>
        </w:rPr>
        <w:t>5.Выбери правильное утверждение.</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Листья легко накалываются на иголки ежей.</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63" o:spid="_x0000_s1143" style="position:absolute;margin-left:-18.25pt;margin-top:15.5pt;width:17.5pt;height:16.3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"/>
        </w:pict>
      </w:r>
      <w:r>
        <w:rPr>
          <w:rFonts w:ascii="Times New Roman" w:eastAsia="Calibri" w:hAnsi="Times New Roman" w:cs="Times New Roman"/>
          <w:noProof/>
          <w:sz w:val="24"/>
          <w:szCs w:val="24"/>
          <w:lang w:eastAsia="ru-RU"/>
        </w:rPr>
        <w:pict>
          <v:rect id="Прямоугольник 64" o:spid="_x0000_s1142" style="position:absolute;margin-left:-18.25pt;margin-top:-5.05pt;width:17.5pt;height:16.3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"/>
        </w:pict>
      </w:r>
      <w:r w:rsidR="006B297A" w:rsidRPr="00765081">
        <w:rPr>
          <w:rFonts w:ascii="Times New Roman" w:eastAsia="Calibri" w:hAnsi="Times New Roman" w:cs="Times New Roman"/>
          <w:sz w:val="24"/>
          <w:szCs w:val="24"/>
        </w:rPr>
        <w:t>Ёжику трудно снимать листья с колючек.</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62" o:spid="_x0000_s1141" style="position:absolute;margin-left:-18.25pt;margin-top:14.95pt;width:17.5pt;height:16.3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"/>
        </w:pict>
      </w:r>
      <w:r w:rsidR="006B297A" w:rsidRPr="00765081">
        <w:rPr>
          <w:rFonts w:ascii="Times New Roman" w:eastAsia="Calibri" w:hAnsi="Times New Roman" w:cs="Times New Roman"/>
          <w:sz w:val="24"/>
          <w:szCs w:val="24"/>
        </w:rPr>
        <w:t>Ёж снял все принесённые листья.</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Рассказчик видел медведицу.</w:t>
      </w:r>
    </w:p>
    <w:p w:rsidR="006B297A" w:rsidRPr="00765081" w:rsidRDefault="007B5670" w:rsidP="006B297A">
      <w:pPr>
        <w:spacing w:after="0" w:line="360"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61" o:spid="_x0000_s1140" style="position:absolute;left:0;text-align:left;margin-left:-18.1pt;margin-top:14.3pt;width:17.5pt;height:16.3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"/>
        </w:pict>
      </w:r>
      <w:r w:rsidR="006B297A" w:rsidRPr="00765081">
        <w:rPr>
          <w:rFonts w:ascii="Times New Roman" w:eastAsia="Calibri" w:hAnsi="Times New Roman" w:cs="Times New Roman"/>
          <w:b/>
          <w:sz w:val="24"/>
          <w:szCs w:val="24"/>
        </w:rPr>
        <w:t>6. Как ты понимаешь выражение «скрылся из глаз»?</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60" o:spid="_x0000_s1139" style="position:absolute;margin-left:-18.1pt;margin-top:15.7pt;width:17.5pt;height:16.3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"/>
        </w:pict>
      </w:r>
      <w:r w:rsidR="006B297A" w:rsidRPr="00765081">
        <w:rPr>
          <w:rFonts w:ascii="Times New Roman" w:eastAsia="Calibri" w:hAnsi="Times New Roman" w:cs="Times New Roman"/>
          <w:noProof/>
          <w:sz w:val="24"/>
          <w:szCs w:val="24"/>
          <w:lang w:eastAsia="ru-RU"/>
        </w:rPr>
        <w:t>спрятался</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9" o:spid="_x0000_s1138" style="position:absolute;margin-left:-18.1pt;margin-top:15.1pt;width:17.5pt;height:16.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"/>
        </w:pict>
      </w:r>
      <w:r w:rsidR="006B297A" w:rsidRPr="00765081">
        <w:rPr>
          <w:rFonts w:ascii="Times New Roman" w:eastAsia="Calibri" w:hAnsi="Times New Roman" w:cs="Times New Roman"/>
          <w:noProof/>
          <w:sz w:val="24"/>
          <w:szCs w:val="24"/>
          <w:lang w:eastAsia="ru-RU"/>
        </w:rPr>
        <w:t>стало не видно</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8" o:spid="_x0000_s1137" style="position:absolute;margin-left:-18.1pt;margin-top:16.35pt;width:17.5pt;height:16.3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"/>
        </w:pict>
      </w:r>
      <w:r w:rsidR="006B297A" w:rsidRPr="00765081">
        <w:rPr>
          <w:rFonts w:ascii="Times New Roman" w:eastAsia="Calibri" w:hAnsi="Times New Roman" w:cs="Times New Roman"/>
          <w:noProof/>
          <w:sz w:val="24"/>
          <w:szCs w:val="24"/>
          <w:lang w:eastAsia="ru-RU"/>
        </w:rPr>
        <w:t>закрыл глаза</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появился</w:t>
      </w:r>
    </w:p>
    <w:p w:rsidR="006B297A" w:rsidRPr="00765081" w:rsidRDefault="007B5670" w:rsidP="006B297A">
      <w:pPr>
        <w:spacing w:after="0" w:line="360"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57" o:spid="_x0000_s1136" style="position:absolute;left:0;text-align:left;margin-left:162.5pt;margin-top:42.9pt;width:17.5pt;height:16.3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uS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"/>
        </w:pict>
      </w:r>
      <w:r w:rsidR="006B297A" w:rsidRPr="00765081">
        <w:rPr>
          <w:rFonts w:ascii="Times New Roman" w:eastAsia="Calibri" w:hAnsi="Times New Roman" w:cs="Times New Roman"/>
          <w:b/>
          <w:sz w:val="24"/>
          <w:szCs w:val="24"/>
        </w:rPr>
        <w:t>7. Укажи, в каком порядке происходили события. Цифра 1 уже стоит, поставь цифры 2, 3, 4.</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6" o:spid="_x0000_s1135" style="position:absolute;margin-left:162.5pt;margin-top:22.05pt;width:17.5pt;height:16.3pt;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"/>
        </w:pict>
      </w:r>
      <w:r w:rsidR="006B297A" w:rsidRPr="00765081">
        <w:rPr>
          <w:rFonts w:ascii="Times New Roman" w:eastAsia="Calibri" w:hAnsi="Times New Roman" w:cs="Times New Roman"/>
          <w:sz w:val="24"/>
          <w:szCs w:val="24"/>
        </w:rPr>
        <w:t>Ёж снимал с иголок листья.</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Рассказчик помог ежу.</w:t>
      </w:r>
      <w:r w:rsidRPr="00765081">
        <w:rPr>
          <w:rFonts w:ascii="Times New Roman" w:eastAsia="Calibri" w:hAnsi="Times New Roman" w:cs="Times New Roman"/>
          <w:sz w:val="24"/>
          <w:szCs w:val="24"/>
        </w:rPr>
        <w:tab/>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5" o:spid="_x0000_s1134" style="position:absolute;margin-left:162.5pt;margin-top:.35pt;width:17.5pt;height:16.3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"/>
        </w:pict>
      </w:r>
      <w:r w:rsidR="006B297A" w:rsidRPr="00765081">
        <w:rPr>
          <w:rFonts w:ascii="Times New Roman" w:eastAsia="Calibri" w:hAnsi="Times New Roman" w:cs="Times New Roman"/>
          <w:sz w:val="24"/>
          <w:szCs w:val="24"/>
        </w:rPr>
        <w:t>Рассказчик увидел ежа.</w:t>
      </w:r>
      <w:r w:rsidR="006B297A" w:rsidRPr="00765081">
        <w:rPr>
          <w:rFonts w:ascii="Times New Roman" w:eastAsia="Calibri" w:hAnsi="Times New Roman" w:cs="Times New Roman"/>
          <w:sz w:val="24"/>
          <w:szCs w:val="24"/>
        </w:rPr>
        <w:tab/>
        <w:t xml:space="preserve">        1</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4" o:spid="_x0000_s1133" style="position:absolute;margin-left:162.5pt;margin-top:-.1pt;width:17.5pt;height:16.3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Jy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"/>
        </w:pict>
      </w:r>
      <w:r w:rsidR="006B297A" w:rsidRPr="00765081">
        <w:rPr>
          <w:rFonts w:ascii="Times New Roman" w:eastAsia="Calibri" w:hAnsi="Times New Roman" w:cs="Times New Roman"/>
          <w:sz w:val="24"/>
          <w:szCs w:val="24"/>
        </w:rPr>
        <w:t>Рассказчик пошёл за ежом.</w:t>
      </w:r>
    </w:p>
    <w:p w:rsidR="006B297A" w:rsidRPr="00765081" w:rsidRDefault="006B297A" w:rsidP="006B297A">
      <w:pPr>
        <w:spacing w:after="0" w:line="240" w:lineRule="auto"/>
        <w:rPr>
          <w:rFonts w:ascii="Times New Roman" w:eastAsia="Calibri" w:hAnsi="Times New Roman" w:cs="Times New Roman"/>
          <w:sz w:val="24"/>
          <w:szCs w:val="24"/>
        </w:rPr>
      </w:pPr>
    </w:p>
    <w:p w:rsidR="006B297A" w:rsidRPr="00765081" w:rsidRDefault="007B5670" w:rsidP="006B297A">
      <w:pPr>
        <w:spacing w:after="0" w:line="276"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53" o:spid="_x0000_s1132" style="position:absolute;left:0;text-align:left;margin-left:-18.65pt;margin-top:11.85pt;width:17.5pt;height:16.3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3RQ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"/>
        </w:pict>
      </w:r>
      <w:r w:rsidR="006B297A" w:rsidRPr="00765081">
        <w:rPr>
          <w:rFonts w:ascii="Times New Roman" w:eastAsia="Calibri" w:hAnsi="Times New Roman" w:cs="Times New Roman"/>
          <w:b/>
          <w:sz w:val="24"/>
          <w:szCs w:val="24"/>
        </w:rPr>
        <w:t>8. Главным образом автор хотел</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2" o:spid="_x0000_s1131" style="position:absolute;margin-left:-18.65pt;margin-top:16.95pt;width:17.5pt;height:16.3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o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"/>
        </w:pict>
      </w:r>
      <w:r w:rsidR="006B297A" w:rsidRPr="00765081">
        <w:rPr>
          <w:rFonts w:ascii="Times New Roman" w:eastAsia="Calibri" w:hAnsi="Times New Roman" w:cs="Times New Roman"/>
          <w:sz w:val="24"/>
          <w:szCs w:val="24"/>
        </w:rPr>
        <w:t>рассказать, какие у ежей иголки</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1" o:spid="_x0000_s1130" style="position:absolute;margin-left:-18.65pt;margin-top:18.8pt;width:17.5pt;height:16.3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"/>
        </w:pict>
      </w:r>
      <w:r w:rsidR="006B297A" w:rsidRPr="00765081">
        <w:rPr>
          <w:rFonts w:ascii="Times New Roman" w:eastAsia="Calibri" w:hAnsi="Times New Roman" w:cs="Times New Roman"/>
          <w:sz w:val="24"/>
          <w:szCs w:val="24"/>
        </w:rPr>
        <w:t>описать осенний лес</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рассказать, как трудно ежу на колючках </w:t>
      </w:r>
      <w:proofErr w:type="spellStart"/>
      <w:r w:rsidRPr="00765081">
        <w:rPr>
          <w:rFonts w:ascii="Times New Roman" w:eastAsia="Calibri" w:hAnsi="Times New Roman" w:cs="Times New Roman"/>
          <w:sz w:val="24"/>
          <w:szCs w:val="24"/>
        </w:rPr>
        <w:t>носитьлистья</w:t>
      </w:r>
      <w:proofErr w:type="spellEnd"/>
      <w:r w:rsidRPr="00765081">
        <w:rPr>
          <w:rFonts w:ascii="Times New Roman" w:eastAsia="Calibri" w:hAnsi="Times New Roman" w:cs="Times New Roman"/>
          <w:sz w:val="24"/>
          <w:szCs w:val="24"/>
        </w:rPr>
        <w:t xml:space="preserve"> в норку</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0" o:spid="_x0000_s1129" style="position:absolute;margin-left:-18.65pt;margin-top:.6pt;width:17.5pt;height:16.3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DXRA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"/>
        </w:pict>
      </w:r>
      <w:r w:rsidR="006B297A" w:rsidRPr="00765081">
        <w:rPr>
          <w:rFonts w:ascii="Times New Roman" w:eastAsia="Calibri" w:hAnsi="Times New Roman" w:cs="Times New Roman"/>
          <w:sz w:val="24"/>
          <w:szCs w:val="24"/>
        </w:rPr>
        <w:t>описать норку ежа</w:t>
      </w:r>
    </w:p>
    <w:p w:rsidR="006B297A" w:rsidRPr="00765081" w:rsidRDefault="007B5670" w:rsidP="006B297A">
      <w:pPr>
        <w:spacing w:after="0" w:line="360" w:lineRule="auto"/>
        <w:ind w:firstLine="708"/>
        <w:rPr>
          <w:rFonts w:ascii="Times New Roman" w:eastAsia="Calibri" w:hAnsi="Times New Roman" w:cs="Times New Roman"/>
          <w:b/>
          <w:sz w:val="24"/>
          <w:szCs w:val="24"/>
        </w:rPr>
      </w:pPr>
      <w:r w:rsidRPr="007B5670">
        <w:rPr>
          <w:rFonts w:ascii="Times New Roman" w:eastAsia="Calibri" w:hAnsi="Times New Roman" w:cs="Times New Roman"/>
          <w:noProof/>
          <w:sz w:val="24"/>
          <w:szCs w:val="24"/>
          <w:lang w:eastAsia="ru-RU"/>
        </w:rPr>
        <w:pict>
          <v:rect id="Прямоугольник 48" o:spid="_x0000_s1128" style="position:absolute;left:0;text-align:left;margin-left:-18.8pt;margin-top:12.9pt;width:17.5pt;height:16.3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"/>
        </w:pict>
      </w:r>
      <w:r w:rsidR="006B297A" w:rsidRPr="00765081">
        <w:rPr>
          <w:rFonts w:ascii="Times New Roman" w:eastAsia="Calibri" w:hAnsi="Times New Roman" w:cs="Times New Roman"/>
          <w:b/>
          <w:sz w:val="24"/>
          <w:szCs w:val="24"/>
        </w:rPr>
        <w:t>9. Какое предложение лучше других помогает понять основную мысль текста?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9" o:spid="_x0000_s1127" style="position:absolute;margin-left:-18.8pt;margin-top:15.65pt;width:17.5pt;height:16.3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"/>
        </w:pict>
      </w:r>
      <w:r w:rsidR="006B297A" w:rsidRPr="00765081">
        <w:rPr>
          <w:rFonts w:ascii="Times New Roman" w:eastAsia="Calibri" w:hAnsi="Times New Roman" w:cs="Times New Roman"/>
          <w:sz w:val="24"/>
          <w:szCs w:val="24"/>
        </w:rPr>
        <w:t>Вот и приходится к норке трусить налегке.</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7" o:spid="_x0000_s1126" style="position:absolute;margin-left:-18.8pt;margin-top:15.2pt;width:17.5pt;height:16.3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"/>
        </w:pict>
      </w:r>
      <w:r w:rsidR="006B297A" w:rsidRPr="00765081">
        <w:rPr>
          <w:rFonts w:ascii="Times New Roman" w:eastAsia="Calibri" w:hAnsi="Times New Roman" w:cs="Times New Roman"/>
          <w:noProof/>
          <w:sz w:val="24"/>
          <w:szCs w:val="24"/>
          <w:lang w:eastAsia="ru-RU"/>
        </w:rPr>
        <w:t>Я на полянку сбегал, принёс листьев.</w:t>
      </w:r>
    </w:p>
    <w:p w:rsidR="006B297A" w:rsidRPr="00765081" w:rsidRDefault="006B297A" w:rsidP="006B297A">
      <w:pPr>
        <w:spacing w:after="0" w:line="36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Такая тяжёлая работа у ежа!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6" o:spid="_x0000_s1125" style="position:absolute;margin-left:-18.8pt;margin-top:-.95pt;width:17.5pt;height:16.3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"/>
        </w:pict>
      </w:r>
      <w:r w:rsidR="006B297A" w:rsidRPr="00765081">
        <w:rPr>
          <w:rFonts w:ascii="Times New Roman" w:eastAsia="Calibri" w:hAnsi="Times New Roman" w:cs="Times New Roman"/>
          <w:sz w:val="24"/>
          <w:szCs w:val="24"/>
        </w:rPr>
        <w:t xml:space="preserve">Потихоньку, чтоб не спугнуть, пошёл я позади. </w:t>
      </w:r>
    </w:p>
    <w:p w:rsidR="006B297A" w:rsidRPr="00765081" w:rsidRDefault="007B5670" w:rsidP="0089011F">
      <w:pPr>
        <w:numPr>
          <w:ilvl w:val="0"/>
          <w:numId w:val="66"/>
        </w:numPr>
        <w:shd w:val="clear" w:color="auto" w:fill="FFFFFF"/>
        <w:spacing w:before="100" w:beforeAutospacing="1" w:after="0" w:line="360" w:lineRule="auto"/>
        <w:ind w:right="43"/>
        <w:rPr>
          <w:rFonts w:ascii="Times New Roman" w:eastAsia="Times New Roman" w:hAnsi="Times New Roman" w:cs="Times New Roman"/>
          <w:color w:val="000000"/>
          <w:sz w:val="24"/>
          <w:szCs w:val="24"/>
          <w:lang w:eastAsia="ru-RU"/>
        </w:rPr>
      </w:pPr>
      <w:r w:rsidRPr="007B5670">
        <w:rPr>
          <w:rFonts w:ascii="Times New Roman" w:eastAsia="Times New Roman" w:hAnsi="Times New Roman" w:cs="Times New Roman"/>
          <w:noProof/>
          <w:sz w:val="24"/>
          <w:szCs w:val="24"/>
          <w:lang w:eastAsia="ru-RU"/>
        </w:rPr>
        <w:pict>
          <v:rect id="Прямоугольник 45" o:spid="_x0000_s1124" style="position:absolute;left:0;text-align:left;margin-left:-18.8pt;margin-top:30.75pt;width:17.5pt;height:16.3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ED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"/>
        </w:pict>
      </w:r>
      <w:r w:rsidR="006B297A" w:rsidRPr="00765081">
        <w:rPr>
          <w:rFonts w:ascii="Times New Roman" w:eastAsia="Times New Roman" w:hAnsi="Times New Roman" w:cs="Times New Roman"/>
          <w:b/>
          <w:bCs/>
          <w:color w:val="000000"/>
          <w:sz w:val="24"/>
          <w:szCs w:val="24"/>
          <w:lang w:eastAsia="ru-RU"/>
        </w:rPr>
        <w:t>Какое название наиболее подходит к истории, рассказанной автором?</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4" o:spid="_x0000_s1123" style="position:absolute;margin-left:-18.8pt;margin-top:15.95pt;width:17.5pt;height:16.3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lc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"/>
        </w:pict>
      </w:r>
      <w:r w:rsidR="006B297A" w:rsidRPr="00765081">
        <w:rPr>
          <w:rFonts w:ascii="Times New Roman" w:eastAsia="Calibri" w:hAnsi="Times New Roman" w:cs="Times New Roman"/>
          <w:sz w:val="24"/>
          <w:szCs w:val="24"/>
        </w:rPr>
        <w:t>Осенняя прогулка</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3" o:spid="_x0000_s1122" style="position:absolute;margin-left:-18.8pt;margin-top:15.55pt;width:17.5pt;height:16.3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"/>
        </w:pict>
      </w:r>
      <w:r w:rsidR="006B297A" w:rsidRPr="00765081">
        <w:rPr>
          <w:rFonts w:ascii="Times New Roman" w:eastAsia="Calibri" w:hAnsi="Times New Roman" w:cs="Times New Roman"/>
          <w:sz w:val="24"/>
          <w:szCs w:val="24"/>
        </w:rPr>
        <w:t xml:space="preserve">Трудная работа ежа </w:t>
      </w:r>
    </w:p>
    <w:p w:rsidR="006B297A" w:rsidRPr="00765081" w:rsidRDefault="007B5670" w:rsidP="006B297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2" o:spid="_x0000_s1121" style="position:absolute;margin-left:-18.8pt;margin-top:15.9pt;width:17.5pt;height:16.3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"/>
        </w:pict>
      </w:r>
      <w:r w:rsidR="006B297A" w:rsidRPr="00765081">
        <w:rPr>
          <w:rFonts w:ascii="Times New Roman" w:eastAsia="Calibri" w:hAnsi="Times New Roman" w:cs="Times New Roman"/>
          <w:sz w:val="24"/>
          <w:szCs w:val="24"/>
        </w:rPr>
        <w:t xml:space="preserve">Опавшие листья </w:t>
      </w:r>
    </w:p>
    <w:p w:rsidR="006B297A" w:rsidRPr="00765081" w:rsidRDefault="006B297A" w:rsidP="006B297A">
      <w:pPr>
        <w:spacing w:after="0" w:line="360" w:lineRule="auto"/>
        <w:rPr>
          <w:rFonts w:ascii="Times New Roman" w:eastAsia="Calibri" w:hAnsi="Times New Roman" w:cs="Times New Roman"/>
          <w:noProof/>
          <w:sz w:val="24"/>
          <w:szCs w:val="24"/>
          <w:lang w:eastAsia="ru-RU"/>
        </w:rPr>
      </w:pPr>
      <w:r w:rsidRPr="00765081">
        <w:rPr>
          <w:rFonts w:ascii="Times New Roman" w:eastAsia="Calibri" w:hAnsi="Times New Roman" w:cs="Times New Roman"/>
          <w:noProof/>
          <w:sz w:val="24"/>
          <w:szCs w:val="24"/>
          <w:lang w:eastAsia="ru-RU"/>
        </w:rPr>
        <w:t>Под сосной</w:t>
      </w:r>
    </w:p>
    <w:p w:rsidR="006B297A" w:rsidRPr="00765081" w:rsidRDefault="006B297A" w:rsidP="006B297A">
      <w:pPr>
        <w:spacing w:after="0" w:line="360" w:lineRule="auto"/>
        <w:rPr>
          <w:rFonts w:ascii="Times New Roman" w:eastAsia="Calibri" w:hAnsi="Times New Roman" w:cs="Times New Roman"/>
          <w:noProof/>
          <w:sz w:val="24"/>
          <w:szCs w:val="24"/>
          <w:lang w:eastAsia="ru-RU"/>
        </w:rPr>
      </w:pPr>
    </w:p>
    <w:p w:rsidR="006B297A" w:rsidRPr="00765081" w:rsidRDefault="006B297A" w:rsidP="006B297A">
      <w:pPr>
        <w:spacing w:after="0" w:line="360" w:lineRule="auto"/>
        <w:rPr>
          <w:rFonts w:ascii="Times New Roman" w:eastAsia="Calibri" w:hAnsi="Times New Roman" w:cs="Times New Roman"/>
          <w:sz w:val="24"/>
          <w:szCs w:val="24"/>
        </w:rPr>
      </w:pPr>
    </w:p>
    <w:p w:rsidR="006B297A" w:rsidRPr="00765081" w:rsidRDefault="006B297A" w:rsidP="006B297A">
      <w:pPr>
        <w:spacing w:after="0" w:line="240" w:lineRule="auto"/>
        <w:rPr>
          <w:rFonts w:ascii="Times New Roman" w:eastAsia="Times New Roman" w:hAnsi="Times New Roman" w:cs="Times New Roman"/>
          <w:sz w:val="24"/>
          <w:szCs w:val="24"/>
          <w:lang w:eastAsia="ru-RU"/>
        </w:rPr>
      </w:pPr>
    </w:p>
    <w:p w:rsidR="006B297A" w:rsidRPr="00765081" w:rsidRDefault="006B297A" w:rsidP="006B297A">
      <w:pPr>
        <w:spacing w:after="0" w:line="240" w:lineRule="auto"/>
        <w:rPr>
          <w:rFonts w:ascii="Times New Roman" w:eastAsia="Times New Roman" w:hAnsi="Times New Roman" w:cs="Times New Roman"/>
          <w:sz w:val="24"/>
          <w:szCs w:val="24"/>
          <w:lang w:eastAsia="ru-RU"/>
        </w:rPr>
      </w:pPr>
    </w:p>
    <w:p w:rsidR="006B297A" w:rsidRPr="00765081" w:rsidRDefault="006B297A" w:rsidP="006B297A">
      <w:pPr>
        <w:spacing w:after="0" w:line="240" w:lineRule="auto"/>
        <w:rPr>
          <w:rFonts w:ascii="Times New Roman" w:eastAsia="Times New Roman" w:hAnsi="Times New Roman" w:cs="Times New Roman"/>
          <w:b/>
          <w:bCs/>
          <w:sz w:val="24"/>
          <w:szCs w:val="24"/>
          <w:lang w:eastAsia="ru-RU"/>
        </w:rPr>
      </w:pPr>
      <w:r w:rsidRPr="00765081">
        <w:rPr>
          <w:rFonts w:ascii="Times New Roman" w:eastAsia="Times New Roman" w:hAnsi="Times New Roman" w:cs="Times New Roman"/>
          <w:b/>
          <w:bCs/>
          <w:sz w:val="24"/>
          <w:szCs w:val="24"/>
          <w:lang w:eastAsia="ru-RU"/>
        </w:rPr>
        <w:t xml:space="preserve">Рекомендации по проверке и оценке выполнения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4"/>
        <w:gridCol w:w="2304"/>
        <w:gridCol w:w="2304"/>
      </w:tblGrid>
      <w:tr w:rsidR="006B297A" w:rsidRPr="00765081" w:rsidTr="006B297A">
        <w:tc>
          <w:tcPr>
            <w:tcW w:w="2304" w:type="dxa"/>
            <w:vMerge w:val="restart"/>
          </w:tcPr>
          <w:p w:rsidR="006B297A" w:rsidRPr="00765081" w:rsidRDefault="006B297A" w:rsidP="006B297A">
            <w:pPr>
              <w:spacing w:after="0" w:line="240" w:lineRule="auto"/>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Номер задания</w:t>
            </w:r>
          </w:p>
        </w:tc>
        <w:tc>
          <w:tcPr>
            <w:tcW w:w="4608" w:type="dxa"/>
            <w:gridSpan w:val="2"/>
          </w:tcPr>
          <w:p w:rsidR="006B297A" w:rsidRPr="00765081" w:rsidRDefault="006B297A" w:rsidP="006B297A">
            <w:pPr>
              <w:spacing w:after="0" w:line="240" w:lineRule="auto"/>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Номера верных ответов</w:t>
            </w:r>
          </w:p>
        </w:tc>
      </w:tr>
      <w:tr w:rsidR="006B297A" w:rsidRPr="00765081" w:rsidTr="006B297A">
        <w:tc>
          <w:tcPr>
            <w:tcW w:w="2304" w:type="dxa"/>
            <w:vMerge/>
          </w:tcPr>
          <w:p w:rsidR="006B297A" w:rsidRPr="00765081" w:rsidRDefault="006B297A" w:rsidP="006B297A">
            <w:pPr>
              <w:spacing w:after="0" w:line="240" w:lineRule="auto"/>
              <w:rPr>
                <w:rFonts w:ascii="Times New Roman" w:eastAsia="Times New Roman" w:hAnsi="Times New Roman" w:cs="Times New Roman"/>
                <w:b/>
                <w:sz w:val="24"/>
                <w:szCs w:val="24"/>
                <w:lang w:eastAsia="ru-RU"/>
              </w:rPr>
            </w:pPr>
          </w:p>
        </w:tc>
        <w:tc>
          <w:tcPr>
            <w:tcW w:w="2304" w:type="dxa"/>
          </w:tcPr>
          <w:p w:rsidR="006B297A" w:rsidRPr="00765081" w:rsidRDefault="006B297A" w:rsidP="006B297A">
            <w:pPr>
              <w:spacing w:after="0" w:line="240" w:lineRule="auto"/>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1 вариант</w:t>
            </w:r>
          </w:p>
        </w:tc>
        <w:tc>
          <w:tcPr>
            <w:tcW w:w="2304" w:type="dxa"/>
          </w:tcPr>
          <w:p w:rsidR="006B297A" w:rsidRPr="00765081" w:rsidRDefault="006B297A" w:rsidP="006B297A">
            <w:pPr>
              <w:spacing w:after="0" w:line="240" w:lineRule="auto"/>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2 вариант</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4</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5</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6</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7</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2,3,1,4</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3,4,1,2</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8</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9</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p>
        </w:tc>
      </w:tr>
      <w:tr w:rsidR="006B297A" w:rsidRPr="00765081" w:rsidTr="006B297A">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10</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c>
          <w:tcPr>
            <w:tcW w:w="2304" w:type="dxa"/>
          </w:tcPr>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p>
        </w:tc>
      </w:tr>
    </w:tbl>
    <w:p w:rsidR="006B297A" w:rsidRPr="00765081" w:rsidRDefault="006B297A" w:rsidP="006B297A">
      <w:pPr>
        <w:spacing w:after="0" w:line="240" w:lineRule="auto"/>
        <w:rPr>
          <w:rFonts w:ascii="Times New Roman" w:eastAsia="Times New Roman" w:hAnsi="Times New Roman" w:cs="Times New Roman"/>
          <w:sz w:val="24"/>
          <w:szCs w:val="24"/>
          <w:lang w:eastAsia="ru-RU"/>
        </w:rPr>
      </w:pP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За каждое правильно выполненное задание ученик получает 1 балл.</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Высокий уровень выполнения 9-10 баллов.</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Средний уровень выполнения 5-8 баллов.</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Низкий уровень выполнения менее 5 баллов.</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9-10 баллов – 5</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7-8 баллов – 4</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5-6 баллов – 3 </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менее 5 - 2</w:t>
      </w:r>
    </w:p>
    <w:p w:rsidR="006B297A" w:rsidRPr="00765081" w:rsidRDefault="006B297A" w:rsidP="006B297A">
      <w:pPr>
        <w:spacing w:after="0" w:line="240" w:lineRule="auto"/>
        <w:rPr>
          <w:rFonts w:ascii="Times New Roman" w:eastAsia="Times New Roman" w:hAnsi="Times New Roman" w:cs="Times New Roman"/>
          <w:sz w:val="24"/>
          <w:szCs w:val="24"/>
          <w:lang w:eastAsia="ru-RU"/>
        </w:rPr>
      </w:pPr>
    </w:p>
    <w:p w:rsidR="006B297A" w:rsidRPr="00765081" w:rsidRDefault="006B297A" w:rsidP="006B297A">
      <w:pPr>
        <w:spacing w:after="0" w:line="240" w:lineRule="auto"/>
        <w:rPr>
          <w:rFonts w:ascii="Times New Roman" w:eastAsia="Times New Roman" w:hAnsi="Times New Roman" w:cs="Times New Roman"/>
          <w:sz w:val="24"/>
          <w:szCs w:val="24"/>
          <w:lang w:eastAsia="ru-RU"/>
        </w:rPr>
      </w:pPr>
    </w:p>
    <w:p w:rsidR="006B297A" w:rsidRPr="00765081" w:rsidRDefault="006B297A" w:rsidP="006B297A">
      <w:pPr>
        <w:spacing w:after="0" w:line="240" w:lineRule="auto"/>
        <w:rPr>
          <w:rFonts w:ascii="Times New Roman" w:eastAsia="Times New Roman" w:hAnsi="Times New Roman" w:cs="Times New Roman"/>
          <w:sz w:val="24"/>
          <w:szCs w:val="24"/>
          <w:lang w:eastAsia="ru-RU"/>
        </w:rPr>
      </w:pPr>
    </w:p>
    <w:p w:rsidR="006B297A" w:rsidRPr="00765081" w:rsidRDefault="006B297A" w:rsidP="006B297A">
      <w:pPr>
        <w:adjustRightInd w:val="0"/>
        <w:spacing w:after="0" w:line="240" w:lineRule="auto"/>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 xml:space="preserve">    3 класс</w:t>
      </w:r>
    </w:p>
    <w:p w:rsidR="006B297A" w:rsidRPr="00765081" w:rsidRDefault="006B297A" w:rsidP="006B297A">
      <w:pPr>
        <w:adjustRightInd w:val="0"/>
        <w:spacing w:after="0" w:line="240" w:lineRule="auto"/>
        <w:rPr>
          <w:rFonts w:ascii="Times New Roman" w:eastAsia="Times New Roman" w:hAnsi="Times New Roman" w:cs="Times New Roman"/>
          <w:sz w:val="24"/>
          <w:szCs w:val="24"/>
          <w:lang w:eastAsia="ru-RU"/>
        </w:rPr>
      </w:pPr>
    </w:p>
    <w:p w:rsidR="006B297A" w:rsidRPr="00765081" w:rsidRDefault="006B297A" w:rsidP="006B297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B7F00" w:rsidRPr="00765081" w:rsidRDefault="007B7F00" w:rsidP="007B7F00">
      <w:pPr>
        <w:shd w:val="clear" w:color="auto" w:fill="FFFFFF"/>
        <w:spacing w:after="0" w:line="240" w:lineRule="auto"/>
        <w:ind w:firstLine="708"/>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Входная контрольная работа</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b/>
          <w:sz w:val="24"/>
          <w:szCs w:val="24"/>
        </w:rPr>
        <w:t>Цель: о</w:t>
      </w:r>
      <w:r w:rsidRPr="00765081">
        <w:rPr>
          <w:rFonts w:ascii="Times New Roman" w:eastAsia="Times New Roman" w:hAnsi="Times New Roman" w:cs="Times New Roman"/>
          <w:sz w:val="24"/>
          <w:szCs w:val="24"/>
        </w:rPr>
        <w:t xml:space="preserve">тслеживание уровня учебных достижений по литературному чтению; определение стабильности полученных </w:t>
      </w:r>
      <w:proofErr w:type="gramStart"/>
      <w:r w:rsidRPr="00765081">
        <w:rPr>
          <w:rFonts w:ascii="Times New Roman" w:eastAsia="Times New Roman" w:hAnsi="Times New Roman" w:cs="Times New Roman"/>
          <w:sz w:val="24"/>
          <w:szCs w:val="24"/>
        </w:rPr>
        <w:t>обучающимися</w:t>
      </w:r>
      <w:proofErr w:type="gramEnd"/>
      <w:r w:rsidRPr="00765081">
        <w:rPr>
          <w:rFonts w:ascii="Times New Roman" w:eastAsia="Times New Roman" w:hAnsi="Times New Roman" w:cs="Times New Roman"/>
          <w:sz w:val="24"/>
          <w:szCs w:val="24"/>
        </w:rPr>
        <w:t xml:space="preserve"> знаний, умений и навыков;  осуществление внутреннего мониторинга качества образования.</w:t>
      </w:r>
    </w:p>
    <w:p w:rsidR="007B7F00" w:rsidRPr="00765081" w:rsidRDefault="007B7F00" w:rsidP="007B7F00">
      <w:pPr>
        <w:shd w:val="clear" w:color="auto" w:fill="FFFFFF"/>
        <w:spacing w:after="0" w:line="240" w:lineRule="auto"/>
        <w:ind w:firstLine="708"/>
        <w:rPr>
          <w:rFonts w:ascii="Times New Roman" w:eastAsia="Times New Roman" w:hAnsi="Times New Roman" w:cs="Times New Roman"/>
          <w:sz w:val="24"/>
          <w:szCs w:val="24"/>
        </w:rPr>
      </w:pPr>
    </w:p>
    <w:p w:rsidR="007B7F00" w:rsidRPr="00765081" w:rsidRDefault="007B7F00" w:rsidP="007B7F00">
      <w:pPr>
        <w:spacing w:after="0" w:line="240" w:lineRule="auto"/>
        <w:jc w:val="center"/>
        <w:rPr>
          <w:rFonts w:ascii="Times New Roman" w:eastAsia="Times New Roman" w:hAnsi="Times New Roman" w:cs="Times New Roman"/>
          <w:bCs/>
          <w:sz w:val="24"/>
          <w:szCs w:val="24"/>
        </w:rPr>
      </w:pPr>
      <w:r w:rsidRPr="00765081">
        <w:rPr>
          <w:rFonts w:ascii="Times New Roman" w:eastAsia="Times New Roman" w:hAnsi="Times New Roman" w:cs="Times New Roman"/>
          <w:bCs/>
          <w:sz w:val="24"/>
          <w:szCs w:val="24"/>
        </w:rPr>
        <w:lastRenderedPageBreak/>
        <w:t xml:space="preserve">Вариант 1 </w:t>
      </w:r>
    </w:p>
    <w:p w:rsidR="007B7F00" w:rsidRPr="00765081" w:rsidRDefault="007B7F00" w:rsidP="007B7F00">
      <w:pPr>
        <w:spacing w:after="0" w:line="240" w:lineRule="auto"/>
        <w:rPr>
          <w:rFonts w:ascii="Times New Roman" w:eastAsia="Times New Roman" w:hAnsi="Times New Roman" w:cs="Times New Roman"/>
          <w:sz w:val="24"/>
          <w:szCs w:val="24"/>
        </w:rPr>
      </w:pP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1. Прочти текст «Лошадь и жаба» Л.Н.</w:t>
      </w:r>
      <w:r w:rsidRPr="00765081">
        <w:rPr>
          <w:rFonts w:ascii="Times New Roman" w:eastAsia="Times New Roman" w:hAnsi="Times New Roman" w:cs="Times New Roman"/>
          <w:sz w:val="24"/>
          <w:szCs w:val="24"/>
          <w:lang w:val="en-US"/>
        </w:rPr>
        <w:t> </w:t>
      </w:r>
      <w:r w:rsidRPr="00765081">
        <w:rPr>
          <w:rFonts w:ascii="Times New Roman" w:eastAsia="Times New Roman" w:hAnsi="Times New Roman" w:cs="Times New Roman"/>
          <w:sz w:val="24"/>
          <w:szCs w:val="24"/>
        </w:rPr>
        <w:t>Толстого.</w:t>
      </w:r>
    </w:p>
    <w:p w:rsidR="007B7F00" w:rsidRPr="00765081" w:rsidRDefault="007B7F00" w:rsidP="007B7F00">
      <w:pPr>
        <w:shd w:val="clear" w:color="auto" w:fill="FFFFFF"/>
        <w:spacing w:before="30" w:after="30" w:line="240" w:lineRule="auto"/>
        <w:jc w:val="center"/>
        <w:rPr>
          <w:rFonts w:ascii="Times New Roman" w:eastAsia="Times New Roman" w:hAnsi="Times New Roman" w:cs="Times New Roman"/>
          <w:sz w:val="24"/>
          <w:szCs w:val="24"/>
          <w:lang w:eastAsia="ru-RU"/>
        </w:rPr>
      </w:pPr>
      <w:r w:rsidRPr="00765081">
        <w:rPr>
          <w:rFonts w:ascii="Times New Roman" w:eastAsia="Times New Roman" w:hAnsi="Times New Roman" w:cs="Times New Roman"/>
          <w:b/>
          <w:bCs/>
          <w:sz w:val="24"/>
          <w:szCs w:val="24"/>
          <w:lang w:eastAsia="ru-RU"/>
        </w:rPr>
        <w:t>Лошадь и жаба</w:t>
      </w:r>
    </w:p>
    <w:p w:rsidR="007B7F00" w:rsidRPr="00765081" w:rsidRDefault="007B7F00" w:rsidP="007B7F00">
      <w:pPr>
        <w:shd w:val="clear" w:color="auto" w:fill="FFFFFF"/>
        <w:spacing w:before="30" w:after="30" w:line="240" w:lineRule="auto"/>
        <w:jc w:val="center"/>
        <w:rPr>
          <w:rFonts w:ascii="Times New Roman" w:eastAsia="Times New Roman" w:hAnsi="Times New Roman" w:cs="Times New Roman"/>
          <w:sz w:val="24"/>
          <w:szCs w:val="24"/>
          <w:lang w:eastAsia="ru-RU"/>
        </w:rPr>
      </w:pPr>
    </w:p>
    <w:p w:rsidR="007B7F00" w:rsidRPr="00765081" w:rsidRDefault="007B7F00" w:rsidP="007B7F00">
      <w:pPr>
        <w:shd w:val="clear" w:color="auto" w:fill="FFFFFF"/>
        <w:spacing w:before="30" w:after="30" w:line="240" w:lineRule="auto"/>
        <w:ind w:right="231"/>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После дождя высыпали ребятишки за околицу. Весело им шлёпать по грязным лужам. Вылезла на дорогу и жаба; сидит тихо на краю лужи – хорошо ей.</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Увидели жабу дети и говорят: «У, </w:t>
      </w:r>
      <w:proofErr w:type="gramStart"/>
      <w:r w:rsidRPr="00765081">
        <w:rPr>
          <w:rFonts w:ascii="Times New Roman" w:eastAsia="Times New Roman" w:hAnsi="Times New Roman" w:cs="Times New Roman"/>
          <w:sz w:val="24"/>
          <w:szCs w:val="24"/>
          <w:lang w:eastAsia="ru-RU"/>
        </w:rPr>
        <w:t>гадина</w:t>
      </w:r>
      <w:proofErr w:type="gramEnd"/>
      <w:r w:rsidRPr="00765081">
        <w:rPr>
          <w:rFonts w:ascii="Times New Roman" w:eastAsia="Times New Roman" w:hAnsi="Times New Roman" w:cs="Times New Roman"/>
          <w:sz w:val="24"/>
          <w:szCs w:val="24"/>
          <w:lang w:eastAsia="ru-RU"/>
        </w:rPr>
        <w:t xml:space="preserve"> какая! Устроим ей потеху». Наломали они острых прутьев,  и давай ими тыкать жабу. Всю её изранили. Прыгает жаба, хочет спрятаться, а мальчики не пускают да ещё хохочут.</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Едет к этому месту лошадь с возом, старая, худая. Тяжело ей тащить воз по грязной дороге. Отошли дети в сторону и смотрят, что будет с жабой. А лошадь увидела жабу и остановилась. Мужик сердито на неё крикнул... Колёса глубоко увязли в грязи: трудно лошади свернуть в сторону. А всё-таки собрала она все силы и объехала жабу.</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Увидел тут и мужик жабу. «Ишь ты, лошадь </w:t>
      </w:r>
      <w:proofErr w:type="gramStart"/>
      <w:r w:rsidRPr="00765081">
        <w:rPr>
          <w:rFonts w:ascii="Times New Roman" w:eastAsia="Times New Roman" w:hAnsi="Times New Roman" w:cs="Times New Roman"/>
          <w:sz w:val="24"/>
          <w:szCs w:val="24"/>
          <w:lang w:eastAsia="ru-RU"/>
        </w:rPr>
        <w:t>гадину</w:t>
      </w:r>
      <w:proofErr w:type="gramEnd"/>
      <w:r w:rsidRPr="00765081">
        <w:rPr>
          <w:rFonts w:ascii="Times New Roman" w:eastAsia="Times New Roman" w:hAnsi="Times New Roman" w:cs="Times New Roman"/>
          <w:sz w:val="24"/>
          <w:szCs w:val="24"/>
          <w:lang w:eastAsia="ru-RU"/>
        </w:rPr>
        <w:t xml:space="preserve"> пожалела! Тварь, а понимает!» – сказал он.</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Воз проехал. Дети опять подошли к жабе. Постояли и отошли прочь; хотели игру затеять, да что-то у них не ладилось: им было чего-то стыдно.</w:t>
      </w:r>
    </w:p>
    <w:p w:rsidR="007B7F00" w:rsidRPr="00765081" w:rsidRDefault="007B7F00" w:rsidP="007B7F00">
      <w:pPr>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Выполни задания. Отметь в кружок утверждения, соответствующие содержанию прочитанного текста.</w:t>
      </w:r>
    </w:p>
    <w:p w:rsidR="007B7F00" w:rsidRPr="00765081" w:rsidRDefault="007B7F00" w:rsidP="007B7F00">
      <w:pPr>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Определи персонажей произведения.</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Ребятишки, жаба, лошадь;</w:t>
      </w:r>
      <w:r w:rsidRPr="00765081">
        <w:rPr>
          <w:rFonts w:ascii="Times New Roman" w:eastAsia="Times New Roman" w:hAnsi="Times New Roman" w:cs="Times New Roman"/>
          <w:sz w:val="24"/>
          <w:szCs w:val="24"/>
          <w:lang w:val="en-US" w:eastAsia="ru-RU"/>
        </w:rPr>
        <w:t>         </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ребятишки, жаба, лошадь, мужик;</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ребятишки, мужик.</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Выбери одно из значений слова околица, употребленное в данном тексте.</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окраина селения.</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             б) изгородь вокруг деревни;</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Окольная, непрямая дорога вокруг селения;</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3.</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Какое значение в слово </w:t>
      </w:r>
      <w:proofErr w:type="gramStart"/>
      <w:r w:rsidRPr="00765081">
        <w:rPr>
          <w:rFonts w:ascii="Times New Roman" w:eastAsia="Times New Roman" w:hAnsi="Times New Roman" w:cs="Times New Roman"/>
          <w:sz w:val="24"/>
          <w:szCs w:val="24"/>
          <w:lang w:eastAsia="ru-RU"/>
        </w:rPr>
        <w:t>гадина</w:t>
      </w:r>
      <w:proofErr w:type="gramEnd"/>
      <w:r w:rsidRPr="00765081">
        <w:rPr>
          <w:rFonts w:ascii="Times New Roman" w:eastAsia="Times New Roman" w:hAnsi="Times New Roman" w:cs="Times New Roman"/>
          <w:sz w:val="24"/>
          <w:szCs w:val="24"/>
          <w:lang w:eastAsia="ru-RU"/>
        </w:rPr>
        <w:t xml:space="preserve"> вкладывают дети?</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Отвратительное, мерзкое животное;</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земноводное (живущее на земле и в воде животное);</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отвратительный, мерзкий человек.</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4.</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Какое значение в слово </w:t>
      </w:r>
      <w:proofErr w:type="gramStart"/>
      <w:r w:rsidRPr="00765081">
        <w:rPr>
          <w:rFonts w:ascii="Times New Roman" w:eastAsia="Times New Roman" w:hAnsi="Times New Roman" w:cs="Times New Roman"/>
          <w:sz w:val="24"/>
          <w:szCs w:val="24"/>
          <w:lang w:eastAsia="ru-RU"/>
        </w:rPr>
        <w:t>гадина</w:t>
      </w:r>
      <w:proofErr w:type="gramEnd"/>
      <w:r w:rsidRPr="00765081">
        <w:rPr>
          <w:rFonts w:ascii="Times New Roman" w:eastAsia="Times New Roman" w:hAnsi="Times New Roman" w:cs="Times New Roman"/>
          <w:sz w:val="24"/>
          <w:szCs w:val="24"/>
          <w:lang w:eastAsia="ru-RU"/>
        </w:rPr>
        <w:t xml:space="preserve"> вкладывает мужик?</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Отвратительное, мерзкое животное;</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земноводное (живущее на земле и в воде животное);</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отвратительный, мерзкий человек.</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lastRenderedPageBreak/>
        <w:t>5.</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Определи с помощью цифр последовательность действий жабы в тексте.</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Сидит</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прыгает</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вылезла</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г) хочет спрятаться</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6. Определи с помощью цифр последовательность действий ребятишек в тексте.</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изранили</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наломали</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давай тыкать</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7. Выпиши определения, которым автор характеризует лошадь.</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______________________________________________________________________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8. Восстанови с помощью цифр верную последовательность пунктов плана.</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Почему детям стыдно?</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Встреча лошади с жабой.</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Как хорошо после дождя!</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г)   Потеха детей.</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д)  «Лошадь </w:t>
      </w:r>
      <w:proofErr w:type="gramStart"/>
      <w:r w:rsidRPr="00765081">
        <w:rPr>
          <w:rFonts w:ascii="Times New Roman" w:eastAsia="Times New Roman" w:hAnsi="Times New Roman" w:cs="Times New Roman"/>
          <w:sz w:val="24"/>
          <w:szCs w:val="24"/>
          <w:lang w:eastAsia="ru-RU"/>
        </w:rPr>
        <w:t>гадину</w:t>
      </w:r>
      <w:proofErr w:type="gramEnd"/>
      <w:r w:rsidRPr="00765081">
        <w:rPr>
          <w:rFonts w:ascii="Times New Roman" w:eastAsia="Times New Roman" w:hAnsi="Times New Roman" w:cs="Times New Roman"/>
          <w:sz w:val="24"/>
          <w:szCs w:val="24"/>
          <w:lang w:eastAsia="ru-RU"/>
        </w:rPr>
        <w:t xml:space="preserve"> пожалела».</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9.</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Есть ли в тексте персонажи, которые у тебя вызывают сочувствие? Почему?</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__________________________________________________________________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10*.</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Какой нравственный урок получили дети?</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______________________________________________________________________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_______________________________________________________________________</w:t>
      </w:r>
    </w:p>
    <w:p w:rsidR="007B7F00" w:rsidRPr="00765081" w:rsidRDefault="007B7F00" w:rsidP="007B7F00">
      <w:pPr>
        <w:spacing w:before="100" w:beforeAutospacing="1" w:after="100" w:afterAutospacing="1" w:line="240" w:lineRule="auto"/>
        <w:jc w:val="center"/>
        <w:rPr>
          <w:rFonts w:ascii="Times New Roman" w:eastAsia="Times New Roman" w:hAnsi="Times New Roman" w:cs="Times New Roman"/>
          <w:bCs/>
          <w:sz w:val="24"/>
          <w:szCs w:val="24"/>
        </w:rPr>
      </w:pPr>
      <w:r w:rsidRPr="00765081">
        <w:rPr>
          <w:rFonts w:ascii="Times New Roman" w:eastAsia="Times New Roman" w:hAnsi="Times New Roman" w:cs="Times New Roman"/>
          <w:bCs/>
          <w:sz w:val="24"/>
          <w:szCs w:val="24"/>
        </w:rPr>
        <w:t>Вариант 2</w:t>
      </w:r>
    </w:p>
    <w:p w:rsidR="007B7F00" w:rsidRPr="00765081" w:rsidRDefault="007B7F00" w:rsidP="007B7F00">
      <w:pPr>
        <w:spacing w:after="0" w:line="240" w:lineRule="auto"/>
        <w:rPr>
          <w:rFonts w:ascii="Times New Roman" w:eastAsia="Times New Roman" w:hAnsi="Times New Roman" w:cs="Times New Roman"/>
          <w:sz w:val="24"/>
          <w:szCs w:val="24"/>
        </w:rPr>
      </w:pP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1. Прочти текст «Кнут» В. Волкова. </w:t>
      </w:r>
    </w:p>
    <w:p w:rsidR="007B7F00" w:rsidRPr="00765081" w:rsidRDefault="007B7F00" w:rsidP="007B7F00">
      <w:pPr>
        <w:shd w:val="clear" w:color="auto" w:fill="FFFFFF"/>
        <w:spacing w:before="30" w:after="30" w:line="240" w:lineRule="auto"/>
        <w:jc w:val="center"/>
        <w:rPr>
          <w:rFonts w:ascii="Times New Roman" w:eastAsia="Times New Roman" w:hAnsi="Times New Roman" w:cs="Times New Roman"/>
          <w:sz w:val="24"/>
          <w:szCs w:val="24"/>
          <w:lang w:eastAsia="ru-RU"/>
        </w:rPr>
      </w:pPr>
      <w:r w:rsidRPr="00765081">
        <w:rPr>
          <w:rFonts w:ascii="Times New Roman" w:eastAsia="Times New Roman" w:hAnsi="Times New Roman" w:cs="Times New Roman"/>
          <w:b/>
          <w:bCs/>
          <w:sz w:val="24"/>
          <w:szCs w:val="24"/>
          <w:lang w:eastAsia="ru-RU"/>
        </w:rPr>
        <w:lastRenderedPageBreak/>
        <w:t>Кнут</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p>
    <w:p w:rsidR="007B7F00" w:rsidRPr="00765081" w:rsidRDefault="007B7F00" w:rsidP="007B7F00">
      <w:pPr>
        <w:shd w:val="clear" w:color="auto" w:fill="FFFFFF"/>
        <w:spacing w:before="30" w:after="30" w:line="240" w:lineRule="auto"/>
        <w:ind w:right="231"/>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Дедушка, смотри, какой я кнут нашёл! – Дед поднял очки на лоб.</w:t>
      </w:r>
      <w:r w:rsidRPr="00765081">
        <w:rPr>
          <w:rFonts w:ascii="Times New Roman" w:eastAsia="Times New Roman" w:hAnsi="Times New Roman" w:cs="Times New Roman"/>
          <w:sz w:val="24"/>
          <w:szCs w:val="24"/>
          <w:lang w:val="en-US" w:eastAsia="ru-RU"/>
        </w:rPr>
        <w:t> </w:t>
      </w:r>
    </w:p>
    <w:p w:rsidR="007B7F00" w:rsidRPr="00765081" w:rsidRDefault="007B7F00" w:rsidP="007B7F00">
      <w:pPr>
        <w:shd w:val="clear" w:color="auto" w:fill="FFFFFF"/>
        <w:spacing w:before="30" w:after="30" w:line="240" w:lineRule="auto"/>
        <w:ind w:right="515"/>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val="en-US" w:eastAsia="ru-RU"/>
        </w:rPr>
        <w:t> </w:t>
      </w:r>
      <w:proofErr w:type="gramStart"/>
      <w:r w:rsidRPr="00765081">
        <w:rPr>
          <w:rFonts w:ascii="Times New Roman" w:eastAsia="Times New Roman" w:hAnsi="Times New Roman" w:cs="Times New Roman"/>
          <w:sz w:val="24"/>
          <w:szCs w:val="24"/>
          <w:lang w:eastAsia="ru-RU"/>
        </w:rPr>
        <w:t>Ишь</w:t>
      </w:r>
      <w:proofErr w:type="gramEnd"/>
      <w:r w:rsidRPr="00765081">
        <w:rPr>
          <w:rFonts w:ascii="Times New Roman" w:eastAsia="Times New Roman" w:hAnsi="Times New Roman" w:cs="Times New Roman"/>
          <w:sz w:val="24"/>
          <w:szCs w:val="24"/>
          <w:lang w:eastAsia="ru-RU"/>
        </w:rPr>
        <w:t xml:space="preserve"> ты – ремённый! И, никак, в шесть концов </w:t>
      </w:r>
      <w:proofErr w:type="gramStart"/>
      <w:r w:rsidRPr="00765081">
        <w:rPr>
          <w:rFonts w:ascii="Times New Roman" w:eastAsia="Times New Roman" w:hAnsi="Times New Roman" w:cs="Times New Roman"/>
          <w:sz w:val="24"/>
          <w:szCs w:val="24"/>
          <w:lang w:eastAsia="ru-RU"/>
        </w:rPr>
        <w:t>сплетённый</w:t>
      </w:r>
      <w:proofErr w:type="gramEnd"/>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Я взмахнул кнутовищем и звучно щёлкнул.</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Ловко... И где же ты его нашёл?</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А на дороге.</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И ты не знаешь, чей это кнут?</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Я как можно натуральнее пожал плечами. Хотя я, конечно, знал, чей это кнут. Деда Егора! Он как раз вчера ездил на станцию и, видимо, обронил его. Дед вздохнул:</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День только начался, а ты уже дважды согрешил: кнут чужой взял и мне соврал.</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И снова принялся точить косу. Закончив, позвал меня:</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Эй, Вовка, я вот всё думаю, где же ты будешь кнутом этим щёлкать. На улице нельзя. Вдруг Егор увидит иль ребята. И скажут ему. В саду разве что? Но там не размахнёшься – простора нет. Вот </w:t>
      </w:r>
      <w:proofErr w:type="gramStart"/>
      <w:r w:rsidRPr="00765081">
        <w:rPr>
          <w:rFonts w:ascii="Times New Roman" w:eastAsia="Times New Roman" w:hAnsi="Times New Roman" w:cs="Times New Roman"/>
          <w:sz w:val="24"/>
          <w:szCs w:val="24"/>
          <w:lang w:eastAsia="ru-RU"/>
        </w:rPr>
        <w:t>и</w:t>
      </w:r>
      <w:proofErr w:type="gramEnd"/>
      <w:r w:rsidRPr="00765081">
        <w:rPr>
          <w:rFonts w:ascii="Times New Roman" w:eastAsia="Times New Roman" w:hAnsi="Times New Roman" w:cs="Times New Roman"/>
          <w:sz w:val="24"/>
          <w:szCs w:val="24"/>
          <w:lang w:eastAsia="ru-RU"/>
        </w:rPr>
        <w:t xml:space="preserve"> получается – спрятать его надо.</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Вечером, за самоваром, дед опять заговорил о кнуте.</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Ну, ты надумал, где прятать-то его будешь? Под подушкой оно вроде надёжней всего...</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Я покраснел. Я как раз раздумывал именно над этим – где спрятать кнут. А дед продолжал, неторопливо прихлёбывая из блюдца:</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Взять чужую вещь – дело нехитрое. А вот спрятать её, так чтобы хозяин не увидел, – тут надобно крепко </w:t>
      </w:r>
      <w:proofErr w:type="gramStart"/>
      <w:r w:rsidRPr="00765081">
        <w:rPr>
          <w:rFonts w:ascii="Times New Roman" w:eastAsia="Times New Roman" w:hAnsi="Times New Roman" w:cs="Times New Roman"/>
          <w:sz w:val="24"/>
          <w:szCs w:val="24"/>
          <w:lang w:eastAsia="ru-RU"/>
        </w:rPr>
        <w:t>покумекать</w:t>
      </w:r>
      <w:proofErr w:type="gramEnd"/>
      <w:r w:rsidRPr="00765081">
        <w:rPr>
          <w:rFonts w:ascii="Times New Roman" w:eastAsia="Times New Roman" w:hAnsi="Times New Roman" w:cs="Times New Roman"/>
          <w:sz w:val="24"/>
          <w:szCs w:val="24"/>
          <w:lang w:eastAsia="ru-RU"/>
        </w:rPr>
        <w:t>. Но ты же у нас головастый. Мать говорит – на одни пятёрки учишься...</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Красный и потный – не от чая горячего, а от дедовских насмешливых глаз</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я медленно слез с лавки, в сенцах взял кнут и вышел за огороды.</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Щёлкнул там напоследок, причём без всякого удовольствия, побрёл загородной тропкой к дому деда Егора. А потом вдруг побежал: так мне захотелось поскорее избавиться от этого злополучного кнута.</w:t>
      </w: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p>
    <w:p w:rsidR="007B7F00" w:rsidRPr="00765081" w:rsidRDefault="007B7F00" w:rsidP="007B7F00">
      <w:pPr>
        <w:shd w:val="clear" w:color="auto" w:fill="FFFFFF"/>
        <w:spacing w:before="30" w:after="3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2.  Выполни задания. Отметь в кружок утверждения, соответствующие содержанию прочитанного текста.</w:t>
      </w:r>
    </w:p>
    <w:p w:rsidR="007B7F00" w:rsidRPr="00765081" w:rsidRDefault="007B7F00" w:rsidP="007B7F00">
      <w:pPr>
        <w:spacing w:after="0" w:line="240" w:lineRule="auto"/>
        <w:rPr>
          <w:rFonts w:ascii="Times New Roman" w:eastAsia="Times New Roman" w:hAnsi="Times New Roman" w:cs="Times New Roman"/>
          <w:sz w:val="24"/>
          <w:szCs w:val="24"/>
        </w:rPr>
      </w:pPr>
    </w:p>
    <w:p w:rsidR="007B7F00" w:rsidRPr="00765081" w:rsidRDefault="007B7F00" w:rsidP="007B7F00">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1.</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Определи героев произведения.</w:t>
      </w:r>
    </w:p>
    <w:p w:rsidR="007B7F00" w:rsidRPr="00765081" w:rsidRDefault="007B7F00" w:rsidP="007B7F00">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proofErr w:type="gramStart"/>
      <w:r w:rsidRPr="00765081">
        <w:rPr>
          <w:rFonts w:ascii="Times New Roman" w:eastAsia="Times New Roman" w:hAnsi="Times New Roman" w:cs="Times New Roman"/>
          <w:sz w:val="24"/>
          <w:szCs w:val="24"/>
          <w:lang w:eastAsia="ru-RU"/>
        </w:rPr>
        <w:t>а) Дед, внук, дед Егор;</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внук, дед;</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внук, дед, Вовка.</w:t>
      </w:r>
      <w:proofErr w:type="gramEnd"/>
    </w:p>
    <w:p w:rsidR="007B7F00" w:rsidRPr="00765081" w:rsidRDefault="007B7F00" w:rsidP="007B7F00">
      <w:pPr>
        <w:spacing w:after="0" w:line="240" w:lineRule="auto"/>
        <w:rPr>
          <w:rFonts w:ascii="Times New Roman" w:eastAsia="Times New Roman" w:hAnsi="Times New Roman" w:cs="Times New Roman"/>
          <w:sz w:val="24"/>
          <w:szCs w:val="24"/>
          <w:lang w:eastAsia="ru-RU"/>
        </w:rPr>
      </w:pPr>
    </w:p>
    <w:p w:rsidR="007B7F00" w:rsidRPr="00765081" w:rsidRDefault="007B7F00" w:rsidP="007B7F00">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2.</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какое время суток происходят события, описанные в тексте?</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lastRenderedPageBreak/>
        <w:t>            </w:t>
      </w:r>
      <w:r w:rsidRPr="00765081">
        <w:rPr>
          <w:rFonts w:ascii="Times New Roman" w:eastAsia="Times New Roman" w:hAnsi="Times New Roman" w:cs="Times New Roman"/>
          <w:sz w:val="24"/>
          <w:szCs w:val="24"/>
          <w:lang w:eastAsia="ru-RU"/>
        </w:rPr>
        <w:t>а) Утром;</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утром, днем, вечером;</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утром, вечером.</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 xml:space="preserve">3. Где Вовка нашел кнут? </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Напиши  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4. В чём была радость обладания кнутом?</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Звучно щелкать;</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хвастать перед ребятами;</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хранить под подушкой.</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5. Какое значение в слово согрешить вкладываешь ты?</w:t>
      </w:r>
    </w:p>
    <w:p w:rsidR="007B7F00" w:rsidRPr="00765081" w:rsidRDefault="007B7F00" w:rsidP="007B7F00">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совершить поступок, достойный осуждения, порицания.</w:t>
      </w:r>
    </w:p>
    <w:p w:rsidR="007B7F00" w:rsidRPr="00765081" w:rsidRDefault="007B7F00" w:rsidP="007B7F00">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            б) нарушить религиозно-нравственные предписания;</w:t>
      </w:r>
      <w:r w:rsidRPr="00765081">
        <w:rPr>
          <w:rFonts w:ascii="Times New Roman" w:eastAsia="Times New Roman" w:hAnsi="Times New Roman" w:cs="Times New Roman"/>
          <w:sz w:val="24"/>
          <w:szCs w:val="24"/>
          <w:lang w:eastAsia="ru-RU"/>
        </w:rPr>
        <w:br/>
      </w:r>
    </w:p>
    <w:p w:rsidR="007B7F00" w:rsidRPr="00765081" w:rsidRDefault="007B7F00" w:rsidP="007B7F00">
      <w:pPr>
        <w:spacing w:after="0"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6. Какие грехи, по словам деда, совершил внук? ___________________________________________________________________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7. Почему, по мнению деда, нельзя щелкать кнутом на улице? </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_______________________________________________________________________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8. Восстанови с помощью цифр верную последовательность пунктов плана.</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а) Совет деда.</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б) Облегчение от принятого решения.</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в) Хвастовство находкой.</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r w:rsidRPr="00765081">
        <w:rPr>
          <w:rFonts w:ascii="Times New Roman" w:eastAsia="Times New Roman" w:hAnsi="Times New Roman" w:cs="Times New Roman"/>
          <w:sz w:val="24"/>
          <w:szCs w:val="24"/>
          <w:lang w:eastAsia="ru-RU"/>
        </w:rPr>
        <w:br/>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г) Нежелание отдать кнут хозяину.</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 xml:space="preserve">9. </w:t>
      </w:r>
      <w:r w:rsidRPr="00765081">
        <w:rPr>
          <w:rFonts w:ascii="Times New Roman" w:eastAsia="Times New Roman" w:hAnsi="Times New Roman" w:cs="Times New Roman"/>
          <w:sz w:val="24"/>
          <w:szCs w:val="24"/>
          <w:lang w:val="en-US" w:eastAsia="ru-RU"/>
        </w:rPr>
        <w:t> </w:t>
      </w:r>
      <w:r w:rsidRPr="00765081">
        <w:rPr>
          <w:rFonts w:ascii="Times New Roman" w:eastAsia="Times New Roman" w:hAnsi="Times New Roman" w:cs="Times New Roman"/>
          <w:sz w:val="24"/>
          <w:szCs w:val="24"/>
          <w:lang w:eastAsia="ru-RU"/>
        </w:rPr>
        <w:t>Почему Вовке захотелось избавиться от злополучного кнута? __________________________________________________________________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eastAsia="ru-RU"/>
        </w:rPr>
      </w:pPr>
      <w:r w:rsidRPr="00765081">
        <w:rPr>
          <w:rFonts w:ascii="Times New Roman" w:eastAsia="Times New Roman" w:hAnsi="Times New Roman" w:cs="Times New Roman"/>
          <w:sz w:val="24"/>
          <w:szCs w:val="24"/>
          <w:lang w:eastAsia="ru-RU"/>
        </w:rPr>
        <w:t>_______________________________________________________________________</w:t>
      </w:r>
    </w:p>
    <w:p w:rsidR="007B7F00" w:rsidRPr="00765081" w:rsidRDefault="007B7F00" w:rsidP="007B7F00">
      <w:pPr>
        <w:spacing w:before="100" w:beforeAutospacing="1" w:after="100" w:afterAutospacing="1" w:line="240" w:lineRule="auto"/>
        <w:rPr>
          <w:rFonts w:ascii="Times New Roman" w:eastAsia="Times New Roman" w:hAnsi="Times New Roman" w:cs="Times New Roman"/>
          <w:sz w:val="24"/>
          <w:szCs w:val="24"/>
          <w:lang w:val="en-US" w:eastAsia="ru-RU"/>
        </w:rPr>
      </w:pPr>
      <w:r w:rsidRPr="00765081">
        <w:rPr>
          <w:rFonts w:ascii="Times New Roman" w:eastAsia="Times New Roman" w:hAnsi="Times New Roman" w:cs="Times New Roman"/>
          <w:sz w:val="24"/>
          <w:szCs w:val="24"/>
          <w:lang w:eastAsia="ru-RU"/>
        </w:rPr>
        <w:lastRenderedPageBreak/>
        <w:t xml:space="preserve">10* . Какой нравственный урок получил внук? </w:t>
      </w:r>
      <w:r w:rsidRPr="00765081">
        <w:rPr>
          <w:rFonts w:ascii="Times New Roman" w:eastAsia="Times New Roman" w:hAnsi="Times New Roman" w:cs="Times New Roman"/>
          <w:sz w:val="24"/>
          <w:szCs w:val="24"/>
          <w:lang w:val="en-US" w:eastAsia="ru-RU"/>
        </w:rPr>
        <w:t>___________________________________________________________________</w:t>
      </w:r>
    </w:p>
    <w:p w:rsidR="007B7F00" w:rsidRPr="00765081" w:rsidRDefault="007B7F00" w:rsidP="007B7F00">
      <w:pPr>
        <w:spacing w:after="0" w:line="240" w:lineRule="auto"/>
        <w:rPr>
          <w:rFonts w:ascii="Times New Roman" w:eastAsia="Times New Roman" w:hAnsi="Times New Roman" w:cs="Times New Roman"/>
          <w:sz w:val="24"/>
          <w:szCs w:val="24"/>
          <w:lang w:val="en-US"/>
        </w:rPr>
      </w:pPr>
      <w:r w:rsidRPr="00765081">
        <w:rPr>
          <w:rFonts w:ascii="Times New Roman" w:eastAsia="Times New Roman" w:hAnsi="Times New Roman" w:cs="Times New Roman"/>
          <w:sz w:val="24"/>
          <w:szCs w:val="24"/>
          <w:lang w:val="en-US"/>
        </w:rPr>
        <w:t>__________________________________________________________________</w:t>
      </w:r>
    </w:p>
    <w:p w:rsidR="007B7F00" w:rsidRPr="00765081" w:rsidRDefault="007B7F00" w:rsidP="007B7F00">
      <w:pPr>
        <w:spacing w:after="0" w:line="240" w:lineRule="auto"/>
        <w:rPr>
          <w:rFonts w:ascii="Times New Roman" w:eastAsia="Times New Roman" w:hAnsi="Times New Roman" w:cs="Times New Roman"/>
          <w:sz w:val="24"/>
          <w:szCs w:val="24"/>
          <w:lang w:val="en-US"/>
        </w:rPr>
      </w:pPr>
    </w:p>
    <w:p w:rsidR="007B7F00" w:rsidRPr="00765081" w:rsidRDefault="007B7F00" w:rsidP="007B7F00">
      <w:pPr>
        <w:spacing w:after="0" w:line="240" w:lineRule="auto"/>
        <w:rPr>
          <w:rFonts w:ascii="Times New Roman" w:eastAsia="Times New Roman" w:hAnsi="Times New Roman" w:cs="Times New Roman"/>
          <w:sz w:val="24"/>
          <w:szCs w:val="24"/>
          <w:lang w:val="en-US"/>
        </w:rPr>
      </w:pPr>
    </w:p>
    <w:p w:rsidR="007B7F00" w:rsidRPr="00765081" w:rsidRDefault="007B7F00" w:rsidP="007B7F00">
      <w:pPr>
        <w:spacing w:after="0" w:line="240" w:lineRule="auto"/>
        <w:jc w:val="center"/>
        <w:rPr>
          <w:rFonts w:ascii="Times New Roman" w:eastAsia="Times New Roman" w:hAnsi="Times New Roman" w:cs="Times New Roman"/>
          <w:sz w:val="24"/>
          <w:szCs w:val="24"/>
          <w:lang w:val="en-US"/>
        </w:rPr>
      </w:pPr>
      <w:r w:rsidRPr="00765081">
        <w:rPr>
          <w:rFonts w:ascii="Times New Roman" w:eastAsia="Times New Roman" w:hAnsi="Times New Roman" w:cs="Times New Roman"/>
          <w:sz w:val="24"/>
          <w:szCs w:val="24"/>
          <w:lang w:val="en-US"/>
        </w:rPr>
        <w:t>ОТВЕТЫ</w:t>
      </w:r>
    </w:p>
    <w:p w:rsidR="007B7F00" w:rsidRPr="00765081" w:rsidRDefault="007B7F00" w:rsidP="007B7F00">
      <w:pPr>
        <w:spacing w:after="0" w:line="240" w:lineRule="auto"/>
        <w:jc w:val="center"/>
        <w:rPr>
          <w:rFonts w:ascii="Times New Roman" w:eastAsia="Times New Roman" w:hAnsi="Times New Roman" w:cs="Times New Roman"/>
          <w:sz w:val="24"/>
          <w:szCs w:val="24"/>
          <w:lang w:val="en-US"/>
        </w:rPr>
      </w:pPr>
    </w:p>
    <w:tbl>
      <w:tblPr>
        <w:tblStyle w:val="130"/>
        <w:tblW w:w="0" w:type="auto"/>
        <w:tblLook w:val="04A0"/>
      </w:tblPr>
      <w:tblGrid>
        <w:gridCol w:w="924"/>
        <w:gridCol w:w="3313"/>
        <w:gridCol w:w="1319"/>
        <w:gridCol w:w="3784"/>
      </w:tblGrid>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 xml:space="preserve">1 </w:t>
            </w:r>
            <w:proofErr w:type="spellStart"/>
            <w:r w:rsidRPr="00765081">
              <w:rPr>
                <w:rFonts w:ascii="Times New Roman" w:hAnsi="Times New Roman" w:cs="Times New Roman"/>
                <w:sz w:val="24"/>
                <w:szCs w:val="24"/>
                <w:lang w:eastAsia="ru-RU"/>
              </w:rPr>
              <w:t>вариант</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Баллы</w:t>
            </w:r>
            <w:proofErr w:type="spellEnd"/>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 xml:space="preserve">2 </w:t>
            </w:r>
            <w:proofErr w:type="spellStart"/>
            <w:r w:rsidRPr="00765081">
              <w:rPr>
                <w:rFonts w:ascii="Times New Roman" w:hAnsi="Times New Roman" w:cs="Times New Roman"/>
                <w:sz w:val="24"/>
                <w:szCs w:val="24"/>
                <w:lang w:eastAsia="ru-RU"/>
              </w:rPr>
              <w:t>вариант</w:t>
            </w:r>
            <w:proofErr w:type="spellEnd"/>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б</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б</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в</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в</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а</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Надороге</w:t>
            </w:r>
            <w:proofErr w:type="spellEnd"/>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4</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б</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б</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5</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в  а  б  г</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а</w:t>
            </w:r>
          </w:p>
        </w:tc>
      </w:tr>
      <w:tr w:rsidR="007B7F00" w:rsidRPr="00765081" w:rsidTr="007B7F00">
        <w:trPr>
          <w:trHeight w:val="351"/>
        </w:trPr>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6</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б  в   а</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val="ru-RU" w:eastAsia="ru-RU"/>
              </w:rPr>
            </w:pPr>
            <w:r w:rsidRPr="00765081">
              <w:rPr>
                <w:rFonts w:ascii="Times New Roman" w:hAnsi="Times New Roman" w:cs="Times New Roman"/>
                <w:sz w:val="24"/>
                <w:szCs w:val="24"/>
                <w:lang w:val="ru-RU" w:eastAsia="ru-RU"/>
              </w:rPr>
              <w:t>кнут чужой взял и мне соврал</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7</w:t>
            </w:r>
          </w:p>
        </w:tc>
        <w:tc>
          <w:tcPr>
            <w:tcW w:w="2728"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старая</w:t>
            </w:r>
            <w:proofErr w:type="spellEnd"/>
            <w:r w:rsidRPr="00765081">
              <w:rPr>
                <w:rFonts w:ascii="Times New Roman" w:hAnsi="Times New Roman" w:cs="Times New Roman"/>
                <w:sz w:val="24"/>
                <w:szCs w:val="24"/>
                <w:lang w:eastAsia="ru-RU"/>
              </w:rPr>
              <w:t xml:space="preserve">, </w:t>
            </w:r>
            <w:proofErr w:type="spellStart"/>
            <w:r w:rsidRPr="00765081">
              <w:rPr>
                <w:rFonts w:ascii="Times New Roman" w:hAnsi="Times New Roman" w:cs="Times New Roman"/>
                <w:sz w:val="24"/>
                <w:szCs w:val="24"/>
                <w:lang w:eastAsia="ru-RU"/>
              </w:rPr>
              <w:t>худая</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val="ru-RU" w:eastAsia="ru-RU"/>
              </w:rPr>
            </w:pPr>
            <w:r w:rsidRPr="00765081">
              <w:rPr>
                <w:rFonts w:ascii="Times New Roman" w:hAnsi="Times New Roman" w:cs="Times New Roman"/>
                <w:sz w:val="24"/>
                <w:szCs w:val="24"/>
                <w:lang w:val="ru-RU" w:eastAsia="ru-RU"/>
              </w:rPr>
              <w:t>Вдруг Егор увидит иль ребята.</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8</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а-5  б-3  в-1  г-2  д-4</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а-5  б-3  в-1  г-2  д-4</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9</w:t>
            </w:r>
          </w:p>
        </w:tc>
        <w:tc>
          <w:tcPr>
            <w:tcW w:w="2728"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10*</w:t>
            </w:r>
          </w:p>
        </w:tc>
        <w:tc>
          <w:tcPr>
            <w:tcW w:w="2728"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bl>
    <w:p w:rsidR="007B7F00" w:rsidRPr="00765081" w:rsidRDefault="007B7F00" w:rsidP="007B7F00">
      <w:pPr>
        <w:spacing w:after="0" w:line="240" w:lineRule="auto"/>
        <w:jc w:val="center"/>
        <w:rPr>
          <w:rFonts w:ascii="Times New Roman" w:eastAsia="Times New Roman" w:hAnsi="Times New Roman" w:cs="Times New Roman"/>
          <w:sz w:val="24"/>
          <w:szCs w:val="24"/>
          <w:lang w:val="en-US"/>
        </w:rPr>
      </w:pPr>
    </w:p>
    <w:p w:rsidR="007B7F00" w:rsidRPr="00765081" w:rsidRDefault="007B7F00" w:rsidP="007B7F00">
      <w:pPr>
        <w:spacing w:after="0" w:line="240" w:lineRule="auto"/>
        <w:rPr>
          <w:rFonts w:ascii="Times New Roman" w:eastAsia="Times New Roman" w:hAnsi="Times New Roman" w:cs="Times New Roman"/>
          <w:sz w:val="24"/>
          <w:szCs w:val="24"/>
          <w:lang w:val="en-US"/>
        </w:rPr>
      </w:pPr>
    </w:p>
    <w:p w:rsidR="007B7F00" w:rsidRPr="00765081" w:rsidRDefault="007B7F00" w:rsidP="005A4237">
      <w:pPr>
        <w:spacing w:after="0" w:line="240" w:lineRule="auto"/>
        <w:jc w:val="center"/>
        <w:rPr>
          <w:rFonts w:ascii="Times New Roman" w:eastAsia="Times New Roman" w:hAnsi="Times New Roman" w:cs="Times New Roman"/>
          <w:i/>
          <w:sz w:val="24"/>
          <w:szCs w:val="24"/>
        </w:rPr>
      </w:pPr>
      <w:proofErr w:type="spellStart"/>
      <w:r w:rsidRPr="00765081">
        <w:rPr>
          <w:rFonts w:ascii="Times New Roman" w:eastAsia="Calibri" w:hAnsi="Times New Roman" w:cs="Times New Roman"/>
          <w:b/>
          <w:i/>
          <w:sz w:val="24"/>
          <w:szCs w:val="24"/>
          <w:lang w:val="en-US"/>
        </w:rPr>
        <w:t>Критерии</w:t>
      </w:r>
      <w:proofErr w:type="spellEnd"/>
      <w:r w:rsidR="005A4237" w:rsidRPr="00765081">
        <w:rPr>
          <w:rFonts w:ascii="Times New Roman" w:eastAsia="Calibri" w:hAnsi="Times New Roman" w:cs="Times New Roman"/>
          <w:b/>
          <w:i/>
          <w:sz w:val="24"/>
          <w:szCs w:val="24"/>
        </w:rPr>
        <w:t>оценивания</w:t>
      </w:r>
    </w:p>
    <w:p w:rsidR="007B7F00" w:rsidRPr="00765081" w:rsidRDefault="007B7F00" w:rsidP="007B7F00">
      <w:pPr>
        <w:spacing w:after="0" w:line="240" w:lineRule="auto"/>
        <w:rPr>
          <w:rFonts w:ascii="Times New Roman" w:eastAsia="Calibri" w:hAnsi="Times New Roman" w:cs="Times New Roman"/>
          <w:b/>
          <w:sz w:val="24"/>
          <w:szCs w:val="24"/>
          <w:lang w:val="en-US"/>
        </w:rPr>
      </w:pPr>
      <w:r w:rsidRPr="00765081">
        <w:rPr>
          <w:rFonts w:ascii="Times New Roman" w:eastAsia="Calibri" w:hAnsi="Times New Roman" w:cs="Times New Roman"/>
          <w:b/>
          <w:sz w:val="24"/>
          <w:szCs w:val="24"/>
          <w:lang w:val="en-US"/>
        </w:rPr>
        <w:t xml:space="preserve">1 </w:t>
      </w:r>
      <w:proofErr w:type="spellStart"/>
      <w:r w:rsidRPr="00765081">
        <w:rPr>
          <w:rFonts w:ascii="Times New Roman" w:eastAsia="Calibri" w:hAnsi="Times New Roman" w:cs="Times New Roman"/>
          <w:b/>
          <w:sz w:val="24"/>
          <w:szCs w:val="24"/>
          <w:lang w:val="en-US"/>
        </w:rPr>
        <w:t>задание</w:t>
      </w:r>
      <w:proofErr w:type="spellEnd"/>
      <w:r w:rsidRPr="00765081">
        <w:rPr>
          <w:rFonts w:ascii="Times New Roman" w:eastAsia="Calibri" w:hAnsi="Times New Roman" w:cs="Times New Roman"/>
          <w:b/>
          <w:sz w:val="24"/>
          <w:szCs w:val="24"/>
          <w:lang w:val="en-US"/>
        </w:rPr>
        <w:t xml:space="preserve"> (1 </w:t>
      </w:r>
      <w:proofErr w:type="spellStart"/>
      <w:r w:rsidRPr="00765081">
        <w:rPr>
          <w:rFonts w:ascii="Times New Roman" w:eastAsia="Calibri" w:hAnsi="Times New Roman" w:cs="Times New Roman"/>
          <w:b/>
          <w:sz w:val="24"/>
          <w:szCs w:val="24"/>
          <w:lang w:val="en-US"/>
        </w:rPr>
        <w:t>балл</w:t>
      </w:r>
      <w:proofErr w:type="spellEnd"/>
      <w:r w:rsidRPr="00765081">
        <w:rPr>
          <w:rFonts w:ascii="Times New Roman" w:eastAsia="Calibri" w:hAnsi="Times New Roman" w:cs="Times New Roman"/>
          <w:b/>
          <w:sz w:val="24"/>
          <w:szCs w:val="24"/>
          <w:lang w:val="en-US"/>
        </w:rPr>
        <w:t>)</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Цель:  Отслеживание умения определять героев произведения</w:t>
      </w:r>
    </w:p>
    <w:p w:rsidR="007B7F00" w:rsidRPr="00765081" w:rsidRDefault="007B7F00" w:rsidP="007B7F00">
      <w:pPr>
        <w:spacing w:after="0" w:line="24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1 балл – без ошибок</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sz w:val="24"/>
          <w:szCs w:val="24"/>
        </w:rPr>
        <w:t xml:space="preserve">               0 баллов –  неверно</w:t>
      </w:r>
    </w:p>
    <w:p w:rsidR="007B7F00" w:rsidRPr="00765081" w:rsidRDefault="007B7F00" w:rsidP="007B7F00">
      <w:pPr>
        <w:spacing w:after="0" w:line="240" w:lineRule="auto"/>
        <w:rPr>
          <w:rFonts w:ascii="Times New Roman" w:eastAsia="Calibri" w:hAnsi="Times New Roman" w:cs="Times New Roman"/>
          <w:b/>
          <w:sz w:val="24"/>
          <w:szCs w:val="24"/>
        </w:rPr>
      </w:pP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Calibri" w:hAnsi="Times New Roman" w:cs="Times New Roman"/>
          <w:b/>
          <w:sz w:val="24"/>
          <w:szCs w:val="24"/>
        </w:rPr>
        <w:t>2 - 6 задания (1 балл)</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Цель:  Отслеживание знаний о ситуациях, происходящих с героями рассказа   </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балла -  без ошибок </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балл  -  1 ошибка</w:t>
      </w:r>
    </w:p>
    <w:p w:rsidR="007B7F00" w:rsidRPr="00765081" w:rsidRDefault="007B7F00" w:rsidP="007B7F00">
      <w:pPr>
        <w:spacing w:after="0" w:line="240" w:lineRule="auto"/>
        <w:rPr>
          <w:rFonts w:ascii="Times New Roman" w:eastAsia="Times New Roman" w:hAnsi="Times New Roman" w:cs="Times New Roman"/>
          <w:b/>
          <w:sz w:val="24"/>
          <w:szCs w:val="24"/>
        </w:rPr>
      </w:pPr>
      <w:r w:rsidRPr="00765081">
        <w:rPr>
          <w:rFonts w:ascii="Times New Roman" w:eastAsia="Times New Roman" w:hAnsi="Times New Roman" w:cs="Times New Roman"/>
          <w:sz w:val="24"/>
          <w:szCs w:val="24"/>
        </w:rPr>
        <w:t xml:space="preserve">                   0 баллов –  неверно</w:t>
      </w:r>
    </w:p>
    <w:p w:rsidR="007B7F00" w:rsidRPr="00765081" w:rsidRDefault="007B7F00" w:rsidP="007B7F00">
      <w:pPr>
        <w:spacing w:after="0" w:line="240" w:lineRule="auto"/>
        <w:rPr>
          <w:rFonts w:ascii="Times New Roman" w:eastAsia="Calibri" w:hAnsi="Times New Roman" w:cs="Times New Roman"/>
          <w:b/>
          <w:sz w:val="24"/>
          <w:szCs w:val="24"/>
        </w:rPr>
      </w:pP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Calibri" w:hAnsi="Times New Roman" w:cs="Times New Roman"/>
          <w:b/>
          <w:sz w:val="24"/>
          <w:szCs w:val="24"/>
        </w:rPr>
        <w:t>7 задание  (1 балл)</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Цель:  Отслеживание  умения  находить подтверждение ответа строчками текста</w:t>
      </w:r>
    </w:p>
    <w:p w:rsidR="007B7F00" w:rsidRPr="00765081" w:rsidRDefault="007B7F00" w:rsidP="007B7F00">
      <w:pPr>
        <w:spacing w:after="0" w:line="240" w:lineRule="auto"/>
        <w:ind w:left="-284"/>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балл – без ошибок</w:t>
      </w:r>
    </w:p>
    <w:p w:rsidR="007B7F00" w:rsidRPr="00765081" w:rsidRDefault="007B7F00" w:rsidP="007B7F00">
      <w:pPr>
        <w:spacing w:after="0" w:line="240" w:lineRule="auto"/>
        <w:ind w:left="-284"/>
        <w:jc w:val="both"/>
        <w:rPr>
          <w:rFonts w:ascii="Times New Roman" w:eastAsia="Times New Roman" w:hAnsi="Times New Roman" w:cs="Times New Roman"/>
          <w:b/>
          <w:sz w:val="24"/>
          <w:szCs w:val="24"/>
        </w:rPr>
      </w:pPr>
      <w:r w:rsidRPr="00765081">
        <w:rPr>
          <w:rFonts w:ascii="Times New Roman" w:eastAsia="Times New Roman" w:hAnsi="Times New Roman" w:cs="Times New Roman"/>
          <w:sz w:val="24"/>
          <w:szCs w:val="24"/>
        </w:rPr>
        <w:lastRenderedPageBreak/>
        <w:t xml:space="preserve">                   0 баллов –  неверно</w:t>
      </w:r>
    </w:p>
    <w:p w:rsidR="007B7F00" w:rsidRPr="00765081" w:rsidRDefault="007B7F00" w:rsidP="007B7F00">
      <w:pPr>
        <w:spacing w:after="0" w:line="240" w:lineRule="auto"/>
        <w:ind w:left="-284"/>
        <w:jc w:val="both"/>
        <w:rPr>
          <w:rFonts w:ascii="Times New Roman" w:eastAsia="Times New Roman" w:hAnsi="Times New Roman" w:cs="Times New Roman"/>
          <w:sz w:val="24"/>
          <w:szCs w:val="24"/>
        </w:rPr>
      </w:pP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Calibri" w:hAnsi="Times New Roman" w:cs="Times New Roman"/>
          <w:b/>
          <w:sz w:val="24"/>
          <w:szCs w:val="24"/>
        </w:rPr>
        <w:t>8 задание (2 балла)</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Цель:  Отслеживание  умения  определять последовательность событий текста</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2 балла -  без ошибок </w:t>
      </w:r>
    </w:p>
    <w:p w:rsidR="007B7F00" w:rsidRPr="00765081" w:rsidRDefault="007B7F00" w:rsidP="007B7F00">
      <w:pPr>
        <w:spacing w:after="0" w:line="240" w:lineRule="auto"/>
        <w:ind w:left="-284"/>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                      1 балл  -  1 ошибка</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sz w:val="24"/>
          <w:szCs w:val="24"/>
        </w:rPr>
        <w:t xml:space="preserve">                    0 баллов –  неверно</w:t>
      </w:r>
    </w:p>
    <w:p w:rsidR="007B7F00" w:rsidRPr="00765081" w:rsidRDefault="007B7F00" w:rsidP="007B7F00">
      <w:pPr>
        <w:spacing w:after="0" w:line="240" w:lineRule="auto"/>
        <w:rPr>
          <w:rFonts w:ascii="Times New Roman" w:eastAsia="Calibri" w:hAnsi="Times New Roman" w:cs="Times New Roman"/>
          <w:b/>
          <w:sz w:val="24"/>
          <w:szCs w:val="24"/>
        </w:rPr>
      </w:pPr>
    </w:p>
    <w:p w:rsidR="007B7F00" w:rsidRPr="00765081" w:rsidRDefault="007B7F00" w:rsidP="007B7F00">
      <w:pPr>
        <w:spacing w:after="0" w:line="240" w:lineRule="auto"/>
        <w:ind w:left="-284"/>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9* задание (2 балла)</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Цель:  Отслеживание  умения  письменно высказывать свою точку зрения на вопрос текста</w:t>
      </w:r>
    </w:p>
    <w:p w:rsidR="007B7F00" w:rsidRPr="00765081" w:rsidRDefault="007B7F00" w:rsidP="007B7F00">
      <w:pPr>
        <w:spacing w:after="0" w:line="240" w:lineRule="auto"/>
        <w:ind w:left="-284"/>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балла  - полный ответ </w:t>
      </w:r>
    </w:p>
    <w:p w:rsidR="007B7F00" w:rsidRPr="00765081" w:rsidRDefault="007B7F00" w:rsidP="007B7F00">
      <w:pPr>
        <w:spacing w:after="0" w:line="240" w:lineRule="auto"/>
        <w:ind w:left="-284"/>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балл  - неполный ответ</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0 баллов - </w:t>
      </w:r>
      <w:r w:rsidRPr="00765081">
        <w:rPr>
          <w:rFonts w:ascii="Times New Roman" w:eastAsia="Calibri" w:hAnsi="Times New Roman" w:cs="Times New Roman"/>
          <w:sz w:val="24"/>
          <w:szCs w:val="24"/>
        </w:rPr>
        <w:t>неверно</w:t>
      </w:r>
    </w:p>
    <w:p w:rsidR="007B7F00" w:rsidRPr="00765081" w:rsidRDefault="007B7F00" w:rsidP="007B7F00">
      <w:pPr>
        <w:spacing w:after="0" w:line="240" w:lineRule="auto"/>
        <w:ind w:left="-284"/>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10* задание (3 балла)</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Цель:  Отслеживание  умения  высказывать (формулировать) собственное мнение по сюжету прочитанного</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балла  - полный ответ </w:t>
      </w:r>
    </w:p>
    <w:p w:rsidR="007B7F00" w:rsidRPr="00765081" w:rsidRDefault="007B7F00" w:rsidP="007B7F00">
      <w:pPr>
        <w:spacing w:after="0" w:line="240" w:lineRule="auto"/>
        <w:ind w:left="-284"/>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балла – ответ полный, но с ошибками</w:t>
      </w:r>
    </w:p>
    <w:p w:rsidR="007B7F00" w:rsidRPr="00765081" w:rsidRDefault="007B7F00" w:rsidP="007B7F00">
      <w:pPr>
        <w:spacing w:after="0" w:line="240" w:lineRule="auto"/>
        <w:ind w:left="-284"/>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балл  - неполный ответ</w:t>
      </w:r>
    </w:p>
    <w:p w:rsidR="007B7F00" w:rsidRPr="00765081" w:rsidRDefault="007B7F00" w:rsidP="007B7F00">
      <w:pPr>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0 баллов - </w:t>
      </w:r>
      <w:r w:rsidRPr="00765081">
        <w:rPr>
          <w:rFonts w:ascii="Times New Roman" w:eastAsia="Calibri" w:hAnsi="Times New Roman" w:cs="Times New Roman"/>
          <w:sz w:val="24"/>
          <w:szCs w:val="24"/>
        </w:rPr>
        <w:t>неверно</w:t>
      </w:r>
    </w:p>
    <w:p w:rsidR="007B7F00" w:rsidRPr="00765081" w:rsidRDefault="007B7F00" w:rsidP="007B7F00">
      <w:pPr>
        <w:spacing w:after="0" w:line="240" w:lineRule="auto"/>
        <w:rPr>
          <w:rFonts w:ascii="Times New Roman" w:eastAsia="Calibri" w:hAnsi="Times New Roman" w:cs="Times New Roman"/>
          <w:b/>
          <w:sz w:val="24"/>
          <w:szCs w:val="24"/>
        </w:rPr>
      </w:pP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Итого:  15 баллов</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15  баллов  - повышенный уровень («5»)</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14 -7 баллов – базовый уровень    («4»)</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6 – 2  баллов – низкий уровень     («3»)</w:t>
      </w: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sz w:val="24"/>
          <w:szCs w:val="24"/>
        </w:rPr>
      </w:pPr>
    </w:p>
    <w:p w:rsidR="007B7F00" w:rsidRPr="00765081" w:rsidRDefault="007B7F00" w:rsidP="005A4237">
      <w:pPr>
        <w:shd w:val="clear" w:color="auto" w:fill="FFFFFF"/>
        <w:spacing w:after="0" w:line="240" w:lineRule="auto"/>
        <w:jc w:val="both"/>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jc w:val="both"/>
        <w:rPr>
          <w:rFonts w:ascii="Times New Roman" w:eastAsia="Times New Roman" w:hAnsi="Times New Roman" w:cs="Times New Roman"/>
          <w:sz w:val="24"/>
          <w:szCs w:val="24"/>
        </w:rPr>
      </w:pPr>
    </w:p>
    <w:p w:rsidR="007B7F00" w:rsidRPr="00765081" w:rsidRDefault="005A4237" w:rsidP="007B7F00">
      <w:pPr>
        <w:shd w:val="clear" w:color="auto" w:fill="FFFFFF"/>
        <w:spacing w:after="0" w:line="240" w:lineRule="auto"/>
        <w:jc w:val="center"/>
        <w:rPr>
          <w:rFonts w:ascii="Times New Roman" w:eastAsia="Times New Roman" w:hAnsi="Times New Roman" w:cs="Times New Roman"/>
          <w:b/>
          <w:color w:val="000000"/>
          <w:sz w:val="24"/>
          <w:szCs w:val="24"/>
        </w:rPr>
      </w:pPr>
      <w:r w:rsidRPr="00765081">
        <w:rPr>
          <w:rFonts w:ascii="Times New Roman" w:eastAsia="Times New Roman" w:hAnsi="Times New Roman" w:cs="Times New Roman"/>
          <w:b/>
          <w:color w:val="000000"/>
          <w:sz w:val="24"/>
          <w:szCs w:val="24"/>
        </w:rPr>
        <w:t>К</w:t>
      </w:r>
      <w:r w:rsidR="007B7F00" w:rsidRPr="00765081">
        <w:rPr>
          <w:rFonts w:ascii="Times New Roman" w:eastAsia="Times New Roman" w:hAnsi="Times New Roman" w:cs="Times New Roman"/>
          <w:b/>
          <w:color w:val="000000"/>
          <w:sz w:val="24"/>
          <w:szCs w:val="24"/>
        </w:rPr>
        <w:t>онтрольная работа № 2 по теме «Работа с текстом»</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color w:val="000000"/>
          <w:sz w:val="24"/>
          <w:szCs w:val="24"/>
        </w:rPr>
        <w:t xml:space="preserve">Цель: </w:t>
      </w:r>
      <w:r w:rsidRPr="00765081">
        <w:rPr>
          <w:rFonts w:ascii="Times New Roman" w:eastAsia="Times New Roman" w:hAnsi="Times New Roman" w:cs="Times New Roman"/>
          <w:color w:val="000000"/>
          <w:sz w:val="24"/>
          <w:szCs w:val="24"/>
          <w:lang w:eastAsia="ru-RU"/>
        </w:rPr>
        <w:t xml:space="preserve"> проверить усвоение материала у большинства количества учащихся;  объективно оценить результаты работы;  повторить пройденный материал;  углубить и систематизировать знания учащихся.</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rPr>
      </w:pPr>
    </w:p>
    <w:p w:rsidR="007B7F00" w:rsidRPr="00765081" w:rsidRDefault="007B7F00" w:rsidP="007B7F00">
      <w:pPr>
        <w:shd w:val="clear" w:color="auto" w:fill="FFFFFF"/>
        <w:spacing w:after="0" w:line="240" w:lineRule="auto"/>
        <w:jc w:val="center"/>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Вариант 1.</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u w:val="single"/>
        </w:rPr>
      </w:pPr>
      <w:r w:rsidRPr="00765081">
        <w:rPr>
          <w:rFonts w:ascii="Times New Roman" w:eastAsia="Times New Roman" w:hAnsi="Times New Roman" w:cs="Times New Roman"/>
          <w:color w:val="000000"/>
          <w:sz w:val="24"/>
          <w:szCs w:val="24"/>
          <w:u w:val="single"/>
        </w:rPr>
        <w:t>1.Прочитай текст.</w:t>
      </w: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У охотника я увидел песика. Он вот какой. Уши длинные, хвост короткий.</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Охотник рассказал, какой песик понятливый, как на охоте помогает, и умный-</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lastRenderedPageBreak/>
        <w:t>то, и не грязнуля... От этого песика, говорит, есть щенки. Идите и поглядите. И</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мы с ним пошли.</w:t>
      </w: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Щенки небольшие - только что научились ходить. "Который-то из них, -</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думаю, - мне будет помощник на охоте? Как узнать - кто толковый, а кто не</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годится?"</w:t>
      </w: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 xml:space="preserve">Вот один щенок - ест да спит. Из него </w:t>
      </w:r>
      <w:proofErr w:type="gramStart"/>
      <w:r w:rsidRPr="00765081">
        <w:rPr>
          <w:rFonts w:ascii="Times New Roman" w:eastAsia="Times New Roman" w:hAnsi="Times New Roman" w:cs="Times New Roman"/>
          <w:color w:val="000000"/>
          <w:sz w:val="24"/>
          <w:szCs w:val="24"/>
        </w:rPr>
        <w:t>лентяй</w:t>
      </w:r>
      <w:proofErr w:type="gramEnd"/>
      <w:r w:rsidRPr="00765081">
        <w:rPr>
          <w:rFonts w:ascii="Times New Roman" w:eastAsia="Times New Roman" w:hAnsi="Times New Roman" w:cs="Times New Roman"/>
          <w:color w:val="000000"/>
          <w:sz w:val="24"/>
          <w:szCs w:val="24"/>
        </w:rPr>
        <w:t xml:space="preserve"> получится.</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Вот злой щенок - сердитый. Рычит и со всеми лезет драться. И его не возьму -</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не люблю злых.</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А вот еще хуже - он тоже лезет ко всем, только не дерется, а лижется. У такого</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и дичь-то могут отнять.</w:t>
      </w: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В это время у щенят чешутся зубы, и они любят что-нибудь погрызть. Один</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щенок грыз деревяшку. Я эту деревяшку отнял и спрятал от него. Почует он ее</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или не почует?</w:t>
      </w: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Щенок начал искать. Других щенят всех обнюхал - не у них ли деревяшка.</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 xml:space="preserve">Нет, не нашел. </w:t>
      </w:r>
      <w:proofErr w:type="gramStart"/>
      <w:r w:rsidRPr="00765081">
        <w:rPr>
          <w:rFonts w:ascii="Times New Roman" w:eastAsia="Times New Roman" w:hAnsi="Times New Roman" w:cs="Times New Roman"/>
          <w:color w:val="000000"/>
          <w:sz w:val="24"/>
          <w:szCs w:val="24"/>
        </w:rPr>
        <w:t>Ленивый</w:t>
      </w:r>
      <w:proofErr w:type="gramEnd"/>
      <w:r w:rsidRPr="00765081">
        <w:rPr>
          <w:rFonts w:ascii="Times New Roman" w:eastAsia="Times New Roman" w:hAnsi="Times New Roman" w:cs="Times New Roman"/>
          <w:color w:val="000000"/>
          <w:sz w:val="24"/>
          <w:szCs w:val="24"/>
        </w:rPr>
        <w:t xml:space="preserve"> спит, злой рычит, незлой злого лижет - уговаривает не</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сердиться. И вот он стал нюхать, нюхать и пошел к тому месту, куда я ее</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спрятал. Почуял.</w:t>
      </w:r>
    </w:p>
    <w:p w:rsidR="007B7F00" w:rsidRPr="00765081" w:rsidRDefault="007B7F00" w:rsidP="007B7F0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Я обрадовался. "Ну, - думаю, - вот это охотник! От такого и дичь не</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спрячется". Назвал его Томкой. И стал растить помощника.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 xml:space="preserve">                                                                                                                   (Е. И. Чарушин)</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u w:val="single"/>
        </w:rPr>
      </w:pPr>
      <w:r w:rsidRPr="00765081">
        <w:rPr>
          <w:rFonts w:ascii="Times New Roman" w:eastAsia="Times New Roman" w:hAnsi="Times New Roman" w:cs="Times New Roman"/>
          <w:sz w:val="24"/>
          <w:szCs w:val="24"/>
          <w:u w:val="single"/>
        </w:rPr>
        <w:t>2.Подчеркни номер правильного ответа.</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1. Определи жанр произведения: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Сказка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Рассказ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Повесть </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2. От чьего имени идёт повествование?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От имени автора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От имени охотника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От имени щенят </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3. Сколько было щенков у охотника?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Пять щенков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Три щенка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Четыре щенка </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4. На каком щенке остановил выбор автор?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На щенке, который рычал и дрался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На щенке, который ел да спал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lastRenderedPageBreak/>
        <w:t xml:space="preserve">       3. На щенке, который грыз деревяшку </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5. Что делают маленькие щенята, когда у них чешутся зубки?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Что-нибудь грызут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Чистят щёткой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Крепко спят </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6. Кого хотел вырастить из щенка новый хозяин?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Охранника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Помощника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Злую собаку</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i/>
          <w:sz w:val="24"/>
          <w:szCs w:val="24"/>
        </w:rPr>
        <w:t>7. Восстанови последовательность пунктов плана.</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Щенок выбран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Щенок будет расти помощником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Приглашение охотника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4. Какие все щенята разные</w:t>
      </w:r>
    </w:p>
    <w:p w:rsidR="007B7F00" w:rsidRPr="00765081" w:rsidRDefault="007B7F00" w:rsidP="007B7F00">
      <w:pPr>
        <w:pBdr>
          <w:bottom w:val="single" w:sz="12" w:space="1" w:color="auto"/>
        </w:pBd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8. Какое имя дал щенку новый хозяин?</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sz w:val="24"/>
          <w:szCs w:val="24"/>
        </w:rPr>
        <w:t>9. Согласно содержанию текста закончи предложение</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Ленивый щенок тот, который</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Злой щенок тот, который</w:t>
      </w:r>
    </w:p>
    <w:p w:rsidR="007B7F00" w:rsidRPr="00765081" w:rsidRDefault="007B7F00" w:rsidP="007B7F00">
      <w:pPr>
        <w:shd w:val="clear" w:color="auto" w:fill="FFFFFF"/>
        <w:spacing w:after="0" w:line="240"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sz w:val="24"/>
          <w:szCs w:val="24"/>
        </w:rPr>
        <w:t>10. Используя те</w:t>
      </w:r>
      <w:proofErr w:type="gramStart"/>
      <w:r w:rsidRPr="00765081">
        <w:rPr>
          <w:rFonts w:ascii="Times New Roman" w:eastAsia="Times New Roman" w:hAnsi="Times New Roman" w:cs="Times New Roman"/>
          <w:i/>
          <w:sz w:val="24"/>
          <w:szCs w:val="24"/>
        </w:rPr>
        <w:t>кст пр</w:t>
      </w:r>
      <w:proofErr w:type="gramEnd"/>
      <w:r w:rsidRPr="00765081">
        <w:rPr>
          <w:rFonts w:ascii="Times New Roman" w:eastAsia="Times New Roman" w:hAnsi="Times New Roman" w:cs="Times New Roman"/>
          <w:i/>
          <w:sz w:val="24"/>
          <w:szCs w:val="24"/>
        </w:rPr>
        <w:t>оизведения, восстанови предложение.</w:t>
      </w:r>
    </w:p>
    <w:p w:rsidR="007B7F00" w:rsidRPr="00765081" w:rsidRDefault="007B7F00" w:rsidP="007B7F00">
      <w:pPr>
        <w:shd w:val="clear" w:color="auto" w:fill="FFFFFF"/>
        <w:spacing w:after="0" w:line="240" w:lineRule="auto"/>
        <w:ind w:left="-284" w:right="231" w:firstLine="284"/>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И вот он стал ________________, _________________ и ___________________ к тому месту, куда я её ___________________________</w:t>
      </w:r>
      <w:proofErr w:type="gramStart"/>
      <w:r w:rsidRPr="00765081">
        <w:rPr>
          <w:rFonts w:ascii="Times New Roman" w:eastAsia="Times New Roman" w:hAnsi="Times New Roman" w:cs="Times New Roman"/>
          <w:sz w:val="24"/>
          <w:szCs w:val="24"/>
        </w:rPr>
        <w:t xml:space="preserve"> .</w:t>
      </w:r>
      <w:proofErr w:type="gramEnd"/>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11. Понравилось тебе данное произведение и чем?</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jc w:val="center"/>
        <w:rPr>
          <w:rFonts w:ascii="Times New Roman" w:eastAsia="Times New Roman" w:hAnsi="Times New Roman" w:cs="Times New Roman"/>
          <w:b/>
          <w:color w:val="000000"/>
          <w:sz w:val="24"/>
          <w:szCs w:val="24"/>
        </w:rPr>
      </w:pPr>
      <w:r w:rsidRPr="00765081">
        <w:rPr>
          <w:rFonts w:ascii="Times New Roman" w:eastAsia="Times New Roman" w:hAnsi="Times New Roman" w:cs="Times New Roman"/>
          <w:sz w:val="24"/>
          <w:szCs w:val="24"/>
        </w:rPr>
        <w:br w:type="column"/>
      </w:r>
      <w:r w:rsidRPr="00765081">
        <w:rPr>
          <w:rFonts w:ascii="Times New Roman" w:eastAsia="Times New Roman" w:hAnsi="Times New Roman" w:cs="Times New Roman"/>
          <w:b/>
          <w:color w:val="000000"/>
          <w:sz w:val="24"/>
          <w:szCs w:val="24"/>
        </w:rPr>
        <w:lastRenderedPageBreak/>
        <w:t>Контрольная работа № 2 по теме «Работа с текстом»</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jc w:val="center"/>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Вариант 2.</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u w:val="single"/>
        </w:rPr>
      </w:pPr>
      <w:r w:rsidRPr="00765081">
        <w:rPr>
          <w:rFonts w:ascii="Times New Roman" w:eastAsia="Times New Roman" w:hAnsi="Times New Roman" w:cs="Times New Roman"/>
          <w:color w:val="000000"/>
          <w:sz w:val="24"/>
          <w:szCs w:val="24"/>
          <w:u w:val="single"/>
        </w:rPr>
        <w:t>1.Прочитай текст.</w:t>
      </w:r>
    </w:p>
    <w:p w:rsidR="007B7F00" w:rsidRPr="00765081" w:rsidRDefault="007B7F00" w:rsidP="007B7F00">
      <w:pPr>
        <w:shd w:val="clear" w:color="auto" w:fill="FFFFFF"/>
        <w:spacing w:after="0" w:line="276" w:lineRule="auto"/>
        <w:jc w:val="center"/>
        <w:rPr>
          <w:rFonts w:ascii="Times New Roman" w:eastAsia="Times New Roman" w:hAnsi="Times New Roman" w:cs="Times New Roman"/>
          <w:b/>
          <w:bCs/>
          <w:color w:val="000000"/>
          <w:sz w:val="24"/>
          <w:szCs w:val="24"/>
        </w:rPr>
      </w:pPr>
      <w:r w:rsidRPr="00765081">
        <w:rPr>
          <w:rFonts w:ascii="Times New Roman" w:eastAsia="Times New Roman" w:hAnsi="Times New Roman" w:cs="Times New Roman"/>
          <w:b/>
          <w:bCs/>
          <w:color w:val="000000"/>
          <w:sz w:val="24"/>
          <w:szCs w:val="24"/>
        </w:rPr>
        <w:t>Долг</w:t>
      </w:r>
    </w:p>
    <w:p w:rsidR="007B7F00" w:rsidRPr="00765081" w:rsidRDefault="007B7F00" w:rsidP="007B7F00">
      <w:pPr>
        <w:shd w:val="clear" w:color="auto" w:fill="FFFFFF"/>
        <w:spacing w:after="0" w:line="276" w:lineRule="auto"/>
        <w:jc w:val="center"/>
        <w:rPr>
          <w:rFonts w:ascii="Times New Roman" w:eastAsia="Times New Roman" w:hAnsi="Times New Roman" w:cs="Times New Roman"/>
          <w:color w:val="000000"/>
          <w:sz w:val="24"/>
          <w:szCs w:val="24"/>
        </w:rPr>
      </w:pPr>
    </w:p>
    <w:p w:rsidR="007B7F00" w:rsidRPr="00765081" w:rsidRDefault="007B7F00" w:rsidP="007B7F00">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Принес Ваня в класс коллекцию марок.</w:t>
      </w:r>
      <w:r w:rsidRPr="00765081">
        <w:rPr>
          <w:rFonts w:ascii="Times New Roman" w:eastAsia="Times New Roman" w:hAnsi="Times New Roman" w:cs="Times New Roman"/>
          <w:color w:val="000000"/>
          <w:sz w:val="24"/>
          <w:szCs w:val="24"/>
          <w:lang w:eastAsia="ru-RU"/>
        </w:rPr>
        <w:br/>
        <w:t>– Хорошая коллекция! – одобрил Петя и тут же сказал: – Знаешь что, у тебя тут много марок одинаковых, дай их мне. Я попрошу у отца денег, куплю других марок и верну тебе.</w:t>
      </w:r>
      <w:r w:rsidRPr="00765081">
        <w:rPr>
          <w:rFonts w:ascii="Times New Roman" w:eastAsia="Times New Roman" w:hAnsi="Times New Roman" w:cs="Times New Roman"/>
          <w:color w:val="000000"/>
          <w:sz w:val="24"/>
          <w:szCs w:val="24"/>
          <w:lang w:eastAsia="ru-RU"/>
        </w:rPr>
        <w:br/>
        <w:t>– Бери, конечно! – согласился Ваня.</w:t>
      </w:r>
      <w:r w:rsidRPr="00765081">
        <w:rPr>
          <w:rFonts w:ascii="Times New Roman" w:eastAsia="Times New Roman" w:hAnsi="Times New Roman" w:cs="Times New Roman"/>
          <w:color w:val="000000"/>
          <w:sz w:val="24"/>
          <w:szCs w:val="24"/>
          <w:lang w:eastAsia="ru-RU"/>
        </w:rPr>
        <w:br/>
        <w:t>Но отец не дал Пете денег, а сам купил ему коллекцию. Пете стало жаль своих марок.</w:t>
      </w:r>
      <w:r w:rsidRPr="00765081">
        <w:rPr>
          <w:rFonts w:ascii="Times New Roman" w:eastAsia="Times New Roman" w:hAnsi="Times New Roman" w:cs="Times New Roman"/>
          <w:color w:val="000000"/>
          <w:sz w:val="24"/>
          <w:szCs w:val="24"/>
          <w:lang w:eastAsia="ru-RU"/>
        </w:rPr>
        <w:br/>
        <w:t>– Я тебе потом отдам, – сказал он Ване.</w:t>
      </w:r>
      <w:r w:rsidRPr="00765081">
        <w:rPr>
          <w:rFonts w:ascii="Times New Roman" w:eastAsia="Times New Roman" w:hAnsi="Times New Roman" w:cs="Times New Roman"/>
          <w:color w:val="000000"/>
          <w:sz w:val="24"/>
          <w:szCs w:val="24"/>
          <w:lang w:eastAsia="ru-RU"/>
        </w:rPr>
        <w:br/>
        <w:t>– Да не надо! Мне эти марки совсем не нужны! Вот давай лучше в пёрышки сыграем!</w:t>
      </w:r>
      <w:r w:rsidRPr="00765081">
        <w:rPr>
          <w:rFonts w:ascii="Times New Roman" w:eastAsia="Times New Roman" w:hAnsi="Times New Roman" w:cs="Times New Roman"/>
          <w:color w:val="000000"/>
          <w:sz w:val="24"/>
          <w:szCs w:val="24"/>
          <w:lang w:eastAsia="ru-RU"/>
        </w:rPr>
        <w:br/>
        <w:t>Стали играть. Не повезло Пете – проиграл он десять перьев. Насупился.</w:t>
      </w:r>
      <w:r w:rsidRPr="00765081">
        <w:rPr>
          <w:rFonts w:ascii="Times New Roman" w:eastAsia="Times New Roman" w:hAnsi="Times New Roman" w:cs="Times New Roman"/>
          <w:color w:val="000000"/>
          <w:sz w:val="24"/>
          <w:szCs w:val="24"/>
          <w:lang w:eastAsia="ru-RU"/>
        </w:rPr>
        <w:br/>
        <w:t>– Кругом я у тебя в долгу!</w:t>
      </w:r>
      <w:r w:rsidRPr="00765081">
        <w:rPr>
          <w:rFonts w:ascii="Times New Roman" w:eastAsia="Times New Roman" w:hAnsi="Times New Roman" w:cs="Times New Roman"/>
          <w:color w:val="000000"/>
          <w:sz w:val="24"/>
          <w:szCs w:val="24"/>
          <w:lang w:eastAsia="ru-RU"/>
        </w:rPr>
        <w:br/>
        <w:t>– Какой это долг, – говорит Ваня, – я с тобой в шутку играл.</w:t>
      </w:r>
      <w:r w:rsidRPr="00765081">
        <w:rPr>
          <w:rFonts w:ascii="Times New Roman" w:eastAsia="Times New Roman" w:hAnsi="Times New Roman" w:cs="Times New Roman"/>
          <w:color w:val="000000"/>
          <w:sz w:val="24"/>
          <w:szCs w:val="24"/>
          <w:lang w:eastAsia="ru-RU"/>
        </w:rPr>
        <w:br/>
        <w:t>Посмотрел Петя на товарища исподлобья: нос у Вани толстый, по лицу веснушки рассыпались, глаза какие-то круглые...</w:t>
      </w:r>
      <w:r w:rsidRPr="00765081">
        <w:rPr>
          <w:rFonts w:ascii="Times New Roman" w:eastAsia="Times New Roman" w:hAnsi="Times New Roman" w:cs="Times New Roman"/>
          <w:color w:val="000000"/>
          <w:sz w:val="24"/>
          <w:szCs w:val="24"/>
          <w:lang w:eastAsia="ru-RU"/>
        </w:rPr>
        <w:br/>
        <w:t>«И чего это я с ним дружу? – подумал Петя. – Только долги набираю». И стал он от товарища бегать, с другими мальчиками дружить, и у самого какая-то обида на Ваню.</w:t>
      </w:r>
      <w:r w:rsidRPr="00765081">
        <w:rPr>
          <w:rFonts w:ascii="Times New Roman" w:eastAsia="Times New Roman" w:hAnsi="Times New Roman" w:cs="Times New Roman"/>
          <w:color w:val="000000"/>
          <w:sz w:val="24"/>
          <w:szCs w:val="24"/>
          <w:lang w:eastAsia="ru-RU"/>
        </w:rPr>
        <w:br/>
        <w:t>Ляжет он спать и мечтает:</w:t>
      </w:r>
      <w:r w:rsidRPr="00765081">
        <w:rPr>
          <w:rFonts w:ascii="Times New Roman" w:eastAsia="Times New Roman" w:hAnsi="Times New Roman" w:cs="Times New Roman"/>
          <w:color w:val="000000"/>
          <w:sz w:val="24"/>
          <w:szCs w:val="24"/>
          <w:lang w:eastAsia="ru-RU"/>
        </w:rPr>
        <w:br/>
        <w:t>«Накоплю ещё марок и всю коллекцию ему отдам, и перья отдам, вместо десяти перьев – пятнадцать...»</w:t>
      </w:r>
      <w:r w:rsidRPr="00765081">
        <w:rPr>
          <w:rFonts w:ascii="Times New Roman" w:eastAsia="Times New Roman" w:hAnsi="Times New Roman" w:cs="Times New Roman"/>
          <w:color w:val="000000"/>
          <w:sz w:val="24"/>
          <w:szCs w:val="24"/>
          <w:lang w:eastAsia="ru-RU"/>
        </w:rPr>
        <w:br/>
        <w:t>А Ваня о Петиных долгах и не думает, удивляется он: что это такое с товарищем случилось?</w:t>
      </w:r>
      <w:r w:rsidRPr="00765081">
        <w:rPr>
          <w:rFonts w:ascii="Times New Roman" w:eastAsia="Times New Roman" w:hAnsi="Times New Roman" w:cs="Times New Roman"/>
          <w:color w:val="000000"/>
          <w:sz w:val="24"/>
          <w:szCs w:val="24"/>
          <w:lang w:eastAsia="ru-RU"/>
        </w:rPr>
        <w:br/>
        <w:t>Подходит как-то к нему и спрашивает:</w:t>
      </w:r>
      <w:r w:rsidRPr="00765081">
        <w:rPr>
          <w:rFonts w:ascii="Times New Roman" w:eastAsia="Times New Roman" w:hAnsi="Times New Roman" w:cs="Times New Roman"/>
          <w:color w:val="000000"/>
          <w:sz w:val="24"/>
          <w:szCs w:val="24"/>
          <w:lang w:eastAsia="ru-RU"/>
        </w:rPr>
        <w:br/>
        <w:t>– За что косишься на меня, Петя?</w:t>
      </w:r>
      <w:r w:rsidRPr="00765081">
        <w:rPr>
          <w:rFonts w:ascii="Times New Roman" w:eastAsia="Times New Roman" w:hAnsi="Times New Roman" w:cs="Times New Roman"/>
          <w:color w:val="000000"/>
          <w:sz w:val="24"/>
          <w:szCs w:val="24"/>
          <w:lang w:eastAsia="ru-RU"/>
        </w:rPr>
        <w:br/>
        <w:t>Не выдержал Петя. Покраснел весь, наговорил товарищу грубостей:</w:t>
      </w:r>
      <w:r w:rsidRPr="00765081">
        <w:rPr>
          <w:rFonts w:ascii="Times New Roman" w:eastAsia="Times New Roman" w:hAnsi="Times New Roman" w:cs="Times New Roman"/>
          <w:color w:val="000000"/>
          <w:sz w:val="24"/>
          <w:szCs w:val="24"/>
          <w:lang w:eastAsia="ru-RU"/>
        </w:rPr>
        <w:br/>
        <w:t>– Ты думаешь, ты один честный? А другие нечестные! Ты думаешь, мне твои марки нужны? Или перьев я не видел?</w:t>
      </w:r>
      <w:r w:rsidRPr="00765081">
        <w:rPr>
          <w:rFonts w:ascii="Times New Roman" w:eastAsia="Times New Roman" w:hAnsi="Times New Roman" w:cs="Times New Roman"/>
          <w:color w:val="000000"/>
          <w:sz w:val="24"/>
          <w:szCs w:val="24"/>
          <w:lang w:eastAsia="ru-RU"/>
        </w:rPr>
        <w:br/>
        <w:t>Попятился Ваня от товарища, обидно ему стало, хотел он что-то сказать и не смог.</w:t>
      </w:r>
      <w:r w:rsidRPr="00765081">
        <w:rPr>
          <w:rFonts w:ascii="Times New Roman" w:eastAsia="Times New Roman" w:hAnsi="Times New Roman" w:cs="Times New Roman"/>
          <w:color w:val="000000"/>
          <w:sz w:val="24"/>
          <w:szCs w:val="24"/>
          <w:lang w:eastAsia="ru-RU"/>
        </w:rPr>
        <w:br/>
        <w:t>Выпросил Петя у мамы денег, купил перьев, схватил свою коллекцию и бежит к Ване.</w:t>
      </w:r>
      <w:r w:rsidRPr="00765081">
        <w:rPr>
          <w:rFonts w:ascii="Times New Roman" w:eastAsia="Times New Roman" w:hAnsi="Times New Roman" w:cs="Times New Roman"/>
          <w:color w:val="000000"/>
          <w:sz w:val="24"/>
          <w:szCs w:val="24"/>
          <w:lang w:eastAsia="ru-RU"/>
        </w:rPr>
        <w:br/>
        <w:t>– Получай все долги сполна! – Сам радостный, глаза блестят. – Ничего за мной не пропало!</w:t>
      </w:r>
      <w:r w:rsidRPr="00765081">
        <w:rPr>
          <w:rFonts w:ascii="Times New Roman" w:eastAsia="Times New Roman" w:hAnsi="Times New Roman" w:cs="Times New Roman"/>
          <w:color w:val="000000"/>
          <w:sz w:val="24"/>
          <w:szCs w:val="24"/>
          <w:lang w:eastAsia="ru-RU"/>
        </w:rPr>
        <w:br/>
        <w:t>– Нет, пропало! – говорит Ваня. – И того, что пропало, не вернёшь ты уже никогда!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u w:val="single"/>
        </w:rPr>
      </w:pPr>
      <w:r w:rsidRPr="00765081">
        <w:rPr>
          <w:rFonts w:ascii="Times New Roman" w:eastAsia="Times New Roman" w:hAnsi="Times New Roman" w:cs="Times New Roman"/>
          <w:sz w:val="24"/>
          <w:szCs w:val="24"/>
          <w:u w:val="single"/>
        </w:rPr>
        <w:t>2.Подчеркни номер правильного ответа.</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1. Определи жанр произведения: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1. Сказка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Рассказ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lastRenderedPageBreak/>
        <w:t xml:space="preserve">       3. Повесть </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 xml:space="preserve">2. От чьего имени идёт повествование?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 От имени автора </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От имени Пети</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От имени Вани</w:t>
      </w:r>
    </w:p>
    <w:p w:rsidR="007B7F00" w:rsidRPr="00765081" w:rsidRDefault="007B7F00" w:rsidP="007B7F00">
      <w:pPr>
        <w:shd w:val="clear" w:color="auto" w:fill="FFFFFF"/>
        <w:spacing w:after="0" w:line="276" w:lineRule="auto"/>
        <w:jc w:val="both"/>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color w:val="000000"/>
          <w:sz w:val="24"/>
          <w:szCs w:val="24"/>
        </w:rPr>
        <w:t>3. Определи основных героев произведения.</w:t>
      </w:r>
    </w:p>
    <w:p w:rsidR="007B7F00" w:rsidRPr="00765081" w:rsidRDefault="007B7F00" w:rsidP="007B7F00">
      <w:pPr>
        <w:shd w:val="clear" w:color="auto" w:fill="FFFFFF"/>
        <w:spacing w:after="0" w:line="276" w:lineRule="auto"/>
        <w:rPr>
          <w:rFonts w:ascii="Times New Roman" w:eastAsia="Times New Roman" w:hAnsi="Times New Roman" w:cs="Times New Roman"/>
          <w:color w:val="000000"/>
          <w:sz w:val="24"/>
          <w:szCs w:val="24"/>
        </w:rPr>
      </w:pPr>
      <w:proofErr w:type="gramStart"/>
      <w:r w:rsidRPr="00765081">
        <w:rPr>
          <w:rFonts w:ascii="Times New Roman" w:eastAsia="Times New Roman" w:hAnsi="Times New Roman" w:cs="Times New Roman"/>
          <w:color w:val="000000"/>
          <w:sz w:val="24"/>
          <w:szCs w:val="24"/>
        </w:rPr>
        <w:t>А) Ваня, Петя;</w:t>
      </w:r>
      <w:r w:rsidRPr="00765081">
        <w:rPr>
          <w:rFonts w:ascii="Times New Roman" w:eastAsia="Times New Roman" w:hAnsi="Times New Roman" w:cs="Times New Roman"/>
          <w:color w:val="000000"/>
          <w:sz w:val="24"/>
          <w:szCs w:val="24"/>
        </w:rPr>
        <w:br/>
        <w:t>Б) Ваня, Петя, отец Пети;</w:t>
      </w:r>
      <w:r w:rsidRPr="00765081">
        <w:rPr>
          <w:rFonts w:ascii="Times New Roman" w:eastAsia="Times New Roman" w:hAnsi="Times New Roman" w:cs="Times New Roman"/>
          <w:color w:val="000000"/>
          <w:sz w:val="24"/>
          <w:szCs w:val="24"/>
        </w:rPr>
        <w:br/>
        <w:t>В) Ваня, Петя, отец Пети, мать Пети.</w:t>
      </w:r>
      <w:proofErr w:type="gramEnd"/>
    </w:p>
    <w:p w:rsidR="007B7F00" w:rsidRPr="00765081" w:rsidRDefault="007B7F00" w:rsidP="007B7F00">
      <w:pPr>
        <w:shd w:val="clear" w:color="auto" w:fill="FFFFFF"/>
        <w:spacing w:after="0" w:line="276"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color w:val="000000"/>
          <w:sz w:val="24"/>
          <w:szCs w:val="24"/>
        </w:rPr>
        <w:t>4.</w:t>
      </w:r>
      <w:r w:rsidRPr="00765081">
        <w:rPr>
          <w:rFonts w:ascii="Times New Roman" w:eastAsia="Times New Roman" w:hAnsi="Times New Roman" w:cs="Times New Roman"/>
          <w:i/>
          <w:color w:val="000000"/>
          <w:sz w:val="24"/>
          <w:szCs w:val="24"/>
          <w:lang w:val="en-US"/>
        </w:rPr>
        <w:t> </w:t>
      </w:r>
      <w:r w:rsidRPr="00765081">
        <w:rPr>
          <w:rFonts w:ascii="Times New Roman" w:eastAsia="Times New Roman" w:hAnsi="Times New Roman" w:cs="Times New Roman"/>
          <w:i/>
          <w:color w:val="000000"/>
          <w:sz w:val="24"/>
          <w:szCs w:val="24"/>
        </w:rPr>
        <w:t>Где, в каком месте происходит начало событий, описываемых в тексте?</w:t>
      </w:r>
    </w:p>
    <w:p w:rsidR="007B7F00" w:rsidRPr="00765081" w:rsidRDefault="007B7F00" w:rsidP="007B7F00">
      <w:pPr>
        <w:shd w:val="clear" w:color="auto" w:fill="FFFFFF"/>
        <w:spacing w:after="0" w:line="276" w:lineRule="auto"/>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А) Во дворе;</w:t>
      </w:r>
      <w:r w:rsidRPr="00765081">
        <w:rPr>
          <w:rFonts w:ascii="Times New Roman" w:eastAsia="Times New Roman" w:hAnsi="Times New Roman" w:cs="Times New Roman"/>
          <w:color w:val="000000"/>
          <w:sz w:val="24"/>
          <w:szCs w:val="24"/>
          <w:lang w:val="en-US"/>
        </w:rPr>
        <w:t> </w:t>
      </w:r>
      <w:r w:rsidRPr="00765081">
        <w:rPr>
          <w:rFonts w:ascii="Times New Roman" w:eastAsia="Times New Roman" w:hAnsi="Times New Roman" w:cs="Times New Roman"/>
          <w:color w:val="000000"/>
          <w:sz w:val="24"/>
          <w:szCs w:val="24"/>
        </w:rPr>
        <w:br/>
        <w:t>Б) в классе;</w:t>
      </w:r>
      <w:r w:rsidRPr="00765081">
        <w:rPr>
          <w:rFonts w:ascii="Times New Roman" w:eastAsia="Times New Roman" w:hAnsi="Times New Roman" w:cs="Times New Roman"/>
          <w:color w:val="000000"/>
          <w:sz w:val="24"/>
          <w:szCs w:val="24"/>
          <w:lang w:val="en-US"/>
        </w:rPr>
        <w:t> </w:t>
      </w:r>
      <w:r w:rsidRPr="00765081">
        <w:rPr>
          <w:rFonts w:ascii="Times New Roman" w:eastAsia="Times New Roman" w:hAnsi="Times New Roman" w:cs="Times New Roman"/>
          <w:color w:val="000000"/>
          <w:sz w:val="24"/>
          <w:szCs w:val="24"/>
        </w:rPr>
        <w:br/>
        <w:t>В) в парке.</w:t>
      </w:r>
    </w:p>
    <w:p w:rsidR="007B7F00" w:rsidRPr="00765081" w:rsidRDefault="007B7F00" w:rsidP="007B7F00">
      <w:pPr>
        <w:shd w:val="clear" w:color="auto" w:fill="FFFFFF"/>
        <w:spacing w:after="0" w:line="276"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color w:val="000000"/>
          <w:sz w:val="24"/>
          <w:szCs w:val="24"/>
        </w:rPr>
        <w:t>5.</w:t>
      </w:r>
      <w:r w:rsidRPr="00765081">
        <w:rPr>
          <w:rFonts w:ascii="Times New Roman" w:eastAsia="Times New Roman" w:hAnsi="Times New Roman" w:cs="Times New Roman"/>
          <w:i/>
          <w:color w:val="000000"/>
          <w:sz w:val="24"/>
          <w:szCs w:val="24"/>
          <w:lang w:val="en-US"/>
        </w:rPr>
        <w:t> </w:t>
      </w:r>
      <w:r w:rsidRPr="00765081">
        <w:rPr>
          <w:rFonts w:ascii="Times New Roman" w:eastAsia="Times New Roman" w:hAnsi="Times New Roman" w:cs="Times New Roman"/>
          <w:i/>
          <w:color w:val="000000"/>
          <w:sz w:val="24"/>
          <w:szCs w:val="24"/>
        </w:rPr>
        <w:t>Восстанови с помощью цифр деформированный план прочитанного текста.</w:t>
      </w:r>
    </w:p>
    <w:p w:rsidR="007B7F00" w:rsidRPr="00765081" w:rsidRDefault="007B7F00" w:rsidP="007B7F00">
      <w:pPr>
        <w:shd w:val="clear" w:color="auto" w:fill="FFFFFF"/>
        <w:spacing w:after="0" w:line="276" w:lineRule="auto"/>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А) Ванино недоумение.</w:t>
      </w:r>
      <w:r w:rsidRPr="00765081">
        <w:rPr>
          <w:rFonts w:ascii="Times New Roman" w:eastAsia="Times New Roman" w:hAnsi="Times New Roman" w:cs="Times New Roman"/>
          <w:color w:val="000000"/>
          <w:sz w:val="24"/>
          <w:szCs w:val="24"/>
        </w:rPr>
        <w:br/>
        <w:t>Б) Петю гложет совесть.</w:t>
      </w:r>
      <w:r w:rsidRPr="00765081">
        <w:rPr>
          <w:rFonts w:ascii="Times New Roman" w:eastAsia="Times New Roman" w:hAnsi="Times New Roman" w:cs="Times New Roman"/>
          <w:color w:val="000000"/>
          <w:sz w:val="24"/>
          <w:szCs w:val="24"/>
        </w:rPr>
        <w:br/>
        <w:t>В) Долги растут.</w:t>
      </w:r>
      <w:r w:rsidRPr="00765081">
        <w:rPr>
          <w:rFonts w:ascii="Times New Roman" w:eastAsia="Times New Roman" w:hAnsi="Times New Roman" w:cs="Times New Roman"/>
          <w:color w:val="000000"/>
          <w:sz w:val="24"/>
          <w:szCs w:val="24"/>
        </w:rPr>
        <w:br/>
        <w:t>Г) Конец дружбы.</w:t>
      </w:r>
      <w:r w:rsidRPr="00765081">
        <w:rPr>
          <w:rFonts w:ascii="Times New Roman" w:eastAsia="Times New Roman" w:hAnsi="Times New Roman" w:cs="Times New Roman"/>
          <w:color w:val="000000"/>
          <w:sz w:val="24"/>
          <w:szCs w:val="24"/>
        </w:rPr>
        <w:br/>
        <w:t>Д) Марки взаймы.</w:t>
      </w:r>
    </w:p>
    <w:p w:rsidR="007B7F00" w:rsidRPr="00765081" w:rsidRDefault="007B7F00" w:rsidP="007B7F00">
      <w:pPr>
        <w:shd w:val="clear" w:color="auto" w:fill="FFFFFF"/>
        <w:spacing w:after="0" w:line="276"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color w:val="000000"/>
          <w:sz w:val="24"/>
          <w:szCs w:val="24"/>
        </w:rPr>
        <w:t>6.</w:t>
      </w:r>
      <w:r w:rsidRPr="00765081">
        <w:rPr>
          <w:rFonts w:ascii="Times New Roman" w:eastAsia="Times New Roman" w:hAnsi="Times New Roman" w:cs="Times New Roman"/>
          <w:i/>
          <w:color w:val="000000"/>
          <w:sz w:val="24"/>
          <w:szCs w:val="24"/>
          <w:lang w:val="en-US"/>
        </w:rPr>
        <w:t> </w:t>
      </w:r>
      <w:r w:rsidRPr="00765081">
        <w:rPr>
          <w:rFonts w:ascii="Times New Roman" w:eastAsia="Times New Roman" w:hAnsi="Times New Roman" w:cs="Times New Roman"/>
          <w:i/>
          <w:color w:val="000000"/>
          <w:sz w:val="24"/>
          <w:szCs w:val="24"/>
        </w:rPr>
        <w:t>Почему Петя не отдал Ване марки, купленные ему отцом?</w:t>
      </w:r>
    </w:p>
    <w:p w:rsidR="007B7F00" w:rsidRPr="00765081" w:rsidRDefault="007B7F00" w:rsidP="007B7F00">
      <w:pPr>
        <w:shd w:val="clear" w:color="auto" w:fill="FFFFFF"/>
        <w:spacing w:after="0" w:line="276" w:lineRule="auto"/>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А) Стало жаль своих марок;</w:t>
      </w:r>
      <w:r w:rsidRPr="00765081">
        <w:rPr>
          <w:rFonts w:ascii="Times New Roman" w:eastAsia="Times New Roman" w:hAnsi="Times New Roman" w:cs="Times New Roman"/>
          <w:color w:val="000000"/>
          <w:sz w:val="24"/>
          <w:szCs w:val="24"/>
        </w:rPr>
        <w:br/>
        <w:t>Б) не разрешил отдать коллекцию отец;</w:t>
      </w:r>
      <w:r w:rsidRPr="00765081">
        <w:rPr>
          <w:rFonts w:ascii="Times New Roman" w:eastAsia="Times New Roman" w:hAnsi="Times New Roman" w:cs="Times New Roman"/>
          <w:color w:val="000000"/>
          <w:sz w:val="24"/>
          <w:szCs w:val="24"/>
        </w:rPr>
        <w:br/>
        <w:t>В) не хотел обидеть друга.</w:t>
      </w:r>
    </w:p>
    <w:p w:rsidR="007B7F00" w:rsidRPr="00765081" w:rsidRDefault="007B7F00" w:rsidP="007B7F00">
      <w:pPr>
        <w:shd w:val="clear" w:color="auto" w:fill="FFFFFF"/>
        <w:spacing w:after="0" w:line="276"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color w:val="000000"/>
          <w:sz w:val="24"/>
          <w:szCs w:val="24"/>
        </w:rPr>
        <w:t>7. Почему Ваня на грубости Пети не смог ответить?</w:t>
      </w:r>
    </w:p>
    <w:p w:rsidR="007B7F00" w:rsidRPr="00765081" w:rsidRDefault="007B7F00" w:rsidP="007B7F00">
      <w:pPr>
        <w:shd w:val="clear" w:color="auto" w:fill="FFFFFF"/>
        <w:spacing w:after="0" w:line="276" w:lineRule="auto"/>
        <w:rPr>
          <w:rFonts w:ascii="Times New Roman" w:eastAsia="Times New Roman" w:hAnsi="Times New Roman" w:cs="Times New Roman"/>
          <w:color w:val="000000"/>
          <w:sz w:val="24"/>
          <w:szCs w:val="24"/>
        </w:rPr>
      </w:pPr>
      <w:r w:rsidRPr="00765081">
        <w:rPr>
          <w:rFonts w:ascii="Times New Roman" w:eastAsia="Times New Roman" w:hAnsi="Times New Roman" w:cs="Times New Roman"/>
          <w:color w:val="000000"/>
          <w:sz w:val="24"/>
          <w:szCs w:val="24"/>
        </w:rPr>
        <w:t>А) Обидно ему стало;</w:t>
      </w:r>
      <w:r w:rsidRPr="00765081">
        <w:rPr>
          <w:rFonts w:ascii="Times New Roman" w:eastAsia="Times New Roman" w:hAnsi="Times New Roman" w:cs="Times New Roman"/>
          <w:color w:val="000000"/>
          <w:sz w:val="24"/>
          <w:szCs w:val="24"/>
        </w:rPr>
        <w:br/>
        <w:t>Б) стало жалко Петю;</w:t>
      </w:r>
      <w:r w:rsidRPr="00765081">
        <w:rPr>
          <w:rFonts w:ascii="Times New Roman" w:eastAsia="Times New Roman" w:hAnsi="Times New Roman" w:cs="Times New Roman"/>
          <w:color w:val="000000"/>
          <w:sz w:val="24"/>
          <w:szCs w:val="24"/>
        </w:rPr>
        <w:br/>
        <w:t>В) не смог найти нужных слов.</w:t>
      </w:r>
    </w:p>
    <w:p w:rsidR="007B7F00" w:rsidRPr="00765081" w:rsidRDefault="007B7F00" w:rsidP="007B7F00">
      <w:pPr>
        <w:shd w:val="clear" w:color="auto" w:fill="FFFFFF"/>
        <w:spacing w:after="0" w:line="276" w:lineRule="auto"/>
        <w:rPr>
          <w:rFonts w:ascii="Times New Roman" w:eastAsia="Times New Roman" w:hAnsi="Times New Roman" w:cs="Times New Roman"/>
          <w:color w:val="000000"/>
          <w:sz w:val="24"/>
          <w:szCs w:val="24"/>
        </w:rPr>
      </w:pPr>
      <w:r w:rsidRPr="00765081">
        <w:rPr>
          <w:rFonts w:ascii="Times New Roman" w:eastAsia="Times New Roman" w:hAnsi="Times New Roman" w:cs="Times New Roman"/>
          <w:i/>
          <w:color w:val="000000"/>
          <w:sz w:val="24"/>
          <w:szCs w:val="24"/>
        </w:rPr>
        <w:t>8</w:t>
      </w:r>
      <w:proofErr w:type="gramStart"/>
      <w:r w:rsidRPr="00765081">
        <w:rPr>
          <w:rFonts w:ascii="Times New Roman" w:eastAsia="Times New Roman" w:hAnsi="Times New Roman" w:cs="Times New Roman"/>
          <w:i/>
          <w:color w:val="000000"/>
          <w:sz w:val="24"/>
          <w:szCs w:val="24"/>
        </w:rPr>
        <w:t xml:space="preserve"> )</w:t>
      </w:r>
      <w:proofErr w:type="gramEnd"/>
      <w:r w:rsidRPr="00765081">
        <w:rPr>
          <w:rFonts w:ascii="Times New Roman" w:eastAsia="Times New Roman" w:hAnsi="Times New Roman" w:cs="Times New Roman"/>
          <w:i/>
          <w:color w:val="000000"/>
          <w:sz w:val="24"/>
          <w:szCs w:val="24"/>
        </w:rPr>
        <w:t>О  какой пропаже говорит</w:t>
      </w:r>
      <w:r w:rsidRPr="00765081">
        <w:rPr>
          <w:rFonts w:ascii="Times New Roman" w:eastAsia="Times New Roman" w:hAnsi="Times New Roman" w:cs="Times New Roman"/>
          <w:color w:val="000000"/>
          <w:sz w:val="24"/>
          <w:szCs w:val="24"/>
        </w:rPr>
        <w:t xml:space="preserve">  Ваня? ________________________________________________________________________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9. Согласно содержанию текста закончи предложение</w:t>
      </w: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color w:val="000000"/>
          <w:sz w:val="24"/>
          <w:szCs w:val="24"/>
        </w:rPr>
        <w:t>Знаешь что, у тебя тут много</w:t>
      </w:r>
    </w:p>
    <w:p w:rsidR="007B7F00" w:rsidRPr="00765081" w:rsidRDefault="007B7F00" w:rsidP="007B7F00">
      <w:pPr>
        <w:shd w:val="clear" w:color="auto" w:fill="FFFFFF"/>
        <w:spacing w:after="0" w:line="240"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color w:val="000000"/>
          <w:sz w:val="24"/>
          <w:szCs w:val="24"/>
        </w:rPr>
        <w:t>Посмотрел Петя на товарища</w:t>
      </w:r>
    </w:p>
    <w:p w:rsidR="007B7F00" w:rsidRPr="00765081" w:rsidRDefault="007B7F00" w:rsidP="007B7F00">
      <w:pPr>
        <w:shd w:val="clear" w:color="auto" w:fill="FFFFFF"/>
        <w:spacing w:after="0" w:line="240" w:lineRule="auto"/>
        <w:rPr>
          <w:rFonts w:ascii="Times New Roman" w:eastAsia="Times New Roman" w:hAnsi="Times New Roman" w:cs="Times New Roman"/>
          <w:i/>
          <w:color w:val="000000"/>
          <w:sz w:val="24"/>
          <w:szCs w:val="24"/>
        </w:rPr>
      </w:pPr>
      <w:r w:rsidRPr="00765081">
        <w:rPr>
          <w:rFonts w:ascii="Times New Roman" w:eastAsia="Times New Roman" w:hAnsi="Times New Roman" w:cs="Times New Roman"/>
          <w:i/>
          <w:sz w:val="24"/>
          <w:szCs w:val="24"/>
        </w:rPr>
        <w:t>10. Используя те</w:t>
      </w:r>
      <w:proofErr w:type="gramStart"/>
      <w:r w:rsidRPr="00765081">
        <w:rPr>
          <w:rFonts w:ascii="Times New Roman" w:eastAsia="Times New Roman" w:hAnsi="Times New Roman" w:cs="Times New Roman"/>
          <w:i/>
          <w:sz w:val="24"/>
          <w:szCs w:val="24"/>
        </w:rPr>
        <w:t>кст пр</w:t>
      </w:r>
      <w:proofErr w:type="gramEnd"/>
      <w:r w:rsidRPr="00765081">
        <w:rPr>
          <w:rFonts w:ascii="Times New Roman" w:eastAsia="Times New Roman" w:hAnsi="Times New Roman" w:cs="Times New Roman"/>
          <w:i/>
          <w:sz w:val="24"/>
          <w:szCs w:val="24"/>
        </w:rPr>
        <w:t>оизведения, восстанови предложение.</w:t>
      </w:r>
    </w:p>
    <w:p w:rsidR="007B7F00" w:rsidRPr="00765081" w:rsidRDefault="007B7F00" w:rsidP="007B7F00">
      <w:pPr>
        <w:shd w:val="clear" w:color="auto" w:fill="FFFFFF"/>
        <w:spacing w:after="0" w:line="240" w:lineRule="auto"/>
        <w:ind w:firstLine="708"/>
        <w:rPr>
          <w:rFonts w:ascii="Times New Roman" w:eastAsia="Times New Roman" w:hAnsi="Times New Roman" w:cs="Times New Roman"/>
          <w:sz w:val="24"/>
          <w:szCs w:val="24"/>
        </w:rPr>
      </w:pPr>
      <w:r w:rsidRPr="00765081">
        <w:rPr>
          <w:rFonts w:ascii="Times New Roman" w:eastAsia="Times New Roman" w:hAnsi="Times New Roman" w:cs="Times New Roman"/>
          <w:color w:val="000000"/>
          <w:sz w:val="24"/>
          <w:szCs w:val="24"/>
        </w:rPr>
        <w:t xml:space="preserve">А Ваня о </w:t>
      </w:r>
      <w:proofErr w:type="gramStart"/>
      <w:r w:rsidRPr="00765081">
        <w:rPr>
          <w:rFonts w:ascii="Times New Roman" w:eastAsia="Times New Roman" w:hAnsi="Times New Roman" w:cs="Times New Roman"/>
          <w:color w:val="000000"/>
          <w:sz w:val="24"/>
          <w:szCs w:val="24"/>
        </w:rPr>
        <w:t>Петиных</w:t>
      </w:r>
      <w:proofErr w:type="gramEnd"/>
      <w:r w:rsidRPr="00765081">
        <w:rPr>
          <w:rFonts w:ascii="Times New Roman" w:eastAsia="Times New Roman" w:hAnsi="Times New Roman" w:cs="Times New Roman"/>
          <w:color w:val="000000"/>
          <w:sz w:val="24"/>
          <w:szCs w:val="24"/>
        </w:rPr>
        <w:t xml:space="preserve"> _____________ и не думает, ___________он: что это такое с товарищем_______________?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r w:rsidRPr="00765081">
        <w:rPr>
          <w:rFonts w:ascii="Times New Roman" w:eastAsia="Times New Roman" w:hAnsi="Times New Roman" w:cs="Times New Roman"/>
          <w:color w:val="000000"/>
          <w:sz w:val="24"/>
          <w:szCs w:val="24"/>
        </w:rPr>
        <w:t>Выпросил Петя у ___________ денег, купил _________, схватил свою коллекцию и</w:t>
      </w:r>
      <w:r w:rsidRPr="00765081">
        <w:rPr>
          <w:rFonts w:ascii="Times New Roman" w:eastAsia="Times New Roman" w:hAnsi="Times New Roman" w:cs="Times New Roman"/>
          <w:color w:val="000000"/>
          <w:sz w:val="24"/>
          <w:szCs w:val="24"/>
          <w:lang w:val="en-US"/>
        </w:rPr>
        <w:t> </w:t>
      </w:r>
      <w:r w:rsidRPr="00765081">
        <w:rPr>
          <w:rFonts w:ascii="Times New Roman" w:eastAsia="Times New Roman" w:hAnsi="Times New Roman" w:cs="Times New Roman"/>
          <w:color w:val="000000"/>
          <w:sz w:val="24"/>
          <w:szCs w:val="24"/>
        </w:rPr>
        <w:t>____________ к Ване</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i/>
          <w:sz w:val="24"/>
          <w:szCs w:val="24"/>
        </w:rPr>
      </w:pPr>
      <w:r w:rsidRPr="00765081">
        <w:rPr>
          <w:rFonts w:ascii="Times New Roman" w:eastAsia="Times New Roman" w:hAnsi="Times New Roman" w:cs="Times New Roman"/>
          <w:i/>
          <w:sz w:val="24"/>
          <w:szCs w:val="24"/>
        </w:rPr>
        <w:t>11. Понравилось тебе данное произведение и чем?</w:t>
      </w:r>
    </w:p>
    <w:p w:rsidR="007B7F00" w:rsidRPr="00765081" w:rsidRDefault="007B7F00" w:rsidP="007B7F00">
      <w:pPr>
        <w:spacing w:after="0" w:line="240" w:lineRule="auto"/>
        <w:rPr>
          <w:rFonts w:ascii="Times New Roman" w:eastAsia="Times New Roman" w:hAnsi="Times New Roman" w:cs="Times New Roman"/>
          <w:sz w:val="24"/>
          <w:szCs w:val="24"/>
        </w:rPr>
      </w:pPr>
    </w:p>
    <w:p w:rsidR="007B7F00" w:rsidRPr="00765081" w:rsidRDefault="007B7F00" w:rsidP="007B7F00">
      <w:pPr>
        <w:spacing w:after="0" w:line="240" w:lineRule="auto"/>
        <w:jc w:val="center"/>
        <w:rPr>
          <w:rFonts w:ascii="Times New Roman" w:eastAsia="Times New Roman" w:hAnsi="Times New Roman" w:cs="Times New Roman"/>
          <w:sz w:val="24"/>
          <w:szCs w:val="24"/>
          <w:lang w:val="en-US"/>
        </w:rPr>
      </w:pPr>
      <w:r w:rsidRPr="00765081">
        <w:rPr>
          <w:rFonts w:ascii="Times New Roman" w:eastAsia="Times New Roman" w:hAnsi="Times New Roman" w:cs="Times New Roman"/>
          <w:sz w:val="24"/>
          <w:szCs w:val="24"/>
          <w:lang w:val="en-US"/>
        </w:rPr>
        <w:t>ОТВЕТЫ</w:t>
      </w:r>
    </w:p>
    <w:p w:rsidR="007B7F00" w:rsidRPr="00765081" w:rsidRDefault="007B7F00" w:rsidP="007B7F00">
      <w:pPr>
        <w:spacing w:after="0" w:line="240" w:lineRule="auto"/>
        <w:jc w:val="center"/>
        <w:rPr>
          <w:rFonts w:ascii="Times New Roman" w:eastAsia="Times New Roman" w:hAnsi="Times New Roman" w:cs="Times New Roman"/>
          <w:sz w:val="24"/>
          <w:szCs w:val="24"/>
          <w:lang w:val="en-US"/>
        </w:rPr>
      </w:pPr>
    </w:p>
    <w:tbl>
      <w:tblPr>
        <w:tblStyle w:val="130"/>
        <w:tblW w:w="0" w:type="auto"/>
        <w:tblLook w:val="04A0"/>
      </w:tblPr>
      <w:tblGrid>
        <w:gridCol w:w="924"/>
        <w:gridCol w:w="3313"/>
        <w:gridCol w:w="1319"/>
        <w:gridCol w:w="3784"/>
      </w:tblGrid>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 xml:space="preserve">1 </w:t>
            </w:r>
            <w:proofErr w:type="spellStart"/>
            <w:r w:rsidRPr="00765081">
              <w:rPr>
                <w:rFonts w:ascii="Times New Roman" w:hAnsi="Times New Roman" w:cs="Times New Roman"/>
                <w:sz w:val="24"/>
                <w:szCs w:val="24"/>
                <w:lang w:eastAsia="ru-RU"/>
              </w:rPr>
              <w:t>вариант</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Баллы</w:t>
            </w:r>
            <w:proofErr w:type="spellEnd"/>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 xml:space="preserve">2 </w:t>
            </w:r>
            <w:proofErr w:type="spellStart"/>
            <w:r w:rsidRPr="00765081">
              <w:rPr>
                <w:rFonts w:ascii="Times New Roman" w:hAnsi="Times New Roman" w:cs="Times New Roman"/>
                <w:sz w:val="24"/>
                <w:szCs w:val="24"/>
                <w:lang w:eastAsia="ru-RU"/>
              </w:rPr>
              <w:t>вариант</w:t>
            </w:r>
            <w:proofErr w:type="spellEnd"/>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А</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4</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Б</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5</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ДВБАГ</w:t>
            </w:r>
          </w:p>
        </w:tc>
      </w:tr>
      <w:tr w:rsidR="007B7F00" w:rsidRPr="00765081" w:rsidTr="007B7F00">
        <w:trPr>
          <w:trHeight w:val="351"/>
        </w:trPr>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6</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А</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7</w:t>
            </w:r>
          </w:p>
        </w:tc>
        <w:tc>
          <w:tcPr>
            <w:tcW w:w="2728"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3412</w:t>
            </w:r>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Б</w:t>
            </w:r>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8</w:t>
            </w:r>
          </w:p>
        </w:tc>
        <w:tc>
          <w:tcPr>
            <w:tcW w:w="2728"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Томка</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 xml:space="preserve">О </w:t>
            </w:r>
            <w:proofErr w:type="spellStart"/>
            <w:r w:rsidRPr="00765081">
              <w:rPr>
                <w:rFonts w:ascii="Times New Roman" w:hAnsi="Times New Roman" w:cs="Times New Roman"/>
                <w:sz w:val="24"/>
                <w:szCs w:val="24"/>
                <w:lang w:eastAsia="ru-RU"/>
              </w:rPr>
              <w:t>дружбе</w:t>
            </w:r>
            <w:proofErr w:type="spellEnd"/>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9</w:t>
            </w:r>
          </w:p>
        </w:tc>
        <w:tc>
          <w:tcPr>
            <w:tcW w:w="2728"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10</w:t>
            </w:r>
          </w:p>
        </w:tc>
        <w:tc>
          <w:tcPr>
            <w:tcW w:w="2728"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r w:rsidR="007B7F00" w:rsidRPr="00765081" w:rsidTr="007B7F00">
        <w:tc>
          <w:tcPr>
            <w:tcW w:w="92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11</w:t>
            </w:r>
          </w:p>
        </w:tc>
        <w:tc>
          <w:tcPr>
            <w:tcW w:w="2728"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1319"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bl>
    <w:p w:rsidR="007B7F00" w:rsidRPr="00765081" w:rsidRDefault="007B7F00" w:rsidP="007B7F00">
      <w:pPr>
        <w:shd w:val="clear" w:color="auto" w:fill="FFFFFF"/>
        <w:spacing w:after="0" w:line="240" w:lineRule="auto"/>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Критерии оценивания:</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Итого:  15 баллов</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15  баллов  - повышенный уровень («5»)</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14 -7 баллов – базовый уровень    («4»)</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                               6 – 2  баллов – низкий уровень     («3»)</w:t>
      </w: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5A4237" w:rsidRPr="00765081" w:rsidRDefault="005A4237" w:rsidP="007B7F00">
      <w:pPr>
        <w:shd w:val="clear" w:color="auto" w:fill="FFFFFF"/>
        <w:spacing w:after="0" w:line="240" w:lineRule="auto"/>
        <w:rPr>
          <w:rFonts w:ascii="Times New Roman" w:eastAsia="Times New Roman" w:hAnsi="Times New Roman" w:cs="Times New Roman"/>
          <w:sz w:val="24"/>
          <w:szCs w:val="24"/>
        </w:rPr>
      </w:pPr>
    </w:p>
    <w:p w:rsidR="005A4237" w:rsidRPr="00765081" w:rsidRDefault="005A4237" w:rsidP="007B7F00">
      <w:pPr>
        <w:shd w:val="clear" w:color="auto" w:fill="FFFFFF"/>
        <w:spacing w:after="0" w:line="240" w:lineRule="auto"/>
        <w:rPr>
          <w:rFonts w:ascii="Times New Roman" w:eastAsia="Times New Roman" w:hAnsi="Times New Roman" w:cs="Times New Roman"/>
          <w:sz w:val="24"/>
          <w:szCs w:val="24"/>
        </w:rPr>
      </w:pPr>
    </w:p>
    <w:p w:rsidR="005A4237" w:rsidRPr="00765081" w:rsidRDefault="005A4237" w:rsidP="007B7F00">
      <w:pPr>
        <w:shd w:val="clear" w:color="auto" w:fill="FFFFFF"/>
        <w:spacing w:after="0" w:line="240" w:lineRule="auto"/>
        <w:rPr>
          <w:rFonts w:ascii="Times New Roman" w:eastAsia="Times New Roman" w:hAnsi="Times New Roman" w:cs="Times New Roman"/>
          <w:sz w:val="24"/>
          <w:szCs w:val="24"/>
        </w:rPr>
      </w:pPr>
    </w:p>
    <w:p w:rsidR="005A4237" w:rsidRPr="00765081" w:rsidRDefault="005A4237"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jc w:val="center"/>
        <w:rPr>
          <w:rFonts w:ascii="Times New Roman" w:eastAsia="Times New Roman" w:hAnsi="Times New Roman" w:cs="Times New Roman"/>
          <w:b/>
          <w:color w:val="000000"/>
          <w:sz w:val="24"/>
          <w:szCs w:val="24"/>
        </w:rPr>
      </w:pPr>
      <w:r w:rsidRPr="00765081">
        <w:rPr>
          <w:rFonts w:ascii="Times New Roman" w:eastAsia="Times New Roman" w:hAnsi="Times New Roman" w:cs="Times New Roman"/>
          <w:b/>
          <w:color w:val="000000"/>
          <w:sz w:val="24"/>
          <w:szCs w:val="24"/>
        </w:rPr>
        <w:t xml:space="preserve">Промежуточная аттестация. Контрольная работа  </w:t>
      </w:r>
    </w:p>
    <w:p w:rsidR="007B7F00" w:rsidRPr="00765081" w:rsidRDefault="007B7F00" w:rsidP="007B7F00">
      <w:pPr>
        <w:spacing w:after="0" w:line="240" w:lineRule="auto"/>
        <w:jc w:val="center"/>
        <w:rPr>
          <w:rFonts w:ascii="Times New Roman" w:eastAsia="Calibri" w:hAnsi="Times New Roman" w:cs="Times New Roman"/>
          <w:b/>
          <w:bCs/>
          <w:color w:val="000000"/>
          <w:sz w:val="24"/>
          <w:szCs w:val="24"/>
          <w:lang w:eastAsia="ru-RU"/>
        </w:rPr>
      </w:pPr>
    </w:p>
    <w:p w:rsidR="007B7F00" w:rsidRPr="00765081" w:rsidRDefault="007B7F00" w:rsidP="007B7F00">
      <w:pPr>
        <w:shd w:val="clear" w:color="auto" w:fill="FFFFFF"/>
        <w:spacing w:after="0" w:line="294" w:lineRule="atLeast"/>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lastRenderedPageBreak/>
        <w:t xml:space="preserve">Цель: </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color w:val="000000"/>
          <w:sz w:val="24"/>
          <w:szCs w:val="24"/>
          <w:lang w:eastAsia="ru-RU"/>
        </w:rPr>
        <w:t xml:space="preserve">определение уровня осознанности чтения у учащихся в процессе самостоятельного чтения текста и ответов на вопросы по содержанию текста, а также сформированности некоторых </w:t>
      </w:r>
      <w:proofErr w:type="spellStart"/>
      <w:r w:rsidRPr="00765081">
        <w:rPr>
          <w:rFonts w:ascii="Times New Roman" w:eastAsia="Times New Roman" w:hAnsi="Times New Roman" w:cs="Times New Roman"/>
          <w:color w:val="000000"/>
          <w:sz w:val="24"/>
          <w:szCs w:val="24"/>
          <w:lang w:eastAsia="ru-RU"/>
        </w:rPr>
        <w:t>общеучебных</w:t>
      </w:r>
      <w:proofErr w:type="spellEnd"/>
      <w:r w:rsidRPr="00765081">
        <w:rPr>
          <w:rFonts w:ascii="Times New Roman" w:eastAsia="Times New Roman" w:hAnsi="Times New Roman" w:cs="Times New Roman"/>
          <w:color w:val="000000"/>
          <w:sz w:val="24"/>
          <w:szCs w:val="24"/>
          <w:lang w:eastAsia="ru-RU"/>
        </w:rPr>
        <w:t xml:space="preserve"> умений – правильного восприятия учебной задачи, контроля и корректировки собственных действий в процессе выполнения заданий</w:t>
      </w:r>
    </w:p>
    <w:p w:rsidR="007B7F00" w:rsidRPr="00765081" w:rsidRDefault="007B7F00" w:rsidP="007B7F00">
      <w:pPr>
        <w:shd w:val="clear" w:color="auto" w:fill="FFFFFF"/>
        <w:spacing w:after="0" w:line="294" w:lineRule="atLeast"/>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7B7F00" w:rsidRPr="00765081" w:rsidRDefault="007B7F00" w:rsidP="007B7F00">
      <w:pPr>
        <w:shd w:val="clear" w:color="auto" w:fill="FFFFFF"/>
        <w:spacing w:after="0" w:line="294" w:lineRule="atLeast"/>
        <w:jc w:val="center"/>
        <w:rPr>
          <w:rFonts w:ascii="Times New Roman" w:eastAsia="Times New Roman" w:hAnsi="Times New Roman" w:cs="Times New Roman"/>
          <w:bCs/>
          <w:color w:val="000000"/>
          <w:sz w:val="24"/>
          <w:szCs w:val="24"/>
          <w:lang w:eastAsia="ru-RU"/>
        </w:rPr>
      </w:pPr>
      <w:r w:rsidRPr="00765081">
        <w:rPr>
          <w:rFonts w:ascii="Times New Roman" w:eastAsia="Times New Roman" w:hAnsi="Times New Roman" w:cs="Times New Roman"/>
          <w:bCs/>
          <w:color w:val="000000"/>
          <w:sz w:val="24"/>
          <w:szCs w:val="24"/>
          <w:lang w:eastAsia="ru-RU"/>
        </w:rPr>
        <w:t>1 вариант</w:t>
      </w:r>
    </w:p>
    <w:p w:rsidR="007B7F00" w:rsidRPr="00765081" w:rsidRDefault="007B7F00" w:rsidP="007B7F00">
      <w:pPr>
        <w:shd w:val="clear" w:color="auto" w:fill="FFFFFF"/>
        <w:spacing w:after="0" w:line="294" w:lineRule="atLeast"/>
        <w:jc w:val="center"/>
        <w:rPr>
          <w:rFonts w:ascii="Times New Roman" w:eastAsia="Times New Roman" w:hAnsi="Times New Roman" w:cs="Times New Roman"/>
          <w:bCs/>
          <w:color w:val="000000"/>
          <w:sz w:val="24"/>
          <w:szCs w:val="24"/>
          <w:lang w:eastAsia="ru-RU"/>
        </w:rPr>
      </w:pPr>
    </w:p>
    <w:p w:rsidR="007B7F00" w:rsidRPr="00765081" w:rsidRDefault="007B7F00" w:rsidP="007B7F0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765081">
        <w:rPr>
          <w:rFonts w:ascii="Times New Roman" w:eastAsia="Times New Roman" w:hAnsi="Times New Roman" w:cs="Times New Roman"/>
          <w:b/>
          <w:bCs/>
          <w:color w:val="000000"/>
          <w:sz w:val="24"/>
          <w:szCs w:val="24"/>
          <w:lang w:eastAsia="ru-RU"/>
        </w:rPr>
        <w:t>Лис и лошадь.</w:t>
      </w:r>
    </w:p>
    <w:p w:rsidR="007B7F00" w:rsidRPr="00765081" w:rsidRDefault="007B7F00" w:rsidP="007B7F0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ind w:right="656"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У </w:t>
      </w:r>
      <w:proofErr w:type="gramStart"/>
      <w:r w:rsidRPr="00765081">
        <w:rPr>
          <w:rFonts w:ascii="Times New Roman" w:eastAsia="Times New Roman" w:hAnsi="Times New Roman" w:cs="Times New Roman"/>
          <w:color w:val="000000"/>
          <w:sz w:val="24"/>
          <w:szCs w:val="24"/>
          <w:lang w:eastAsia="ru-RU"/>
        </w:rPr>
        <w:t>одного крестьянина была</w:t>
      </w:r>
      <w:proofErr w:type="gramEnd"/>
      <w:r w:rsidRPr="00765081">
        <w:rPr>
          <w:rFonts w:ascii="Times New Roman" w:eastAsia="Times New Roman" w:hAnsi="Times New Roman" w:cs="Times New Roman"/>
          <w:color w:val="000000"/>
          <w:sz w:val="24"/>
          <w:szCs w:val="24"/>
          <w:lang w:eastAsia="ru-RU"/>
        </w:rPr>
        <w:t xml:space="preserve"> лошадь, которая служила ему верой и правдой, да состарилась и служить больше не могла, а потому хозяин не захотел её больше кормить и сказал: «Ты мне, конечно, не можешь уж теперь ни на что годиться, однако я тебе зла не желаю, и если ты выкажешь себя ещё настолько сильной, что приведёшь сюда льва, так я тебя содержать готов; а теперь проваливай из моей конюшни», </w:t>
      </w:r>
      <w:proofErr w:type="gramStart"/>
      <w:r w:rsidRPr="00765081">
        <w:rPr>
          <w:rFonts w:ascii="Times New Roman" w:eastAsia="Times New Roman" w:hAnsi="Times New Roman" w:cs="Times New Roman"/>
          <w:color w:val="000000"/>
          <w:sz w:val="24"/>
          <w:szCs w:val="24"/>
          <w:lang w:eastAsia="ru-RU"/>
        </w:rPr>
        <w:t>—и</w:t>
      </w:r>
      <w:proofErr w:type="gramEnd"/>
      <w:r w:rsidRPr="00765081">
        <w:rPr>
          <w:rFonts w:ascii="Times New Roman" w:eastAsia="Times New Roman" w:hAnsi="Times New Roman" w:cs="Times New Roman"/>
          <w:color w:val="000000"/>
          <w:sz w:val="24"/>
          <w:szCs w:val="24"/>
          <w:lang w:eastAsia="ru-RU"/>
        </w:rPr>
        <w:t xml:space="preserve"> выгнал её в поле. Лошадь запечалилась и пошла к лесу, чтобы там поискать защиты от непогоды. Тут повстречался с нею лис и сказал: «Чего ты так голову повесила да бродишь тут одинёшенька?» — </w:t>
      </w:r>
      <w:proofErr w:type="gramStart"/>
      <w:r w:rsidRPr="00765081">
        <w:rPr>
          <w:rFonts w:ascii="Times New Roman" w:eastAsia="Times New Roman" w:hAnsi="Times New Roman" w:cs="Times New Roman"/>
          <w:color w:val="000000"/>
          <w:sz w:val="24"/>
          <w:szCs w:val="24"/>
          <w:lang w:eastAsia="ru-RU"/>
        </w:rPr>
        <w:t>«Ах, — отвечала лошадь, — на свете так ведётся, что скупость и верность не могут ужиться в одном доме: мой господин забыл, сколько я ему услуг оказывала в течение моей долгой службы, и вот из-за того, что я теперь не могу так же хорошо пахать, как прежде, он мне и корму давать не хочет и выгнал меня из стойла».</w:t>
      </w:r>
      <w:proofErr w:type="gramEnd"/>
      <w:r w:rsidRPr="00765081">
        <w:rPr>
          <w:rFonts w:ascii="Times New Roman" w:eastAsia="Times New Roman" w:hAnsi="Times New Roman" w:cs="Times New Roman"/>
          <w:color w:val="000000"/>
          <w:sz w:val="24"/>
          <w:szCs w:val="24"/>
          <w:lang w:eastAsia="ru-RU"/>
        </w:rPr>
        <w:t xml:space="preserve"> — «Даже ничем и не утешил?» — спросил лис. «Плохое было утешение: он сказал, что если хватит у меня силы к нему льва привести, так он меня держать не прочь, да ведь он же знает, что я этого не могу сделать». — «Ну, так я же тебе берусь помочь, — сказал лис. — Ложись здесь, вытянись и не шевелись, словно бы мёртвая».</w:t>
      </w:r>
    </w:p>
    <w:p w:rsidR="007B7F00" w:rsidRPr="00765081" w:rsidRDefault="007B7F00" w:rsidP="007B7F00">
      <w:pPr>
        <w:shd w:val="clear" w:color="auto" w:fill="FFFFFF"/>
        <w:spacing w:after="0" w:line="240" w:lineRule="auto"/>
        <w:ind w:right="515"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Лошадь выполнила всё, что ей лис приказал, а тот отправился к пещере льва недалеко оттуда и сказал: «Тут неподалёку лежит </w:t>
      </w:r>
      <w:proofErr w:type="gramStart"/>
      <w:r w:rsidRPr="00765081">
        <w:rPr>
          <w:rFonts w:ascii="Times New Roman" w:eastAsia="Times New Roman" w:hAnsi="Times New Roman" w:cs="Times New Roman"/>
          <w:color w:val="000000"/>
          <w:sz w:val="24"/>
          <w:szCs w:val="24"/>
          <w:lang w:eastAsia="ru-RU"/>
        </w:rPr>
        <w:t>дохлая</w:t>
      </w:r>
      <w:proofErr w:type="gramEnd"/>
      <w:r w:rsidRPr="00765081">
        <w:rPr>
          <w:rFonts w:ascii="Times New Roman" w:eastAsia="Times New Roman" w:hAnsi="Times New Roman" w:cs="Times New Roman"/>
          <w:color w:val="000000"/>
          <w:sz w:val="24"/>
          <w:szCs w:val="24"/>
          <w:lang w:eastAsia="ru-RU"/>
        </w:rPr>
        <w:t xml:space="preserve"> лошадь, пойдём-ка вместе — тебе там есть чем полакомиться».</w:t>
      </w:r>
    </w:p>
    <w:p w:rsidR="007B7F00" w:rsidRPr="00765081" w:rsidRDefault="007B7F00" w:rsidP="007B7F00">
      <w:pPr>
        <w:shd w:val="clear" w:color="auto" w:fill="FFFFFF"/>
        <w:spacing w:after="0" w:line="240" w:lineRule="auto"/>
        <w:ind w:right="373"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Лев пошёл с ним, и когда они подошли к лошади, лис стал говорить льву: «Здесь тебе кушать её не так удобно будет. Знаешь </w:t>
      </w:r>
      <w:proofErr w:type="gramStart"/>
      <w:r w:rsidRPr="00765081">
        <w:rPr>
          <w:rFonts w:ascii="Times New Roman" w:eastAsia="Times New Roman" w:hAnsi="Times New Roman" w:cs="Times New Roman"/>
          <w:color w:val="000000"/>
          <w:sz w:val="24"/>
          <w:szCs w:val="24"/>
          <w:lang w:eastAsia="ru-RU"/>
        </w:rPr>
        <w:t>ли</w:t>
      </w:r>
      <w:proofErr w:type="gramEnd"/>
      <w:r w:rsidRPr="00765081">
        <w:rPr>
          <w:rFonts w:ascii="Times New Roman" w:eastAsia="Times New Roman" w:hAnsi="Times New Roman" w:cs="Times New Roman"/>
          <w:color w:val="000000"/>
          <w:sz w:val="24"/>
          <w:szCs w:val="24"/>
          <w:lang w:eastAsia="ru-RU"/>
        </w:rPr>
        <w:t xml:space="preserve"> что? Я привяжу её к тебе за хвост, так ты полегоньку и стащишь её в свою пещеру и преспокойно там уберёшь». Льву совет понравился; он и дал к себе привязать лошадь. А лис крепко-накрепко связал льву задние ноги хвостом лошади, так что их никак и отцепить было невозможно.</w:t>
      </w:r>
    </w:p>
    <w:p w:rsidR="007B7F00" w:rsidRPr="00765081" w:rsidRDefault="007B7F00" w:rsidP="007B7F00">
      <w:pPr>
        <w:shd w:val="clear" w:color="auto" w:fill="FFFFFF"/>
        <w:spacing w:after="0" w:line="240" w:lineRule="auto"/>
        <w:ind w:right="231"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Закончив это дело, лис похлопал лошадь по загривку и сказал: «Ну, тащи. Саврасый, тащи!»</w:t>
      </w:r>
    </w:p>
    <w:p w:rsidR="007B7F00" w:rsidRPr="00765081" w:rsidRDefault="007B7F00" w:rsidP="007B7F00">
      <w:pPr>
        <w:shd w:val="clear" w:color="auto" w:fill="FFFFFF"/>
        <w:spacing w:after="0" w:line="240" w:lineRule="auto"/>
        <w:ind w:right="373"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Тут лошадь разом вскочила на ноги и поволокла за собою льва. Лев стал рычать так, что птицы изо всего леса улетели, но лошадь, не обращая на это внимания, тащила да тащила его через поле к дому своего господина. Увидев это, хозяин и одумался, и сказал лошади: «Оставайся у меня», — и кормил её сытно до самой смерти.</w:t>
      </w:r>
    </w:p>
    <w:p w:rsidR="007B7F00" w:rsidRPr="00765081" w:rsidRDefault="007B7F00" w:rsidP="007B7F00">
      <w:pPr>
        <w:shd w:val="clear" w:color="auto" w:fill="FFFFFF"/>
        <w:spacing w:after="0" w:line="294" w:lineRule="atLeast"/>
        <w:ind w:right="515"/>
        <w:jc w:val="right"/>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w:t>
      </w:r>
      <w:r w:rsidRPr="00765081">
        <w:rPr>
          <w:rFonts w:ascii="Times New Roman" w:eastAsia="Times New Roman" w:hAnsi="Times New Roman" w:cs="Times New Roman"/>
          <w:i/>
          <w:iCs/>
          <w:color w:val="000000"/>
          <w:sz w:val="24"/>
          <w:szCs w:val="24"/>
          <w:lang w:eastAsia="ru-RU"/>
        </w:rPr>
        <w:t>Братья Гримм, пер. П. Н. Полевого</w:t>
      </w:r>
      <w:r w:rsidRPr="00765081">
        <w:rPr>
          <w:rFonts w:ascii="Times New Roman" w:eastAsia="Times New Roman" w:hAnsi="Times New Roman" w:cs="Times New Roman"/>
          <w:color w:val="000000"/>
          <w:sz w:val="24"/>
          <w:szCs w:val="24"/>
          <w:lang w:eastAsia="ru-RU"/>
        </w:rPr>
        <w:t>)</w:t>
      </w:r>
    </w:p>
    <w:p w:rsidR="007B7F00" w:rsidRPr="00765081" w:rsidRDefault="007B7F00" w:rsidP="007B7F00">
      <w:pPr>
        <w:shd w:val="clear" w:color="auto" w:fill="FFFFFF"/>
        <w:spacing w:after="0" w:line="294" w:lineRule="atLeast"/>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94" w:lineRule="atLeast"/>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Назови главных героев.</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лев 2) лошадь и лис</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хозяин 4) лис</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2.</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Почему хозяин выгнал лошадь?</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lastRenderedPageBreak/>
        <w:t>1) лошадь стала некрасивой 2) ему было жалко еды для лошади</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хозяин решил завести новую лошадь 4) лошадь стала старой</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3.</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Зачем лошадь пошла в лес?</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искать питание 2) жить в лесу</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искать защиты от непогоды 4) искать помощи у лиса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4.</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Что предложил лис лошади?</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обмануть льва 2) притвориться мёртвой</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обмануть хозяина 4) не переживать</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5.</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Что означает выделенное слово в предложении?</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Я привяжу её к тебе за хвост, так ты полегоньку и стащишь её в свою пещеру и преспокойно там</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уберёшь</w:t>
      </w:r>
      <w:r w:rsidRPr="00765081">
        <w:rPr>
          <w:rFonts w:ascii="Times New Roman" w:eastAsia="Times New Roman" w:hAnsi="Times New Roman" w:cs="Times New Roman"/>
          <w:color w:val="000000"/>
          <w:sz w:val="24"/>
          <w:szCs w:val="24"/>
          <w:lang w:eastAsia="ru-RU"/>
        </w:rPr>
        <w:t>.</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закопаешь 2) спрячешь 3) съешь 4) разделаешь</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6.</w:t>
      </w:r>
      <w:r w:rsidRPr="00765081">
        <w:rPr>
          <w:rFonts w:ascii="Times New Roman" w:eastAsia="Times New Roman" w:hAnsi="Times New Roman" w:cs="Times New Roman"/>
          <w:b/>
          <w:bCs/>
          <w:color w:val="000000"/>
          <w:sz w:val="24"/>
          <w:szCs w:val="24"/>
          <w:lang w:val="en-US" w:eastAsia="ru-RU"/>
        </w:rPr>
        <w:t> </w:t>
      </w:r>
      <w:proofErr w:type="gramStart"/>
      <w:r w:rsidRPr="00765081">
        <w:rPr>
          <w:rFonts w:ascii="Times New Roman" w:eastAsia="Times New Roman" w:hAnsi="Times New Roman" w:cs="Times New Roman"/>
          <w:b/>
          <w:bCs/>
          <w:color w:val="000000"/>
          <w:sz w:val="24"/>
          <w:szCs w:val="24"/>
          <w:lang w:eastAsia="ru-RU"/>
        </w:rPr>
        <w:t>Каким</w:t>
      </w:r>
      <w:proofErr w:type="gramEnd"/>
      <w:r w:rsidRPr="00765081">
        <w:rPr>
          <w:rFonts w:ascii="Times New Roman" w:eastAsia="Times New Roman" w:hAnsi="Times New Roman" w:cs="Times New Roman"/>
          <w:b/>
          <w:bCs/>
          <w:color w:val="000000"/>
          <w:sz w:val="24"/>
          <w:szCs w:val="24"/>
          <w:lang w:eastAsia="ru-RU"/>
        </w:rPr>
        <w:t xml:space="preserve"> описан лев в произведении?</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доверчивым 2) беззаботным</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злым 4) жадным</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7.</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Какая черта характера толкнула хозяина на такой поступок?</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злость 2) неряшливость 3) скупость 4) нелюбовь к животным</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8.</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К какому жанру относится это произведение?</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басня 2) рассказ 3) сказка 4) быль</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9.</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Продолжи предложение:</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Увидев это, хозяин и одумался, и сказал лошади: «Оставайся у меня», — и 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10.</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Выпиши предложение, в котором сказано о том, как лис предложил льву перевезти лошадь.</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11.*</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Восстанови последовательность событий в тексте.</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хитрая задумка лиса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возвращение лошади в хозяйский дом</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встреча лошади с лисом</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4) разговор хозяина с лошадью</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12.*</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Объясни, почему это произведение нельзя назвать рассказом</w:t>
      </w:r>
      <w:r w:rsidRPr="00765081">
        <w:rPr>
          <w:rFonts w:ascii="Times New Roman" w:eastAsia="Times New Roman" w:hAnsi="Times New Roman" w:cs="Times New Roman"/>
          <w:color w:val="000000"/>
          <w:sz w:val="24"/>
          <w:szCs w:val="24"/>
          <w:lang w:eastAsia="ru-RU"/>
        </w:rPr>
        <w:t>.</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lastRenderedPageBreak/>
        <w:t>13.*</w:t>
      </w:r>
      <w:r w:rsidRPr="00765081">
        <w:rPr>
          <w:rFonts w:ascii="Times New Roman" w:eastAsia="Times New Roman" w:hAnsi="Times New Roman" w:cs="Times New Roman"/>
          <w:b/>
          <w:bCs/>
          <w:i/>
          <w:iCs/>
          <w:color w:val="000000"/>
          <w:sz w:val="24"/>
          <w:szCs w:val="24"/>
          <w:lang w:val="en-US" w:eastAsia="ru-RU"/>
        </w:rPr>
        <w:t> </w:t>
      </w:r>
      <w:r w:rsidRPr="00765081">
        <w:rPr>
          <w:rFonts w:ascii="Times New Roman" w:eastAsia="Times New Roman" w:hAnsi="Times New Roman" w:cs="Times New Roman"/>
          <w:b/>
          <w:bCs/>
          <w:i/>
          <w:iCs/>
          <w:color w:val="000000"/>
          <w:sz w:val="24"/>
          <w:szCs w:val="24"/>
          <w:lang w:eastAsia="ru-RU"/>
        </w:rPr>
        <w:t>Сформулируй и запиши ответ на вопрос (3 предложения).</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Понравилась ли тебе эта сказка? Почему?</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F00" w:rsidRPr="00765081" w:rsidRDefault="007B7F00" w:rsidP="007B7F00">
      <w:pPr>
        <w:shd w:val="clear" w:color="auto" w:fill="FFFFFF"/>
        <w:spacing w:after="0" w:line="294" w:lineRule="atLeast"/>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jc w:val="center"/>
        <w:rPr>
          <w:rFonts w:ascii="Times New Roman" w:eastAsia="Times New Roman" w:hAnsi="Times New Roman" w:cs="Times New Roman"/>
          <w:b/>
          <w:color w:val="000000"/>
          <w:sz w:val="24"/>
          <w:szCs w:val="24"/>
        </w:rPr>
      </w:pPr>
      <w:r w:rsidRPr="00765081">
        <w:rPr>
          <w:rFonts w:ascii="Times New Roman" w:eastAsia="Times New Roman" w:hAnsi="Times New Roman" w:cs="Times New Roman"/>
          <w:b/>
          <w:color w:val="000000"/>
          <w:sz w:val="24"/>
          <w:szCs w:val="24"/>
        </w:rPr>
        <w:t xml:space="preserve">Промежуточная аттестация. Контрольная работа  </w:t>
      </w:r>
    </w:p>
    <w:p w:rsidR="007B7F00" w:rsidRPr="00765081" w:rsidRDefault="007B7F00" w:rsidP="007B7F00">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7B7F00" w:rsidRPr="00765081" w:rsidRDefault="007B7F00" w:rsidP="007B7F00">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Cs/>
          <w:color w:val="000000"/>
          <w:sz w:val="24"/>
          <w:szCs w:val="24"/>
          <w:lang w:eastAsia="ru-RU"/>
        </w:rPr>
        <w:t>2 вариант</w:t>
      </w:r>
    </w:p>
    <w:p w:rsidR="007B7F00" w:rsidRPr="00765081" w:rsidRDefault="007B7F00" w:rsidP="007B7F0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B7F00" w:rsidRPr="00765081" w:rsidRDefault="007B7F00" w:rsidP="007B7F0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Медведко</w:t>
      </w:r>
    </w:p>
    <w:p w:rsidR="007B7F00" w:rsidRPr="00765081" w:rsidRDefault="007B7F00" w:rsidP="007B7F0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(отрывок)</w:t>
      </w:r>
    </w:p>
    <w:p w:rsidR="007B7F00" w:rsidRPr="00765081" w:rsidRDefault="007B7F00" w:rsidP="007B7F0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color w:val="000000"/>
          <w:sz w:val="24"/>
          <w:szCs w:val="24"/>
          <w:lang w:eastAsia="ru-RU"/>
        </w:rPr>
        <w:t>Барин, хотите вы взять медвежонка? — предлагал мне мой кучер Андрей.</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color w:val="000000"/>
          <w:sz w:val="24"/>
          <w:szCs w:val="24"/>
          <w:lang w:eastAsia="ru-RU"/>
        </w:rPr>
        <w:t>А где он?</w:t>
      </w:r>
    </w:p>
    <w:p w:rsidR="007B7F00" w:rsidRPr="00765081" w:rsidRDefault="007B7F00" w:rsidP="007B7F00">
      <w:pPr>
        <w:shd w:val="clear" w:color="auto" w:fill="FFFFFF"/>
        <w:spacing w:after="0" w:line="240" w:lineRule="auto"/>
        <w:ind w:right="515"/>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color w:val="000000"/>
          <w:sz w:val="24"/>
          <w:szCs w:val="24"/>
          <w:lang w:eastAsia="ru-RU"/>
        </w:rPr>
        <w:t>Да у соседей. Им знакомые охотники подарили. Славный такой медвежонок, всего недель трёх. Забавный зверь, одним словом.</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color w:val="000000"/>
          <w:sz w:val="24"/>
          <w:szCs w:val="24"/>
          <w:lang w:eastAsia="ru-RU"/>
        </w:rPr>
        <w:t>Зачем же соседи отдают, если он славный?</w:t>
      </w:r>
    </w:p>
    <w:p w:rsidR="007B7F00" w:rsidRPr="00765081" w:rsidRDefault="007B7F00" w:rsidP="007B7F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color w:val="000000"/>
          <w:sz w:val="24"/>
          <w:szCs w:val="24"/>
          <w:lang w:eastAsia="ru-RU"/>
        </w:rPr>
        <w:t>Кто их знает. Я видел медвежонка: не больше рукавицы. И так смешно переваливает.</w:t>
      </w:r>
    </w:p>
    <w:p w:rsidR="007B7F00" w:rsidRPr="00765081" w:rsidRDefault="007B7F00" w:rsidP="007B7F00">
      <w:pPr>
        <w:shd w:val="clear" w:color="auto" w:fill="FFFFFF"/>
        <w:spacing w:after="0" w:line="240" w:lineRule="auto"/>
        <w:ind w:right="515"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Я жил на Урале, в уездном городе. Квартира была большая. Отчего же и не взять медвежонка? В самом деле, зверь забавный. Пусть поживёт, а там увидим, что с ним делать.</w:t>
      </w:r>
    </w:p>
    <w:p w:rsidR="007B7F00" w:rsidRPr="00765081" w:rsidRDefault="007B7F00" w:rsidP="007B7F00">
      <w:pPr>
        <w:shd w:val="clear" w:color="auto" w:fill="FFFFFF"/>
        <w:spacing w:after="0" w:line="240" w:lineRule="auto"/>
        <w:ind w:right="515"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Сказано — сделано. Андрей отправился к соседям и через полчаса принёс крошечного медвежонка, который действительно был не больше его рукавицы, с той разницей, что эта живая рукавица так забавно ходила на своих четырёх ногах и ещё забавнее таращила такие милые синие глазёнки. За медвежонком пришла целая толпа уличных ребятишек, так что пришлось затворить ворота. Попав в комнаты, медвежонок нимало не смутился, а напротив, почувствовал себя очень свободно, точно пришёл домой. Он спокойно всё осмотрел, обошёл вокруг стен, всё обнюхал, кое-что попробовал своей чёрной лапкой и, кажется, нашёл, что всё в порядке.</w:t>
      </w:r>
    </w:p>
    <w:p w:rsidR="007B7F00" w:rsidRPr="00765081" w:rsidRDefault="007B7F00" w:rsidP="007B7F00">
      <w:pPr>
        <w:shd w:val="clear" w:color="auto" w:fill="FFFFFF"/>
        <w:spacing w:after="0" w:line="240" w:lineRule="auto"/>
        <w:ind w:right="515" w:firstLine="708"/>
        <w:jc w:val="both"/>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Мои гимназисты натащили ему молока, булок, сухарей. Медвежонок принимал всё как должное и, усевшись в уголке на задние лапы, приготовился закусить. Он делал всё с необыкновенной комичной важностью.</w:t>
      </w:r>
    </w:p>
    <w:p w:rsidR="007B7F00" w:rsidRPr="00765081" w:rsidRDefault="007B7F00" w:rsidP="007B7F00">
      <w:pPr>
        <w:shd w:val="clear" w:color="auto" w:fill="FFFFFF"/>
        <w:spacing w:after="0" w:line="294" w:lineRule="atLeast"/>
        <w:ind w:right="515"/>
        <w:jc w:val="right"/>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w:t>
      </w:r>
      <w:r w:rsidRPr="00765081">
        <w:rPr>
          <w:rFonts w:ascii="Times New Roman" w:eastAsia="Times New Roman" w:hAnsi="Times New Roman" w:cs="Times New Roman"/>
          <w:i/>
          <w:iCs/>
          <w:color w:val="000000"/>
          <w:sz w:val="24"/>
          <w:szCs w:val="24"/>
          <w:lang w:eastAsia="ru-RU"/>
        </w:rPr>
        <w:t xml:space="preserve">Д. Н. </w:t>
      </w:r>
      <w:proofErr w:type="gramStart"/>
      <w:r w:rsidRPr="00765081">
        <w:rPr>
          <w:rFonts w:ascii="Times New Roman" w:eastAsia="Times New Roman" w:hAnsi="Times New Roman" w:cs="Times New Roman"/>
          <w:i/>
          <w:iCs/>
          <w:color w:val="000000"/>
          <w:sz w:val="24"/>
          <w:szCs w:val="24"/>
          <w:lang w:eastAsia="ru-RU"/>
        </w:rPr>
        <w:t>Мамин-Сибиряк</w:t>
      </w:r>
      <w:proofErr w:type="gramEnd"/>
      <w:r w:rsidRPr="00765081">
        <w:rPr>
          <w:rFonts w:ascii="Times New Roman" w:eastAsia="Times New Roman" w:hAnsi="Times New Roman" w:cs="Times New Roman"/>
          <w:color w:val="000000"/>
          <w:sz w:val="24"/>
          <w:szCs w:val="24"/>
          <w:lang w:eastAsia="ru-RU"/>
        </w:rPr>
        <w:t>)</w:t>
      </w:r>
    </w:p>
    <w:p w:rsidR="007B7F00" w:rsidRPr="00765081" w:rsidRDefault="007B7F00" w:rsidP="007B7F00">
      <w:pPr>
        <w:shd w:val="clear" w:color="auto" w:fill="FFFFFF"/>
        <w:spacing w:after="0" w:line="294" w:lineRule="atLeast"/>
        <w:jc w:val="right"/>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94" w:lineRule="atLeast"/>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Сколько персонажей в произведении?</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один 2) три</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четыре 4) два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2.</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Кто предложил автору взять медвежонка?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соседи 2) ребятишки 3) охотники 4) Андрей</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3.</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Где происходили описанные автором события?</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lastRenderedPageBreak/>
        <w:t>1) в Сибири 2) на Кавказе</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в Москве 4) на Урале</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4.Почему автор решил взять медвежонка?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автор изучал жизнь медведей 2) автор любил медведей</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квартира была большая 4) медвежонок был не больше рукавицы</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5. Что обозначает выделенное в предложении слово?</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Мои гимназисты</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натащили</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color w:val="000000"/>
          <w:sz w:val="24"/>
          <w:szCs w:val="24"/>
          <w:lang w:eastAsia="ru-RU"/>
        </w:rPr>
        <w:t>ему молока, булок, сухарей.</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носили поочерёдно 2) принесли много всего</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взяли без спросу 4) еле принесли</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6. Из того, что автор взял медвежонка, следует, что он:</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безразличен к нему 2) хочет отдать его в зоопарк</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заинтересован в его судьбе, хочет помочь выжить 4) хочет отдать его в цирк</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7.</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О чём этот отрывок?</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о гимназистах 2) о судьбе медвежонка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о природе 4) об охотниках</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8.</w:t>
      </w:r>
      <w:r w:rsidRPr="00765081">
        <w:rPr>
          <w:rFonts w:ascii="Times New Roman" w:eastAsia="Times New Roman" w:hAnsi="Times New Roman" w:cs="Times New Roman"/>
          <w:b/>
          <w:bCs/>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К какому жанру можно отнести это произведение?</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быль 2) сказка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рассказ 4) басня</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9. Продолжи предложение:</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Пусть поживёт, 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10. Запиши, какова главная мысль текста.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11. * Восстанови план к тексту.</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1) Забавный зверек.</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2) Комичный медвежонок.</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3) Интересное предложение Андрея.</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4) Живая </w:t>
      </w:r>
      <w:proofErr w:type="spellStart"/>
      <w:r w:rsidRPr="00765081">
        <w:rPr>
          <w:rFonts w:ascii="Times New Roman" w:eastAsia="Times New Roman" w:hAnsi="Times New Roman" w:cs="Times New Roman"/>
          <w:color w:val="000000"/>
          <w:sz w:val="24"/>
          <w:szCs w:val="24"/>
          <w:lang w:eastAsia="ru-RU"/>
        </w:rPr>
        <w:t>руковица</w:t>
      </w:r>
      <w:proofErr w:type="spellEnd"/>
      <w:r w:rsidRPr="00765081">
        <w:rPr>
          <w:rFonts w:ascii="Times New Roman" w:eastAsia="Times New Roman" w:hAnsi="Times New Roman" w:cs="Times New Roman"/>
          <w:color w:val="000000"/>
          <w:sz w:val="24"/>
          <w:szCs w:val="24"/>
          <w:lang w:eastAsia="ru-RU"/>
        </w:rPr>
        <w:t>.</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12.*</w:t>
      </w:r>
      <w:r w:rsidRPr="00765081">
        <w:rPr>
          <w:rFonts w:ascii="Times New Roman" w:eastAsia="Times New Roman" w:hAnsi="Times New Roman" w:cs="Times New Roman"/>
          <w:color w:val="000000"/>
          <w:sz w:val="24"/>
          <w:szCs w:val="24"/>
          <w:lang w:val="en-US" w:eastAsia="ru-RU"/>
        </w:rPr>
        <w:t> </w:t>
      </w:r>
      <w:r w:rsidRPr="00765081">
        <w:rPr>
          <w:rFonts w:ascii="Times New Roman" w:eastAsia="Times New Roman" w:hAnsi="Times New Roman" w:cs="Times New Roman"/>
          <w:b/>
          <w:bCs/>
          <w:color w:val="000000"/>
          <w:sz w:val="24"/>
          <w:szCs w:val="24"/>
          <w:lang w:eastAsia="ru-RU"/>
        </w:rPr>
        <w:t>Объясни, почему это произведение нельзя назвать сказкой</w:t>
      </w:r>
      <w:r w:rsidRPr="00765081">
        <w:rPr>
          <w:rFonts w:ascii="Times New Roman" w:eastAsia="Times New Roman" w:hAnsi="Times New Roman" w:cs="Times New Roman"/>
          <w:color w:val="000000"/>
          <w:sz w:val="24"/>
          <w:szCs w:val="24"/>
          <w:lang w:eastAsia="ru-RU"/>
        </w:rPr>
        <w:t>.</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lastRenderedPageBreak/>
        <w:t>13.*</w:t>
      </w:r>
      <w:r w:rsidRPr="00765081">
        <w:rPr>
          <w:rFonts w:ascii="Times New Roman" w:eastAsia="Times New Roman" w:hAnsi="Times New Roman" w:cs="Times New Roman"/>
          <w:b/>
          <w:bCs/>
          <w:i/>
          <w:iCs/>
          <w:color w:val="000000"/>
          <w:sz w:val="24"/>
          <w:szCs w:val="24"/>
          <w:lang w:val="en-US" w:eastAsia="ru-RU"/>
        </w:rPr>
        <w:t> </w:t>
      </w:r>
      <w:r w:rsidRPr="00765081">
        <w:rPr>
          <w:rFonts w:ascii="Times New Roman" w:eastAsia="Times New Roman" w:hAnsi="Times New Roman" w:cs="Times New Roman"/>
          <w:b/>
          <w:bCs/>
          <w:i/>
          <w:iCs/>
          <w:color w:val="000000"/>
          <w:sz w:val="24"/>
          <w:szCs w:val="24"/>
          <w:lang w:eastAsia="ru-RU"/>
        </w:rPr>
        <w:t>Сформулируй и запиши ответ на вопрос (3 предложения).</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b/>
          <w:bCs/>
          <w:color w:val="000000"/>
          <w:sz w:val="24"/>
          <w:szCs w:val="24"/>
          <w:lang w:eastAsia="ru-RU"/>
        </w:rPr>
        <w:t>Как ты думаешь, почему соседи так быстро передарили медвежонка?</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val="en-US" w:eastAsia="ru-RU"/>
        </w:rPr>
      </w:pPr>
      <w:r w:rsidRPr="00765081">
        <w:rPr>
          <w:rFonts w:ascii="Times New Roman" w:eastAsia="Times New Roman" w:hAnsi="Times New Roman" w:cs="Times New Roman"/>
          <w:b/>
          <w:bCs/>
          <w:color w:val="000000"/>
          <w:sz w:val="24"/>
          <w:szCs w:val="24"/>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F00" w:rsidRPr="00765081" w:rsidRDefault="007B7F00" w:rsidP="007B7F00">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7B7F00" w:rsidRPr="00765081" w:rsidRDefault="007B7F00" w:rsidP="007B7F00">
      <w:pPr>
        <w:spacing w:after="0" w:line="240" w:lineRule="auto"/>
        <w:jc w:val="center"/>
        <w:rPr>
          <w:rFonts w:ascii="Times New Roman" w:eastAsia="Times New Roman" w:hAnsi="Times New Roman" w:cs="Times New Roman"/>
          <w:sz w:val="24"/>
          <w:szCs w:val="24"/>
          <w:lang w:val="en-US"/>
        </w:rPr>
      </w:pPr>
      <w:r w:rsidRPr="00765081">
        <w:rPr>
          <w:rFonts w:ascii="Times New Roman" w:eastAsia="Times New Roman" w:hAnsi="Times New Roman" w:cs="Times New Roman"/>
          <w:sz w:val="24"/>
          <w:szCs w:val="24"/>
          <w:lang w:val="en-US"/>
        </w:rPr>
        <w:t>ОТВЕТЫ</w:t>
      </w:r>
    </w:p>
    <w:p w:rsidR="007B7F00" w:rsidRPr="00765081" w:rsidRDefault="007B7F00" w:rsidP="007B7F00">
      <w:pPr>
        <w:spacing w:after="0" w:line="240" w:lineRule="auto"/>
        <w:jc w:val="center"/>
        <w:rPr>
          <w:rFonts w:ascii="Times New Roman" w:eastAsia="Times New Roman" w:hAnsi="Times New Roman" w:cs="Times New Roman"/>
          <w:sz w:val="24"/>
          <w:szCs w:val="24"/>
          <w:lang w:val="en-US"/>
        </w:rPr>
      </w:pPr>
    </w:p>
    <w:tbl>
      <w:tblPr>
        <w:tblStyle w:val="130"/>
        <w:tblW w:w="0" w:type="auto"/>
        <w:tblLook w:val="04A0"/>
      </w:tblPr>
      <w:tblGrid>
        <w:gridCol w:w="675"/>
        <w:gridCol w:w="3544"/>
        <w:gridCol w:w="862"/>
        <w:gridCol w:w="3784"/>
      </w:tblGrid>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 xml:space="preserve">1 </w:t>
            </w:r>
            <w:proofErr w:type="spellStart"/>
            <w:r w:rsidRPr="00765081">
              <w:rPr>
                <w:rFonts w:ascii="Times New Roman" w:hAnsi="Times New Roman" w:cs="Times New Roman"/>
                <w:sz w:val="24"/>
                <w:szCs w:val="24"/>
                <w:lang w:eastAsia="ru-RU"/>
              </w:rPr>
              <w:t>вариант</w:t>
            </w:r>
            <w:proofErr w:type="spellEnd"/>
          </w:p>
        </w:tc>
        <w:tc>
          <w:tcPr>
            <w:tcW w:w="862"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Баллы</w:t>
            </w:r>
            <w:proofErr w:type="spellEnd"/>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 xml:space="preserve">2 </w:t>
            </w:r>
            <w:proofErr w:type="spellStart"/>
            <w:r w:rsidRPr="00765081">
              <w:rPr>
                <w:rFonts w:ascii="Times New Roman" w:hAnsi="Times New Roman" w:cs="Times New Roman"/>
                <w:sz w:val="24"/>
                <w:szCs w:val="24"/>
                <w:lang w:eastAsia="ru-RU"/>
              </w:rPr>
              <w:t>вариант</w:t>
            </w:r>
            <w:proofErr w:type="spellEnd"/>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4</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2,4</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4</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4</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4</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5</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r>
      <w:tr w:rsidR="007B7F00" w:rsidRPr="00765081" w:rsidTr="007B7F00">
        <w:trPr>
          <w:trHeight w:val="351"/>
        </w:trPr>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6</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3,4</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7</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8</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9</w:t>
            </w:r>
          </w:p>
        </w:tc>
        <w:tc>
          <w:tcPr>
            <w:tcW w:w="354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10*</w:t>
            </w:r>
          </w:p>
        </w:tc>
        <w:tc>
          <w:tcPr>
            <w:tcW w:w="354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11</w:t>
            </w:r>
          </w:p>
        </w:tc>
        <w:tc>
          <w:tcPr>
            <w:tcW w:w="354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4, 3, 1, 2</w:t>
            </w:r>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3, 1, 4, 2</w:t>
            </w:r>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12</w:t>
            </w:r>
          </w:p>
        </w:tc>
        <w:tc>
          <w:tcPr>
            <w:tcW w:w="354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r w:rsidR="007B7F00" w:rsidRPr="00765081" w:rsidTr="007B7F00">
        <w:tc>
          <w:tcPr>
            <w:tcW w:w="675"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13</w:t>
            </w:r>
          </w:p>
        </w:tc>
        <w:tc>
          <w:tcPr>
            <w:tcW w:w="354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c>
          <w:tcPr>
            <w:tcW w:w="862" w:type="dxa"/>
          </w:tcPr>
          <w:p w:rsidR="007B7F00" w:rsidRPr="00765081" w:rsidRDefault="007B7F00" w:rsidP="007B7F00">
            <w:pPr>
              <w:jc w:val="center"/>
              <w:rPr>
                <w:rFonts w:ascii="Times New Roman" w:hAnsi="Times New Roman" w:cs="Times New Roman"/>
                <w:sz w:val="24"/>
                <w:szCs w:val="24"/>
                <w:lang w:eastAsia="ru-RU"/>
              </w:rPr>
            </w:pPr>
            <w:r w:rsidRPr="00765081">
              <w:rPr>
                <w:rFonts w:ascii="Times New Roman" w:hAnsi="Times New Roman" w:cs="Times New Roman"/>
                <w:sz w:val="24"/>
                <w:szCs w:val="24"/>
                <w:lang w:eastAsia="ru-RU"/>
              </w:rPr>
              <w:t>2</w:t>
            </w:r>
          </w:p>
        </w:tc>
        <w:tc>
          <w:tcPr>
            <w:tcW w:w="3784" w:type="dxa"/>
          </w:tcPr>
          <w:p w:rsidR="007B7F00" w:rsidRPr="00765081" w:rsidRDefault="007B7F00" w:rsidP="007B7F00">
            <w:pPr>
              <w:jc w:val="center"/>
              <w:rPr>
                <w:rFonts w:ascii="Times New Roman" w:hAnsi="Times New Roman" w:cs="Times New Roman"/>
                <w:sz w:val="24"/>
                <w:szCs w:val="24"/>
                <w:lang w:eastAsia="ru-RU"/>
              </w:rPr>
            </w:pPr>
            <w:proofErr w:type="spellStart"/>
            <w:r w:rsidRPr="00765081">
              <w:rPr>
                <w:rFonts w:ascii="Times New Roman" w:hAnsi="Times New Roman" w:cs="Times New Roman"/>
                <w:sz w:val="24"/>
                <w:szCs w:val="24"/>
                <w:lang w:eastAsia="ru-RU"/>
              </w:rPr>
              <w:t>Самостоятельныеответыдетей</w:t>
            </w:r>
            <w:proofErr w:type="spellEnd"/>
          </w:p>
        </w:tc>
      </w:tr>
    </w:tbl>
    <w:p w:rsidR="007B7F00" w:rsidRPr="00765081" w:rsidRDefault="007B7F00" w:rsidP="007B7F00">
      <w:pPr>
        <w:spacing w:after="0" w:line="240" w:lineRule="auto"/>
        <w:rPr>
          <w:rFonts w:ascii="Times New Roman" w:eastAsia="Calibri" w:hAnsi="Times New Roman" w:cs="Times New Roman"/>
          <w:b/>
          <w:sz w:val="24"/>
          <w:szCs w:val="24"/>
          <w:lang w:val="en-US"/>
        </w:rPr>
      </w:pPr>
      <w:proofErr w:type="spellStart"/>
      <w:r w:rsidRPr="00765081">
        <w:rPr>
          <w:rFonts w:ascii="Times New Roman" w:eastAsia="Calibri" w:hAnsi="Times New Roman" w:cs="Times New Roman"/>
          <w:b/>
          <w:sz w:val="24"/>
          <w:szCs w:val="24"/>
          <w:lang w:val="en-US"/>
        </w:rPr>
        <w:t>Итого</w:t>
      </w:r>
      <w:proofErr w:type="spellEnd"/>
      <w:r w:rsidRPr="00765081">
        <w:rPr>
          <w:rFonts w:ascii="Times New Roman" w:eastAsia="Calibri" w:hAnsi="Times New Roman" w:cs="Times New Roman"/>
          <w:b/>
          <w:sz w:val="24"/>
          <w:szCs w:val="24"/>
          <w:lang w:val="en-US"/>
        </w:rPr>
        <w:t>:  18баллов</w:t>
      </w:r>
    </w:p>
    <w:p w:rsidR="007B7F00" w:rsidRPr="00765081" w:rsidRDefault="007B7F00" w:rsidP="007B7F00">
      <w:pPr>
        <w:spacing w:after="0" w:line="240" w:lineRule="auto"/>
        <w:rPr>
          <w:rFonts w:ascii="Times New Roman" w:eastAsia="Calibri" w:hAnsi="Times New Roman" w:cs="Times New Roman"/>
          <w:b/>
          <w:sz w:val="24"/>
          <w:szCs w:val="24"/>
          <w:lang w:val="en-US"/>
        </w:rPr>
      </w:pPr>
      <w:proofErr w:type="gramStart"/>
      <w:r w:rsidRPr="00765081">
        <w:rPr>
          <w:rFonts w:ascii="Times New Roman" w:eastAsia="Calibri" w:hAnsi="Times New Roman" w:cs="Times New Roman"/>
          <w:b/>
          <w:sz w:val="24"/>
          <w:szCs w:val="24"/>
          <w:lang w:val="en-US"/>
        </w:rPr>
        <w:t>18баллов  -</w:t>
      </w:r>
      <w:proofErr w:type="spellStart"/>
      <w:proofErr w:type="gramEnd"/>
      <w:r w:rsidRPr="00765081">
        <w:rPr>
          <w:rFonts w:ascii="Times New Roman" w:eastAsia="Calibri" w:hAnsi="Times New Roman" w:cs="Times New Roman"/>
          <w:b/>
          <w:sz w:val="24"/>
          <w:szCs w:val="24"/>
          <w:lang w:val="en-US"/>
        </w:rPr>
        <w:t>повышенныйуровень</w:t>
      </w:r>
      <w:proofErr w:type="spellEnd"/>
      <w:r w:rsidRPr="00765081">
        <w:rPr>
          <w:rFonts w:ascii="Times New Roman" w:eastAsia="Calibri" w:hAnsi="Times New Roman" w:cs="Times New Roman"/>
          <w:b/>
          <w:sz w:val="24"/>
          <w:szCs w:val="24"/>
          <w:lang w:val="en-US"/>
        </w:rPr>
        <w:t xml:space="preserve"> («5»)</w:t>
      </w:r>
    </w:p>
    <w:p w:rsidR="007B7F00" w:rsidRPr="00765081" w:rsidRDefault="007B7F00" w:rsidP="007B7F00">
      <w:pPr>
        <w:spacing w:after="0" w:line="240" w:lineRule="auto"/>
        <w:rPr>
          <w:rFonts w:ascii="Times New Roman" w:eastAsia="Calibri" w:hAnsi="Times New Roman" w:cs="Times New Roman"/>
          <w:b/>
          <w:sz w:val="24"/>
          <w:szCs w:val="24"/>
          <w:lang w:val="en-US"/>
        </w:rPr>
      </w:pPr>
      <w:r w:rsidRPr="00765081">
        <w:rPr>
          <w:rFonts w:ascii="Times New Roman" w:eastAsia="Calibri" w:hAnsi="Times New Roman" w:cs="Times New Roman"/>
          <w:b/>
          <w:sz w:val="24"/>
          <w:szCs w:val="24"/>
          <w:lang w:val="en-US"/>
        </w:rPr>
        <w:t xml:space="preserve">16 -13баллов – </w:t>
      </w:r>
      <w:proofErr w:type="spellStart"/>
      <w:r w:rsidRPr="00765081">
        <w:rPr>
          <w:rFonts w:ascii="Times New Roman" w:eastAsia="Calibri" w:hAnsi="Times New Roman" w:cs="Times New Roman"/>
          <w:b/>
          <w:sz w:val="24"/>
          <w:szCs w:val="24"/>
          <w:lang w:val="en-US"/>
        </w:rPr>
        <w:t>базовыйуровень</w:t>
      </w:r>
      <w:proofErr w:type="spellEnd"/>
      <w:r w:rsidRPr="00765081">
        <w:rPr>
          <w:rFonts w:ascii="Times New Roman" w:eastAsia="Calibri" w:hAnsi="Times New Roman" w:cs="Times New Roman"/>
          <w:b/>
          <w:sz w:val="24"/>
          <w:szCs w:val="24"/>
          <w:lang w:val="en-US"/>
        </w:rPr>
        <w:t xml:space="preserve">    («4»)</w:t>
      </w:r>
    </w:p>
    <w:p w:rsidR="007B7F00" w:rsidRPr="00765081" w:rsidRDefault="007B7F00" w:rsidP="007B7F00">
      <w:pPr>
        <w:spacing w:after="0" w:line="240" w:lineRule="auto"/>
        <w:rPr>
          <w:rFonts w:ascii="Times New Roman" w:eastAsia="Calibri" w:hAnsi="Times New Roman" w:cs="Times New Roman"/>
          <w:b/>
          <w:sz w:val="24"/>
          <w:szCs w:val="24"/>
          <w:lang w:val="en-US"/>
        </w:rPr>
      </w:pPr>
      <w:r w:rsidRPr="00765081">
        <w:rPr>
          <w:rFonts w:ascii="Times New Roman" w:eastAsia="Calibri" w:hAnsi="Times New Roman" w:cs="Times New Roman"/>
          <w:b/>
          <w:sz w:val="24"/>
          <w:szCs w:val="24"/>
          <w:lang w:val="en-US"/>
        </w:rPr>
        <w:t xml:space="preserve">12 – 8баллов – </w:t>
      </w:r>
      <w:proofErr w:type="spellStart"/>
      <w:r w:rsidRPr="00765081">
        <w:rPr>
          <w:rFonts w:ascii="Times New Roman" w:eastAsia="Calibri" w:hAnsi="Times New Roman" w:cs="Times New Roman"/>
          <w:b/>
          <w:sz w:val="24"/>
          <w:szCs w:val="24"/>
          <w:lang w:val="en-US"/>
        </w:rPr>
        <w:t>среднийуровень</w:t>
      </w:r>
      <w:proofErr w:type="spellEnd"/>
      <w:r w:rsidRPr="00765081">
        <w:rPr>
          <w:rFonts w:ascii="Times New Roman" w:eastAsia="Calibri" w:hAnsi="Times New Roman" w:cs="Times New Roman"/>
          <w:b/>
          <w:sz w:val="24"/>
          <w:szCs w:val="24"/>
          <w:lang w:val="en-US"/>
        </w:rPr>
        <w:t xml:space="preserve">     («3»)</w:t>
      </w:r>
    </w:p>
    <w:p w:rsidR="007B7F00" w:rsidRPr="00765081" w:rsidRDefault="007B7F0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lang w:val="en-US"/>
        </w:rPr>
        <w:t xml:space="preserve">                               7-0 </w:t>
      </w:r>
      <w:proofErr w:type="spellStart"/>
      <w:r w:rsidRPr="00765081">
        <w:rPr>
          <w:rFonts w:ascii="Times New Roman" w:eastAsia="Calibri" w:hAnsi="Times New Roman" w:cs="Times New Roman"/>
          <w:b/>
          <w:sz w:val="24"/>
          <w:szCs w:val="24"/>
          <w:lang w:val="en-US"/>
        </w:rPr>
        <w:t>баллов</w:t>
      </w:r>
      <w:r w:rsidR="00A72BAF" w:rsidRPr="00765081">
        <w:rPr>
          <w:rFonts w:ascii="Times New Roman" w:eastAsia="Calibri" w:hAnsi="Times New Roman" w:cs="Times New Roman"/>
          <w:b/>
          <w:sz w:val="24"/>
          <w:szCs w:val="24"/>
          <w:lang w:val="en-US"/>
        </w:rPr>
        <w:t>–</w:t>
      </w:r>
      <w:r w:rsidRPr="00765081">
        <w:rPr>
          <w:rFonts w:ascii="Times New Roman" w:eastAsia="Calibri" w:hAnsi="Times New Roman" w:cs="Times New Roman"/>
          <w:b/>
          <w:sz w:val="24"/>
          <w:szCs w:val="24"/>
          <w:lang w:val="en-US"/>
        </w:rPr>
        <w:t>низкийуровень</w:t>
      </w:r>
      <w:proofErr w:type="spellEnd"/>
      <w:r w:rsidRPr="00765081">
        <w:rPr>
          <w:rFonts w:ascii="Times New Roman" w:eastAsia="Calibri" w:hAnsi="Times New Roman" w:cs="Times New Roman"/>
          <w:b/>
          <w:sz w:val="24"/>
          <w:szCs w:val="24"/>
          <w:lang w:val="en-US"/>
        </w:rPr>
        <w:t xml:space="preserve"> «2</w:t>
      </w:r>
      <w:r w:rsidRPr="00765081">
        <w:rPr>
          <w:rFonts w:ascii="Times New Roman" w:eastAsia="Calibri" w:hAnsi="Times New Roman" w:cs="Times New Roman"/>
          <w:b/>
          <w:sz w:val="24"/>
          <w:szCs w:val="24"/>
        </w:rPr>
        <w:t>»</w:t>
      </w:r>
    </w:p>
    <w:p w:rsidR="00956D16" w:rsidRPr="00765081" w:rsidRDefault="00956D16" w:rsidP="007B7F00">
      <w:pPr>
        <w:spacing w:after="0" w:line="240" w:lineRule="auto"/>
        <w:rPr>
          <w:rFonts w:ascii="Times New Roman" w:eastAsia="Calibri" w:hAnsi="Times New Roman" w:cs="Times New Roman"/>
          <w:b/>
          <w:sz w:val="24"/>
          <w:szCs w:val="24"/>
        </w:rPr>
      </w:pPr>
    </w:p>
    <w:p w:rsidR="00086D60" w:rsidRPr="00765081" w:rsidRDefault="00086D60"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br/>
      </w:r>
    </w:p>
    <w:p w:rsidR="00086D60" w:rsidRPr="00765081" w:rsidRDefault="00086D60" w:rsidP="007B7F00">
      <w:pPr>
        <w:spacing w:after="0" w:line="240" w:lineRule="auto"/>
        <w:rPr>
          <w:rFonts w:ascii="Times New Roman" w:eastAsia="Calibri" w:hAnsi="Times New Roman" w:cs="Times New Roman"/>
          <w:b/>
          <w:sz w:val="24"/>
          <w:szCs w:val="24"/>
        </w:rPr>
      </w:pPr>
    </w:p>
    <w:p w:rsidR="00956D16" w:rsidRPr="00765081" w:rsidRDefault="00956D16" w:rsidP="007B7F00">
      <w:pPr>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4 класс</w:t>
      </w:r>
    </w:p>
    <w:p w:rsidR="00956D16" w:rsidRPr="00765081" w:rsidRDefault="00956D16" w:rsidP="007B7F00">
      <w:pPr>
        <w:spacing w:after="0" w:line="240" w:lineRule="auto"/>
        <w:rPr>
          <w:rFonts w:ascii="Times New Roman" w:eastAsia="Calibri" w:hAnsi="Times New Roman" w:cs="Times New Roman"/>
          <w:b/>
          <w:sz w:val="24"/>
          <w:szCs w:val="24"/>
        </w:rPr>
      </w:pPr>
    </w:p>
    <w:p w:rsidR="00956D16" w:rsidRPr="00765081" w:rsidRDefault="00956D16" w:rsidP="00956D16">
      <w:pPr>
        <w:spacing w:after="0" w:line="240" w:lineRule="auto"/>
        <w:ind w:right="-52"/>
        <w:rPr>
          <w:rFonts w:ascii="Times New Roman" w:eastAsia="Calibri" w:hAnsi="Times New Roman" w:cs="Times New Roman"/>
          <w:b/>
          <w:color w:val="000000"/>
          <w:sz w:val="24"/>
          <w:szCs w:val="24"/>
          <w:lang w:eastAsia="ru-RU"/>
        </w:rPr>
      </w:pPr>
      <w:r w:rsidRPr="00765081">
        <w:rPr>
          <w:rFonts w:ascii="Times New Roman" w:eastAsia="Calibri" w:hAnsi="Times New Roman" w:cs="Times New Roman"/>
          <w:b/>
          <w:color w:val="000000"/>
          <w:sz w:val="24"/>
          <w:szCs w:val="24"/>
          <w:lang w:eastAsia="ru-RU"/>
        </w:rPr>
        <w:t>Входная контрольная работа.</w:t>
      </w:r>
    </w:p>
    <w:p w:rsidR="00956D16" w:rsidRPr="00765081" w:rsidRDefault="00956D16" w:rsidP="00956D16">
      <w:pPr>
        <w:spacing w:after="0" w:line="240" w:lineRule="auto"/>
        <w:ind w:right="-52"/>
        <w:rPr>
          <w:rFonts w:ascii="Times New Roman" w:eastAsia="Times New Roman" w:hAnsi="Times New Roman" w:cs="Times New Roman"/>
          <w:b/>
          <w:sz w:val="24"/>
          <w:szCs w:val="24"/>
          <w:lang w:eastAsia="ru-RU"/>
        </w:rPr>
      </w:pP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Times New Roman" w:hAnsi="Times New Roman" w:cs="Times New Roman"/>
          <w:b/>
          <w:sz w:val="24"/>
          <w:szCs w:val="24"/>
          <w:lang w:eastAsia="ru-RU"/>
        </w:rPr>
        <w:lastRenderedPageBreak/>
        <w:t xml:space="preserve">Цель: </w:t>
      </w:r>
      <w:r w:rsidRPr="00765081">
        <w:rPr>
          <w:rFonts w:ascii="Times New Roman" w:eastAsia="Calibri" w:hAnsi="Times New Roman" w:cs="Times New Roman"/>
          <w:sz w:val="24"/>
          <w:szCs w:val="24"/>
        </w:rPr>
        <w:t xml:space="preserve">определение уровня осознанности чтения у учащихся 4-х классов в процессе самостоятельного чтения текста и ответов на вопросы по содержанию текста, а также сформированности некоторых учебных действий – правильного восприятия учебной задачи, умения работать самостоятельно, контроля собственных действий в процессе выполнения заданий. </w:t>
      </w: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Прочитайте текст.</w:t>
      </w: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Рыбы-следопыты. </w:t>
      </w: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А как ты думаешь – могут ли рыбы различать запахи?</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Есть такая рыба – лосось. Взрослые лососи живут в океане, а когда у них созревает икра, они плывут в реки. Удивительны упорство и сила этих рыб, которые пробиваются вверх по течению. Через пороги и водопады до прохладных и чистых горных ручьёв. Но самое замечательное то, что каждый лосось плывёт для метания икры в тот самый ручей, в котором когда-то вывелся из икринки он сам. Как находит лосось дорогу? Ведь в океаны впадают десятки рек, а в каждую реку – сотни ручьёв.</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И вот учёные поставили опыт. В верховьях реки выловили несколько сотен лососей, чуть-чуть не доплывших до своих родных ручьёв, а затем в цистерне с водой отвезли обратно, вниз по реке. Там их пометили особыми метками и выпустили. Но прежде у половины рыб ноздри заткнули комочками ваты. Что же получилось? Рыбы с заткнутыми ноздрями так и остались там, где их выпустили. Они кружились на одном месте и никак не могли отыскать дорогу обратно. А все остальные снова поплыли вверх по реке, в тот самый ручей, в котором они родились. Значит, лососи отыскивают дорогу по запаху!</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И вообще оказалось, что у рыб очень тонкое обоняние. Например, форель по запаху определяет места, где вода хоть чуточку загрязнена, и уходит подальше, в чистую воду. А сомы и другие рыбы по запаху могут узнавать друг друга. Соседа, к которому привыкли, не тронут – а чужака будут прогонять.</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Ответьте на вопросы по содержанию текста.</w:t>
      </w: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b/>
          <w:sz w:val="24"/>
          <w:szCs w:val="24"/>
        </w:rPr>
        <w:t>Часть 1</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1.К какому стилю текста относится данное произведение?</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1)художественному       2)научному                 3)деловому</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2.Какое значение в данном тексте имеет слово  пороги?</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1)Брусок между дверью и полом.       2)Граница чего-либо.    3)Каменистое возвышение речного дна.</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3.Куда отправляется лосось для метания икры?</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 в океан         3) в реки           2) в море          4) в ручьи</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4. Какие препятствия встречаются на пути лосося?</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 загрязнение воды     2) течение реки      3) плотины</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5. Какой метод использовали учёные для получения информации о нересте лосося?</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 измерение            2) опыт                    3) наблюдение</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6. Какой из органов чувств помог лососю найти дорогу в родной ручей?</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 осязание       3) слух          2) обоняние      4) зрение  </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7. Какая рыба не водится в загрязнённой воде?</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 форель         3) щука          2) сом             4) окунь</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8. В какой книжный сборник можно поместить это произведение?</w:t>
      </w: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1) сказки       2) рассказы          3) всё обо всём</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b/>
          <w:sz w:val="24"/>
          <w:szCs w:val="24"/>
        </w:rPr>
        <w:t>Часть 2</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 xml:space="preserve">9.Составь план к тексту и запиши его.                </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 xml:space="preserve">10.Что помогает рыбам преодолевать препятствия на пути к нересту?                                                                                                                </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 xml:space="preserve">11.Напиши кратко, какие действия учёные выполнили для проведения эксперимента над рыбами?                                                                         </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 xml:space="preserve">12.Напиши о том, что получилось в результате действий учёных.                                                      </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bCs/>
          <w:sz w:val="24"/>
          <w:szCs w:val="24"/>
        </w:rPr>
      </w:pPr>
      <w:r w:rsidRPr="00765081">
        <w:rPr>
          <w:rFonts w:ascii="Times New Roman" w:eastAsia="Calibri" w:hAnsi="Times New Roman" w:cs="Times New Roman"/>
          <w:sz w:val="24"/>
          <w:szCs w:val="24"/>
        </w:rPr>
        <w:t xml:space="preserve">13.А что сом определяет по запаху?                   </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14. Почему текст назвали «Рыбы-следопыты»?</w:t>
      </w:r>
    </w:p>
    <w:p w:rsidR="00956D16" w:rsidRPr="00765081" w:rsidRDefault="00956D16" w:rsidP="00956D16">
      <w:pPr>
        <w:spacing w:after="0" w:line="240" w:lineRule="auto"/>
        <w:ind w:right="-52"/>
        <w:rPr>
          <w:rFonts w:ascii="Times New Roman" w:eastAsia="Times New Roman" w:hAnsi="Times New Roman" w:cs="Times New Roman"/>
          <w:b/>
          <w:sz w:val="24"/>
          <w:szCs w:val="24"/>
        </w:rPr>
      </w:pPr>
    </w:p>
    <w:p w:rsidR="00956D16" w:rsidRPr="00765081" w:rsidRDefault="00956D16" w:rsidP="00956D16">
      <w:pPr>
        <w:spacing w:after="0" w:line="240" w:lineRule="auto"/>
        <w:ind w:right="-52"/>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Ответы.</w:t>
      </w:r>
    </w:p>
    <w:p w:rsidR="00956D16" w:rsidRPr="00765081" w:rsidRDefault="00956D16" w:rsidP="00956D16">
      <w:pPr>
        <w:spacing w:after="0" w:line="240" w:lineRule="auto"/>
        <w:ind w:right="-52"/>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 xml:space="preserve">Часть 1. </w:t>
      </w:r>
    </w:p>
    <w:p w:rsidR="00956D16" w:rsidRPr="00765081" w:rsidRDefault="00956D16" w:rsidP="00956D16">
      <w:pPr>
        <w:spacing w:after="0" w:line="240" w:lineRule="auto"/>
        <w:ind w:right="-52"/>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Оцениваются по 1 баллу  каждый правильный ответ. Максимальное количество – 8 баллов. </w:t>
      </w:r>
    </w:p>
    <w:p w:rsidR="00956D16" w:rsidRPr="00765081" w:rsidRDefault="00956D16" w:rsidP="00956D16">
      <w:pPr>
        <w:spacing w:after="0" w:line="240" w:lineRule="auto"/>
        <w:ind w:right="-52"/>
        <w:rPr>
          <w:rFonts w:ascii="Times New Roman" w:eastAsia="Times New Roman" w:hAnsi="Times New Roman" w:cs="Times New Roman"/>
          <w:sz w:val="24"/>
          <w:szCs w:val="24"/>
        </w:rPr>
      </w:pPr>
    </w:p>
    <w:tbl>
      <w:tblPr>
        <w:tblStyle w:val="230"/>
        <w:tblW w:w="0" w:type="auto"/>
        <w:tblLook w:val="04A0"/>
      </w:tblPr>
      <w:tblGrid>
        <w:gridCol w:w="979"/>
        <w:gridCol w:w="755"/>
        <w:gridCol w:w="755"/>
        <w:gridCol w:w="755"/>
        <w:gridCol w:w="755"/>
        <w:gridCol w:w="755"/>
        <w:gridCol w:w="755"/>
        <w:gridCol w:w="755"/>
        <w:gridCol w:w="755"/>
      </w:tblGrid>
      <w:tr w:rsidR="00956D16" w:rsidRPr="00765081" w:rsidTr="00956D16">
        <w:trPr>
          <w:trHeight w:val="277"/>
        </w:trPr>
        <w:tc>
          <w:tcPr>
            <w:tcW w:w="755" w:type="dxa"/>
          </w:tcPr>
          <w:p w:rsidR="00956D16" w:rsidRPr="00765081" w:rsidRDefault="00956D16" w:rsidP="00956D16">
            <w:pPr>
              <w:ind w:right="-52"/>
              <w:rPr>
                <w:sz w:val="24"/>
                <w:szCs w:val="24"/>
              </w:rPr>
            </w:pPr>
            <w:r w:rsidRPr="00765081">
              <w:rPr>
                <w:sz w:val="24"/>
                <w:szCs w:val="24"/>
              </w:rPr>
              <w:t>№ вопроса</w:t>
            </w:r>
          </w:p>
        </w:tc>
        <w:tc>
          <w:tcPr>
            <w:tcW w:w="755" w:type="dxa"/>
          </w:tcPr>
          <w:p w:rsidR="00956D16" w:rsidRPr="00765081" w:rsidRDefault="00956D16" w:rsidP="00956D16">
            <w:pPr>
              <w:ind w:right="-52"/>
              <w:rPr>
                <w:sz w:val="24"/>
                <w:szCs w:val="24"/>
              </w:rPr>
            </w:pPr>
            <w:r w:rsidRPr="00765081">
              <w:rPr>
                <w:sz w:val="24"/>
                <w:szCs w:val="24"/>
              </w:rPr>
              <w:t>№1</w:t>
            </w:r>
          </w:p>
        </w:tc>
        <w:tc>
          <w:tcPr>
            <w:tcW w:w="755" w:type="dxa"/>
          </w:tcPr>
          <w:p w:rsidR="00956D16" w:rsidRPr="00765081" w:rsidRDefault="00956D16" w:rsidP="00956D16">
            <w:pPr>
              <w:ind w:right="-52"/>
              <w:rPr>
                <w:sz w:val="24"/>
                <w:szCs w:val="24"/>
              </w:rPr>
            </w:pPr>
            <w:r w:rsidRPr="00765081">
              <w:rPr>
                <w:sz w:val="24"/>
                <w:szCs w:val="24"/>
              </w:rPr>
              <w:t>№2</w:t>
            </w:r>
          </w:p>
        </w:tc>
        <w:tc>
          <w:tcPr>
            <w:tcW w:w="755" w:type="dxa"/>
          </w:tcPr>
          <w:p w:rsidR="00956D16" w:rsidRPr="00765081" w:rsidRDefault="00956D16" w:rsidP="00956D16">
            <w:pPr>
              <w:ind w:right="-52"/>
              <w:rPr>
                <w:sz w:val="24"/>
                <w:szCs w:val="24"/>
              </w:rPr>
            </w:pPr>
            <w:r w:rsidRPr="00765081">
              <w:rPr>
                <w:sz w:val="24"/>
                <w:szCs w:val="24"/>
              </w:rPr>
              <w:t>№3</w:t>
            </w:r>
          </w:p>
        </w:tc>
        <w:tc>
          <w:tcPr>
            <w:tcW w:w="755" w:type="dxa"/>
          </w:tcPr>
          <w:p w:rsidR="00956D16" w:rsidRPr="00765081" w:rsidRDefault="00956D16" w:rsidP="00956D16">
            <w:pPr>
              <w:ind w:right="-52"/>
              <w:rPr>
                <w:sz w:val="24"/>
                <w:szCs w:val="24"/>
              </w:rPr>
            </w:pPr>
            <w:r w:rsidRPr="00765081">
              <w:rPr>
                <w:sz w:val="24"/>
                <w:szCs w:val="24"/>
              </w:rPr>
              <w:t>№4</w:t>
            </w:r>
          </w:p>
        </w:tc>
        <w:tc>
          <w:tcPr>
            <w:tcW w:w="755" w:type="dxa"/>
          </w:tcPr>
          <w:p w:rsidR="00956D16" w:rsidRPr="00765081" w:rsidRDefault="00956D16" w:rsidP="00956D16">
            <w:pPr>
              <w:ind w:right="-52"/>
              <w:rPr>
                <w:sz w:val="24"/>
                <w:szCs w:val="24"/>
              </w:rPr>
            </w:pPr>
            <w:r w:rsidRPr="00765081">
              <w:rPr>
                <w:sz w:val="24"/>
                <w:szCs w:val="24"/>
              </w:rPr>
              <w:t>№5</w:t>
            </w:r>
          </w:p>
        </w:tc>
        <w:tc>
          <w:tcPr>
            <w:tcW w:w="755" w:type="dxa"/>
          </w:tcPr>
          <w:p w:rsidR="00956D16" w:rsidRPr="00765081" w:rsidRDefault="00956D16" w:rsidP="00956D16">
            <w:pPr>
              <w:ind w:right="-52"/>
              <w:rPr>
                <w:sz w:val="24"/>
                <w:szCs w:val="24"/>
              </w:rPr>
            </w:pPr>
            <w:r w:rsidRPr="00765081">
              <w:rPr>
                <w:sz w:val="24"/>
                <w:szCs w:val="24"/>
              </w:rPr>
              <w:t>№6</w:t>
            </w:r>
          </w:p>
        </w:tc>
        <w:tc>
          <w:tcPr>
            <w:tcW w:w="755" w:type="dxa"/>
          </w:tcPr>
          <w:p w:rsidR="00956D16" w:rsidRPr="00765081" w:rsidRDefault="00956D16" w:rsidP="00956D16">
            <w:pPr>
              <w:ind w:right="-52"/>
              <w:rPr>
                <w:sz w:val="24"/>
                <w:szCs w:val="24"/>
              </w:rPr>
            </w:pPr>
            <w:r w:rsidRPr="00765081">
              <w:rPr>
                <w:sz w:val="24"/>
                <w:szCs w:val="24"/>
              </w:rPr>
              <w:t>№7</w:t>
            </w:r>
          </w:p>
        </w:tc>
        <w:tc>
          <w:tcPr>
            <w:tcW w:w="755" w:type="dxa"/>
          </w:tcPr>
          <w:p w:rsidR="00956D16" w:rsidRPr="00765081" w:rsidRDefault="00956D16" w:rsidP="00956D16">
            <w:pPr>
              <w:ind w:right="-52"/>
              <w:rPr>
                <w:sz w:val="24"/>
                <w:szCs w:val="24"/>
              </w:rPr>
            </w:pPr>
            <w:r w:rsidRPr="00765081">
              <w:rPr>
                <w:sz w:val="24"/>
                <w:szCs w:val="24"/>
              </w:rPr>
              <w:t>№8</w:t>
            </w:r>
          </w:p>
        </w:tc>
      </w:tr>
      <w:tr w:rsidR="00956D16" w:rsidRPr="00765081" w:rsidTr="00956D16">
        <w:trPr>
          <w:trHeight w:val="277"/>
        </w:trPr>
        <w:tc>
          <w:tcPr>
            <w:tcW w:w="755" w:type="dxa"/>
          </w:tcPr>
          <w:p w:rsidR="00956D16" w:rsidRPr="00765081" w:rsidRDefault="00956D16" w:rsidP="00956D16">
            <w:pPr>
              <w:ind w:right="-52"/>
              <w:rPr>
                <w:sz w:val="24"/>
                <w:szCs w:val="24"/>
              </w:rPr>
            </w:pPr>
            <w:r w:rsidRPr="00765081">
              <w:rPr>
                <w:sz w:val="24"/>
                <w:szCs w:val="24"/>
              </w:rPr>
              <w:t>ответ</w:t>
            </w:r>
          </w:p>
        </w:tc>
        <w:tc>
          <w:tcPr>
            <w:tcW w:w="755" w:type="dxa"/>
          </w:tcPr>
          <w:p w:rsidR="00956D16" w:rsidRPr="00765081" w:rsidRDefault="00956D16" w:rsidP="00956D16">
            <w:pPr>
              <w:ind w:right="-52"/>
              <w:rPr>
                <w:sz w:val="24"/>
                <w:szCs w:val="24"/>
              </w:rPr>
            </w:pPr>
            <w:r w:rsidRPr="00765081">
              <w:rPr>
                <w:sz w:val="24"/>
                <w:szCs w:val="24"/>
              </w:rPr>
              <w:t>2</w:t>
            </w:r>
          </w:p>
        </w:tc>
        <w:tc>
          <w:tcPr>
            <w:tcW w:w="755" w:type="dxa"/>
          </w:tcPr>
          <w:p w:rsidR="00956D16" w:rsidRPr="00765081" w:rsidRDefault="00956D16" w:rsidP="00956D16">
            <w:pPr>
              <w:ind w:right="-52"/>
              <w:rPr>
                <w:sz w:val="24"/>
                <w:szCs w:val="24"/>
              </w:rPr>
            </w:pPr>
            <w:r w:rsidRPr="00765081">
              <w:rPr>
                <w:sz w:val="24"/>
                <w:szCs w:val="24"/>
              </w:rPr>
              <w:t>3</w:t>
            </w:r>
          </w:p>
        </w:tc>
        <w:tc>
          <w:tcPr>
            <w:tcW w:w="755" w:type="dxa"/>
          </w:tcPr>
          <w:p w:rsidR="00956D16" w:rsidRPr="00765081" w:rsidRDefault="00956D16" w:rsidP="00956D16">
            <w:pPr>
              <w:ind w:right="-52"/>
              <w:rPr>
                <w:sz w:val="24"/>
                <w:szCs w:val="24"/>
              </w:rPr>
            </w:pPr>
            <w:r w:rsidRPr="00765081">
              <w:rPr>
                <w:sz w:val="24"/>
                <w:szCs w:val="24"/>
              </w:rPr>
              <w:t>4</w:t>
            </w:r>
          </w:p>
        </w:tc>
        <w:tc>
          <w:tcPr>
            <w:tcW w:w="755" w:type="dxa"/>
          </w:tcPr>
          <w:p w:rsidR="00956D16" w:rsidRPr="00765081" w:rsidRDefault="00956D16" w:rsidP="00956D16">
            <w:pPr>
              <w:ind w:right="-52"/>
              <w:rPr>
                <w:sz w:val="24"/>
                <w:szCs w:val="24"/>
              </w:rPr>
            </w:pPr>
            <w:r w:rsidRPr="00765081">
              <w:rPr>
                <w:sz w:val="24"/>
                <w:szCs w:val="24"/>
              </w:rPr>
              <w:t>2</w:t>
            </w:r>
          </w:p>
        </w:tc>
        <w:tc>
          <w:tcPr>
            <w:tcW w:w="755" w:type="dxa"/>
          </w:tcPr>
          <w:p w:rsidR="00956D16" w:rsidRPr="00765081" w:rsidRDefault="00956D16" w:rsidP="00956D16">
            <w:pPr>
              <w:ind w:right="-52"/>
              <w:rPr>
                <w:sz w:val="24"/>
                <w:szCs w:val="24"/>
              </w:rPr>
            </w:pPr>
            <w:r w:rsidRPr="00765081">
              <w:rPr>
                <w:sz w:val="24"/>
                <w:szCs w:val="24"/>
              </w:rPr>
              <w:t>2</w:t>
            </w:r>
          </w:p>
        </w:tc>
        <w:tc>
          <w:tcPr>
            <w:tcW w:w="755" w:type="dxa"/>
          </w:tcPr>
          <w:p w:rsidR="00956D16" w:rsidRPr="00765081" w:rsidRDefault="00956D16" w:rsidP="00956D16">
            <w:pPr>
              <w:ind w:right="-52"/>
              <w:rPr>
                <w:sz w:val="24"/>
                <w:szCs w:val="24"/>
              </w:rPr>
            </w:pPr>
            <w:r w:rsidRPr="00765081">
              <w:rPr>
                <w:sz w:val="24"/>
                <w:szCs w:val="24"/>
              </w:rPr>
              <w:t>2</w:t>
            </w:r>
          </w:p>
        </w:tc>
        <w:tc>
          <w:tcPr>
            <w:tcW w:w="755" w:type="dxa"/>
          </w:tcPr>
          <w:p w:rsidR="00956D16" w:rsidRPr="00765081" w:rsidRDefault="00956D16" w:rsidP="00956D16">
            <w:pPr>
              <w:ind w:right="-52"/>
              <w:rPr>
                <w:sz w:val="24"/>
                <w:szCs w:val="24"/>
              </w:rPr>
            </w:pPr>
            <w:r w:rsidRPr="00765081">
              <w:rPr>
                <w:sz w:val="24"/>
                <w:szCs w:val="24"/>
              </w:rPr>
              <w:t>1</w:t>
            </w:r>
          </w:p>
        </w:tc>
        <w:tc>
          <w:tcPr>
            <w:tcW w:w="755" w:type="dxa"/>
          </w:tcPr>
          <w:p w:rsidR="00956D16" w:rsidRPr="00765081" w:rsidRDefault="00956D16" w:rsidP="00956D16">
            <w:pPr>
              <w:ind w:right="-52"/>
              <w:rPr>
                <w:sz w:val="24"/>
                <w:szCs w:val="24"/>
              </w:rPr>
            </w:pPr>
            <w:r w:rsidRPr="00765081">
              <w:rPr>
                <w:sz w:val="24"/>
                <w:szCs w:val="24"/>
              </w:rPr>
              <w:t>3</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p>
    <w:p w:rsidR="00956D16" w:rsidRPr="00765081" w:rsidRDefault="00956D16" w:rsidP="00956D16">
      <w:pPr>
        <w:spacing w:after="0" w:line="240" w:lineRule="auto"/>
        <w:ind w:right="-52"/>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Часть 2</w:t>
      </w:r>
    </w:p>
    <w:p w:rsidR="00956D16" w:rsidRPr="00765081" w:rsidRDefault="00956D16" w:rsidP="00956D16">
      <w:pPr>
        <w:spacing w:after="0" w:line="240" w:lineRule="auto"/>
        <w:ind w:right="-52"/>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lastRenderedPageBreak/>
        <w:t>Задание 9</w:t>
      </w:r>
    </w:p>
    <w:tbl>
      <w:tblPr>
        <w:tblStyle w:val="230"/>
        <w:tblW w:w="0" w:type="auto"/>
        <w:tblLook w:val="04A0"/>
      </w:tblPr>
      <w:tblGrid>
        <w:gridCol w:w="8188"/>
        <w:gridCol w:w="1383"/>
      </w:tblGrid>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Указания по оцениванию  </w:t>
            </w:r>
          </w:p>
        </w:tc>
        <w:tc>
          <w:tcPr>
            <w:tcW w:w="1383" w:type="dxa"/>
          </w:tcPr>
          <w:p w:rsidR="00956D16" w:rsidRPr="00765081" w:rsidRDefault="00956D16" w:rsidP="00956D16">
            <w:pPr>
              <w:ind w:right="-52"/>
              <w:rPr>
                <w:sz w:val="24"/>
                <w:szCs w:val="24"/>
              </w:rPr>
            </w:pPr>
            <w:r w:rsidRPr="00765081">
              <w:rPr>
                <w:sz w:val="24"/>
                <w:szCs w:val="24"/>
              </w:rPr>
              <w:t xml:space="preserve">Баллы </w:t>
            </w:r>
          </w:p>
        </w:tc>
      </w:tr>
      <w:tr w:rsidR="00956D16" w:rsidRPr="00765081" w:rsidTr="00956D16">
        <w:tc>
          <w:tcPr>
            <w:tcW w:w="9571" w:type="dxa"/>
            <w:gridSpan w:val="2"/>
          </w:tcPr>
          <w:p w:rsidR="00956D16" w:rsidRPr="00765081" w:rsidRDefault="00956D16" w:rsidP="00956D16">
            <w:pPr>
              <w:ind w:right="-52"/>
              <w:rPr>
                <w:sz w:val="24"/>
                <w:szCs w:val="24"/>
              </w:rPr>
            </w:pPr>
            <w:r w:rsidRPr="00765081">
              <w:rPr>
                <w:sz w:val="24"/>
                <w:szCs w:val="24"/>
              </w:rPr>
              <w:t>В плане в той или иной форме должно быть последовательно представлено содержание текста. План можно записывать с использованием предложений или словосочетаний</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В  плане  последовательно  отражено  содержание  текста; словосочетания или предложения (пункты плана) построены правильно (с соблюдением порядка слов), в них употреблены слова в свойственном им значении </w:t>
            </w:r>
          </w:p>
        </w:tc>
        <w:tc>
          <w:tcPr>
            <w:tcW w:w="1383" w:type="dxa"/>
          </w:tcPr>
          <w:p w:rsidR="00956D16" w:rsidRPr="00765081" w:rsidRDefault="00956D16" w:rsidP="00956D16">
            <w:pPr>
              <w:ind w:right="-52"/>
              <w:rPr>
                <w:sz w:val="24"/>
                <w:szCs w:val="24"/>
              </w:rPr>
            </w:pPr>
            <w:r w:rsidRPr="00765081">
              <w:rPr>
                <w:sz w:val="24"/>
                <w:szCs w:val="24"/>
              </w:rPr>
              <w:t>3</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В плане последовательно отражено содержание текста, в построении  словосочетаний  или  предложений (пунктов  плана) и словоупотреблении допущено один-два недочёта</w:t>
            </w:r>
          </w:p>
        </w:tc>
        <w:tc>
          <w:tcPr>
            <w:tcW w:w="1383" w:type="dxa"/>
          </w:tcPr>
          <w:p w:rsidR="00956D16" w:rsidRPr="00765081" w:rsidRDefault="00956D16" w:rsidP="00956D16">
            <w:pPr>
              <w:ind w:right="-52"/>
              <w:rPr>
                <w:sz w:val="24"/>
                <w:szCs w:val="24"/>
              </w:rPr>
            </w:pPr>
            <w:r w:rsidRPr="00765081">
              <w:rPr>
                <w:sz w:val="24"/>
                <w:szCs w:val="24"/>
              </w:rPr>
              <w:t>2</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В  плане  последовательно  отражено  содержание  текста,  в  построении  словосочетаний  или  предложений (пунктов  плана) и словоупотреблении допущено более двух недочётов. </w:t>
            </w:r>
          </w:p>
          <w:p w:rsidR="00956D16" w:rsidRPr="00765081" w:rsidRDefault="00956D16" w:rsidP="00956D16">
            <w:pPr>
              <w:ind w:right="-52"/>
              <w:rPr>
                <w:sz w:val="24"/>
                <w:szCs w:val="24"/>
              </w:rPr>
            </w:pPr>
            <w:r w:rsidRPr="00765081">
              <w:rPr>
                <w:sz w:val="24"/>
                <w:szCs w:val="24"/>
              </w:rPr>
              <w:t xml:space="preserve">ИЛИ  В  плане  последовательно  отражено  содержание  текста,  план  содержит только  два  корректных  пункта,  в  построении  словосочетаний  или  предложений (пунктов плана) и словоупотреблении допущено один-два недочёта. </w:t>
            </w:r>
          </w:p>
          <w:p w:rsidR="00956D16" w:rsidRPr="00765081" w:rsidRDefault="00956D16" w:rsidP="00956D16">
            <w:pPr>
              <w:ind w:right="-52"/>
              <w:rPr>
                <w:sz w:val="24"/>
                <w:szCs w:val="24"/>
              </w:rPr>
            </w:pPr>
            <w:r w:rsidRPr="00765081">
              <w:rPr>
                <w:sz w:val="24"/>
                <w:szCs w:val="24"/>
              </w:rPr>
              <w:t xml:space="preserve">ИЛИ В плане нарушена последовательность содержания текста, план содержит не менее  двух  пунктов,  в  построении  словосочетаний  или  предложений (пунктов плана) и словоупотреблении допущено один-два недочёта </w:t>
            </w:r>
          </w:p>
        </w:tc>
        <w:tc>
          <w:tcPr>
            <w:tcW w:w="1383" w:type="dxa"/>
          </w:tcPr>
          <w:p w:rsidR="00956D16" w:rsidRPr="00765081" w:rsidRDefault="00956D16" w:rsidP="00956D16">
            <w:pPr>
              <w:ind w:right="-52"/>
              <w:rPr>
                <w:sz w:val="24"/>
                <w:szCs w:val="24"/>
              </w:rPr>
            </w:pPr>
            <w:r w:rsidRPr="00765081">
              <w:rPr>
                <w:sz w:val="24"/>
                <w:szCs w:val="24"/>
              </w:rPr>
              <w:t>1</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План не соответствует условиям выставления 3, 2 и 1 балла, в том числе содержит только один корректный пункт. </w:t>
            </w:r>
          </w:p>
          <w:p w:rsidR="00956D16" w:rsidRPr="00765081" w:rsidRDefault="00956D16" w:rsidP="00956D16">
            <w:pPr>
              <w:ind w:right="-52"/>
              <w:rPr>
                <w:sz w:val="24"/>
                <w:szCs w:val="24"/>
              </w:rPr>
            </w:pPr>
            <w:r w:rsidRPr="00765081">
              <w:rPr>
                <w:sz w:val="24"/>
                <w:szCs w:val="24"/>
              </w:rPr>
              <w:t xml:space="preserve">ИЛИ План не составлен </w:t>
            </w:r>
          </w:p>
        </w:tc>
        <w:tc>
          <w:tcPr>
            <w:tcW w:w="1383" w:type="dxa"/>
          </w:tcPr>
          <w:p w:rsidR="00956D16" w:rsidRPr="00765081" w:rsidRDefault="00956D16" w:rsidP="00956D16">
            <w:pPr>
              <w:ind w:right="-52"/>
              <w:rPr>
                <w:sz w:val="24"/>
                <w:szCs w:val="24"/>
              </w:rPr>
            </w:pPr>
            <w:r w:rsidRPr="00765081">
              <w:rPr>
                <w:sz w:val="24"/>
                <w:szCs w:val="24"/>
              </w:rPr>
              <w:t>0</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Максимальный балл</w:t>
            </w:r>
          </w:p>
        </w:tc>
        <w:tc>
          <w:tcPr>
            <w:tcW w:w="1383" w:type="dxa"/>
          </w:tcPr>
          <w:p w:rsidR="00956D16" w:rsidRPr="00765081" w:rsidRDefault="00956D16" w:rsidP="00956D16">
            <w:pPr>
              <w:ind w:right="-52"/>
              <w:rPr>
                <w:sz w:val="24"/>
                <w:szCs w:val="24"/>
              </w:rPr>
            </w:pPr>
            <w:r w:rsidRPr="00765081">
              <w:rPr>
                <w:sz w:val="24"/>
                <w:szCs w:val="24"/>
              </w:rPr>
              <w:t>3</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Задание 10</w:t>
      </w:r>
    </w:p>
    <w:tbl>
      <w:tblPr>
        <w:tblStyle w:val="230"/>
        <w:tblW w:w="0" w:type="auto"/>
        <w:tblLook w:val="04A0"/>
      </w:tblPr>
      <w:tblGrid>
        <w:gridCol w:w="8188"/>
        <w:gridCol w:w="1383"/>
      </w:tblGrid>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Содержание верного ответа и указания по оцениванию  </w:t>
            </w:r>
          </w:p>
        </w:tc>
        <w:tc>
          <w:tcPr>
            <w:tcW w:w="1383" w:type="dxa"/>
          </w:tcPr>
          <w:p w:rsidR="00956D16" w:rsidRPr="00765081" w:rsidRDefault="00956D16" w:rsidP="00956D16">
            <w:pPr>
              <w:ind w:right="-52"/>
              <w:rPr>
                <w:sz w:val="24"/>
                <w:szCs w:val="24"/>
              </w:rPr>
            </w:pPr>
            <w:r w:rsidRPr="00765081">
              <w:rPr>
                <w:sz w:val="24"/>
                <w:szCs w:val="24"/>
              </w:rPr>
              <w:t>Баллы</w:t>
            </w:r>
          </w:p>
        </w:tc>
      </w:tr>
      <w:tr w:rsidR="00956D16" w:rsidRPr="00765081" w:rsidTr="00956D16">
        <w:tc>
          <w:tcPr>
            <w:tcW w:w="8188" w:type="dxa"/>
          </w:tcPr>
          <w:p w:rsidR="00956D16" w:rsidRPr="00765081" w:rsidRDefault="00956D16" w:rsidP="00956D16">
            <w:pPr>
              <w:ind w:right="-52"/>
              <w:rPr>
                <w:rFonts w:eastAsia="Calibri"/>
                <w:i/>
                <w:color w:val="000000"/>
                <w:sz w:val="24"/>
                <w:szCs w:val="24"/>
              </w:rPr>
            </w:pPr>
            <w:r w:rsidRPr="00765081">
              <w:rPr>
                <w:sz w:val="24"/>
                <w:szCs w:val="24"/>
              </w:rPr>
              <w:t xml:space="preserve">Правильный ответ - </w:t>
            </w:r>
            <w:r w:rsidRPr="00765081">
              <w:rPr>
                <w:rFonts w:eastAsia="Calibri"/>
                <w:i/>
                <w:color w:val="000000"/>
                <w:sz w:val="24"/>
                <w:szCs w:val="24"/>
              </w:rPr>
              <w:t>Упорство и сила.</w:t>
            </w:r>
          </w:p>
        </w:tc>
        <w:tc>
          <w:tcPr>
            <w:tcW w:w="1383" w:type="dxa"/>
          </w:tcPr>
          <w:p w:rsidR="00956D16" w:rsidRPr="00765081" w:rsidRDefault="00956D16" w:rsidP="00956D16">
            <w:pPr>
              <w:ind w:right="-52"/>
              <w:rPr>
                <w:sz w:val="24"/>
                <w:szCs w:val="24"/>
              </w:rPr>
            </w:pPr>
          </w:p>
        </w:tc>
      </w:tr>
      <w:tr w:rsidR="00956D16" w:rsidRPr="00765081" w:rsidTr="00956D16">
        <w:tc>
          <w:tcPr>
            <w:tcW w:w="8188" w:type="dxa"/>
          </w:tcPr>
          <w:p w:rsidR="00956D16" w:rsidRPr="00765081" w:rsidRDefault="00956D16" w:rsidP="00956D16">
            <w:pPr>
              <w:ind w:right="-52"/>
              <w:rPr>
                <w:sz w:val="24"/>
                <w:szCs w:val="24"/>
              </w:rPr>
            </w:pPr>
            <w:proofErr w:type="gramStart"/>
            <w:r w:rsidRPr="00765081">
              <w:rPr>
                <w:sz w:val="24"/>
                <w:szCs w:val="24"/>
              </w:rPr>
              <w:t>Выписаны</w:t>
            </w:r>
            <w:proofErr w:type="gramEnd"/>
            <w:r w:rsidRPr="00765081">
              <w:rPr>
                <w:sz w:val="24"/>
                <w:szCs w:val="24"/>
              </w:rPr>
              <w:t xml:space="preserve"> верно оба слова </w:t>
            </w:r>
          </w:p>
        </w:tc>
        <w:tc>
          <w:tcPr>
            <w:tcW w:w="1383" w:type="dxa"/>
          </w:tcPr>
          <w:p w:rsidR="00956D16" w:rsidRPr="00765081" w:rsidRDefault="00956D16" w:rsidP="00956D16">
            <w:pPr>
              <w:ind w:right="-52"/>
              <w:rPr>
                <w:sz w:val="24"/>
                <w:szCs w:val="24"/>
              </w:rPr>
            </w:pPr>
            <w:r w:rsidRPr="00765081">
              <w:rPr>
                <w:sz w:val="24"/>
                <w:szCs w:val="24"/>
              </w:rPr>
              <w:t>2</w:t>
            </w:r>
          </w:p>
        </w:tc>
      </w:tr>
      <w:tr w:rsidR="00956D16" w:rsidRPr="00765081" w:rsidTr="00956D16">
        <w:tc>
          <w:tcPr>
            <w:tcW w:w="8188" w:type="dxa"/>
          </w:tcPr>
          <w:p w:rsidR="00956D16" w:rsidRPr="00765081" w:rsidRDefault="00956D16" w:rsidP="00956D16">
            <w:pPr>
              <w:ind w:right="-52"/>
              <w:rPr>
                <w:sz w:val="24"/>
                <w:szCs w:val="24"/>
              </w:rPr>
            </w:pPr>
            <w:proofErr w:type="gramStart"/>
            <w:r w:rsidRPr="00765081">
              <w:rPr>
                <w:sz w:val="24"/>
                <w:szCs w:val="24"/>
              </w:rPr>
              <w:t>Выписано</w:t>
            </w:r>
            <w:proofErr w:type="gramEnd"/>
            <w:r w:rsidRPr="00765081">
              <w:rPr>
                <w:sz w:val="24"/>
                <w:szCs w:val="24"/>
              </w:rPr>
              <w:t xml:space="preserve"> верно одно слово</w:t>
            </w:r>
          </w:p>
        </w:tc>
        <w:tc>
          <w:tcPr>
            <w:tcW w:w="1383" w:type="dxa"/>
          </w:tcPr>
          <w:p w:rsidR="00956D16" w:rsidRPr="00765081" w:rsidRDefault="00956D16" w:rsidP="00956D16">
            <w:pPr>
              <w:ind w:right="-52"/>
              <w:rPr>
                <w:sz w:val="24"/>
                <w:szCs w:val="24"/>
              </w:rPr>
            </w:pPr>
            <w:r w:rsidRPr="00765081">
              <w:rPr>
                <w:sz w:val="24"/>
                <w:szCs w:val="24"/>
              </w:rPr>
              <w:t>1</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Оба слова выписаны неверно</w:t>
            </w:r>
          </w:p>
        </w:tc>
        <w:tc>
          <w:tcPr>
            <w:tcW w:w="1383" w:type="dxa"/>
          </w:tcPr>
          <w:p w:rsidR="00956D16" w:rsidRPr="00765081" w:rsidRDefault="00956D16" w:rsidP="00956D16">
            <w:pPr>
              <w:ind w:right="-52"/>
              <w:rPr>
                <w:sz w:val="24"/>
                <w:szCs w:val="24"/>
              </w:rPr>
            </w:pPr>
            <w:r w:rsidRPr="00765081">
              <w:rPr>
                <w:sz w:val="24"/>
                <w:szCs w:val="24"/>
              </w:rPr>
              <w:t>0</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Максимальный балл</w:t>
            </w:r>
          </w:p>
        </w:tc>
        <w:tc>
          <w:tcPr>
            <w:tcW w:w="1383" w:type="dxa"/>
          </w:tcPr>
          <w:p w:rsidR="00956D16" w:rsidRPr="00765081" w:rsidRDefault="00956D16" w:rsidP="00956D16">
            <w:pPr>
              <w:ind w:right="-52"/>
              <w:rPr>
                <w:sz w:val="24"/>
                <w:szCs w:val="24"/>
              </w:rPr>
            </w:pPr>
            <w:r w:rsidRPr="00765081">
              <w:rPr>
                <w:sz w:val="24"/>
                <w:szCs w:val="24"/>
              </w:rPr>
              <w:t>2</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Задание 11</w:t>
      </w:r>
    </w:p>
    <w:tbl>
      <w:tblPr>
        <w:tblStyle w:val="230"/>
        <w:tblW w:w="0" w:type="auto"/>
        <w:tblLook w:val="04A0"/>
      </w:tblPr>
      <w:tblGrid>
        <w:gridCol w:w="8188"/>
        <w:gridCol w:w="1383"/>
      </w:tblGrid>
      <w:tr w:rsidR="00956D16" w:rsidRPr="00765081" w:rsidTr="00956D16">
        <w:tc>
          <w:tcPr>
            <w:tcW w:w="9571" w:type="dxa"/>
            <w:gridSpan w:val="2"/>
          </w:tcPr>
          <w:p w:rsidR="00956D16" w:rsidRPr="00765081" w:rsidRDefault="00956D16" w:rsidP="00956D16">
            <w:pPr>
              <w:ind w:right="-52"/>
              <w:rPr>
                <w:sz w:val="24"/>
                <w:szCs w:val="24"/>
              </w:rPr>
            </w:pPr>
            <w:r w:rsidRPr="00765081">
              <w:rPr>
                <w:sz w:val="24"/>
                <w:szCs w:val="24"/>
              </w:rPr>
              <w:t>Содержание верного ответа и указания по оцениванию</w:t>
            </w:r>
          </w:p>
        </w:tc>
      </w:tr>
      <w:tr w:rsidR="00956D16" w:rsidRPr="00765081" w:rsidTr="00956D16">
        <w:tc>
          <w:tcPr>
            <w:tcW w:w="9571" w:type="dxa"/>
            <w:gridSpan w:val="2"/>
          </w:tcPr>
          <w:p w:rsidR="00956D16" w:rsidRPr="00765081" w:rsidRDefault="00956D16" w:rsidP="00956D16">
            <w:pPr>
              <w:ind w:right="-52"/>
              <w:rPr>
                <w:sz w:val="24"/>
                <w:szCs w:val="24"/>
              </w:rPr>
            </w:pPr>
            <w:r w:rsidRPr="00765081">
              <w:rPr>
                <w:sz w:val="24"/>
                <w:szCs w:val="24"/>
              </w:rPr>
              <w:t xml:space="preserve">В  правильном  ответе  должны  быть  выписаны  следующие действия - </w:t>
            </w:r>
            <w:r w:rsidRPr="00765081">
              <w:rPr>
                <w:rFonts w:eastAsia="Calibri"/>
                <w:i/>
                <w:color w:val="000000"/>
                <w:sz w:val="24"/>
                <w:szCs w:val="24"/>
              </w:rPr>
              <w:t xml:space="preserve">Выловили лососей, </w:t>
            </w:r>
            <w:r w:rsidRPr="00765081">
              <w:rPr>
                <w:rFonts w:eastAsia="Calibri"/>
                <w:i/>
                <w:color w:val="000000"/>
                <w:sz w:val="24"/>
                <w:szCs w:val="24"/>
              </w:rPr>
              <w:lastRenderedPageBreak/>
              <w:t>пометили метками, у половины рыб ноздри заткнули комочками ваты и выпустили рыб.</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lastRenderedPageBreak/>
              <w:t xml:space="preserve">Все действия </w:t>
            </w:r>
            <w:proofErr w:type="gramStart"/>
            <w:r w:rsidRPr="00765081">
              <w:rPr>
                <w:sz w:val="24"/>
                <w:szCs w:val="24"/>
              </w:rPr>
              <w:t>выписаны</w:t>
            </w:r>
            <w:proofErr w:type="gramEnd"/>
            <w:r w:rsidRPr="00765081">
              <w:rPr>
                <w:sz w:val="24"/>
                <w:szCs w:val="24"/>
              </w:rPr>
              <w:t xml:space="preserve"> верно и в правильной последовательности</w:t>
            </w:r>
          </w:p>
        </w:tc>
        <w:tc>
          <w:tcPr>
            <w:tcW w:w="1383" w:type="dxa"/>
          </w:tcPr>
          <w:p w:rsidR="00956D16" w:rsidRPr="00765081" w:rsidRDefault="00956D16" w:rsidP="00956D16">
            <w:pPr>
              <w:ind w:right="-52"/>
              <w:rPr>
                <w:sz w:val="24"/>
                <w:szCs w:val="24"/>
              </w:rPr>
            </w:pPr>
            <w:r w:rsidRPr="00765081">
              <w:rPr>
                <w:sz w:val="24"/>
                <w:szCs w:val="24"/>
              </w:rPr>
              <w:t>3</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Нарушен порядок действий</w:t>
            </w:r>
          </w:p>
        </w:tc>
        <w:tc>
          <w:tcPr>
            <w:tcW w:w="1383" w:type="dxa"/>
          </w:tcPr>
          <w:p w:rsidR="00956D16" w:rsidRPr="00765081" w:rsidRDefault="00956D16" w:rsidP="00956D16">
            <w:pPr>
              <w:ind w:right="-52"/>
              <w:rPr>
                <w:sz w:val="24"/>
                <w:szCs w:val="24"/>
              </w:rPr>
            </w:pPr>
            <w:r w:rsidRPr="00765081">
              <w:rPr>
                <w:sz w:val="24"/>
                <w:szCs w:val="24"/>
              </w:rPr>
              <w:t>2</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Пропущено одно из действий </w:t>
            </w:r>
          </w:p>
        </w:tc>
        <w:tc>
          <w:tcPr>
            <w:tcW w:w="1383" w:type="dxa"/>
          </w:tcPr>
          <w:p w:rsidR="00956D16" w:rsidRPr="00765081" w:rsidRDefault="00956D16" w:rsidP="00956D16">
            <w:pPr>
              <w:ind w:right="-52"/>
              <w:rPr>
                <w:sz w:val="24"/>
                <w:szCs w:val="24"/>
              </w:rPr>
            </w:pPr>
            <w:r w:rsidRPr="00765081">
              <w:rPr>
                <w:sz w:val="24"/>
                <w:szCs w:val="24"/>
              </w:rPr>
              <w:t>1</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Пропущено более 1 действия</w:t>
            </w:r>
          </w:p>
        </w:tc>
        <w:tc>
          <w:tcPr>
            <w:tcW w:w="1383" w:type="dxa"/>
          </w:tcPr>
          <w:p w:rsidR="00956D16" w:rsidRPr="00765081" w:rsidRDefault="00956D16" w:rsidP="00956D16">
            <w:pPr>
              <w:ind w:right="-52"/>
              <w:rPr>
                <w:sz w:val="24"/>
                <w:szCs w:val="24"/>
              </w:rPr>
            </w:pPr>
            <w:r w:rsidRPr="00765081">
              <w:rPr>
                <w:sz w:val="24"/>
                <w:szCs w:val="24"/>
              </w:rPr>
              <w:t>0</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Максимальный балл</w:t>
            </w:r>
          </w:p>
        </w:tc>
        <w:tc>
          <w:tcPr>
            <w:tcW w:w="1383" w:type="dxa"/>
          </w:tcPr>
          <w:p w:rsidR="00956D16" w:rsidRPr="00765081" w:rsidRDefault="00956D16" w:rsidP="00956D16">
            <w:pPr>
              <w:ind w:right="-52"/>
              <w:rPr>
                <w:sz w:val="24"/>
                <w:szCs w:val="24"/>
              </w:rPr>
            </w:pPr>
            <w:r w:rsidRPr="00765081">
              <w:rPr>
                <w:sz w:val="24"/>
                <w:szCs w:val="24"/>
              </w:rPr>
              <w:t>3</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Задание 12</w:t>
      </w:r>
    </w:p>
    <w:tbl>
      <w:tblPr>
        <w:tblStyle w:val="230"/>
        <w:tblW w:w="0" w:type="auto"/>
        <w:tblLook w:val="04A0"/>
      </w:tblPr>
      <w:tblGrid>
        <w:gridCol w:w="8188"/>
        <w:gridCol w:w="1383"/>
      </w:tblGrid>
      <w:tr w:rsidR="00956D16" w:rsidRPr="00765081" w:rsidTr="00956D16">
        <w:tc>
          <w:tcPr>
            <w:tcW w:w="8188" w:type="dxa"/>
          </w:tcPr>
          <w:p w:rsidR="00956D16" w:rsidRPr="00765081" w:rsidRDefault="00956D16" w:rsidP="00956D16">
            <w:pPr>
              <w:ind w:right="-52"/>
              <w:rPr>
                <w:sz w:val="24"/>
                <w:szCs w:val="24"/>
              </w:rPr>
            </w:pPr>
            <w:r w:rsidRPr="00765081">
              <w:rPr>
                <w:sz w:val="24"/>
                <w:szCs w:val="24"/>
              </w:rPr>
              <w:t>Содержание верного ответа и указания по оцениванию</w:t>
            </w:r>
          </w:p>
        </w:tc>
        <w:tc>
          <w:tcPr>
            <w:tcW w:w="1383" w:type="dxa"/>
          </w:tcPr>
          <w:p w:rsidR="00956D16" w:rsidRPr="00765081" w:rsidRDefault="00956D16" w:rsidP="00956D16">
            <w:pPr>
              <w:ind w:right="-52"/>
              <w:rPr>
                <w:sz w:val="24"/>
                <w:szCs w:val="24"/>
              </w:rPr>
            </w:pPr>
            <w:r w:rsidRPr="00765081">
              <w:rPr>
                <w:sz w:val="24"/>
                <w:szCs w:val="24"/>
              </w:rPr>
              <w:t xml:space="preserve">Баллы </w:t>
            </w:r>
          </w:p>
        </w:tc>
      </w:tr>
      <w:tr w:rsidR="00956D16" w:rsidRPr="00765081" w:rsidTr="00956D16">
        <w:tc>
          <w:tcPr>
            <w:tcW w:w="9571" w:type="dxa"/>
            <w:gridSpan w:val="2"/>
          </w:tcPr>
          <w:p w:rsidR="00956D16" w:rsidRPr="00765081" w:rsidRDefault="00956D16" w:rsidP="00956D16">
            <w:pPr>
              <w:ind w:right="-52"/>
              <w:rPr>
                <w:rFonts w:eastAsia="Calibri"/>
                <w:i/>
                <w:color w:val="000000"/>
                <w:sz w:val="24"/>
                <w:szCs w:val="24"/>
              </w:rPr>
            </w:pPr>
            <w:r w:rsidRPr="00765081">
              <w:rPr>
                <w:rFonts w:eastAsia="Calibri"/>
                <w:i/>
                <w:color w:val="000000"/>
                <w:sz w:val="24"/>
                <w:szCs w:val="24"/>
              </w:rPr>
              <w:t>Рыбы с заткнутыми ноздрями остались там, где их выпустили, остальные нашли дорогу в родной ручей.</w:t>
            </w:r>
            <w:r w:rsidRPr="00765081">
              <w:rPr>
                <w:rFonts w:eastAsia="Calibri"/>
                <w:color w:val="000000"/>
                <w:sz w:val="24"/>
                <w:szCs w:val="24"/>
              </w:rPr>
              <w:t xml:space="preserve"> Может быть дано иное, близкое по смыслу объяснение</w:t>
            </w:r>
          </w:p>
        </w:tc>
      </w:tr>
      <w:tr w:rsidR="00956D16" w:rsidRPr="00765081" w:rsidTr="00956D16">
        <w:tc>
          <w:tcPr>
            <w:tcW w:w="8188" w:type="dxa"/>
          </w:tcPr>
          <w:p w:rsidR="00956D16" w:rsidRPr="00765081" w:rsidRDefault="00956D16" w:rsidP="00956D16">
            <w:pPr>
              <w:ind w:right="-52"/>
              <w:rPr>
                <w:sz w:val="24"/>
                <w:szCs w:val="24"/>
              </w:rPr>
            </w:pPr>
            <w:proofErr w:type="gramStart"/>
            <w:r w:rsidRPr="00765081">
              <w:rPr>
                <w:sz w:val="24"/>
                <w:szCs w:val="24"/>
              </w:rPr>
              <w:t>Верно</w:t>
            </w:r>
            <w:proofErr w:type="gramEnd"/>
            <w:r w:rsidRPr="00765081">
              <w:rPr>
                <w:sz w:val="24"/>
                <w:szCs w:val="24"/>
              </w:rPr>
              <w:t xml:space="preserve"> написан результат действий ученых </w:t>
            </w:r>
          </w:p>
        </w:tc>
        <w:tc>
          <w:tcPr>
            <w:tcW w:w="1383" w:type="dxa"/>
          </w:tcPr>
          <w:p w:rsidR="00956D16" w:rsidRPr="00765081" w:rsidRDefault="00956D16" w:rsidP="00956D16">
            <w:pPr>
              <w:ind w:right="-52"/>
              <w:rPr>
                <w:sz w:val="24"/>
                <w:szCs w:val="24"/>
              </w:rPr>
            </w:pPr>
            <w:r w:rsidRPr="00765081">
              <w:rPr>
                <w:sz w:val="24"/>
                <w:szCs w:val="24"/>
              </w:rPr>
              <w:t>1</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Результат записан неверно </w:t>
            </w:r>
          </w:p>
        </w:tc>
        <w:tc>
          <w:tcPr>
            <w:tcW w:w="1383" w:type="dxa"/>
          </w:tcPr>
          <w:p w:rsidR="00956D16" w:rsidRPr="00765081" w:rsidRDefault="00956D16" w:rsidP="00956D16">
            <w:pPr>
              <w:ind w:right="-52"/>
              <w:rPr>
                <w:sz w:val="24"/>
                <w:szCs w:val="24"/>
              </w:rPr>
            </w:pPr>
            <w:r w:rsidRPr="00765081">
              <w:rPr>
                <w:sz w:val="24"/>
                <w:szCs w:val="24"/>
              </w:rPr>
              <w:t>0</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Максимальный балл</w:t>
            </w:r>
          </w:p>
        </w:tc>
        <w:tc>
          <w:tcPr>
            <w:tcW w:w="1383" w:type="dxa"/>
          </w:tcPr>
          <w:p w:rsidR="00956D16" w:rsidRPr="00765081" w:rsidRDefault="00956D16" w:rsidP="00956D16">
            <w:pPr>
              <w:ind w:right="-52"/>
              <w:rPr>
                <w:sz w:val="24"/>
                <w:szCs w:val="24"/>
              </w:rPr>
            </w:pPr>
            <w:r w:rsidRPr="00765081">
              <w:rPr>
                <w:sz w:val="24"/>
                <w:szCs w:val="24"/>
              </w:rPr>
              <w:t>1</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Задание 13</w:t>
      </w:r>
    </w:p>
    <w:tbl>
      <w:tblPr>
        <w:tblStyle w:val="230"/>
        <w:tblW w:w="0" w:type="auto"/>
        <w:tblLook w:val="04A0"/>
      </w:tblPr>
      <w:tblGrid>
        <w:gridCol w:w="8188"/>
        <w:gridCol w:w="1383"/>
      </w:tblGrid>
      <w:tr w:rsidR="00956D16" w:rsidRPr="00765081" w:rsidTr="00956D16">
        <w:tc>
          <w:tcPr>
            <w:tcW w:w="8188" w:type="dxa"/>
          </w:tcPr>
          <w:p w:rsidR="00956D16" w:rsidRPr="00765081" w:rsidRDefault="00956D16" w:rsidP="00956D16">
            <w:pPr>
              <w:ind w:right="-52"/>
              <w:rPr>
                <w:sz w:val="24"/>
                <w:szCs w:val="24"/>
              </w:rPr>
            </w:pPr>
            <w:r w:rsidRPr="00765081">
              <w:rPr>
                <w:sz w:val="24"/>
                <w:szCs w:val="24"/>
              </w:rPr>
              <w:t>Содержание верного ответа и указания по оцениванию</w:t>
            </w:r>
          </w:p>
        </w:tc>
        <w:tc>
          <w:tcPr>
            <w:tcW w:w="1383" w:type="dxa"/>
          </w:tcPr>
          <w:p w:rsidR="00956D16" w:rsidRPr="00765081" w:rsidRDefault="00956D16" w:rsidP="00956D16">
            <w:pPr>
              <w:ind w:right="-52"/>
              <w:rPr>
                <w:sz w:val="24"/>
                <w:szCs w:val="24"/>
              </w:rPr>
            </w:pPr>
            <w:r w:rsidRPr="00765081">
              <w:rPr>
                <w:sz w:val="24"/>
                <w:szCs w:val="24"/>
              </w:rPr>
              <w:t xml:space="preserve">Баллы </w:t>
            </w:r>
          </w:p>
        </w:tc>
      </w:tr>
      <w:tr w:rsidR="00956D16" w:rsidRPr="00765081" w:rsidTr="00956D16">
        <w:tc>
          <w:tcPr>
            <w:tcW w:w="9571" w:type="dxa"/>
            <w:gridSpan w:val="2"/>
          </w:tcPr>
          <w:p w:rsidR="00956D16" w:rsidRPr="00765081" w:rsidRDefault="00956D16" w:rsidP="00956D16">
            <w:pPr>
              <w:ind w:right="-52"/>
              <w:rPr>
                <w:sz w:val="24"/>
                <w:szCs w:val="24"/>
              </w:rPr>
            </w:pPr>
            <w:r w:rsidRPr="00765081">
              <w:rPr>
                <w:rFonts w:eastAsia="Calibri"/>
                <w:color w:val="000000"/>
                <w:sz w:val="24"/>
                <w:szCs w:val="24"/>
              </w:rPr>
              <w:t> </w:t>
            </w:r>
            <w:r w:rsidRPr="00765081">
              <w:rPr>
                <w:rFonts w:eastAsia="Calibri"/>
                <w:i/>
                <w:color w:val="000000"/>
                <w:sz w:val="24"/>
                <w:szCs w:val="24"/>
              </w:rPr>
              <w:t xml:space="preserve">Сомы по запаху узнают друг друга и </w:t>
            </w:r>
            <w:proofErr w:type="gramStart"/>
            <w:r w:rsidRPr="00765081">
              <w:rPr>
                <w:rFonts w:eastAsia="Calibri"/>
                <w:i/>
                <w:color w:val="000000"/>
                <w:sz w:val="24"/>
                <w:szCs w:val="24"/>
              </w:rPr>
              <w:t>чужих</w:t>
            </w:r>
            <w:proofErr w:type="gramEnd"/>
            <w:r w:rsidRPr="00765081">
              <w:rPr>
                <w:rFonts w:eastAsia="Calibri"/>
                <w:i/>
                <w:color w:val="000000"/>
                <w:sz w:val="24"/>
                <w:szCs w:val="24"/>
              </w:rPr>
              <w:t xml:space="preserve">. </w:t>
            </w:r>
            <w:r w:rsidRPr="00765081">
              <w:rPr>
                <w:rFonts w:eastAsia="Calibri"/>
                <w:color w:val="000000"/>
                <w:sz w:val="24"/>
                <w:szCs w:val="24"/>
              </w:rPr>
              <w:t>Может быть дано иное, близкое по смыслу объяснение</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Дан полный ответ</w:t>
            </w:r>
          </w:p>
        </w:tc>
        <w:tc>
          <w:tcPr>
            <w:tcW w:w="1383" w:type="dxa"/>
          </w:tcPr>
          <w:p w:rsidR="00956D16" w:rsidRPr="00765081" w:rsidRDefault="00956D16" w:rsidP="00956D16">
            <w:pPr>
              <w:ind w:right="-52"/>
              <w:rPr>
                <w:sz w:val="24"/>
                <w:szCs w:val="24"/>
              </w:rPr>
            </w:pPr>
            <w:r w:rsidRPr="00765081">
              <w:rPr>
                <w:sz w:val="24"/>
                <w:szCs w:val="24"/>
              </w:rPr>
              <w:t>2</w:t>
            </w:r>
          </w:p>
        </w:tc>
      </w:tr>
      <w:tr w:rsidR="00956D16" w:rsidRPr="00765081" w:rsidTr="00956D16">
        <w:tc>
          <w:tcPr>
            <w:tcW w:w="8188" w:type="dxa"/>
          </w:tcPr>
          <w:p w:rsidR="00956D16" w:rsidRPr="00765081" w:rsidRDefault="00956D16" w:rsidP="00956D16">
            <w:pPr>
              <w:ind w:right="-52"/>
              <w:rPr>
                <w:sz w:val="24"/>
                <w:szCs w:val="24"/>
              </w:rPr>
            </w:pPr>
            <w:proofErr w:type="gramStart"/>
            <w:r w:rsidRPr="00765081">
              <w:rPr>
                <w:sz w:val="24"/>
                <w:szCs w:val="24"/>
              </w:rPr>
              <w:t>Верно</w:t>
            </w:r>
            <w:proofErr w:type="gramEnd"/>
            <w:r w:rsidRPr="00765081">
              <w:rPr>
                <w:sz w:val="24"/>
                <w:szCs w:val="24"/>
              </w:rPr>
              <w:t xml:space="preserve"> указан только один из двух вариантов</w:t>
            </w:r>
          </w:p>
        </w:tc>
        <w:tc>
          <w:tcPr>
            <w:tcW w:w="1383" w:type="dxa"/>
          </w:tcPr>
          <w:p w:rsidR="00956D16" w:rsidRPr="00765081" w:rsidRDefault="00956D16" w:rsidP="00956D16">
            <w:pPr>
              <w:ind w:right="-52"/>
              <w:rPr>
                <w:sz w:val="24"/>
                <w:szCs w:val="24"/>
              </w:rPr>
            </w:pPr>
            <w:r w:rsidRPr="00765081">
              <w:rPr>
                <w:sz w:val="24"/>
                <w:szCs w:val="24"/>
              </w:rPr>
              <w:t>1</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 xml:space="preserve">Все варианты ответа </w:t>
            </w:r>
            <w:proofErr w:type="gramStart"/>
            <w:r w:rsidRPr="00765081">
              <w:rPr>
                <w:sz w:val="24"/>
                <w:szCs w:val="24"/>
              </w:rPr>
              <w:t>выписаны неправильно/не выписаны</w:t>
            </w:r>
            <w:proofErr w:type="gramEnd"/>
          </w:p>
        </w:tc>
        <w:tc>
          <w:tcPr>
            <w:tcW w:w="1383" w:type="dxa"/>
          </w:tcPr>
          <w:p w:rsidR="00956D16" w:rsidRPr="00765081" w:rsidRDefault="00956D16" w:rsidP="00956D16">
            <w:pPr>
              <w:ind w:right="-52"/>
              <w:rPr>
                <w:sz w:val="24"/>
                <w:szCs w:val="24"/>
              </w:rPr>
            </w:pPr>
            <w:r w:rsidRPr="00765081">
              <w:rPr>
                <w:sz w:val="24"/>
                <w:szCs w:val="24"/>
              </w:rPr>
              <w:t>0</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Максимальный балл</w:t>
            </w:r>
          </w:p>
        </w:tc>
        <w:tc>
          <w:tcPr>
            <w:tcW w:w="1383" w:type="dxa"/>
          </w:tcPr>
          <w:p w:rsidR="00956D16" w:rsidRPr="00765081" w:rsidRDefault="00956D16" w:rsidP="00956D16">
            <w:pPr>
              <w:ind w:right="-52"/>
              <w:rPr>
                <w:sz w:val="24"/>
                <w:szCs w:val="24"/>
              </w:rPr>
            </w:pPr>
            <w:r w:rsidRPr="00765081">
              <w:rPr>
                <w:sz w:val="24"/>
                <w:szCs w:val="24"/>
              </w:rPr>
              <w:t>2</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Задание 14</w:t>
      </w:r>
    </w:p>
    <w:tbl>
      <w:tblPr>
        <w:tblStyle w:val="230"/>
        <w:tblW w:w="0" w:type="auto"/>
        <w:tblLook w:val="04A0"/>
      </w:tblPr>
      <w:tblGrid>
        <w:gridCol w:w="8188"/>
        <w:gridCol w:w="1383"/>
      </w:tblGrid>
      <w:tr w:rsidR="00956D16" w:rsidRPr="00765081" w:rsidTr="00956D16">
        <w:tc>
          <w:tcPr>
            <w:tcW w:w="8188" w:type="dxa"/>
          </w:tcPr>
          <w:p w:rsidR="00956D16" w:rsidRPr="00765081" w:rsidRDefault="00956D16" w:rsidP="00956D16">
            <w:pPr>
              <w:ind w:right="-52"/>
              <w:rPr>
                <w:sz w:val="24"/>
                <w:szCs w:val="24"/>
              </w:rPr>
            </w:pPr>
            <w:r w:rsidRPr="00765081">
              <w:rPr>
                <w:sz w:val="24"/>
                <w:szCs w:val="24"/>
              </w:rPr>
              <w:t>Содержание верного ответа и указания по оцениванию</w:t>
            </w:r>
          </w:p>
        </w:tc>
        <w:tc>
          <w:tcPr>
            <w:tcW w:w="1383" w:type="dxa"/>
          </w:tcPr>
          <w:p w:rsidR="00956D16" w:rsidRPr="00765081" w:rsidRDefault="00956D16" w:rsidP="00956D16">
            <w:pPr>
              <w:ind w:right="-52"/>
              <w:rPr>
                <w:sz w:val="24"/>
                <w:szCs w:val="24"/>
              </w:rPr>
            </w:pPr>
            <w:r w:rsidRPr="00765081">
              <w:rPr>
                <w:sz w:val="24"/>
                <w:szCs w:val="24"/>
              </w:rPr>
              <w:t xml:space="preserve">Баллы </w:t>
            </w:r>
          </w:p>
        </w:tc>
      </w:tr>
      <w:tr w:rsidR="00956D16" w:rsidRPr="00765081" w:rsidTr="00956D16">
        <w:tc>
          <w:tcPr>
            <w:tcW w:w="9571" w:type="dxa"/>
            <w:gridSpan w:val="2"/>
          </w:tcPr>
          <w:p w:rsidR="00956D16" w:rsidRPr="00765081" w:rsidRDefault="00956D16" w:rsidP="00956D16">
            <w:pPr>
              <w:ind w:right="-52"/>
              <w:rPr>
                <w:sz w:val="24"/>
                <w:szCs w:val="24"/>
              </w:rPr>
            </w:pPr>
            <w:r w:rsidRPr="00765081">
              <w:rPr>
                <w:rFonts w:eastAsia="Calibri"/>
                <w:i/>
                <w:color w:val="000000"/>
                <w:sz w:val="24"/>
                <w:szCs w:val="24"/>
              </w:rPr>
              <w:t xml:space="preserve"> Рыбы по запаху, как следопыты по признакам, могут находить нужное место. </w:t>
            </w:r>
            <w:r w:rsidRPr="00765081">
              <w:rPr>
                <w:rFonts w:eastAsia="Calibri"/>
                <w:color w:val="000000"/>
                <w:sz w:val="24"/>
                <w:szCs w:val="24"/>
              </w:rPr>
              <w:t>Может быть дано иное, близкое по смыслу объяснение</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Дан верный ответ</w:t>
            </w:r>
          </w:p>
        </w:tc>
        <w:tc>
          <w:tcPr>
            <w:tcW w:w="1383" w:type="dxa"/>
          </w:tcPr>
          <w:p w:rsidR="00956D16" w:rsidRPr="00765081" w:rsidRDefault="00956D16" w:rsidP="00956D16">
            <w:pPr>
              <w:ind w:right="-52"/>
              <w:rPr>
                <w:sz w:val="24"/>
                <w:szCs w:val="24"/>
              </w:rPr>
            </w:pPr>
            <w:r w:rsidRPr="00765081">
              <w:rPr>
                <w:sz w:val="24"/>
                <w:szCs w:val="24"/>
              </w:rPr>
              <w:t>2</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Ответ дан не полный содержит 1 недочет</w:t>
            </w:r>
          </w:p>
        </w:tc>
        <w:tc>
          <w:tcPr>
            <w:tcW w:w="1383" w:type="dxa"/>
          </w:tcPr>
          <w:p w:rsidR="00956D16" w:rsidRPr="00765081" w:rsidRDefault="00956D16" w:rsidP="00956D16">
            <w:pPr>
              <w:ind w:right="-52"/>
              <w:rPr>
                <w:sz w:val="24"/>
                <w:szCs w:val="24"/>
              </w:rPr>
            </w:pPr>
            <w:r w:rsidRPr="00765081">
              <w:rPr>
                <w:sz w:val="24"/>
                <w:szCs w:val="24"/>
              </w:rPr>
              <w:t>1</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Ответ дан неверный</w:t>
            </w:r>
          </w:p>
        </w:tc>
        <w:tc>
          <w:tcPr>
            <w:tcW w:w="1383" w:type="dxa"/>
          </w:tcPr>
          <w:p w:rsidR="00956D16" w:rsidRPr="00765081" w:rsidRDefault="00956D16" w:rsidP="00956D16">
            <w:pPr>
              <w:ind w:right="-52"/>
              <w:rPr>
                <w:sz w:val="24"/>
                <w:szCs w:val="24"/>
              </w:rPr>
            </w:pPr>
            <w:r w:rsidRPr="00765081">
              <w:rPr>
                <w:sz w:val="24"/>
                <w:szCs w:val="24"/>
              </w:rPr>
              <w:t>0</w:t>
            </w:r>
          </w:p>
        </w:tc>
      </w:tr>
      <w:tr w:rsidR="00956D16" w:rsidRPr="00765081" w:rsidTr="00956D16">
        <w:tc>
          <w:tcPr>
            <w:tcW w:w="8188" w:type="dxa"/>
          </w:tcPr>
          <w:p w:rsidR="00956D16" w:rsidRPr="00765081" w:rsidRDefault="00956D16" w:rsidP="00956D16">
            <w:pPr>
              <w:ind w:right="-52"/>
              <w:rPr>
                <w:sz w:val="24"/>
                <w:szCs w:val="24"/>
              </w:rPr>
            </w:pPr>
            <w:r w:rsidRPr="00765081">
              <w:rPr>
                <w:sz w:val="24"/>
                <w:szCs w:val="24"/>
              </w:rPr>
              <w:t>Максимальный балл</w:t>
            </w:r>
          </w:p>
        </w:tc>
        <w:tc>
          <w:tcPr>
            <w:tcW w:w="1383" w:type="dxa"/>
          </w:tcPr>
          <w:p w:rsidR="00956D16" w:rsidRPr="00765081" w:rsidRDefault="00956D16" w:rsidP="00956D16">
            <w:pPr>
              <w:ind w:right="-52"/>
              <w:rPr>
                <w:sz w:val="24"/>
                <w:szCs w:val="24"/>
              </w:rPr>
            </w:pPr>
            <w:r w:rsidRPr="00765081">
              <w:rPr>
                <w:sz w:val="24"/>
                <w:szCs w:val="24"/>
              </w:rPr>
              <w:t>2</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p>
    <w:p w:rsidR="00956D16" w:rsidRPr="00765081" w:rsidRDefault="00956D16" w:rsidP="00956D16">
      <w:pPr>
        <w:spacing w:after="0" w:line="240" w:lineRule="auto"/>
        <w:ind w:right="-52"/>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Критерии оценивания.</w:t>
      </w:r>
    </w:p>
    <w:p w:rsidR="00956D16" w:rsidRPr="00765081" w:rsidRDefault="00956D16" w:rsidP="00956D16">
      <w:pPr>
        <w:spacing w:after="0" w:line="240" w:lineRule="auto"/>
        <w:ind w:right="-52"/>
        <w:rPr>
          <w:rFonts w:ascii="Times New Roman" w:eastAsia="Times New Roman" w:hAnsi="Times New Roman" w:cs="Times New Roman"/>
          <w:b/>
          <w:sz w:val="24"/>
          <w:szCs w:val="24"/>
        </w:rPr>
      </w:pPr>
    </w:p>
    <w:tbl>
      <w:tblPr>
        <w:tblStyle w:val="230"/>
        <w:tblW w:w="0" w:type="auto"/>
        <w:tblLook w:val="04A0"/>
      </w:tblPr>
      <w:tblGrid>
        <w:gridCol w:w="1851"/>
        <w:gridCol w:w="1930"/>
        <w:gridCol w:w="1930"/>
        <w:gridCol w:w="1930"/>
        <w:gridCol w:w="1930"/>
      </w:tblGrid>
      <w:tr w:rsidR="00956D16" w:rsidRPr="00765081" w:rsidTr="00956D16">
        <w:trPr>
          <w:trHeight w:val="373"/>
        </w:trPr>
        <w:tc>
          <w:tcPr>
            <w:tcW w:w="1851" w:type="dxa"/>
          </w:tcPr>
          <w:p w:rsidR="00956D16" w:rsidRPr="00765081" w:rsidRDefault="00956D16" w:rsidP="00956D16">
            <w:pPr>
              <w:ind w:right="-52"/>
              <w:rPr>
                <w:sz w:val="24"/>
                <w:szCs w:val="24"/>
              </w:rPr>
            </w:pPr>
            <w:r w:rsidRPr="00765081">
              <w:rPr>
                <w:sz w:val="24"/>
                <w:szCs w:val="24"/>
              </w:rPr>
              <w:t>Оценка</w:t>
            </w:r>
          </w:p>
        </w:tc>
        <w:tc>
          <w:tcPr>
            <w:tcW w:w="1930" w:type="dxa"/>
          </w:tcPr>
          <w:p w:rsidR="00956D16" w:rsidRPr="00765081" w:rsidRDefault="00956D16" w:rsidP="00956D16">
            <w:pPr>
              <w:ind w:right="-52"/>
              <w:rPr>
                <w:sz w:val="24"/>
                <w:szCs w:val="24"/>
              </w:rPr>
            </w:pPr>
            <w:r w:rsidRPr="00765081">
              <w:rPr>
                <w:sz w:val="24"/>
                <w:szCs w:val="24"/>
              </w:rPr>
              <w:t>«2»</w:t>
            </w:r>
          </w:p>
        </w:tc>
        <w:tc>
          <w:tcPr>
            <w:tcW w:w="1930" w:type="dxa"/>
          </w:tcPr>
          <w:p w:rsidR="00956D16" w:rsidRPr="00765081" w:rsidRDefault="00956D16" w:rsidP="00956D16">
            <w:pPr>
              <w:ind w:right="-52"/>
              <w:rPr>
                <w:sz w:val="24"/>
                <w:szCs w:val="24"/>
              </w:rPr>
            </w:pPr>
            <w:r w:rsidRPr="00765081">
              <w:rPr>
                <w:sz w:val="24"/>
                <w:szCs w:val="24"/>
              </w:rPr>
              <w:t>«3»</w:t>
            </w:r>
          </w:p>
        </w:tc>
        <w:tc>
          <w:tcPr>
            <w:tcW w:w="1930" w:type="dxa"/>
          </w:tcPr>
          <w:p w:rsidR="00956D16" w:rsidRPr="00765081" w:rsidRDefault="00956D16" w:rsidP="00956D16">
            <w:pPr>
              <w:ind w:right="-52"/>
              <w:rPr>
                <w:sz w:val="24"/>
                <w:szCs w:val="24"/>
              </w:rPr>
            </w:pPr>
            <w:r w:rsidRPr="00765081">
              <w:rPr>
                <w:sz w:val="24"/>
                <w:szCs w:val="24"/>
              </w:rPr>
              <w:t>«4»</w:t>
            </w:r>
          </w:p>
        </w:tc>
        <w:tc>
          <w:tcPr>
            <w:tcW w:w="1930" w:type="dxa"/>
          </w:tcPr>
          <w:p w:rsidR="00956D16" w:rsidRPr="00765081" w:rsidRDefault="00956D16" w:rsidP="00956D16">
            <w:pPr>
              <w:ind w:right="-52"/>
              <w:rPr>
                <w:sz w:val="24"/>
                <w:szCs w:val="24"/>
              </w:rPr>
            </w:pPr>
            <w:r w:rsidRPr="00765081">
              <w:rPr>
                <w:sz w:val="24"/>
                <w:szCs w:val="24"/>
              </w:rPr>
              <w:t>«5»</w:t>
            </w:r>
          </w:p>
        </w:tc>
      </w:tr>
      <w:tr w:rsidR="00956D16" w:rsidRPr="00765081" w:rsidTr="00956D16">
        <w:trPr>
          <w:trHeight w:val="294"/>
        </w:trPr>
        <w:tc>
          <w:tcPr>
            <w:tcW w:w="1851" w:type="dxa"/>
          </w:tcPr>
          <w:p w:rsidR="00956D16" w:rsidRPr="00765081" w:rsidRDefault="00956D16" w:rsidP="00956D16">
            <w:pPr>
              <w:ind w:right="-52"/>
              <w:rPr>
                <w:sz w:val="24"/>
                <w:szCs w:val="24"/>
              </w:rPr>
            </w:pPr>
            <w:r w:rsidRPr="00765081">
              <w:rPr>
                <w:sz w:val="24"/>
                <w:szCs w:val="24"/>
              </w:rPr>
              <w:t>Баллы</w:t>
            </w:r>
          </w:p>
        </w:tc>
        <w:tc>
          <w:tcPr>
            <w:tcW w:w="1930" w:type="dxa"/>
          </w:tcPr>
          <w:p w:rsidR="00956D16" w:rsidRPr="00765081" w:rsidRDefault="00956D16" w:rsidP="00956D16">
            <w:pPr>
              <w:ind w:right="-52"/>
              <w:rPr>
                <w:sz w:val="24"/>
                <w:szCs w:val="24"/>
              </w:rPr>
            </w:pPr>
            <w:r w:rsidRPr="00765081">
              <w:rPr>
                <w:sz w:val="24"/>
                <w:szCs w:val="24"/>
              </w:rPr>
              <w:t>0 - 7</w:t>
            </w:r>
          </w:p>
        </w:tc>
        <w:tc>
          <w:tcPr>
            <w:tcW w:w="1930" w:type="dxa"/>
          </w:tcPr>
          <w:p w:rsidR="00956D16" w:rsidRPr="00765081" w:rsidRDefault="00956D16" w:rsidP="00956D16">
            <w:pPr>
              <w:ind w:right="-52"/>
              <w:rPr>
                <w:sz w:val="24"/>
                <w:szCs w:val="24"/>
              </w:rPr>
            </w:pPr>
            <w:r w:rsidRPr="00765081">
              <w:rPr>
                <w:sz w:val="24"/>
                <w:szCs w:val="24"/>
              </w:rPr>
              <w:t>8 - 13</w:t>
            </w:r>
          </w:p>
        </w:tc>
        <w:tc>
          <w:tcPr>
            <w:tcW w:w="1930" w:type="dxa"/>
          </w:tcPr>
          <w:p w:rsidR="00956D16" w:rsidRPr="00765081" w:rsidRDefault="00956D16" w:rsidP="00956D16">
            <w:pPr>
              <w:ind w:right="-52"/>
              <w:rPr>
                <w:sz w:val="24"/>
                <w:szCs w:val="24"/>
              </w:rPr>
            </w:pPr>
            <w:r w:rsidRPr="00765081">
              <w:rPr>
                <w:sz w:val="24"/>
                <w:szCs w:val="24"/>
              </w:rPr>
              <w:t>14 - 19</w:t>
            </w:r>
          </w:p>
        </w:tc>
        <w:tc>
          <w:tcPr>
            <w:tcW w:w="1930" w:type="dxa"/>
          </w:tcPr>
          <w:p w:rsidR="00956D16" w:rsidRPr="00765081" w:rsidRDefault="00956D16" w:rsidP="00956D16">
            <w:pPr>
              <w:ind w:right="-52"/>
              <w:rPr>
                <w:sz w:val="24"/>
                <w:szCs w:val="24"/>
              </w:rPr>
            </w:pPr>
            <w:r w:rsidRPr="00765081">
              <w:rPr>
                <w:sz w:val="24"/>
                <w:szCs w:val="24"/>
              </w:rPr>
              <w:t>20 - 21</w:t>
            </w:r>
          </w:p>
        </w:tc>
      </w:tr>
    </w:tbl>
    <w:p w:rsidR="00956D16" w:rsidRPr="00765081" w:rsidRDefault="00956D16" w:rsidP="00956D16">
      <w:pPr>
        <w:spacing w:after="0" w:line="240" w:lineRule="auto"/>
        <w:ind w:right="-52"/>
        <w:rPr>
          <w:rFonts w:ascii="Times New Roman" w:eastAsia="Times New Roman" w:hAnsi="Times New Roman" w:cs="Times New Roman"/>
          <w:sz w:val="24"/>
          <w:szCs w:val="24"/>
        </w:rPr>
      </w:pPr>
    </w:p>
    <w:p w:rsidR="00956D16" w:rsidRPr="00765081" w:rsidRDefault="00956D16" w:rsidP="00956D16">
      <w:pPr>
        <w:spacing w:after="0" w:line="240" w:lineRule="auto"/>
        <w:ind w:right="-52"/>
        <w:rPr>
          <w:rFonts w:ascii="Times New Roman" w:eastAsia="Times New Roman" w:hAnsi="Times New Roman" w:cs="Times New Roman"/>
          <w:sz w:val="24"/>
          <w:szCs w:val="24"/>
        </w:rPr>
      </w:pP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Промежуточная аттестация. Контрольная работа.</w:t>
      </w:r>
    </w:p>
    <w:p w:rsidR="00956D16" w:rsidRPr="00765081" w:rsidRDefault="00956D16" w:rsidP="00956D16">
      <w:pPr>
        <w:shd w:val="clear" w:color="auto" w:fill="FFFFFF"/>
        <w:spacing w:after="0" w:line="240" w:lineRule="auto"/>
        <w:ind w:right="-52"/>
        <w:rPr>
          <w:rFonts w:ascii="Times New Roman" w:eastAsia="Calibri" w:hAnsi="Times New Roman" w:cs="Times New Roman"/>
          <w:b/>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b/>
          <w:color w:val="000000"/>
          <w:sz w:val="24"/>
          <w:szCs w:val="24"/>
        </w:rPr>
        <w:t>Цель:</w:t>
      </w:r>
      <w:r w:rsidRPr="00765081">
        <w:rPr>
          <w:rFonts w:ascii="Times New Roman" w:eastAsia="Calibri" w:hAnsi="Times New Roman" w:cs="Times New Roman"/>
          <w:sz w:val="24"/>
          <w:szCs w:val="24"/>
        </w:rPr>
        <w:t xml:space="preserve">определение уровня осознанности чтения у учащихся 4-х классов в процессе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самостоятельного чтения текста и ответов на вопросы по содержанию текста, а также сформированности некоторых учебных действий – правильного восприятия учебной задачи,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умения работать самостоятельно, контроля собственных действий в процессе выполнения заданий. </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Вариант 1.</w:t>
      </w:r>
    </w:p>
    <w:tbl>
      <w:tblPr>
        <w:tblW w:w="9705" w:type="dxa"/>
        <w:tblLook w:val="00A0"/>
      </w:tblPr>
      <w:tblGrid>
        <w:gridCol w:w="9705"/>
      </w:tblGrid>
      <w:tr w:rsidR="00956D16" w:rsidRPr="00765081" w:rsidTr="00956D16">
        <w:trPr>
          <w:trHeight w:val="705"/>
        </w:trPr>
        <w:tc>
          <w:tcPr>
            <w:tcW w:w="9705" w:type="dxa"/>
          </w:tcPr>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Прочитай текст и выполни задания </w:t>
            </w:r>
          </w:p>
          <w:p w:rsidR="00956D16" w:rsidRPr="00765081" w:rsidRDefault="00956D16" w:rsidP="00956D16">
            <w:pPr>
              <w:spacing w:after="0" w:line="240" w:lineRule="auto"/>
              <w:ind w:right="-52"/>
              <w:rPr>
                <w:rFonts w:ascii="Times New Roman" w:eastAsia="Calibri" w:hAnsi="Times New Roman" w:cs="Times New Roman"/>
                <w:sz w:val="24"/>
                <w:szCs w:val="24"/>
              </w:rPr>
            </w:pPr>
          </w:p>
        </w:tc>
      </w:tr>
    </w:tbl>
    <w:p w:rsidR="00956D16" w:rsidRPr="00765081" w:rsidRDefault="00956D16" w:rsidP="00956D16">
      <w:pPr>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Часть 1.</w:t>
      </w:r>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ab/>
        <w:t xml:space="preserve">В зелёном русском лесу вряд ли есть дерево, живописнее клёна. Красивы широкие </w:t>
      </w:r>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лапчатые и узорчатые листья клёна, гладкий и чистый его ствол. Крепка и прочна его древесина.  Обычно растёт клён рядом с другими деревьями  берёзой, осиной, дубом, ольхой.  Крепки и туги кленовые ветки. Точно пружины, гнутся они под рукою.</w:t>
      </w:r>
      <w:r w:rsidRPr="00765081">
        <w:rPr>
          <w:rFonts w:ascii="Times New Roman" w:eastAsia="Calibri" w:hAnsi="Times New Roman" w:cs="Times New Roman"/>
          <w:sz w:val="24"/>
          <w:szCs w:val="24"/>
        </w:rPr>
        <w:tab/>
        <w:t xml:space="preserve">       Весёлый зелёный клён любит солнечный </w:t>
      </w:r>
      <w:proofErr w:type="gramStart"/>
      <w:r w:rsidRPr="00765081">
        <w:rPr>
          <w:rFonts w:ascii="Times New Roman" w:eastAsia="Calibri" w:hAnsi="Times New Roman" w:cs="Times New Roman"/>
          <w:sz w:val="24"/>
          <w:szCs w:val="24"/>
        </w:rPr>
        <w:t>ярки</w:t>
      </w:r>
      <w:r w:rsidRPr="00765081">
        <w:rPr>
          <w:rFonts w:ascii="Times New Roman" w:eastAsia="Calibri" w:hAnsi="Times New Roman" w:cs="Times New Roman"/>
          <w:sz w:val="24"/>
          <w:szCs w:val="24"/>
        </w:rPr>
        <w:tab/>
        <w:t>й</w:t>
      </w:r>
      <w:proofErr w:type="gramEnd"/>
      <w:r w:rsidRPr="00765081">
        <w:rPr>
          <w:rFonts w:ascii="Times New Roman" w:eastAsia="Calibri" w:hAnsi="Times New Roman" w:cs="Times New Roman"/>
          <w:sz w:val="24"/>
          <w:szCs w:val="24"/>
        </w:rPr>
        <w:t xml:space="preserve"> свет. Лучами солнца освещена его вершина. Клёны сажают в </w:t>
      </w:r>
      <w:proofErr w:type="gramStart"/>
      <w:r w:rsidRPr="00765081">
        <w:rPr>
          <w:rFonts w:ascii="Times New Roman" w:eastAsia="Calibri" w:hAnsi="Times New Roman" w:cs="Times New Roman"/>
          <w:sz w:val="24"/>
          <w:szCs w:val="24"/>
        </w:rPr>
        <w:t>городских</w:t>
      </w:r>
      <w:proofErr w:type="gramEnd"/>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proofErr w:type="gramStart"/>
      <w:r w:rsidRPr="00765081">
        <w:rPr>
          <w:rFonts w:ascii="Times New Roman" w:eastAsia="Calibri" w:hAnsi="Times New Roman" w:cs="Times New Roman"/>
          <w:sz w:val="24"/>
          <w:szCs w:val="24"/>
        </w:rPr>
        <w:t>парках</w:t>
      </w:r>
      <w:proofErr w:type="gramEnd"/>
      <w:r w:rsidRPr="00765081">
        <w:rPr>
          <w:rFonts w:ascii="Times New Roman" w:eastAsia="Calibri" w:hAnsi="Times New Roman" w:cs="Times New Roman"/>
          <w:sz w:val="24"/>
          <w:szCs w:val="24"/>
        </w:rPr>
        <w:t>, украшают ими парковые дорожки, берега прудов.</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ab/>
        <w:t xml:space="preserve">Особенно красивы клёны ранней осенью. В лучах солнца блистают пурпурные и золотистые кленовые листочки. Что-то праздничное, весёлое есть в этом дереве, украшающем наши леса.  </w:t>
      </w:r>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Далеко разлетаются крылатые семена клёна. Семена эти разносит ветер, гуляя  по полям и лугам. </w:t>
      </w:r>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Там, где упадёт на удобное место крылатое семечко, вырастет на другой год молодой </w:t>
      </w:r>
    </w:p>
    <w:p w:rsidR="00956D16" w:rsidRPr="00765081" w:rsidRDefault="00956D16" w:rsidP="00956D16">
      <w:pPr>
        <w:tabs>
          <w:tab w:val="left" w:pos="142"/>
        </w:tabs>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тоненький кленок.</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tabs>
          <w:tab w:val="left" w:pos="142"/>
        </w:tabs>
        <w:spacing w:after="0" w:line="240" w:lineRule="auto"/>
        <w:ind w:right="-52"/>
        <w:jc w:val="right"/>
        <w:rPr>
          <w:rFonts w:ascii="Times New Roman" w:eastAsia="Calibri" w:hAnsi="Times New Roman" w:cs="Times New Roman"/>
          <w:sz w:val="24"/>
          <w:szCs w:val="24"/>
        </w:rPr>
      </w:pPr>
    </w:p>
    <w:p w:rsidR="00956D16" w:rsidRPr="00765081" w:rsidRDefault="00956D16" w:rsidP="00956D16">
      <w:pPr>
        <w:tabs>
          <w:tab w:val="left" w:pos="142"/>
        </w:tabs>
        <w:spacing w:after="0" w:line="240" w:lineRule="auto"/>
        <w:ind w:right="-52"/>
        <w:jc w:val="center"/>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(По И. Соколову-Микитову).</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89011F">
      <w:pPr>
        <w:numPr>
          <w:ilvl w:val="0"/>
          <w:numId w:val="75"/>
        </w:numPr>
        <w:spacing w:after="0" w:line="240" w:lineRule="auto"/>
        <w:ind w:left="0" w:right="-52" w:firstLine="0"/>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О чём этот текст? Напиши.</w:t>
      </w:r>
      <w:r w:rsidRPr="00765081">
        <w:rPr>
          <w:rFonts w:ascii="Times New Roman" w:eastAsia="Times New Roman" w:hAnsi="Times New Roman" w:cs="Times New Roman"/>
          <w:sz w:val="24"/>
          <w:szCs w:val="24"/>
        </w:rPr>
        <w:tab/>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2.  Озаглавь текст. Впиши своё название на пустой строчке перед текстом.</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3.  Вставь слова в предложения, используя текст.</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Клён любит ________________________________________________________ свет.</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В лучах солнца ___________________________________________________________</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____________________________________________  кленовые листочки.</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4. Какие семена у клёна? Выпиши слово из текста. </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5.  Какие листья у клёна? Выпиши из текста три слова.</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6.  Впиши недостающие заголовки в план текста.</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1) Клён в русском лесу.</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2) ___________________________________________________________</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3)Клёны сажают в парках.</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4) ___________________________________________________________</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5) ___________________________________________________________</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pBdr>
          <w:bottom w:val="single" w:sz="12" w:space="1" w:color="auto"/>
        </w:pBd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7.  Сделай подписи рядом с  рисунком, используя текст.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noProof/>
          <w:sz w:val="24"/>
          <w:szCs w:val="24"/>
          <w:lang w:eastAsia="ru-RU"/>
        </w:rPr>
        <w:drawing>
          <wp:anchor distT="0" distB="0" distL="114300" distR="114300" simplePos="0" relativeHeight="251789312" behindDoc="0" locked="0" layoutInCell="1" allowOverlap="1">
            <wp:simplePos x="0" y="0"/>
            <wp:positionH relativeFrom="column">
              <wp:posOffset>152400</wp:posOffset>
            </wp:positionH>
            <wp:positionV relativeFrom="paragraph">
              <wp:posOffset>69215</wp:posOffset>
            </wp:positionV>
            <wp:extent cx="1771650" cy="1352550"/>
            <wp:effectExtent l="0" t="0" r="0" b="0"/>
            <wp:wrapSquare wrapText="bothSides"/>
            <wp:docPr id="395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352550"/>
                    </a:xfrm>
                    <a:prstGeom prst="rect">
                      <a:avLst/>
                    </a:prstGeom>
                    <a:noFill/>
                  </pic:spPr>
                </pic:pic>
              </a:graphicData>
            </a:graphic>
          </wp:anchor>
        </w:drawing>
      </w:r>
      <w:r w:rsidRPr="00765081">
        <w:rPr>
          <w:rFonts w:ascii="Times New Roman" w:eastAsia="Calibri" w:hAnsi="Times New Roman" w:cs="Times New Roman"/>
          <w:sz w:val="24"/>
          <w:szCs w:val="24"/>
        </w:rPr>
        <w:t>______________________________________________________________________</w:t>
      </w:r>
    </w:p>
    <w:p w:rsidR="00956D16" w:rsidRPr="00765081" w:rsidRDefault="00956D16" w:rsidP="00956D16">
      <w:pPr>
        <w:spacing w:after="0" w:line="240" w:lineRule="auto"/>
        <w:ind w:right="-52"/>
        <w:rPr>
          <w:rFonts w:ascii="Times New Roman" w:eastAsia="Calibri" w:hAnsi="Times New Roman" w:cs="Times New Roman"/>
          <w:sz w:val="24"/>
          <w:szCs w:val="24"/>
          <w:u w:val="single"/>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8.  Выпиши из текста сравнение.</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9.  Выпиши из текста олицетворение  </w:t>
      </w:r>
    </w:p>
    <w:p w:rsidR="00956D16" w:rsidRPr="00765081" w:rsidRDefault="00956D16" w:rsidP="00956D16">
      <w:pPr>
        <w:spacing w:after="0" w:line="240" w:lineRule="auto"/>
        <w:ind w:right="-52"/>
        <w:rPr>
          <w:rFonts w:ascii="Times New Roman" w:eastAsia="Calibri" w:hAnsi="Times New Roman" w:cs="Times New Roman"/>
          <w:sz w:val="24"/>
          <w:szCs w:val="24"/>
          <w:u w:val="single"/>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10. Определи жанр прочитанного текста</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Часть 2.</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1. Как ты считаешь, о чём этот текст? В чем его основная мысль? Напиши об этом. В твоей записи должно быть 2-3 предложения, и это обязательно должен быть связный текст.</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 Прочитай текст и заполни таблицу.</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Клен получил своё название из латинского языка и обозначает “острый”, так как его листья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имеют острые лопасти от 3 до 5. Растёт клён в основном в умеренном поясе обоих полушарий,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а также в Средиземноморье и в Средней Азии. </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Клён - это дерево или кустарник с опадающими, простыми, лопастными, довольно крупными черешковыми листьями. Плоды клёна имеют лёгкие своеобразные крылья, с помощью которых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семена разносятся ветром по округе. </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Осенью эти растения окрашиваются в яркие цвета: лимонные, жёлтые, красные, оранжевые</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или бордовые. Окраска их зависит от вида клёнов. </w:t>
      </w:r>
    </w:p>
    <w:p w:rsidR="00956D16" w:rsidRPr="00765081" w:rsidRDefault="00956D16" w:rsidP="00956D16">
      <w:pPr>
        <w:spacing w:after="0" w:line="240" w:lineRule="auto"/>
        <w:ind w:right="-52"/>
        <w:rPr>
          <w:rFonts w:ascii="Times New Roman" w:eastAsia="Calibri"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6"/>
        <w:gridCol w:w="4880"/>
      </w:tblGrid>
      <w:tr w:rsidR="00956D16" w:rsidRPr="00765081" w:rsidTr="00956D16">
        <w:tc>
          <w:tcPr>
            <w:tcW w:w="4046"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Где произрастает клён?</w:t>
            </w:r>
          </w:p>
        </w:tc>
        <w:tc>
          <w:tcPr>
            <w:tcW w:w="4880"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tc>
      </w:tr>
      <w:tr w:rsidR="00956D16" w:rsidRPr="00765081" w:rsidTr="00956D16">
        <w:tc>
          <w:tcPr>
            <w:tcW w:w="4046"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lastRenderedPageBreak/>
              <w:t>Почему плоды клёна могут разноситься ветром?</w:t>
            </w:r>
          </w:p>
        </w:tc>
        <w:tc>
          <w:tcPr>
            <w:tcW w:w="4880"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tc>
      </w:tr>
      <w:tr w:rsidR="00956D16" w:rsidRPr="00765081" w:rsidTr="00956D16">
        <w:tc>
          <w:tcPr>
            <w:tcW w:w="4046"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От чего зависит окраска листьев клёна осенью?</w:t>
            </w:r>
          </w:p>
          <w:p w:rsidR="00956D16" w:rsidRPr="00765081" w:rsidRDefault="00956D16" w:rsidP="00956D16">
            <w:pPr>
              <w:spacing w:after="0" w:line="240" w:lineRule="auto"/>
              <w:ind w:right="-52"/>
              <w:rPr>
                <w:rFonts w:ascii="Times New Roman" w:eastAsia="Calibri" w:hAnsi="Times New Roman" w:cs="Times New Roman"/>
                <w:sz w:val="24"/>
                <w:szCs w:val="24"/>
              </w:rPr>
            </w:pPr>
          </w:p>
        </w:tc>
        <w:tc>
          <w:tcPr>
            <w:tcW w:w="4880"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p>
        </w:tc>
      </w:tr>
    </w:tbl>
    <w:p w:rsidR="00956D16" w:rsidRPr="00765081" w:rsidRDefault="00956D16" w:rsidP="00956D16">
      <w:pPr>
        <w:spacing w:after="0" w:line="240" w:lineRule="auto"/>
        <w:ind w:right="-52"/>
        <w:rPr>
          <w:rFonts w:ascii="Times New Roman" w:eastAsia="Calibri" w:hAnsi="Times New Roman" w:cs="Times New Roman"/>
          <w:sz w:val="24"/>
          <w:szCs w:val="24"/>
          <w:u w:val="single"/>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3. Сможет ли расти клён в тенистом и безветренном месте? Докажи свой ответ, представив </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несколько доказательств.</w:t>
      </w:r>
    </w:p>
    <w:p w:rsidR="00956D16" w:rsidRPr="00765081" w:rsidRDefault="00956D16" w:rsidP="00956D16">
      <w:pPr>
        <w:autoSpaceDE w:val="0"/>
        <w:autoSpaceDN w:val="0"/>
        <w:adjustRightInd w:val="0"/>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br/>
      </w:r>
    </w:p>
    <w:p w:rsidR="00956D16" w:rsidRPr="00765081" w:rsidRDefault="00956D16" w:rsidP="00956D16">
      <w:pPr>
        <w:autoSpaceDE w:val="0"/>
        <w:autoSpaceDN w:val="0"/>
        <w:adjustRightInd w:val="0"/>
        <w:spacing w:after="0" w:line="240" w:lineRule="auto"/>
        <w:ind w:right="-52"/>
        <w:rPr>
          <w:rFonts w:ascii="Times New Roman" w:eastAsia="Calibri" w:hAnsi="Times New Roman" w:cs="Times New Roman"/>
          <w:sz w:val="24"/>
          <w:szCs w:val="24"/>
        </w:rPr>
      </w:pPr>
    </w:p>
    <w:p w:rsidR="00956D16" w:rsidRPr="00765081" w:rsidRDefault="00956D16" w:rsidP="00956D16">
      <w:pPr>
        <w:autoSpaceDE w:val="0"/>
        <w:autoSpaceDN w:val="0"/>
        <w:adjustRightInd w:val="0"/>
        <w:spacing w:after="0" w:line="240" w:lineRule="auto"/>
        <w:ind w:right="-52"/>
        <w:rPr>
          <w:rFonts w:ascii="Times New Roman" w:eastAsia="Calibri" w:hAnsi="Times New Roman" w:cs="Times New Roman"/>
          <w:sz w:val="24"/>
          <w:szCs w:val="24"/>
        </w:rPr>
      </w:pPr>
    </w:p>
    <w:p w:rsidR="00956D16" w:rsidRPr="00765081" w:rsidRDefault="00956D16" w:rsidP="00956D16">
      <w:pPr>
        <w:autoSpaceDE w:val="0"/>
        <w:autoSpaceDN w:val="0"/>
        <w:adjustRightInd w:val="0"/>
        <w:spacing w:after="0" w:line="240" w:lineRule="auto"/>
        <w:ind w:right="-52"/>
        <w:rPr>
          <w:rFonts w:ascii="Times New Roman" w:eastAsia="Calibri" w:hAnsi="Times New Roman" w:cs="Times New Roman"/>
          <w:sz w:val="24"/>
          <w:szCs w:val="24"/>
        </w:rPr>
      </w:pPr>
    </w:p>
    <w:p w:rsidR="00956D16" w:rsidRPr="00765081" w:rsidRDefault="00956D16" w:rsidP="00956D16">
      <w:pPr>
        <w:autoSpaceDE w:val="0"/>
        <w:autoSpaceDN w:val="0"/>
        <w:adjustRightInd w:val="0"/>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Вариант 2.</w:t>
      </w:r>
    </w:p>
    <w:p w:rsidR="00956D16" w:rsidRPr="00765081" w:rsidRDefault="00956D16" w:rsidP="00956D16">
      <w:pPr>
        <w:spacing w:after="0" w:line="240" w:lineRule="auto"/>
        <w:ind w:right="-52"/>
        <w:rPr>
          <w:rFonts w:ascii="Times New Roman" w:eastAsia="Calibri" w:hAnsi="Times New Roman" w:cs="Times New Roman"/>
          <w:b/>
          <w:sz w:val="24"/>
          <w:szCs w:val="24"/>
        </w:rPr>
      </w:pPr>
    </w:p>
    <w:tbl>
      <w:tblPr>
        <w:tblW w:w="0" w:type="auto"/>
        <w:tblLook w:val="00A0"/>
      </w:tblPr>
      <w:tblGrid>
        <w:gridCol w:w="10682"/>
      </w:tblGrid>
      <w:tr w:rsidR="00956D16" w:rsidRPr="00765081" w:rsidTr="00956D16">
        <w:tc>
          <w:tcPr>
            <w:tcW w:w="10682" w:type="dxa"/>
          </w:tcPr>
          <w:p w:rsidR="00956D16" w:rsidRPr="00765081" w:rsidRDefault="00956D16" w:rsidP="00956D16">
            <w:pPr>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Прочитай текст и выполни задания. </w:t>
            </w:r>
          </w:p>
        </w:tc>
      </w:tr>
    </w:tbl>
    <w:p w:rsidR="00956D16" w:rsidRPr="00765081" w:rsidRDefault="00956D16" w:rsidP="00956D16">
      <w:pPr>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Часть 1.</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ab/>
        <w:t xml:space="preserve">Из всех деревьев русского леса милее всех мне наша береза. Хороши и чисты березовые светлые рощи. Белы стволы берез, покрытые тонкой берестою. </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Особенно хорош березовый лес весной. Как только сойдет в лесу снег, набухают на березах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смолистые душистые почки. Из каждой случайно надломленной ветки березы каплет живительный сладкий сок. Множество пролетных певчих птиц собирается в березовых рощах. </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В летние знойные дни хорошо бродить в березовой роще. Теплый ветер шелестит над головой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зеленой листвою. Пахнет травой,  грибами, спелой душистой земляникой. Сквозь густую листву прорываются солнечные лучи. </w:t>
      </w:r>
      <w:r w:rsidRPr="00765081">
        <w:rPr>
          <w:rFonts w:ascii="Times New Roman" w:eastAsia="Calibri" w:hAnsi="Times New Roman" w:cs="Times New Roman"/>
          <w:sz w:val="24"/>
          <w:szCs w:val="24"/>
        </w:rPr>
        <w:tab/>
        <w:t xml:space="preserve">Чудесен и ранней осенью березовый лес, покрытый золотыми монетками берёзовой  листвы.  Крутясь в воздухе, танцуют, а потом падают на землю золотые листочки. От дерева к дереву протянуты тонкие липкие нити серебристой паутины. Прозрачен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и чист воздух, малейший слышится в березовом лесу звук.</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Простые деревенские люди ласково называли березу березонькой. В праздничные летние дни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девушки завивали из ветвей молодых березок венки, пели под березами хороводные песни. </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(По И. Соколову-Микитову)</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lastRenderedPageBreak/>
        <w:t>1.  О чём этот текст? Напиши.</w:t>
      </w:r>
      <w:r w:rsidRPr="00765081">
        <w:rPr>
          <w:rFonts w:ascii="Times New Roman" w:eastAsia="Times New Roman"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2. Озаглавь текст. Впиши своё название на пустой строчке перед текстом.</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3.  Вставь слова в предложения, используя текст.</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Множество  __________________________________________________________ птиц.</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Сквозь густую  ___________________________________________________________</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____________________________________________  лучи.</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4.  Какие песни? Выпиши слово из  текста.  </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5.  Чем пахнет летом в роще? Выпиши из текста </w:t>
      </w:r>
      <w:r w:rsidRPr="00765081">
        <w:rPr>
          <w:rFonts w:ascii="Times New Roman" w:eastAsia="Times New Roman" w:hAnsi="Times New Roman" w:cs="Times New Roman"/>
          <w:sz w:val="24"/>
          <w:szCs w:val="24"/>
          <w:u w:val="single"/>
        </w:rPr>
        <w:t xml:space="preserve">три </w:t>
      </w:r>
      <w:r w:rsidRPr="00765081">
        <w:rPr>
          <w:rFonts w:ascii="Times New Roman" w:eastAsia="Times New Roman" w:hAnsi="Times New Roman" w:cs="Times New Roman"/>
          <w:sz w:val="24"/>
          <w:szCs w:val="24"/>
        </w:rPr>
        <w:t>слова.</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6.  Впиши недостающие заголовки в план текста.</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1)Милая сердцу берёза.</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 2)___________________________________________________________</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3) ___________________________________________________________</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4) ___________________________________________________________</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5) Птицы готовятся к отлёту.</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pBdr>
          <w:bottom w:val="single" w:sz="12" w:space="1" w:color="auto"/>
        </w:pBd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7.  Сделай подписи рядом с  рисунком, используя текст. </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noProof/>
          <w:sz w:val="24"/>
          <w:szCs w:val="24"/>
          <w:lang w:eastAsia="ru-RU"/>
        </w:rPr>
        <w:drawing>
          <wp:anchor distT="0" distB="0" distL="114300" distR="114300" simplePos="0" relativeHeight="251790336" behindDoc="0" locked="0" layoutInCell="1" allowOverlap="1">
            <wp:simplePos x="0" y="0"/>
            <wp:positionH relativeFrom="column">
              <wp:posOffset>0</wp:posOffset>
            </wp:positionH>
            <wp:positionV relativeFrom="paragraph">
              <wp:posOffset>34925</wp:posOffset>
            </wp:positionV>
            <wp:extent cx="2066925" cy="1390015"/>
            <wp:effectExtent l="0" t="0" r="9525" b="635"/>
            <wp:wrapSquare wrapText="bothSides"/>
            <wp:docPr id="39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390015"/>
                    </a:xfrm>
                    <a:prstGeom prst="rect">
                      <a:avLst/>
                    </a:prstGeom>
                    <a:noFill/>
                  </pic:spPr>
                </pic:pic>
              </a:graphicData>
            </a:graphic>
          </wp:anchor>
        </w:drawing>
      </w:r>
      <w:r w:rsidRPr="00765081">
        <w:rPr>
          <w:rFonts w:ascii="Times New Roman" w:eastAsia="Calibri" w:hAnsi="Times New Roman" w:cs="Times New Roman"/>
          <w:sz w:val="24"/>
          <w:szCs w:val="24"/>
        </w:rPr>
        <w:t>_________________________________________________________________________________</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_______________________________________________________________________________  </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Calibri"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8.  Выпиши из текста сравнение.</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pBdr>
          <w:bottom w:val="single" w:sz="12" w:space="3" w:color="auto"/>
        </w:pBd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9.  Выпиши из текста олицетворение</w:t>
      </w:r>
    </w:p>
    <w:p w:rsidR="00956D16" w:rsidRPr="00765081" w:rsidRDefault="00956D16" w:rsidP="00956D16">
      <w:pPr>
        <w:pBdr>
          <w:bottom w:val="single" w:sz="12" w:space="3" w:color="auto"/>
        </w:pBd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10. Определи жанр прочитанного текста</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Часть 2</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lastRenderedPageBreak/>
        <w:t>1. Как ты считаешь, о чём этот текст? В чем его основная мысль? Напиши об этом. В твоей записи должно быть 2-3 предложения, и это обязательно должен быть связный текст.</w:t>
      </w: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p>
    <w:p w:rsidR="00956D16" w:rsidRPr="00765081" w:rsidRDefault="00956D16" w:rsidP="00956D16">
      <w:pPr>
        <w:spacing w:after="0" w:line="240" w:lineRule="auto"/>
        <w:ind w:right="-52"/>
        <w:contextualSpacing/>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2.  Прочитай текст и заполни таблицу.</w:t>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Берёза считается самым красивым деревом в Сибири. Не зря его называют «русская красавица». Родина этого растения - Европа.</w:t>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Берёза - это изящное листопадное дерево с прозрачной, сквозистой кроной и с </w:t>
      </w:r>
      <w:proofErr w:type="gramStart"/>
      <w:r w:rsidRPr="00765081">
        <w:rPr>
          <w:rFonts w:ascii="Times New Roman" w:eastAsia="Calibri" w:hAnsi="Times New Roman" w:cs="Times New Roman"/>
          <w:sz w:val="24"/>
          <w:szCs w:val="24"/>
        </w:rPr>
        <w:t>тонкими</w:t>
      </w:r>
      <w:proofErr w:type="gramEnd"/>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 свисающими ветвями. У берёзы северных районов белая кора, с чёрными отметинами, которая у основания покрыта мощной черноватой коркой, с глубокими трещинами. Листья плотные, треугольной или ромбовидной формы, с пильчатыми краями.  Весной берёза выпускает длинные коричневые или зелёные сережки. Осенью же берёзовые рощи покрываются золотом </w:t>
      </w:r>
      <w:proofErr w:type="gramStart"/>
      <w:r w:rsidRPr="00765081">
        <w:rPr>
          <w:rFonts w:ascii="Times New Roman" w:eastAsia="Calibri" w:hAnsi="Times New Roman" w:cs="Times New Roman"/>
          <w:sz w:val="24"/>
          <w:szCs w:val="24"/>
        </w:rPr>
        <w:t>от</w:t>
      </w:r>
      <w:proofErr w:type="gramEnd"/>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ярко-жёлтой листвы.</w:t>
      </w:r>
      <w:r w:rsidRPr="00765081">
        <w:rPr>
          <w:rFonts w:ascii="Times New Roman" w:eastAsia="Calibri" w:hAnsi="Times New Roman" w:cs="Times New Roman"/>
          <w:sz w:val="24"/>
          <w:szCs w:val="24"/>
        </w:rPr>
        <w:tab/>
      </w:r>
    </w:p>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ab/>
      </w:r>
      <w:r w:rsidRPr="00765081">
        <w:rPr>
          <w:rFonts w:ascii="Times New Roman" w:eastAsia="Calibri"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5"/>
        <w:gridCol w:w="5022"/>
      </w:tblGrid>
      <w:tr w:rsidR="00956D16" w:rsidRPr="00765081" w:rsidTr="00956D16">
        <w:tc>
          <w:tcPr>
            <w:tcW w:w="4045"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Где родина берёзы?</w:t>
            </w:r>
          </w:p>
        </w:tc>
        <w:tc>
          <w:tcPr>
            <w:tcW w:w="5022"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tc>
      </w:tr>
      <w:tr w:rsidR="00956D16" w:rsidRPr="00765081" w:rsidTr="00956D16">
        <w:tc>
          <w:tcPr>
            <w:tcW w:w="4045"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Какие листья у берёзы?</w:t>
            </w:r>
          </w:p>
        </w:tc>
        <w:tc>
          <w:tcPr>
            <w:tcW w:w="5022"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tc>
      </w:tr>
      <w:tr w:rsidR="00956D16" w:rsidRPr="00765081" w:rsidTr="00956D16">
        <w:tc>
          <w:tcPr>
            <w:tcW w:w="4045"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Что появляется на берёзе весной?</w:t>
            </w:r>
          </w:p>
          <w:p w:rsidR="00956D16" w:rsidRPr="00765081" w:rsidRDefault="00956D16" w:rsidP="00956D16">
            <w:pPr>
              <w:spacing w:after="0" w:line="240" w:lineRule="auto"/>
              <w:ind w:right="-52"/>
              <w:rPr>
                <w:rFonts w:ascii="Times New Roman" w:eastAsia="Calibri" w:hAnsi="Times New Roman" w:cs="Times New Roman"/>
                <w:sz w:val="24"/>
                <w:szCs w:val="24"/>
              </w:rPr>
            </w:pPr>
          </w:p>
        </w:tc>
        <w:tc>
          <w:tcPr>
            <w:tcW w:w="5022"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40" w:lineRule="auto"/>
              <w:ind w:right="-52"/>
              <w:rPr>
                <w:rFonts w:ascii="Times New Roman" w:eastAsia="Calibri" w:hAnsi="Times New Roman" w:cs="Times New Roman"/>
                <w:sz w:val="24"/>
                <w:szCs w:val="24"/>
              </w:rPr>
            </w:pPr>
          </w:p>
        </w:tc>
      </w:tr>
    </w:tbl>
    <w:p w:rsidR="00956D16" w:rsidRPr="00765081" w:rsidRDefault="00956D16" w:rsidP="00956D16">
      <w:pPr>
        <w:spacing w:after="0" w:line="240" w:lineRule="auto"/>
        <w:ind w:right="-52"/>
        <w:rPr>
          <w:rFonts w:ascii="Times New Roman" w:eastAsia="Calibri" w:hAnsi="Times New Roman" w:cs="Times New Roman"/>
          <w:sz w:val="24"/>
          <w:szCs w:val="24"/>
          <w:u w:val="single"/>
        </w:rPr>
      </w:pP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3. Сможет ли берёза расти на  болотах в южных районах? Докажи свой ответ, представив </w:t>
      </w:r>
    </w:p>
    <w:p w:rsidR="00956D16" w:rsidRPr="00765081" w:rsidRDefault="00956D16" w:rsidP="00956D16">
      <w:pPr>
        <w:shd w:val="clear" w:color="auto" w:fill="FFFFFF"/>
        <w:spacing w:after="0" w:line="240"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несколько доказательств.</w:t>
      </w:r>
    </w:p>
    <w:p w:rsidR="00956D16" w:rsidRPr="00765081" w:rsidRDefault="00956D16" w:rsidP="00956D16">
      <w:pPr>
        <w:spacing w:after="0" w:line="240" w:lineRule="auto"/>
        <w:ind w:right="-52"/>
        <w:rPr>
          <w:rFonts w:ascii="Times New Roman" w:eastAsia="Calibri" w:hAnsi="Times New Roman" w:cs="Times New Roman"/>
          <w:sz w:val="24"/>
          <w:szCs w:val="24"/>
        </w:rPr>
      </w:pPr>
    </w:p>
    <w:p w:rsidR="00956D16" w:rsidRPr="00765081" w:rsidRDefault="00956D16" w:rsidP="00956D16">
      <w:pPr>
        <w:spacing w:after="0" w:line="276" w:lineRule="auto"/>
        <w:ind w:right="-52"/>
        <w:rPr>
          <w:rFonts w:ascii="Times New Roman" w:eastAsia="Calibri" w:hAnsi="Times New Roman" w:cs="Times New Roman"/>
          <w:b/>
          <w:sz w:val="24"/>
          <w:szCs w:val="24"/>
        </w:rPr>
      </w:pPr>
    </w:p>
    <w:p w:rsidR="00956D16" w:rsidRPr="00765081" w:rsidRDefault="00956D16" w:rsidP="00956D16">
      <w:pPr>
        <w:spacing w:after="0" w:line="276" w:lineRule="auto"/>
        <w:ind w:right="-52"/>
        <w:rPr>
          <w:rFonts w:ascii="Times New Roman" w:eastAsia="Calibri" w:hAnsi="Times New Roman" w:cs="Times New Roman"/>
          <w:b/>
          <w:sz w:val="24"/>
          <w:szCs w:val="24"/>
        </w:rPr>
      </w:pPr>
    </w:p>
    <w:p w:rsidR="00956D16" w:rsidRPr="00765081" w:rsidRDefault="00956D16" w:rsidP="00956D16">
      <w:pPr>
        <w:spacing w:after="0" w:line="276" w:lineRule="auto"/>
        <w:ind w:right="-52"/>
        <w:rPr>
          <w:rFonts w:ascii="Times New Roman" w:eastAsia="Times New Roman" w:hAnsi="Times New Roman" w:cs="Times New Roman"/>
          <w:b/>
          <w:sz w:val="24"/>
          <w:szCs w:val="24"/>
        </w:rPr>
      </w:pPr>
      <w:r w:rsidRPr="00765081">
        <w:rPr>
          <w:rFonts w:ascii="Times New Roman" w:eastAsia="Calibri" w:hAnsi="Times New Roman" w:cs="Times New Roman"/>
          <w:b/>
          <w:sz w:val="24"/>
          <w:szCs w:val="24"/>
        </w:rPr>
        <w:t>Ответы.</w:t>
      </w:r>
    </w:p>
    <w:p w:rsidR="00956D16" w:rsidRPr="00765081" w:rsidRDefault="00956D16" w:rsidP="00956D16">
      <w:pPr>
        <w:spacing w:after="0" w:line="256" w:lineRule="auto"/>
        <w:ind w:right="-52"/>
        <w:rPr>
          <w:rFonts w:ascii="Times New Roman" w:eastAsia="Calibri" w:hAnsi="Times New Roman" w:cs="Times New Roman"/>
          <w:sz w:val="24"/>
          <w:szCs w:val="24"/>
        </w:rPr>
      </w:pPr>
    </w:p>
    <w:p w:rsidR="00956D16" w:rsidRPr="00765081" w:rsidRDefault="00956D16" w:rsidP="00956D16">
      <w:pPr>
        <w:spacing w:after="0" w:line="256"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Таблица 1. Таблица правильных ответов:</w:t>
      </w:r>
    </w:p>
    <w:tbl>
      <w:tblPr>
        <w:tblStyle w:val="230"/>
        <w:tblW w:w="0" w:type="auto"/>
        <w:tblLayout w:type="fixed"/>
        <w:tblLook w:val="04A0"/>
      </w:tblPr>
      <w:tblGrid>
        <w:gridCol w:w="675"/>
        <w:gridCol w:w="3544"/>
        <w:gridCol w:w="142"/>
        <w:gridCol w:w="3118"/>
        <w:gridCol w:w="2092"/>
      </w:tblGrid>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задания</w:t>
            </w:r>
          </w:p>
        </w:tc>
        <w:tc>
          <w:tcPr>
            <w:tcW w:w="3686"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Вариант 1</w:t>
            </w:r>
          </w:p>
        </w:tc>
        <w:tc>
          <w:tcPr>
            <w:tcW w:w="3118"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Вариант 2</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Баллы </w:t>
            </w:r>
          </w:p>
        </w:tc>
      </w:tr>
      <w:tr w:rsidR="00956D16" w:rsidRPr="00765081" w:rsidTr="00956D16">
        <w:tc>
          <w:tcPr>
            <w:tcW w:w="9571" w:type="dxa"/>
            <w:gridSpan w:val="5"/>
          </w:tcPr>
          <w:p w:rsidR="00956D16" w:rsidRPr="00765081" w:rsidRDefault="00956D16" w:rsidP="00956D16">
            <w:pPr>
              <w:spacing w:line="256" w:lineRule="auto"/>
              <w:ind w:right="-52"/>
              <w:rPr>
                <w:rFonts w:eastAsia="Calibri"/>
                <w:b/>
                <w:sz w:val="24"/>
                <w:szCs w:val="24"/>
              </w:rPr>
            </w:pPr>
            <w:r w:rsidRPr="00765081">
              <w:rPr>
                <w:rFonts w:eastAsia="Calibri"/>
                <w:b/>
                <w:sz w:val="24"/>
                <w:szCs w:val="24"/>
              </w:rPr>
              <w:t>1 часть</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О клене</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О березе</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 балл</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lastRenderedPageBreak/>
              <w:t>2</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клен</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береза</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 балл</w:t>
            </w:r>
          </w:p>
        </w:tc>
      </w:tr>
      <w:tr w:rsidR="00956D16" w:rsidRPr="00765081" w:rsidTr="00956D16">
        <w:tc>
          <w:tcPr>
            <w:tcW w:w="675" w:type="dxa"/>
            <w:vMerge w:val="restart"/>
          </w:tcPr>
          <w:p w:rsidR="00956D16" w:rsidRPr="00765081" w:rsidRDefault="00956D16" w:rsidP="00956D16">
            <w:pPr>
              <w:spacing w:line="256" w:lineRule="auto"/>
              <w:ind w:right="-52"/>
              <w:rPr>
                <w:rFonts w:eastAsia="Calibri"/>
                <w:sz w:val="24"/>
                <w:szCs w:val="24"/>
              </w:rPr>
            </w:pPr>
            <w:r w:rsidRPr="00765081">
              <w:rPr>
                <w:rFonts w:eastAsia="Calibri"/>
                <w:sz w:val="24"/>
                <w:szCs w:val="24"/>
              </w:rPr>
              <w:t>3</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Солнечный</w:t>
            </w:r>
          </w:p>
          <w:p w:rsidR="00956D16" w:rsidRPr="00765081" w:rsidRDefault="00956D16" w:rsidP="00956D16">
            <w:pPr>
              <w:spacing w:line="256" w:lineRule="auto"/>
              <w:ind w:right="-52"/>
              <w:rPr>
                <w:rFonts w:eastAsia="Calibri"/>
                <w:sz w:val="24"/>
                <w:szCs w:val="24"/>
              </w:rPr>
            </w:pPr>
            <w:r w:rsidRPr="00765081">
              <w:rPr>
                <w:rFonts w:eastAsia="Calibri"/>
                <w:sz w:val="24"/>
                <w:szCs w:val="24"/>
              </w:rPr>
              <w:t>яркий</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Перелетных</w:t>
            </w:r>
          </w:p>
          <w:p w:rsidR="00956D16" w:rsidRPr="00765081" w:rsidRDefault="00956D16" w:rsidP="00956D16">
            <w:pPr>
              <w:spacing w:line="256" w:lineRule="auto"/>
              <w:ind w:right="-52"/>
              <w:rPr>
                <w:rFonts w:eastAsia="Calibri"/>
                <w:sz w:val="24"/>
                <w:szCs w:val="24"/>
              </w:rPr>
            </w:pPr>
            <w:r w:rsidRPr="00765081">
              <w:rPr>
                <w:rFonts w:eastAsia="Calibri"/>
                <w:sz w:val="24"/>
                <w:szCs w:val="24"/>
              </w:rPr>
              <w:t>певчих</w:t>
            </w:r>
          </w:p>
        </w:tc>
        <w:tc>
          <w:tcPr>
            <w:tcW w:w="2092" w:type="dxa"/>
            <w:vMerge w:val="restart"/>
          </w:tcPr>
          <w:p w:rsidR="00956D16" w:rsidRPr="00765081" w:rsidRDefault="00956D16" w:rsidP="00956D16">
            <w:pPr>
              <w:spacing w:line="256" w:lineRule="auto"/>
              <w:ind w:right="-52"/>
              <w:rPr>
                <w:rFonts w:eastAsia="Calibri"/>
                <w:sz w:val="24"/>
                <w:szCs w:val="24"/>
              </w:rPr>
            </w:pPr>
            <w:r w:rsidRPr="00765081">
              <w:rPr>
                <w:rFonts w:eastAsia="Calibri"/>
                <w:sz w:val="24"/>
                <w:szCs w:val="24"/>
              </w:rPr>
              <w:t>2 балла (1 за каждый ответ)</w:t>
            </w:r>
          </w:p>
        </w:tc>
      </w:tr>
      <w:tr w:rsidR="00956D16" w:rsidRPr="00765081" w:rsidTr="00956D16">
        <w:tc>
          <w:tcPr>
            <w:tcW w:w="675" w:type="dxa"/>
            <w:vMerge/>
          </w:tcPr>
          <w:p w:rsidR="00956D16" w:rsidRPr="00765081" w:rsidRDefault="00956D16" w:rsidP="00956D16">
            <w:pPr>
              <w:spacing w:line="256" w:lineRule="auto"/>
              <w:ind w:right="-52"/>
              <w:rPr>
                <w:rFonts w:eastAsia="Calibri"/>
                <w:sz w:val="24"/>
                <w:szCs w:val="24"/>
              </w:rPr>
            </w:pP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Блистают пурпурные и золотистые</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Листву прорываются </w:t>
            </w:r>
          </w:p>
          <w:p w:rsidR="00956D16" w:rsidRPr="00765081" w:rsidRDefault="00956D16" w:rsidP="00956D16">
            <w:pPr>
              <w:spacing w:line="256" w:lineRule="auto"/>
              <w:ind w:right="-52"/>
              <w:rPr>
                <w:rFonts w:eastAsia="Calibri"/>
                <w:sz w:val="24"/>
                <w:szCs w:val="24"/>
              </w:rPr>
            </w:pPr>
            <w:r w:rsidRPr="00765081">
              <w:rPr>
                <w:rFonts w:eastAsia="Calibri"/>
                <w:sz w:val="24"/>
                <w:szCs w:val="24"/>
              </w:rPr>
              <w:t>солнечные</w:t>
            </w:r>
          </w:p>
        </w:tc>
        <w:tc>
          <w:tcPr>
            <w:tcW w:w="2092" w:type="dxa"/>
            <w:vMerge/>
          </w:tcPr>
          <w:p w:rsidR="00956D16" w:rsidRPr="00765081" w:rsidRDefault="00956D16" w:rsidP="00956D16">
            <w:pPr>
              <w:spacing w:line="256" w:lineRule="auto"/>
              <w:ind w:right="-52"/>
              <w:rPr>
                <w:rFonts w:eastAsia="Calibri"/>
                <w:sz w:val="24"/>
                <w:szCs w:val="24"/>
              </w:rPr>
            </w:pP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4</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крылатые</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хороводные</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 балл</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5</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Широкие, лапчатые, узорчатые</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Травой, грибами земляникой</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3 балла (1 за каждое слово)</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6</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 клен любит свет</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4. Клёны осенью.  </w:t>
            </w:r>
          </w:p>
          <w:p w:rsidR="00956D16" w:rsidRPr="00765081" w:rsidRDefault="00956D16" w:rsidP="00956D16">
            <w:pPr>
              <w:spacing w:line="256" w:lineRule="auto"/>
              <w:ind w:right="-52"/>
              <w:rPr>
                <w:rFonts w:eastAsia="Calibri"/>
                <w:sz w:val="24"/>
                <w:szCs w:val="24"/>
              </w:rPr>
            </w:pPr>
            <w:r w:rsidRPr="00765081">
              <w:rPr>
                <w:rFonts w:eastAsia="Calibri"/>
                <w:sz w:val="24"/>
                <w:szCs w:val="24"/>
              </w:rPr>
              <w:t>5. Семена разлетаются.</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2. Берёзовый лес весной.</w:t>
            </w:r>
          </w:p>
          <w:p w:rsidR="00956D16" w:rsidRPr="00765081" w:rsidRDefault="00956D16" w:rsidP="00956D16">
            <w:pPr>
              <w:spacing w:line="256" w:lineRule="auto"/>
              <w:ind w:right="-52"/>
              <w:rPr>
                <w:rFonts w:eastAsia="Calibri"/>
                <w:sz w:val="24"/>
                <w:szCs w:val="24"/>
              </w:rPr>
            </w:pPr>
            <w:r w:rsidRPr="00765081">
              <w:rPr>
                <w:rFonts w:eastAsia="Calibri"/>
                <w:sz w:val="24"/>
                <w:szCs w:val="24"/>
              </w:rPr>
              <w:t>3. Берёзовый лес летом.</w:t>
            </w:r>
          </w:p>
          <w:p w:rsidR="00956D16" w:rsidRPr="00765081" w:rsidRDefault="00956D16" w:rsidP="00956D16">
            <w:pPr>
              <w:spacing w:line="256" w:lineRule="auto"/>
              <w:ind w:right="-52"/>
              <w:rPr>
                <w:rFonts w:eastAsia="Calibri"/>
                <w:sz w:val="24"/>
                <w:szCs w:val="24"/>
              </w:rPr>
            </w:pPr>
            <w:r w:rsidRPr="00765081">
              <w:rPr>
                <w:rFonts w:eastAsia="Calibri"/>
                <w:sz w:val="24"/>
                <w:szCs w:val="24"/>
              </w:rPr>
              <w:t>4. Берёзовый лес осенью.</w:t>
            </w:r>
          </w:p>
        </w:tc>
        <w:tc>
          <w:tcPr>
            <w:tcW w:w="2092" w:type="dxa"/>
          </w:tcPr>
          <w:p w:rsidR="00956D16" w:rsidRPr="00765081" w:rsidRDefault="00956D16" w:rsidP="00956D16">
            <w:pPr>
              <w:spacing w:line="256" w:lineRule="auto"/>
              <w:ind w:right="-52"/>
              <w:rPr>
                <w:rFonts w:eastAsia="Calibri"/>
                <w:sz w:val="24"/>
                <w:szCs w:val="24"/>
              </w:rPr>
            </w:pPr>
            <w:proofErr w:type="gramStart"/>
            <w:r w:rsidRPr="00765081">
              <w:rPr>
                <w:rFonts w:eastAsia="Calibri"/>
                <w:sz w:val="24"/>
                <w:szCs w:val="24"/>
              </w:rPr>
              <w:t xml:space="preserve">3 балла       (1 за </w:t>
            </w:r>
            <w:proofErr w:type="gramEnd"/>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каждый пункт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плана). </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7</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Далеко разлетаются </w:t>
            </w:r>
          </w:p>
          <w:p w:rsidR="00956D16" w:rsidRPr="00765081" w:rsidRDefault="00956D16" w:rsidP="00956D16">
            <w:pPr>
              <w:spacing w:line="256" w:lineRule="auto"/>
              <w:ind w:right="-52"/>
              <w:rPr>
                <w:rFonts w:eastAsia="Calibri"/>
                <w:sz w:val="24"/>
                <w:szCs w:val="24"/>
              </w:rPr>
            </w:pPr>
            <w:r w:rsidRPr="00765081">
              <w:rPr>
                <w:rFonts w:eastAsia="Calibri"/>
                <w:sz w:val="24"/>
                <w:szCs w:val="24"/>
              </w:rPr>
              <w:t>крылатые семена клёна</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В праздничные летние дни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девушки завивали из ветвей </w:t>
            </w:r>
          </w:p>
          <w:p w:rsidR="00956D16" w:rsidRPr="00765081" w:rsidRDefault="00956D16" w:rsidP="00956D16">
            <w:pPr>
              <w:spacing w:line="256" w:lineRule="auto"/>
              <w:ind w:right="-52"/>
              <w:rPr>
                <w:rFonts w:eastAsia="Calibri"/>
                <w:sz w:val="24"/>
                <w:szCs w:val="24"/>
              </w:rPr>
            </w:pPr>
            <w:r w:rsidRPr="00765081">
              <w:rPr>
                <w:rFonts w:eastAsia="Calibri"/>
                <w:sz w:val="24"/>
                <w:szCs w:val="24"/>
              </w:rPr>
              <w:t>молодых березок венки, пели под березами хороводные песни.</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 балл </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8</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Ветки, точно пружины</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Золотыми монетками  листвы </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 балл </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9</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Ветер гуляет.</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Танцуют листочки.</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 балл </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10</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Рассказ  </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Рассказ  </w:t>
            </w:r>
          </w:p>
        </w:tc>
        <w:tc>
          <w:tcPr>
            <w:tcW w:w="209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 балл </w:t>
            </w:r>
          </w:p>
        </w:tc>
      </w:tr>
      <w:tr w:rsidR="00956D16" w:rsidRPr="00765081" w:rsidTr="00956D16">
        <w:tc>
          <w:tcPr>
            <w:tcW w:w="9571" w:type="dxa"/>
            <w:gridSpan w:val="5"/>
          </w:tcPr>
          <w:p w:rsidR="00956D16" w:rsidRPr="00765081" w:rsidRDefault="00956D16" w:rsidP="00956D16">
            <w:pPr>
              <w:spacing w:line="256" w:lineRule="auto"/>
              <w:ind w:right="-52"/>
              <w:rPr>
                <w:rFonts w:eastAsia="Calibri"/>
                <w:b/>
                <w:sz w:val="24"/>
                <w:szCs w:val="24"/>
              </w:rPr>
            </w:pPr>
            <w:r w:rsidRPr="00765081">
              <w:rPr>
                <w:rFonts w:eastAsia="Calibri"/>
                <w:b/>
                <w:sz w:val="24"/>
                <w:szCs w:val="24"/>
              </w:rPr>
              <w:t>2 часть</w:t>
            </w: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w:t>
            </w:r>
          </w:p>
        </w:tc>
        <w:tc>
          <w:tcPr>
            <w:tcW w:w="8896" w:type="dxa"/>
            <w:gridSpan w:val="4"/>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Записан связный текст объемом в 2-3 предложения, в котором указано о чём этот рассказ, передана его основная мысль.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2 балла – записан связный текст объемом в 2-3 предложения, основная мысль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рассказа </w:t>
            </w:r>
            <w:proofErr w:type="gramStart"/>
            <w:r w:rsidRPr="00765081">
              <w:rPr>
                <w:rFonts w:eastAsia="Calibri"/>
                <w:sz w:val="24"/>
                <w:szCs w:val="24"/>
              </w:rPr>
              <w:t>передана</w:t>
            </w:r>
            <w:proofErr w:type="gramEnd"/>
            <w:r w:rsidRPr="00765081">
              <w:rPr>
                <w:rFonts w:eastAsia="Calibri"/>
                <w:sz w:val="24"/>
                <w:szCs w:val="24"/>
              </w:rPr>
              <w:t xml:space="preserve">, замечаний к смыслу написанного и к связности изложения нет;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 балл – записан текст объемом в 2-3 предложения, основная мысль текста </w:t>
            </w:r>
          </w:p>
          <w:p w:rsidR="00956D16" w:rsidRPr="00765081" w:rsidRDefault="00956D16" w:rsidP="00956D16">
            <w:pPr>
              <w:spacing w:line="256" w:lineRule="auto"/>
              <w:ind w:right="-52"/>
              <w:rPr>
                <w:rFonts w:eastAsia="Calibri"/>
                <w:sz w:val="24"/>
                <w:szCs w:val="24"/>
              </w:rPr>
            </w:pPr>
            <w:proofErr w:type="gramStart"/>
            <w:r w:rsidRPr="00765081">
              <w:rPr>
                <w:rFonts w:eastAsia="Calibri"/>
                <w:sz w:val="24"/>
                <w:szCs w:val="24"/>
              </w:rPr>
              <w:t xml:space="preserve">передана, но есть некоторые замечания к связности ее изложения (например, это </w:t>
            </w:r>
            <w:proofErr w:type="gramEnd"/>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не связное высказывание, а несколько отдельных слов) ИЛИ основная мысль </w:t>
            </w:r>
          </w:p>
          <w:p w:rsidR="00956D16" w:rsidRPr="00765081" w:rsidRDefault="00956D16" w:rsidP="00956D16">
            <w:pPr>
              <w:spacing w:line="256" w:lineRule="auto"/>
              <w:ind w:right="-52"/>
              <w:rPr>
                <w:rFonts w:eastAsia="Calibri"/>
                <w:sz w:val="24"/>
                <w:szCs w:val="24"/>
              </w:rPr>
            </w:pPr>
            <w:proofErr w:type="gramStart"/>
            <w:r w:rsidRPr="00765081">
              <w:rPr>
                <w:rFonts w:eastAsia="Calibri"/>
                <w:sz w:val="24"/>
                <w:szCs w:val="24"/>
              </w:rPr>
              <w:t>передана</w:t>
            </w:r>
            <w:proofErr w:type="gramEnd"/>
            <w:r w:rsidRPr="00765081">
              <w:rPr>
                <w:rFonts w:eastAsia="Calibri"/>
                <w:sz w:val="24"/>
                <w:szCs w:val="24"/>
              </w:rPr>
              <w:t xml:space="preserve"> несколько расплывчато, но при этом замечаний к связности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высказывания нет ИЛИ записано связное высказывание объемом в 1-2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предложения, замечаний к смыслу написанного и к связности изложения нет;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0 баллов – любой другой вариант выполнения. </w:t>
            </w:r>
          </w:p>
        </w:tc>
      </w:tr>
      <w:tr w:rsidR="00956D16" w:rsidRPr="00765081" w:rsidTr="00956D16">
        <w:tc>
          <w:tcPr>
            <w:tcW w:w="675" w:type="dxa"/>
            <w:vMerge w:val="restart"/>
          </w:tcPr>
          <w:p w:rsidR="00956D16" w:rsidRPr="00765081" w:rsidRDefault="00956D16" w:rsidP="00956D16">
            <w:pPr>
              <w:spacing w:line="256" w:lineRule="auto"/>
              <w:ind w:right="-52"/>
              <w:rPr>
                <w:rFonts w:eastAsia="Calibri"/>
                <w:sz w:val="24"/>
                <w:szCs w:val="24"/>
              </w:rPr>
            </w:pPr>
            <w:r w:rsidRPr="00765081">
              <w:rPr>
                <w:rFonts w:eastAsia="Calibri"/>
                <w:sz w:val="24"/>
                <w:szCs w:val="24"/>
              </w:rPr>
              <w:t>2</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В умеренном поясе обоих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полушарий, В Средиземноморье </w:t>
            </w:r>
            <w:r w:rsidRPr="00765081">
              <w:rPr>
                <w:rFonts w:eastAsia="Calibri"/>
                <w:sz w:val="24"/>
                <w:szCs w:val="24"/>
              </w:rPr>
              <w:lastRenderedPageBreak/>
              <w:t>и в Средней Азии.</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lastRenderedPageBreak/>
              <w:t>Европа.</w:t>
            </w:r>
          </w:p>
        </w:tc>
        <w:tc>
          <w:tcPr>
            <w:tcW w:w="2092" w:type="dxa"/>
            <w:vMerge w:val="restart"/>
          </w:tcPr>
          <w:p w:rsidR="00956D16" w:rsidRPr="00765081" w:rsidRDefault="00956D16" w:rsidP="00956D16">
            <w:pPr>
              <w:spacing w:line="256" w:lineRule="auto"/>
              <w:ind w:right="-52"/>
              <w:rPr>
                <w:rFonts w:eastAsia="Calibri"/>
                <w:sz w:val="24"/>
                <w:szCs w:val="24"/>
              </w:rPr>
            </w:pPr>
            <w:proofErr w:type="gramStart"/>
            <w:r w:rsidRPr="00765081">
              <w:rPr>
                <w:rFonts w:eastAsia="Calibri"/>
                <w:sz w:val="24"/>
                <w:szCs w:val="24"/>
              </w:rPr>
              <w:t xml:space="preserve">3 балла        (1 за </w:t>
            </w:r>
            <w:proofErr w:type="gramEnd"/>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каждую </w:t>
            </w:r>
            <w:r w:rsidRPr="00765081">
              <w:rPr>
                <w:rFonts w:eastAsia="Calibri"/>
                <w:sz w:val="24"/>
                <w:szCs w:val="24"/>
              </w:rPr>
              <w:lastRenderedPageBreak/>
              <w:t xml:space="preserve">правильно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заполненную строку </w:t>
            </w:r>
          </w:p>
          <w:p w:rsidR="00956D16" w:rsidRPr="00765081" w:rsidRDefault="00956D16" w:rsidP="00956D16">
            <w:pPr>
              <w:spacing w:line="256" w:lineRule="auto"/>
              <w:ind w:right="-52"/>
              <w:rPr>
                <w:rFonts w:eastAsia="Calibri"/>
                <w:sz w:val="24"/>
                <w:szCs w:val="24"/>
              </w:rPr>
            </w:pPr>
            <w:r w:rsidRPr="00765081">
              <w:rPr>
                <w:rFonts w:eastAsia="Calibri"/>
                <w:sz w:val="24"/>
                <w:szCs w:val="24"/>
              </w:rPr>
              <w:t>в таблице).</w:t>
            </w:r>
          </w:p>
        </w:tc>
      </w:tr>
      <w:tr w:rsidR="00956D16" w:rsidRPr="00765081" w:rsidTr="00956D16">
        <w:tc>
          <w:tcPr>
            <w:tcW w:w="675" w:type="dxa"/>
            <w:vMerge/>
          </w:tcPr>
          <w:p w:rsidR="00956D16" w:rsidRPr="00765081" w:rsidRDefault="00956D16" w:rsidP="00956D16">
            <w:pPr>
              <w:spacing w:line="256" w:lineRule="auto"/>
              <w:ind w:right="-52"/>
              <w:rPr>
                <w:rFonts w:eastAsia="Calibri"/>
                <w:sz w:val="24"/>
                <w:szCs w:val="24"/>
              </w:rPr>
            </w:pP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Плоды клена имеют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лёгкие  крылья, с помощью </w:t>
            </w:r>
          </w:p>
          <w:p w:rsidR="00956D16" w:rsidRPr="00765081" w:rsidRDefault="00956D16" w:rsidP="00956D16">
            <w:pPr>
              <w:spacing w:line="256" w:lineRule="auto"/>
              <w:ind w:right="-52"/>
              <w:rPr>
                <w:rFonts w:eastAsia="Calibri"/>
                <w:sz w:val="24"/>
                <w:szCs w:val="24"/>
              </w:rPr>
            </w:pPr>
            <w:proofErr w:type="gramStart"/>
            <w:r w:rsidRPr="00765081">
              <w:rPr>
                <w:rFonts w:eastAsia="Calibri"/>
                <w:sz w:val="24"/>
                <w:szCs w:val="24"/>
              </w:rPr>
              <w:t>которых</w:t>
            </w:r>
            <w:proofErr w:type="gramEnd"/>
            <w:r w:rsidRPr="00765081">
              <w:rPr>
                <w:rFonts w:eastAsia="Calibri"/>
                <w:sz w:val="24"/>
                <w:szCs w:val="24"/>
              </w:rPr>
              <w:t xml:space="preserve"> семена разносятся </w:t>
            </w:r>
          </w:p>
          <w:p w:rsidR="00956D16" w:rsidRPr="00765081" w:rsidRDefault="00956D16" w:rsidP="00956D16">
            <w:pPr>
              <w:spacing w:line="256" w:lineRule="auto"/>
              <w:ind w:right="-52"/>
              <w:rPr>
                <w:rFonts w:eastAsia="Calibri"/>
                <w:sz w:val="24"/>
                <w:szCs w:val="24"/>
              </w:rPr>
            </w:pPr>
            <w:r w:rsidRPr="00765081">
              <w:rPr>
                <w:rFonts w:eastAsia="Calibri"/>
                <w:sz w:val="24"/>
                <w:szCs w:val="24"/>
              </w:rPr>
              <w:t>ветром</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Листья плотные, треугольной или ромбовидной формы, с пильчатыми краями.</w:t>
            </w:r>
          </w:p>
        </w:tc>
        <w:tc>
          <w:tcPr>
            <w:tcW w:w="2092" w:type="dxa"/>
            <w:vMerge/>
          </w:tcPr>
          <w:p w:rsidR="00956D16" w:rsidRPr="00765081" w:rsidRDefault="00956D16" w:rsidP="00956D16">
            <w:pPr>
              <w:spacing w:line="256" w:lineRule="auto"/>
              <w:ind w:right="-52"/>
              <w:rPr>
                <w:rFonts w:eastAsia="Calibri"/>
                <w:sz w:val="24"/>
                <w:szCs w:val="24"/>
              </w:rPr>
            </w:pPr>
          </w:p>
        </w:tc>
      </w:tr>
      <w:tr w:rsidR="00956D16" w:rsidRPr="00765081" w:rsidTr="00956D16">
        <w:tc>
          <w:tcPr>
            <w:tcW w:w="675" w:type="dxa"/>
            <w:vMerge/>
          </w:tcPr>
          <w:p w:rsidR="00956D16" w:rsidRPr="00765081" w:rsidRDefault="00956D16" w:rsidP="00956D16">
            <w:pPr>
              <w:spacing w:line="256" w:lineRule="auto"/>
              <w:ind w:right="-52"/>
              <w:rPr>
                <w:rFonts w:eastAsia="Calibri"/>
                <w:sz w:val="24"/>
                <w:szCs w:val="24"/>
              </w:rPr>
            </w:pP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Окраска их зависит от вида </w:t>
            </w:r>
          </w:p>
          <w:p w:rsidR="00956D16" w:rsidRPr="00765081" w:rsidRDefault="00956D16" w:rsidP="00956D16">
            <w:pPr>
              <w:spacing w:line="256" w:lineRule="auto"/>
              <w:ind w:right="-52"/>
              <w:rPr>
                <w:rFonts w:eastAsia="Calibri"/>
                <w:sz w:val="24"/>
                <w:szCs w:val="24"/>
              </w:rPr>
            </w:pPr>
            <w:r w:rsidRPr="00765081">
              <w:rPr>
                <w:rFonts w:eastAsia="Calibri"/>
                <w:sz w:val="24"/>
                <w:szCs w:val="24"/>
              </w:rPr>
              <w:t>клёнов.</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Весной берёза выпускает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длинные коричневые или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зелёные сережки. </w:t>
            </w:r>
          </w:p>
        </w:tc>
        <w:tc>
          <w:tcPr>
            <w:tcW w:w="2092" w:type="dxa"/>
            <w:vMerge/>
          </w:tcPr>
          <w:p w:rsidR="00956D16" w:rsidRPr="00765081" w:rsidRDefault="00956D16" w:rsidP="00956D16">
            <w:pPr>
              <w:spacing w:line="256" w:lineRule="auto"/>
              <w:ind w:right="-52"/>
              <w:rPr>
                <w:rFonts w:eastAsia="Calibri"/>
                <w:sz w:val="24"/>
                <w:szCs w:val="24"/>
              </w:rPr>
            </w:pPr>
          </w:p>
        </w:tc>
      </w:tr>
      <w:tr w:rsidR="00956D16" w:rsidRPr="00765081" w:rsidTr="00956D16">
        <w:tc>
          <w:tcPr>
            <w:tcW w:w="67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3</w:t>
            </w:r>
          </w:p>
        </w:tc>
        <w:tc>
          <w:tcPr>
            <w:tcW w:w="354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Нет, потому что клён любит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свет, и его семена не смогут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разлетаться. </w:t>
            </w:r>
          </w:p>
        </w:tc>
        <w:tc>
          <w:tcPr>
            <w:tcW w:w="3260" w:type="dxa"/>
            <w:gridSpan w:val="2"/>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Нет, потому что берёза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растёт в северных районах,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но любит солнце.   </w:t>
            </w:r>
          </w:p>
        </w:tc>
        <w:tc>
          <w:tcPr>
            <w:tcW w:w="2092" w:type="dxa"/>
          </w:tcPr>
          <w:p w:rsidR="00956D16" w:rsidRPr="00765081" w:rsidRDefault="00956D16" w:rsidP="00956D16">
            <w:pPr>
              <w:spacing w:line="256" w:lineRule="auto"/>
              <w:ind w:right="-52"/>
              <w:rPr>
                <w:rFonts w:eastAsia="Calibri"/>
                <w:sz w:val="24"/>
                <w:szCs w:val="24"/>
              </w:rPr>
            </w:pPr>
            <w:proofErr w:type="gramStart"/>
            <w:r w:rsidRPr="00765081">
              <w:rPr>
                <w:rFonts w:eastAsia="Calibri"/>
                <w:sz w:val="24"/>
                <w:szCs w:val="24"/>
              </w:rPr>
              <w:t xml:space="preserve">4 балла    (см. </w:t>
            </w:r>
            <w:proofErr w:type="gramEnd"/>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таблицу ниже) </w:t>
            </w:r>
          </w:p>
        </w:tc>
      </w:tr>
    </w:tbl>
    <w:p w:rsidR="00956D16" w:rsidRPr="00765081" w:rsidRDefault="00956D16" w:rsidP="00956D16">
      <w:pPr>
        <w:spacing w:after="0" w:line="256" w:lineRule="auto"/>
        <w:ind w:right="-52"/>
        <w:rPr>
          <w:rFonts w:ascii="Times New Roman" w:eastAsia="Calibri" w:hAnsi="Times New Roman" w:cs="Times New Roman"/>
          <w:sz w:val="24"/>
          <w:szCs w:val="24"/>
        </w:rPr>
      </w:pPr>
    </w:p>
    <w:p w:rsidR="00956D16" w:rsidRPr="00765081" w:rsidRDefault="00956D16" w:rsidP="00956D16">
      <w:pPr>
        <w:spacing w:after="0" w:line="256" w:lineRule="auto"/>
        <w:ind w:right="-52"/>
        <w:rPr>
          <w:rFonts w:ascii="Times New Roman" w:eastAsia="Calibri" w:hAnsi="Times New Roman" w:cs="Times New Roman"/>
          <w:sz w:val="24"/>
          <w:szCs w:val="24"/>
        </w:rPr>
      </w:pPr>
      <w:r w:rsidRPr="00765081">
        <w:rPr>
          <w:rFonts w:ascii="Times New Roman" w:eastAsia="Calibri" w:hAnsi="Times New Roman" w:cs="Times New Roman"/>
          <w:sz w:val="24"/>
          <w:szCs w:val="24"/>
        </w:rPr>
        <w:t>Таблица 2.  Проверка задания части 2</w:t>
      </w:r>
      <w:r w:rsidRPr="00765081">
        <w:rPr>
          <w:rFonts w:ascii="Times New Roman" w:eastAsia="Calibri" w:hAnsi="Times New Roman" w:cs="Times New Roman"/>
          <w:sz w:val="24"/>
          <w:szCs w:val="24"/>
        </w:rPr>
        <w:cr/>
      </w:r>
    </w:p>
    <w:tbl>
      <w:tblPr>
        <w:tblStyle w:val="230"/>
        <w:tblW w:w="0" w:type="auto"/>
        <w:tblLook w:val="04A0"/>
      </w:tblPr>
      <w:tblGrid>
        <w:gridCol w:w="1014"/>
        <w:gridCol w:w="7032"/>
        <w:gridCol w:w="1525"/>
      </w:tblGrid>
      <w:tr w:rsidR="00956D16" w:rsidRPr="00765081" w:rsidTr="00956D16">
        <w:tc>
          <w:tcPr>
            <w:tcW w:w="1014"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задания</w:t>
            </w:r>
          </w:p>
        </w:tc>
        <w:tc>
          <w:tcPr>
            <w:tcW w:w="703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Критерии оценки задания части 2-3  </w:t>
            </w:r>
          </w:p>
        </w:tc>
        <w:tc>
          <w:tcPr>
            <w:tcW w:w="152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Баллы</w:t>
            </w:r>
          </w:p>
        </w:tc>
      </w:tr>
      <w:tr w:rsidR="00956D16" w:rsidRPr="00765081" w:rsidTr="00956D16">
        <w:tc>
          <w:tcPr>
            <w:tcW w:w="1014" w:type="dxa"/>
            <w:vMerge w:val="restart"/>
          </w:tcPr>
          <w:p w:rsidR="00956D16" w:rsidRPr="00765081" w:rsidRDefault="00956D16" w:rsidP="00956D16">
            <w:pPr>
              <w:spacing w:line="256" w:lineRule="auto"/>
              <w:ind w:right="-52"/>
              <w:rPr>
                <w:rFonts w:eastAsia="Calibri"/>
                <w:sz w:val="24"/>
                <w:szCs w:val="24"/>
              </w:rPr>
            </w:pPr>
            <w:r w:rsidRPr="00765081">
              <w:rPr>
                <w:rFonts w:eastAsia="Calibri"/>
                <w:sz w:val="24"/>
                <w:szCs w:val="24"/>
              </w:rPr>
              <w:t>3</w:t>
            </w:r>
          </w:p>
        </w:tc>
        <w:tc>
          <w:tcPr>
            <w:tcW w:w="703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Правильно сформулировал одно доказательство.  </w:t>
            </w:r>
          </w:p>
        </w:tc>
        <w:tc>
          <w:tcPr>
            <w:tcW w:w="152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w:t>
            </w:r>
          </w:p>
        </w:tc>
      </w:tr>
      <w:tr w:rsidR="00956D16" w:rsidRPr="00765081" w:rsidTr="00956D16">
        <w:tc>
          <w:tcPr>
            <w:tcW w:w="1014" w:type="dxa"/>
            <w:vMerge/>
          </w:tcPr>
          <w:p w:rsidR="00956D16" w:rsidRPr="00765081" w:rsidRDefault="00956D16" w:rsidP="00956D16">
            <w:pPr>
              <w:spacing w:line="256" w:lineRule="auto"/>
              <w:ind w:right="-52"/>
              <w:rPr>
                <w:rFonts w:eastAsia="Calibri"/>
                <w:sz w:val="24"/>
                <w:szCs w:val="24"/>
              </w:rPr>
            </w:pPr>
          </w:p>
        </w:tc>
        <w:tc>
          <w:tcPr>
            <w:tcW w:w="703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Доказательство правильно оформлено в письменной речи</w:t>
            </w:r>
          </w:p>
        </w:tc>
        <w:tc>
          <w:tcPr>
            <w:tcW w:w="152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w:t>
            </w:r>
          </w:p>
        </w:tc>
      </w:tr>
      <w:tr w:rsidR="00956D16" w:rsidRPr="00765081" w:rsidTr="00956D16">
        <w:tc>
          <w:tcPr>
            <w:tcW w:w="1014" w:type="dxa"/>
            <w:vMerge/>
          </w:tcPr>
          <w:p w:rsidR="00956D16" w:rsidRPr="00765081" w:rsidRDefault="00956D16" w:rsidP="00956D16">
            <w:pPr>
              <w:spacing w:line="256" w:lineRule="auto"/>
              <w:ind w:right="-52"/>
              <w:rPr>
                <w:rFonts w:eastAsia="Calibri"/>
                <w:sz w:val="24"/>
                <w:szCs w:val="24"/>
              </w:rPr>
            </w:pPr>
          </w:p>
        </w:tc>
        <w:tc>
          <w:tcPr>
            <w:tcW w:w="703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Правильно сформулировано второе доказательство.  </w:t>
            </w:r>
          </w:p>
        </w:tc>
        <w:tc>
          <w:tcPr>
            <w:tcW w:w="152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w:t>
            </w:r>
          </w:p>
        </w:tc>
      </w:tr>
      <w:tr w:rsidR="00956D16" w:rsidRPr="00765081" w:rsidTr="00956D16">
        <w:tc>
          <w:tcPr>
            <w:tcW w:w="1014" w:type="dxa"/>
            <w:vMerge/>
          </w:tcPr>
          <w:p w:rsidR="00956D16" w:rsidRPr="00765081" w:rsidRDefault="00956D16" w:rsidP="00956D16">
            <w:pPr>
              <w:spacing w:line="256" w:lineRule="auto"/>
              <w:ind w:right="-52"/>
              <w:rPr>
                <w:rFonts w:eastAsia="Calibri"/>
                <w:sz w:val="24"/>
                <w:szCs w:val="24"/>
              </w:rPr>
            </w:pPr>
          </w:p>
        </w:tc>
        <w:tc>
          <w:tcPr>
            <w:tcW w:w="703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Доказательство правильно оформлено в письменной речи.</w:t>
            </w:r>
          </w:p>
        </w:tc>
        <w:tc>
          <w:tcPr>
            <w:tcW w:w="152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1</w:t>
            </w:r>
          </w:p>
        </w:tc>
      </w:tr>
      <w:tr w:rsidR="00956D16" w:rsidRPr="00765081" w:rsidTr="00956D16">
        <w:tc>
          <w:tcPr>
            <w:tcW w:w="1014" w:type="dxa"/>
          </w:tcPr>
          <w:p w:rsidR="00956D16" w:rsidRPr="00765081" w:rsidRDefault="00956D16" w:rsidP="00956D16">
            <w:pPr>
              <w:spacing w:line="256" w:lineRule="auto"/>
              <w:ind w:right="-52"/>
              <w:rPr>
                <w:rFonts w:eastAsia="Calibri"/>
                <w:sz w:val="24"/>
                <w:szCs w:val="24"/>
              </w:rPr>
            </w:pPr>
          </w:p>
        </w:tc>
        <w:tc>
          <w:tcPr>
            <w:tcW w:w="703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Итого </w:t>
            </w:r>
          </w:p>
        </w:tc>
        <w:tc>
          <w:tcPr>
            <w:tcW w:w="1525"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4</w:t>
            </w:r>
          </w:p>
        </w:tc>
      </w:tr>
    </w:tbl>
    <w:p w:rsidR="00956D16" w:rsidRPr="00765081" w:rsidRDefault="00956D16" w:rsidP="00956D16">
      <w:pPr>
        <w:spacing w:after="0" w:line="256" w:lineRule="auto"/>
        <w:ind w:right="-52"/>
        <w:rPr>
          <w:rFonts w:ascii="Times New Roman" w:eastAsia="Calibri" w:hAnsi="Times New Roman" w:cs="Times New Roman"/>
          <w:sz w:val="24"/>
          <w:szCs w:val="24"/>
        </w:rPr>
      </w:pPr>
    </w:p>
    <w:p w:rsidR="00956D16" w:rsidRPr="00765081" w:rsidRDefault="00956D16" w:rsidP="00956D16">
      <w:pPr>
        <w:spacing w:after="0" w:line="256" w:lineRule="auto"/>
        <w:ind w:right="-52"/>
        <w:rPr>
          <w:rFonts w:ascii="Times New Roman" w:eastAsia="Calibri" w:hAnsi="Times New Roman" w:cs="Times New Roman"/>
          <w:b/>
          <w:sz w:val="24"/>
          <w:szCs w:val="24"/>
        </w:rPr>
      </w:pPr>
      <w:r w:rsidRPr="00765081">
        <w:rPr>
          <w:rFonts w:ascii="Times New Roman" w:eastAsia="Calibri" w:hAnsi="Times New Roman" w:cs="Times New Roman"/>
          <w:b/>
          <w:sz w:val="24"/>
          <w:szCs w:val="24"/>
        </w:rPr>
        <w:t>Критерии оценивания.</w:t>
      </w:r>
    </w:p>
    <w:p w:rsidR="00956D16" w:rsidRPr="00765081" w:rsidRDefault="00956D16" w:rsidP="00956D16">
      <w:pPr>
        <w:spacing w:after="0" w:line="256" w:lineRule="auto"/>
        <w:ind w:right="-52"/>
        <w:rPr>
          <w:rFonts w:ascii="Times New Roman" w:eastAsia="Calibri" w:hAnsi="Times New Roman" w:cs="Times New Roman"/>
          <w:sz w:val="24"/>
          <w:szCs w:val="24"/>
        </w:rPr>
      </w:pPr>
    </w:p>
    <w:tbl>
      <w:tblPr>
        <w:tblStyle w:val="230"/>
        <w:tblW w:w="0" w:type="auto"/>
        <w:tblLook w:val="04A0"/>
      </w:tblPr>
      <w:tblGrid>
        <w:gridCol w:w="1622"/>
        <w:gridCol w:w="4440"/>
        <w:gridCol w:w="3509"/>
      </w:tblGrid>
      <w:tr w:rsidR="00956D16" w:rsidRPr="00765081" w:rsidTr="00956D16">
        <w:tc>
          <w:tcPr>
            <w:tcW w:w="162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Уровень </w:t>
            </w:r>
          </w:p>
        </w:tc>
        <w:tc>
          <w:tcPr>
            <w:tcW w:w="4440"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Критерии выделения  уровней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База-17 баллов и </w:t>
            </w:r>
          </w:p>
          <w:p w:rsidR="00956D16" w:rsidRPr="00765081" w:rsidRDefault="00956D16" w:rsidP="00956D16">
            <w:pPr>
              <w:spacing w:line="256" w:lineRule="auto"/>
              <w:ind w:right="-52"/>
              <w:rPr>
                <w:rFonts w:eastAsia="Calibri"/>
                <w:sz w:val="24"/>
                <w:szCs w:val="24"/>
              </w:rPr>
            </w:pPr>
            <w:proofErr w:type="gramStart"/>
            <w:r w:rsidRPr="00765081">
              <w:rPr>
                <w:rFonts w:eastAsia="Calibri"/>
                <w:sz w:val="24"/>
                <w:szCs w:val="24"/>
              </w:rPr>
              <w:t>повышенный</w:t>
            </w:r>
            <w:proofErr w:type="gramEnd"/>
            <w:r w:rsidRPr="00765081">
              <w:rPr>
                <w:rFonts w:eastAsia="Calibri"/>
                <w:sz w:val="24"/>
                <w:szCs w:val="24"/>
              </w:rPr>
              <w:t xml:space="preserve"> 9 баллов</w:t>
            </w:r>
          </w:p>
        </w:tc>
        <w:tc>
          <w:tcPr>
            <w:tcW w:w="3509"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Перевод </w:t>
            </w:r>
          </w:p>
        </w:tc>
      </w:tr>
      <w:tr w:rsidR="00956D16" w:rsidRPr="00765081" w:rsidTr="00956D16">
        <w:tc>
          <w:tcPr>
            <w:tcW w:w="162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Низкий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«2» </w:t>
            </w:r>
          </w:p>
        </w:tc>
        <w:tc>
          <w:tcPr>
            <w:tcW w:w="4440"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7-10 баллов за базовые задания и 0-9 баллов  за  задания  повышенного уровня </w:t>
            </w:r>
          </w:p>
        </w:tc>
        <w:tc>
          <w:tcPr>
            <w:tcW w:w="3509"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Ниже  65%  базы,  повышенный  уровень не учитывается </w:t>
            </w:r>
          </w:p>
        </w:tc>
      </w:tr>
      <w:tr w:rsidR="00956D16" w:rsidRPr="00765081" w:rsidTr="00956D16">
        <w:tc>
          <w:tcPr>
            <w:tcW w:w="162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Базовый </w:t>
            </w:r>
          </w:p>
          <w:p w:rsidR="00956D16" w:rsidRPr="00765081" w:rsidRDefault="00956D16" w:rsidP="00956D16">
            <w:pPr>
              <w:spacing w:line="256" w:lineRule="auto"/>
              <w:ind w:right="-52"/>
              <w:rPr>
                <w:rFonts w:eastAsia="Calibri"/>
                <w:sz w:val="24"/>
                <w:szCs w:val="24"/>
              </w:rPr>
            </w:pPr>
            <w:r w:rsidRPr="00765081">
              <w:rPr>
                <w:rFonts w:eastAsia="Calibri"/>
                <w:sz w:val="24"/>
                <w:szCs w:val="24"/>
              </w:rPr>
              <w:t>«3»</w:t>
            </w:r>
          </w:p>
        </w:tc>
        <w:tc>
          <w:tcPr>
            <w:tcW w:w="4440"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11-16 баллов за базовые задания и 2-4  балла  за  задания  повышенного уровня </w:t>
            </w:r>
          </w:p>
          <w:p w:rsidR="00956D16" w:rsidRPr="00765081" w:rsidRDefault="00956D16" w:rsidP="00956D16">
            <w:pPr>
              <w:spacing w:line="256" w:lineRule="auto"/>
              <w:ind w:right="-52"/>
              <w:rPr>
                <w:rFonts w:eastAsia="Calibri"/>
                <w:sz w:val="24"/>
                <w:szCs w:val="24"/>
              </w:rPr>
            </w:pPr>
            <w:r w:rsidRPr="00765081">
              <w:rPr>
                <w:rFonts w:eastAsia="Calibri"/>
                <w:sz w:val="24"/>
                <w:szCs w:val="24"/>
              </w:rPr>
              <w:t>17  баллов  за  базовые  задания  и  0 баллов  за  задания  повышенного уровня</w:t>
            </w:r>
          </w:p>
        </w:tc>
        <w:tc>
          <w:tcPr>
            <w:tcW w:w="3509"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65%-95%   базы   и   менее   50%  </w:t>
            </w:r>
            <w:proofErr w:type="gramStart"/>
            <w:r w:rsidRPr="00765081">
              <w:rPr>
                <w:rFonts w:eastAsia="Calibri"/>
                <w:sz w:val="24"/>
                <w:szCs w:val="24"/>
              </w:rPr>
              <w:t>повышенного</w:t>
            </w:r>
            <w:proofErr w:type="gramEnd"/>
          </w:p>
          <w:p w:rsidR="00956D16" w:rsidRPr="00765081" w:rsidRDefault="00956D16" w:rsidP="00956D16">
            <w:pPr>
              <w:spacing w:line="256" w:lineRule="auto"/>
              <w:ind w:right="-52"/>
              <w:rPr>
                <w:rFonts w:eastAsia="Calibri"/>
                <w:sz w:val="24"/>
                <w:szCs w:val="24"/>
              </w:rPr>
            </w:pPr>
            <w:r w:rsidRPr="00765081">
              <w:rPr>
                <w:rFonts w:eastAsia="Calibri"/>
                <w:sz w:val="24"/>
                <w:szCs w:val="24"/>
              </w:rPr>
              <w:t>100% за базовый уровень и 0% повышенный</w:t>
            </w:r>
          </w:p>
        </w:tc>
      </w:tr>
      <w:tr w:rsidR="00956D16" w:rsidRPr="00765081" w:rsidTr="00956D16">
        <w:tc>
          <w:tcPr>
            <w:tcW w:w="162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lastRenderedPageBreak/>
              <w:t xml:space="preserve">Повышенный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«4» </w:t>
            </w:r>
          </w:p>
        </w:tc>
        <w:tc>
          <w:tcPr>
            <w:tcW w:w="4440"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11-14 баллов за базовые задания и 6-9  баллов  за  задания  повышенного уровня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15-17 баллов за базовые задания и 5- 6  баллов  за  задания  повышенного уровня </w:t>
            </w:r>
          </w:p>
        </w:tc>
        <w:tc>
          <w:tcPr>
            <w:tcW w:w="3509"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65%-80%-базовый уровень и 65%-100% повышенный уровень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70%-100% базовый уровень и 50-65%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повышенный уровень </w:t>
            </w:r>
          </w:p>
        </w:tc>
      </w:tr>
      <w:tr w:rsidR="00956D16" w:rsidRPr="00765081" w:rsidTr="00956D16">
        <w:tc>
          <w:tcPr>
            <w:tcW w:w="1622"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Высокий </w:t>
            </w:r>
          </w:p>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«5» </w:t>
            </w:r>
          </w:p>
        </w:tc>
        <w:tc>
          <w:tcPr>
            <w:tcW w:w="4440"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15-17 баллов за базовые задания и 8-9  баллов  за  задания  повышенного уровня </w:t>
            </w:r>
          </w:p>
        </w:tc>
        <w:tc>
          <w:tcPr>
            <w:tcW w:w="3509" w:type="dxa"/>
          </w:tcPr>
          <w:p w:rsidR="00956D16" w:rsidRPr="00765081" w:rsidRDefault="00956D16" w:rsidP="00956D16">
            <w:pPr>
              <w:spacing w:line="256" w:lineRule="auto"/>
              <w:ind w:right="-52"/>
              <w:rPr>
                <w:rFonts w:eastAsia="Calibri"/>
                <w:sz w:val="24"/>
                <w:szCs w:val="24"/>
              </w:rPr>
            </w:pPr>
            <w:r w:rsidRPr="00765081">
              <w:rPr>
                <w:rFonts w:eastAsia="Calibri"/>
                <w:sz w:val="24"/>
                <w:szCs w:val="24"/>
              </w:rPr>
              <w:t xml:space="preserve">70%-100%базовый уровень и 95-100%  повышенный уровень </w:t>
            </w:r>
          </w:p>
        </w:tc>
      </w:tr>
    </w:tbl>
    <w:p w:rsidR="00956D16" w:rsidRPr="00765081" w:rsidRDefault="00956D16" w:rsidP="00956D16">
      <w:pPr>
        <w:rPr>
          <w:rFonts w:ascii="Times New Roman" w:eastAsia="Calibri" w:hAnsi="Times New Roman" w:cs="Times New Roman"/>
          <w:sz w:val="24"/>
          <w:szCs w:val="24"/>
        </w:rPr>
      </w:pPr>
    </w:p>
    <w:p w:rsidR="00956D16" w:rsidRPr="00765081" w:rsidRDefault="00956D16" w:rsidP="00956D16">
      <w:pPr>
        <w:spacing w:after="0" w:afterAutospacing="1" w:line="240" w:lineRule="auto"/>
        <w:jc w:val="center"/>
        <w:rPr>
          <w:rFonts w:ascii="Times New Roman" w:eastAsia="Calibri" w:hAnsi="Times New Roman" w:cs="Times New Roman"/>
          <w:sz w:val="24"/>
          <w:szCs w:val="24"/>
          <w:lang w:eastAsia="ru-RU"/>
        </w:rPr>
      </w:pPr>
      <w:r w:rsidRPr="00765081">
        <w:rPr>
          <w:rFonts w:ascii="Times New Roman" w:eastAsia="Calibri" w:hAnsi="Times New Roman" w:cs="Times New Roman"/>
          <w:b/>
          <w:bCs/>
          <w:sz w:val="24"/>
          <w:szCs w:val="24"/>
          <w:lang w:eastAsia="ru-RU"/>
        </w:rPr>
        <w:t>Итоговая комплексная работа</w:t>
      </w:r>
    </w:p>
    <w:p w:rsidR="00956D16" w:rsidRPr="00765081" w:rsidRDefault="00956D16" w:rsidP="00956D16">
      <w:pPr>
        <w:spacing w:after="0" w:afterAutospacing="1" w:line="240" w:lineRule="auto"/>
        <w:jc w:val="center"/>
        <w:rPr>
          <w:rFonts w:ascii="Times New Roman" w:eastAsia="Calibri" w:hAnsi="Times New Roman" w:cs="Times New Roman"/>
          <w:b/>
          <w:bCs/>
          <w:sz w:val="24"/>
          <w:szCs w:val="24"/>
          <w:lang w:eastAsia="ru-RU"/>
        </w:rPr>
      </w:pPr>
      <w:r w:rsidRPr="00765081">
        <w:rPr>
          <w:rFonts w:ascii="Times New Roman" w:eastAsia="Calibri" w:hAnsi="Times New Roman" w:cs="Times New Roman"/>
          <w:b/>
          <w:bCs/>
          <w:sz w:val="24"/>
          <w:szCs w:val="24"/>
          <w:lang w:eastAsia="ru-RU"/>
        </w:rPr>
        <w:t>4 класс 202__- 202__ учебный год</w:t>
      </w:r>
    </w:p>
    <w:p w:rsidR="00956D16" w:rsidRPr="00765081" w:rsidRDefault="00956D16" w:rsidP="00956D16">
      <w:pPr>
        <w:tabs>
          <w:tab w:val="left" w:pos="709"/>
        </w:tabs>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Ф.И. учащегося ________________________________________</w:t>
      </w:r>
    </w:p>
    <w:p w:rsidR="00956D16" w:rsidRPr="00765081" w:rsidRDefault="00956D16" w:rsidP="00956D16">
      <w:pPr>
        <w:tabs>
          <w:tab w:val="left" w:pos="709"/>
        </w:tabs>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Школа_________________________________________________ </w:t>
      </w:r>
    </w:p>
    <w:p w:rsidR="00956D16" w:rsidRPr="00765081" w:rsidRDefault="00956D16" w:rsidP="00956D16">
      <w:pPr>
        <w:tabs>
          <w:tab w:val="left" w:pos="709"/>
          <w:tab w:val="left" w:pos="5910"/>
        </w:tabs>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Класс  4 ____</w:t>
      </w:r>
      <w:r w:rsidRPr="00765081">
        <w:rPr>
          <w:rFonts w:ascii="Times New Roman" w:eastAsia="Calibri" w:hAnsi="Times New Roman" w:cs="Times New Roman"/>
          <w:b/>
          <w:sz w:val="24"/>
          <w:szCs w:val="24"/>
        </w:rPr>
        <w:tab/>
      </w:r>
    </w:p>
    <w:p w:rsidR="00956D16" w:rsidRPr="00765081" w:rsidRDefault="00956D16" w:rsidP="00956D16">
      <w:pPr>
        <w:spacing w:after="0" w:afterAutospacing="1" w:line="240" w:lineRule="auto"/>
        <w:jc w:val="center"/>
        <w:rPr>
          <w:rFonts w:ascii="Times New Roman" w:eastAsia="Calibri" w:hAnsi="Times New Roman" w:cs="Times New Roman"/>
          <w:b/>
          <w:bCs/>
          <w:sz w:val="24"/>
          <w:szCs w:val="24"/>
          <w:lang w:eastAsia="ru-RU"/>
        </w:rPr>
      </w:pPr>
      <w:r w:rsidRPr="00765081">
        <w:rPr>
          <w:rFonts w:ascii="Times New Roman" w:eastAsia="Calibri" w:hAnsi="Times New Roman" w:cs="Times New Roman"/>
          <w:b/>
          <w:bCs/>
          <w:sz w:val="24"/>
          <w:szCs w:val="24"/>
          <w:lang w:eastAsia="ru-RU"/>
        </w:rPr>
        <w:t>Вариант 1</w:t>
      </w:r>
    </w:p>
    <w:p w:rsidR="00956D16" w:rsidRPr="00765081" w:rsidRDefault="00956D16" w:rsidP="00956D16">
      <w:pPr>
        <w:spacing w:after="0" w:line="240" w:lineRule="auto"/>
        <w:rPr>
          <w:rFonts w:ascii="Times New Roman" w:eastAsia="Calibri" w:hAnsi="Times New Roman" w:cs="Times New Roman"/>
          <w:sz w:val="24"/>
          <w:szCs w:val="24"/>
          <w:u w:val="single"/>
        </w:rPr>
      </w:pPr>
      <w:r w:rsidRPr="00765081">
        <w:rPr>
          <w:rFonts w:ascii="Times New Roman" w:eastAsia="Calibri" w:hAnsi="Times New Roman" w:cs="Times New Roman"/>
          <w:b/>
          <w:sz w:val="24"/>
          <w:szCs w:val="24"/>
          <w:u w:val="single"/>
        </w:rPr>
        <w:t>Прочитайте текст, если нужно перечитайте его ещё раз</w:t>
      </w:r>
      <w:r w:rsidRPr="00765081">
        <w:rPr>
          <w:rFonts w:ascii="Times New Roman" w:eastAsia="Calibri" w:hAnsi="Times New Roman" w:cs="Times New Roman"/>
          <w:sz w:val="24"/>
          <w:szCs w:val="24"/>
          <w:u w:val="single"/>
        </w:rPr>
        <w:t>.</w:t>
      </w:r>
    </w:p>
    <w:p w:rsidR="00956D16" w:rsidRPr="00765081" w:rsidRDefault="00956D16" w:rsidP="00956D16">
      <w:pPr>
        <w:spacing w:after="0" w:line="240" w:lineRule="auto"/>
        <w:jc w:val="center"/>
        <w:rPr>
          <w:rFonts w:ascii="Times New Roman" w:eastAsia="Calibri" w:hAnsi="Times New Roman" w:cs="Times New Roman"/>
          <w:b/>
          <w:sz w:val="24"/>
          <w:szCs w:val="24"/>
        </w:rPr>
      </w:pPr>
    </w:p>
    <w:p w:rsidR="00956D16" w:rsidRPr="00765081" w:rsidRDefault="00956D16" w:rsidP="00956D16">
      <w:pPr>
        <w:spacing w:after="0" w:line="240" w:lineRule="auto"/>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Северный олень.</w:t>
      </w:r>
    </w:p>
    <w:p w:rsidR="00956D16" w:rsidRPr="00765081" w:rsidRDefault="00956D16" w:rsidP="00956D16">
      <w:pPr>
        <w:spacing w:after="0" w:line="240" w:lineRule="auto"/>
        <w:ind w:left="-15" w:firstLine="708"/>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Оленей на свете много, но ни одна оленья порода не оказывает столько важных услуг человеку, как сильный северный олень. На тех территориях, где обитает северный олень, не может выжить ни лошадь, ни вол. Холодно очень, сорокаградусный мороз выдержит не каждое животное. А как передвигаться людям (особенно в старые времена), было бы вообще непонятно, если бы у них не было верного и постоянного слуги, такого как, северный олень. Оленье мясо, молоко, шкура, жир – все использует человек. </w:t>
      </w:r>
    </w:p>
    <w:p w:rsidR="00956D16" w:rsidRPr="00765081" w:rsidRDefault="00956D16" w:rsidP="00956D16">
      <w:pPr>
        <w:spacing w:after="0" w:line="240" w:lineRule="auto"/>
        <w:ind w:left="-15" w:firstLine="708"/>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Как выживает северный олень в суровых зимних условиях? Он тепло «одет». Олений мех особенный. В суровую пору кончики волосков меха как будто бы разбухают, утолщаются; такой преображенный мех надежно защищает оленя от лютых морозов, меховая броня держит тепло хорошо. Да и подкожный жирок тоже помогает не замерзнуть. </w:t>
      </w:r>
    </w:p>
    <w:p w:rsidR="00956D16" w:rsidRPr="00765081" w:rsidRDefault="00956D16" w:rsidP="00956D16">
      <w:pPr>
        <w:spacing w:after="0" w:line="240" w:lineRule="auto"/>
        <w:ind w:left="-15" w:firstLine="708"/>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В летнюю пору олень пытается накопить в организме минеральные соли. Иначе можно и ноги протянуть. Но он их не протягивает. Секрет кроется в особых химических свойствах тканей организма. Химические процессы, происходящие в тканях ног северного оленя, очень своеобразны. Отчасти, благодаря им, выносливость зверя феноменальна. </w:t>
      </w:r>
    </w:p>
    <w:p w:rsidR="00956D16" w:rsidRPr="00765081" w:rsidRDefault="00956D16" w:rsidP="00956D16">
      <w:pPr>
        <w:spacing w:after="0" w:line="240" w:lineRule="auto"/>
        <w:ind w:left="-15" w:firstLine="708"/>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rPr>
        <w:t xml:space="preserve">За неимением травы в далёких краях люди не заготавливают для оленьих стад сена; да олени и не любят сена. Любимое их кушанье – мох, ягель. Они разгребают снег и щиплют ягель, заключающий в себе довольно много полезных компонентов. </w:t>
      </w:r>
    </w:p>
    <w:p w:rsidR="00956D16" w:rsidRPr="00765081" w:rsidRDefault="00956D16" w:rsidP="00956D16">
      <w:pPr>
        <w:spacing w:after="0" w:line="240" w:lineRule="auto"/>
        <w:ind w:left="-15" w:firstLine="708"/>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Дикие олени несколько крупнее тех, которые из поколения в поколение живут под близким надзором человека. В среднем вес оленя-150 кг. Дикий олень, в отличие от </w:t>
      </w:r>
      <w:proofErr w:type="gramStart"/>
      <w:r w:rsidRPr="00765081">
        <w:rPr>
          <w:rFonts w:ascii="Times New Roman" w:eastAsia="Times New Roman" w:hAnsi="Times New Roman" w:cs="Times New Roman"/>
          <w:sz w:val="24"/>
          <w:szCs w:val="24"/>
        </w:rPr>
        <w:t>домашнего</w:t>
      </w:r>
      <w:proofErr w:type="gramEnd"/>
      <w:r w:rsidRPr="00765081">
        <w:rPr>
          <w:rFonts w:ascii="Times New Roman" w:eastAsia="Times New Roman" w:hAnsi="Times New Roman" w:cs="Times New Roman"/>
          <w:sz w:val="24"/>
          <w:szCs w:val="24"/>
        </w:rPr>
        <w:t xml:space="preserve">, более насторожен, боязлив. </w:t>
      </w:r>
    </w:p>
    <w:p w:rsidR="00956D16" w:rsidRPr="00765081" w:rsidRDefault="00956D16" w:rsidP="00956D16">
      <w:pPr>
        <w:spacing w:after="0" w:line="240" w:lineRule="auto"/>
        <w:ind w:left="-15" w:firstLine="708"/>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lastRenderedPageBreak/>
        <w:t xml:space="preserve">Рога – одно из главных достоинств оленя, у северных пород они присутствуют и у самцов, и у самок. Раз в год северные животные сбрасывают рога. Действительно, зачем нужна старая дополнительная конструкция? А за лето отрастают новые, молодые рога. </w:t>
      </w:r>
    </w:p>
    <w:p w:rsidR="00956D16" w:rsidRPr="00765081" w:rsidRDefault="00956D16" w:rsidP="00956D16">
      <w:pPr>
        <w:spacing w:after="0" w:line="240" w:lineRule="auto"/>
        <w:ind w:left="-15" w:firstLine="708"/>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Северные олени перевозят своих хозяев на легких саночках с удивительною быстротой и могут проехать в день более ста километров. </w:t>
      </w:r>
    </w:p>
    <w:p w:rsidR="00956D16" w:rsidRPr="00765081" w:rsidRDefault="00956D16" w:rsidP="00956D16">
      <w:pPr>
        <w:spacing w:after="0" w:line="240" w:lineRule="auto"/>
        <w:ind w:left="708"/>
        <w:rPr>
          <w:rFonts w:ascii="Times New Roman" w:eastAsia="Calibri" w:hAnsi="Times New Roman" w:cs="Times New Roman"/>
          <w:sz w:val="24"/>
          <w:szCs w:val="24"/>
        </w:rPr>
      </w:pPr>
    </w:p>
    <w:p w:rsidR="00956D16" w:rsidRPr="00765081" w:rsidRDefault="00956D16" w:rsidP="00956D16">
      <w:pPr>
        <w:spacing w:after="0" w:line="240" w:lineRule="auto"/>
        <w:ind w:firstLine="284"/>
        <w:jc w:val="center"/>
        <w:rPr>
          <w:rFonts w:ascii="Times New Roman" w:eastAsia="Calibri" w:hAnsi="Times New Roman" w:cs="Times New Roman"/>
          <w:b/>
          <w:bCs/>
          <w:sz w:val="24"/>
          <w:szCs w:val="24"/>
          <w:u w:val="single"/>
        </w:rPr>
      </w:pPr>
      <w:r w:rsidRPr="00765081">
        <w:rPr>
          <w:rFonts w:ascii="Times New Roman" w:eastAsia="Calibri" w:hAnsi="Times New Roman" w:cs="Times New Roman"/>
          <w:b/>
          <w:bCs/>
          <w:sz w:val="24"/>
          <w:szCs w:val="24"/>
          <w:u w:val="single"/>
        </w:rPr>
        <w:t>Основная часть</w:t>
      </w:r>
    </w:p>
    <w:p w:rsidR="00956D16" w:rsidRPr="00765081" w:rsidRDefault="00956D16" w:rsidP="00956D16">
      <w:pPr>
        <w:spacing w:after="0" w:line="240" w:lineRule="auto"/>
        <w:ind w:firstLine="284"/>
        <w:jc w:val="center"/>
        <w:rPr>
          <w:rFonts w:ascii="Times New Roman" w:eastAsia="Calibri" w:hAnsi="Times New Roman" w:cs="Times New Roman"/>
          <w:b/>
          <w:i/>
          <w:sz w:val="24"/>
          <w:szCs w:val="24"/>
          <w:u w:val="single"/>
        </w:rPr>
      </w:pPr>
      <w:r w:rsidRPr="00765081">
        <w:rPr>
          <w:rFonts w:ascii="Times New Roman" w:eastAsia="Calibri" w:hAnsi="Times New Roman" w:cs="Times New Roman"/>
          <w:b/>
          <w:i/>
          <w:sz w:val="24"/>
          <w:szCs w:val="24"/>
          <w:u w:val="single"/>
        </w:rPr>
        <w:t>Литературное чтение</w:t>
      </w:r>
    </w:p>
    <w:p w:rsidR="00956D16" w:rsidRPr="00765081" w:rsidRDefault="00956D16" w:rsidP="00956D16">
      <w:pPr>
        <w:spacing w:after="0" w:line="240" w:lineRule="auto"/>
        <w:ind w:left="708"/>
        <w:rPr>
          <w:rFonts w:ascii="Times New Roman" w:eastAsia="Calibri" w:hAnsi="Times New Roman" w:cs="Times New Roman"/>
          <w:sz w:val="24"/>
          <w:szCs w:val="24"/>
        </w:rPr>
      </w:pPr>
    </w:p>
    <w:p w:rsidR="00956D16" w:rsidRPr="00765081" w:rsidRDefault="00956D16" w:rsidP="00956D16">
      <w:pPr>
        <w:spacing w:after="0" w:line="240" w:lineRule="auto"/>
        <w:jc w:val="both"/>
        <w:rPr>
          <w:rFonts w:ascii="Times New Roman" w:eastAsia="Times New Roman" w:hAnsi="Times New Roman" w:cs="Times New Roman"/>
          <w:sz w:val="24"/>
          <w:szCs w:val="24"/>
        </w:rPr>
      </w:pPr>
      <w:r w:rsidRPr="00765081">
        <w:rPr>
          <w:rFonts w:ascii="Times New Roman" w:eastAsia="Times New Roman" w:hAnsi="Times New Roman" w:cs="Times New Roman"/>
          <w:b/>
          <w:sz w:val="24"/>
          <w:szCs w:val="24"/>
        </w:rPr>
        <w:t>Задание 1. Сколько частей в этом тексте? Запишите цифрой.</w:t>
      </w:r>
    </w:p>
    <w:p w:rsidR="00956D16" w:rsidRPr="00765081" w:rsidRDefault="00956D16" w:rsidP="00956D16">
      <w:pPr>
        <w:spacing w:after="0" w:line="240" w:lineRule="auto"/>
        <w:jc w:val="both"/>
        <w:outlineLvl w:val="0"/>
        <w:rPr>
          <w:rFonts w:ascii="Times New Roman" w:eastAsia="Times New Roman" w:hAnsi="Times New Roman" w:cs="Times New Roman"/>
          <w:sz w:val="24"/>
          <w:szCs w:val="24"/>
        </w:rPr>
      </w:pPr>
      <w:r w:rsidRPr="00765081">
        <w:rPr>
          <w:rFonts w:ascii="Times New Roman" w:eastAsia="Times New Roman" w:hAnsi="Times New Roman" w:cs="Times New Roman"/>
          <w:b/>
          <w:sz w:val="24"/>
          <w:szCs w:val="24"/>
        </w:rPr>
        <w:t>Ответ</w:t>
      </w:r>
      <w:r w:rsidRPr="00765081">
        <w:rPr>
          <w:rFonts w:ascii="Times New Roman" w:eastAsia="Times New Roman" w:hAnsi="Times New Roman" w:cs="Times New Roman"/>
          <w:sz w:val="24"/>
          <w:szCs w:val="24"/>
        </w:rPr>
        <w:t>:</w:t>
      </w:r>
      <w:r w:rsidRPr="00765081">
        <w:rPr>
          <w:rFonts w:ascii="Times New Roman" w:eastAsia="Times New Roman" w:hAnsi="Times New Roman" w:cs="Times New Roman"/>
          <w:sz w:val="24"/>
          <w:szCs w:val="24"/>
        </w:rPr>
        <w:tab/>
      </w:r>
      <w:r w:rsidRPr="00765081">
        <w:rPr>
          <w:rFonts w:ascii="Times New Roman" w:eastAsia="Times New Roman" w:hAnsi="Times New Roman" w:cs="Times New Roman"/>
          <w:b/>
          <w:sz w:val="24"/>
          <w:szCs w:val="24"/>
        </w:rPr>
        <w:t>__________________</w:t>
      </w:r>
    </w:p>
    <w:p w:rsidR="00956D16" w:rsidRPr="00765081" w:rsidRDefault="00956D16" w:rsidP="00956D16">
      <w:pPr>
        <w:spacing w:after="0" w:line="240" w:lineRule="auto"/>
        <w:jc w:val="both"/>
        <w:rPr>
          <w:rFonts w:ascii="Times New Roman" w:eastAsia="Times New Roman" w:hAnsi="Times New Roman" w:cs="Times New Roman"/>
          <w:b/>
          <w:sz w:val="24"/>
          <w:szCs w:val="24"/>
        </w:rPr>
      </w:pPr>
    </w:p>
    <w:p w:rsidR="00956D16" w:rsidRPr="00765081" w:rsidRDefault="00956D16" w:rsidP="00956D16">
      <w:pPr>
        <w:spacing w:after="0" w:line="24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Задание 2. Озаглавьте   четвёртую часть текста.</w:t>
      </w:r>
    </w:p>
    <w:p w:rsidR="00956D16" w:rsidRPr="00765081" w:rsidRDefault="00956D16" w:rsidP="00956D16">
      <w:pPr>
        <w:spacing w:after="0" w:line="24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Ответ</w:t>
      </w:r>
      <w:r w:rsidRPr="00765081">
        <w:rPr>
          <w:rFonts w:ascii="Times New Roman" w:eastAsia="Times New Roman" w:hAnsi="Times New Roman" w:cs="Times New Roman"/>
          <w:sz w:val="24"/>
          <w:szCs w:val="24"/>
        </w:rPr>
        <w:t>:</w:t>
      </w:r>
      <w:r w:rsidRPr="00765081">
        <w:rPr>
          <w:rFonts w:ascii="Times New Roman" w:eastAsia="Times New Roman" w:hAnsi="Times New Roman" w:cs="Times New Roman"/>
          <w:sz w:val="24"/>
          <w:szCs w:val="24"/>
        </w:rPr>
        <w:tab/>
        <w:t xml:space="preserve"> ___________________________________________________</w:t>
      </w:r>
    </w:p>
    <w:p w:rsidR="00956D16" w:rsidRPr="00765081" w:rsidRDefault="00956D16" w:rsidP="00956D16">
      <w:pPr>
        <w:spacing w:after="0" w:line="240" w:lineRule="auto"/>
        <w:rPr>
          <w:rFonts w:ascii="Times New Roman" w:eastAsia="Times New Roman" w:hAnsi="Times New Roman" w:cs="Times New Roman"/>
          <w:b/>
          <w:sz w:val="24"/>
          <w:szCs w:val="24"/>
        </w:rPr>
      </w:pPr>
    </w:p>
    <w:p w:rsidR="00956D16" w:rsidRPr="00765081" w:rsidRDefault="00956D16" w:rsidP="00956D16">
      <w:pPr>
        <w:spacing w:after="0" w:line="240" w:lineRule="auto"/>
        <w:rPr>
          <w:rFonts w:ascii="Times New Roman" w:eastAsia="Calibri" w:hAnsi="Times New Roman" w:cs="Times New Roman"/>
          <w:b/>
          <w:sz w:val="24"/>
          <w:szCs w:val="24"/>
        </w:rPr>
      </w:pPr>
      <w:r w:rsidRPr="00765081">
        <w:rPr>
          <w:rFonts w:ascii="Times New Roman" w:eastAsia="Times New Roman" w:hAnsi="Times New Roman" w:cs="Times New Roman"/>
          <w:b/>
          <w:sz w:val="24"/>
          <w:szCs w:val="24"/>
        </w:rPr>
        <w:t xml:space="preserve">Задание 3. Какая часть текста может быть названа: «Северный олень – быстрое животное»? </w:t>
      </w:r>
      <w:r w:rsidRPr="00765081">
        <w:rPr>
          <w:rFonts w:ascii="Times New Roman" w:eastAsia="Calibri" w:hAnsi="Times New Roman" w:cs="Times New Roman"/>
          <w:b/>
          <w:sz w:val="24"/>
          <w:szCs w:val="24"/>
        </w:rPr>
        <w:t>Отметьте правильный ответ (можете подчеркнуть).</w:t>
      </w:r>
    </w:p>
    <w:p w:rsidR="00956D16" w:rsidRPr="00765081" w:rsidRDefault="007B5670" w:rsidP="00956D16">
      <w:pPr>
        <w:spacing w:after="0" w:line="240" w:lineRule="auto"/>
        <w:ind w:left="708" w:right="257" w:hanging="5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68" o:spid="_x0000_s1120" style="position:absolute;left:0;text-align:left;margin-left:68.7pt;margin-top:.75pt;width:16.5pt;height:15pt;flip:y;z-index:251807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">
            <w10:wrap anchorx="margin"/>
          </v:rect>
        </w:pict>
      </w:r>
      <w:r>
        <w:rPr>
          <w:rFonts w:ascii="Times New Roman" w:eastAsia="Times New Roman" w:hAnsi="Times New Roman" w:cs="Times New Roman"/>
          <w:noProof/>
          <w:sz w:val="24"/>
          <w:szCs w:val="24"/>
          <w:lang w:eastAsia="ru-RU"/>
        </w:rPr>
        <w:pict>
          <v:rect id="Прямоугольник 39567" o:spid="_x0000_s1119" style="position:absolute;left:0;text-align:left;margin-left:171.75pt;margin-top:.75pt;width:16.5pt;height:15pt;flip:y;z-index:251808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">
            <w10:wrap anchorx="margin"/>
          </v:rect>
        </w:pict>
      </w:r>
      <w:r>
        <w:rPr>
          <w:rFonts w:ascii="Times New Roman" w:eastAsia="Times New Roman" w:hAnsi="Times New Roman" w:cs="Times New Roman"/>
          <w:noProof/>
          <w:sz w:val="24"/>
          <w:szCs w:val="24"/>
          <w:lang w:eastAsia="ru-RU"/>
        </w:rPr>
        <w:pict>
          <v:rect id="Прямоугольник 39566" o:spid="_x0000_s1118" style="position:absolute;left:0;text-align:left;margin-left:270pt;margin-top:.75pt;width:16.5pt;height:15pt;flip:y;z-index:251809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">
            <w10:wrap anchorx="margin"/>
          </v:rect>
        </w:pict>
      </w:r>
      <w:r>
        <w:rPr>
          <w:rFonts w:ascii="Times New Roman" w:eastAsia="Times New Roman" w:hAnsi="Times New Roman" w:cs="Times New Roman"/>
          <w:noProof/>
          <w:sz w:val="24"/>
          <w:szCs w:val="24"/>
          <w:lang w:eastAsia="ru-RU"/>
        </w:rPr>
        <w:pict>
          <v:rect id="Прямоугольник 39565" o:spid="_x0000_s1117" style="position:absolute;left:0;text-align:left;margin-left:-21pt;margin-top:.75pt;width:16.5pt;height:15pt;flip:y;z-index:251806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">
            <w10:wrap anchorx="margin"/>
          </v:rect>
        </w:pict>
      </w:r>
      <w:r w:rsidR="00956D16" w:rsidRPr="00765081">
        <w:rPr>
          <w:rFonts w:ascii="Times New Roman" w:eastAsia="Times New Roman" w:hAnsi="Times New Roman" w:cs="Times New Roman"/>
          <w:sz w:val="24"/>
          <w:szCs w:val="24"/>
        </w:rPr>
        <w:t>1) вторая;</w:t>
      </w:r>
      <w:r w:rsidR="00956D16" w:rsidRPr="00765081">
        <w:rPr>
          <w:rFonts w:ascii="Times New Roman" w:eastAsia="Times New Roman" w:hAnsi="Times New Roman" w:cs="Times New Roman"/>
          <w:sz w:val="24"/>
          <w:szCs w:val="24"/>
        </w:rPr>
        <w:tab/>
        <w:t xml:space="preserve">       2) четвёртая;</w:t>
      </w:r>
      <w:r w:rsidR="00956D16" w:rsidRPr="00765081">
        <w:rPr>
          <w:rFonts w:ascii="Times New Roman" w:eastAsia="Times New Roman" w:hAnsi="Times New Roman" w:cs="Times New Roman"/>
          <w:sz w:val="24"/>
          <w:szCs w:val="24"/>
        </w:rPr>
        <w:tab/>
        <w:t xml:space="preserve">       3) пятая;</w:t>
      </w:r>
      <w:r w:rsidR="00956D16" w:rsidRPr="00765081">
        <w:rPr>
          <w:rFonts w:ascii="Times New Roman" w:eastAsia="Times New Roman" w:hAnsi="Times New Roman" w:cs="Times New Roman"/>
          <w:sz w:val="24"/>
          <w:szCs w:val="24"/>
        </w:rPr>
        <w:tab/>
        <w:t xml:space="preserve">               4) седьмая;</w:t>
      </w:r>
      <w:r w:rsidR="00956D16" w:rsidRPr="00765081">
        <w:rPr>
          <w:rFonts w:ascii="Times New Roman" w:eastAsia="Times New Roman" w:hAnsi="Times New Roman" w:cs="Times New Roman"/>
          <w:sz w:val="24"/>
          <w:szCs w:val="24"/>
        </w:rPr>
        <w:tab/>
      </w:r>
    </w:p>
    <w:p w:rsidR="00956D16" w:rsidRPr="00765081" w:rsidRDefault="00956D16" w:rsidP="00956D16">
      <w:pPr>
        <w:spacing w:after="0" w:line="240" w:lineRule="auto"/>
        <w:jc w:val="both"/>
        <w:rPr>
          <w:rFonts w:ascii="Times New Roman" w:eastAsia="Times New Roman" w:hAnsi="Times New Roman" w:cs="Times New Roman"/>
          <w:b/>
          <w:sz w:val="24"/>
          <w:szCs w:val="24"/>
        </w:rPr>
      </w:pPr>
    </w:p>
    <w:p w:rsidR="00956D16" w:rsidRPr="00765081" w:rsidRDefault="007B5670" w:rsidP="00956D16">
      <w:pPr>
        <w:spacing w:after="0" w:line="240" w:lineRule="auto"/>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64" o:spid="_x0000_s1116" style="position:absolute;left:0;text-align:left;margin-left:-21pt;margin-top:11.1pt;width:16.5pt;height:15pt;flip:y;z-index:2518108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">
            <w10:wrap anchorx="margin"/>
          </v:rect>
        </w:pict>
      </w:r>
      <w:r w:rsidR="00956D16" w:rsidRPr="00765081">
        <w:rPr>
          <w:rFonts w:ascii="Times New Roman" w:eastAsia="Times New Roman" w:hAnsi="Times New Roman" w:cs="Times New Roman"/>
          <w:b/>
          <w:sz w:val="24"/>
          <w:szCs w:val="24"/>
        </w:rPr>
        <w:t xml:space="preserve">Задание 4. Данный вид текста. </w:t>
      </w:r>
      <w:r w:rsidR="00956D16" w:rsidRPr="00765081">
        <w:rPr>
          <w:rFonts w:ascii="Times New Roman" w:eastAsia="Calibri" w:hAnsi="Times New Roman" w:cs="Times New Roman"/>
          <w:b/>
          <w:sz w:val="24"/>
          <w:szCs w:val="24"/>
        </w:rPr>
        <w:t>Отметьте правильный ответ.</w:t>
      </w:r>
    </w:p>
    <w:p w:rsidR="00956D16" w:rsidRPr="00765081" w:rsidRDefault="007B5670" w:rsidP="00956D16">
      <w:pPr>
        <w:tabs>
          <w:tab w:val="center" w:pos="1895"/>
          <w:tab w:val="center" w:pos="4249"/>
          <w:tab w:val="center" w:pos="4957"/>
          <w:tab w:val="center" w:pos="69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63" o:spid="_x0000_s1115" style="position:absolute;margin-left:110.25pt;margin-top:1.05pt;width:16.5pt;height:15pt;flip:y;z-index:2518118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">
            <w10:wrap anchorx="margin"/>
          </v:rect>
        </w:pict>
      </w:r>
      <w:r>
        <w:rPr>
          <w:rFonts w:ascii="Times New Roman" w:eastAsia="Times New Roman" w:hAnsi="Times New Roman" w:cs="Times New Roman"/>
          <w:noProof/>
          <w:sz w:val="24"/>
          <w:szCs w:val="24"/>
          <w:lang w:eastAsia="ru-RU"/>
        </w:rPr>
        <w:pict>
          <v:rect id="Прямоугольник 39562" o:spid="_x0000_s1114" style="position:absolute;margin-left:297.75pt;margin-top:1.05pt;width:16.5pt;height:15pt;flip:y;z-index:2518128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">
            <w10:wrap anchorx="margin"/>
          </v:rect>
        </w:pict>
      </w:r>
      <w:r w:rsidR="00956D16" w:rsidRPr="00765081">
        <w:rPr>
          <w:rFonts w:ascii="Times New Roman" w:eastAsia="Calibri" w:hAnsi="Times New Roman" w:cs="Times New Roman"/>
          <w:sz w:val="24"/>
          <w:szCs w:val="24"/>
        </w:rPr>
        <w:t>1</w:t>
      </w:r>
      <w:r w:rsidR="00956D16" w:rsidRPr="00765081">
        <w:rPr>
          <w:rFonts w:ascii="Times New Roman" w:eastAsia="Times New Roman" w:hAnsi="Times New Roman" w:cs="Times New Roman"/>
          <w:sz w:val="24"/>
          <w:szCs w:val="24"/>
        </w:rPr>
        <w:t xml:space="preserve">)художественный;  </w:t>
      </w:r>
      <w:r w:rsidR="00956D16" w:rsidRPr="00765081">
        <w:rPr>
          <w:rFonts w:ascii="Times New Roman" w:eastAsia="Times New Roman" w:hAnsi="Times New Roman" w:cs="Times New Roman"/>
          <w:sz w:val="24"/>
          <w:szCs w:val="24"/>
        </w:rPr>
        <w:tab/>
        <w:t xml:space="preserve">          2) научно-популярный;                      3) разговорный; </w:t>
      </w:r>
    </w:p>
    <w:p w:rsidR="00956D16" w:rsidRPr="00765081" w:rsidRDefault="00956D16" w:rsidP="00956D16">
      <w:pPr>
        <w:spacing w:after="0" w:line="240" w:lineRule="auto"/>
        <w:ind w:left="708"/>
        <w:rPr>
          <w:rFonts w:ascii="Times New Roman" w:eastAsia="Calibri" w:hAnsi="Times New Roman" w:cs="Times New Roman"/>
          <w:sz w:val="24"/>
          <w:szCs w:val="24"/>
        </w:rPr>
      </w:pPr>
    </w:p>
    <w:p w:rsidR="00956D16" w:rsidRPr="00765081" w:rsidRDefault="00956D16" w:rsidP="00956D16">
      <w:pPr>
        <w:spacing w:after="0" w:line="240" w:lineRule="auto"/>
        <w:ind w:left="708" w:right="257" w:hanging="541"/>
        <w:jc w:val="both"/>
        <w:rPr>
          <w:rFonts w:ascii="Times New Roman" w:eastAsia="Calibri" w:hAnsi="Times New Roman" w:cs="Times New Roman"/>
          <w:sz w:val="24"/>
          <w:szCs w:val="24"/>
        </w:rPr>
      </w:pPr>
      <w:r w:rsidRPr="00765081">
        <w:rPr>
          <w:rFonts w:ascii="Times New Roman" w:eastAsia="Times New Roman" w:hAnsi="Times New Roman" w:cs="Times New Roman"/>
          <w:b/>
          <w:sz w:val="24"/>
          <w:szCs w:val="24"/>
        </w:rPr>
        <w:t>Задание 5. Используя информацию из текста, заполните таблицу. (Надо данные записывать цифрой).</w:t>
      </w:r>
    </w:p>
    <w:tbl>
      <w:tblPr>
        <w:tblStyle w:val="TableGrid1"/>
        <w:tblW w:w="10735" w:type="dxa"/>
        <w:tblInd w:w="-108" w:type="dxa"/>
        <w:tblCellMar>
          <w:top w:w="9" w:type="dxa"/>
          <w:left w:w="108" w:type="dxa"/>
          <w:right w:w="115" w:type="dxa"/>
        </w:tblCellMar>
        <w:tblLook w:val="04A0"/>
      </w:tblPr>
      <w:tblGrid>
        <w:gridCol w:w="7621"/>
        <w:gridCol w:w="3114"/>
      </w:tblGrid>
      <w:tr w:rsidR="00956D16" w:rsidRPr="00765081" w:rsidTr="00956D16">
        <w:trPr>
          <w:trHeight w:val="605"/>
        </w:trPr>
        <w:tc>
          <w:tcPr>
            <w:tcW w:w="7621"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r w:rsidRPr="00765081">
              <w:rPr>
                <w:rFonts w:ascii="Times New Roman" w:hAnsi="Times New Roman" w:cs="Times New Roman"/>
                <w:sz w:val="24"/>
                <w:szCs w:val="24"/>
              </w:rPr>
              <w:t xml:space="preserve">1.Какой мороз может выдержать северный олень? </w:t>
            </w:r>
          </w:p>
        </w:tc>
        <w:tc>
          <w:tcPr>
            <w:tcW w:w="3114"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p>
        </w:tc>
      </w:tr>
      <w:tr w:rsidR="00956D16" w:rsidRPr="00765081" w:rsidTr="00956D16">
        <w:trPr>
          <w:trHeight w:val="607"/>
        </w:trPr>
        <w:tc>
          <w:tcPr>
            <w:tcW w:w="7621"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r w:rsidRPr="00765081">
              <w:rPr>
                <w:rFonts w:ascii="Times New Roman" w:hAnsi="Times New Roman" w:cs="Times New Roman"/>
                <w:sz w:val="24"/>
                <w:szCs w:val="24"/>
              </w:rPr>
              <w:t>2.Любимое кушанье оленя.</w:t>
            </w:r>
          </w:p>
        </w:tc>
        <w:tc>
          <w:tcPr>
            <w:tcW w:w="3114"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p>
        </w:tc>
      </w:tr>
      <w:tr w:rsidR="00956D16" w:rsidRPr="00765081" w:rsidTr="00956D16">
        <w:trPr>
          <w:trHeight w:val="607"/>
        </w:trPr>
        <w:tc>
          <w:tcPr>
            <w:tcW w:w="7621"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r w:rsidRPr="00765081">
              <w:rPr>
                <w:rFonts w:ascii="Times New Roman" w:hAnsi="Times New Roman" w:cs="Times New Roman"/>
                <w:sz w:val="24"/>
                <w:szCs w:val="24"/>
              </w:rPr>
              <w:t>3.Вес оленя.</w:t>
            </w:r>
          </w:p>
        </w:tc>
        <w:tc>
          <w:tcPr>
            <w:tcW w:w="3114"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p>
        </w:tc>
      </w:tr>
      <w:tr w:rsidR="00956D16" w:rsidRPr="00765081" w:rsidTr="00956D16">
        <w:trPr>
          <w:trHeight w:val="607"/>
        </w:trPr>
        <w:tc>
          <w:tcPr>
            <w:tcW w:w="7621"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r w:rsidRPr="00765081">
              <w:rPr>
                <w:rFonts w:ascii="Times New Roman" w:hAnsi="Times New Roman" w:cs="Times New Roman"/>
                <w:sz w:val="24"/>
                <w:szCs w:val="24"/>
              </w:rPr>
              <w:t xml:space="preserve">4.Сколько километров может пробежать олень в день? </w:t>
            </w:r>
          </w:p>
        </w:tc>
        <w:tc>
          <w:tcPr>
            <w:tcW w:w="3114"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rPr>
                <w:rFonts w:ascii="Times New Roman" w:hAnsi="Times New Roman" w:cs="Times New Roman"/>
                <w:sz w:val="24"/>
                <w:szCs w:val="24"/>
              </w:rPr>
            </w:pPr>
          </w:p>
        </w:tc>
      </w:tr>
    </w:tbl>
    <w:p w:rsidR="00956D16" w:rsidRPr="00765081" w:rsidRDefault="00956D16" w:rsidP="00956D16">
      <w:pPr>
        <w:spacing w:after="0" w:line="240" w:lineRule="auto"/>
        <w:jc w:val="center"/>
        <w:rPr>
          <w:rFonts w:ascii="Times New Roman" w:eastAsia="Calibri" w:hAnsi="Times New Roman" w:cs="Times New Roman"/>
          <w:sz w:val="24"/>
          <w:szCs w:val="24"/>
        </w:rPr>
      </w:pPr>
      <w:r w:rsidRPr="00765081">
        <w:rPr>
          <w:rFonts w:ascii="Times New Roman" w:eastAsia="Calibri" w:hAnsi="Times New Roman" w:cs="Times New Roman"/>
          <w:b/>
          <w:i/>
          <w:sz w:val="24"/>
          <w:szCs w:val="24"/>
          <w:u w:val="single"/>
        </w:rPr>
        <w:t>Русский язык</w:t>
      </w:r>
    </w:p>
    <w:p w:rsidR="00956D16" w:rsidRPr="00765081" w:rsidRDefault="007B5670" w:rsidP="00956D16">
      <w:pPr>
        <w:spacing w:after="0" w:line="240" w:lineRule="auto"/>
        <w:jc w:val="both"/>
        <w:rPr>
          <w:rFonts w:ascii="Times New Roman" w:eastAsia="Calibri" w:hAnsi="Times New Roman" w:cs="Times New Roman"/>
          <w:b/>
          <w:sz w:val="24"/>
          <w:szCs w:val="24"/>
        </w:rPr>
      </w:pPr>
      <w:r w:rsidRPr="007B5670">
        <w:rPr>
          <w:rFonts w:ascii="Times New Roman" w:eastAsia="Times New Roman" w:hAnsi="Times New Roman" w:cs="Times New Roman"/>
          <w:noProof/>
          <w:sz w:val="24"/>
          <w:szCs w:val="24"/>
          <w:lang w:eastAsia="ru-RU"/>
        </w:rPr>
        <w:pict>
          <v:rect id="Прямоугольник 39561" o:spid="_x0000_s1113" style="position:absolute;left:0;text-align:left;margin-left:-21pt;margin-top:26.55pt;width:16.5pt;height:15pt;flip:y;z-index:2518138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">
            <w10:wrap anchorx="margin"/>
          </v:rect>
        </w:pict>
      </w:r>
      <w:r w:rsidR="00956D16" w:rsidRPr="00765081">
        <w:rPr>
          <w:rFonts w:ascii="Times New Roman" w:eastAsia="Times New Roman" w:hAnsi="Times New Roman" w:cs="Times New Roman"/>
          <w:b/>
          <w:bCs/>
          <w:sz w:val="24"/>
          <w:szCs w:val="24"/>
        </w:rPr>
        <w:t xml:space="preserve">Задание 1.  </w:t>
      </w:r>
      <w:r w:rsidR="00956D16" w:rsidRPr="00765081">
        <w:rPr>
          <w:rFonts w:ascii="Times New Roman" w:eastAsia="Calibri" w:hAnsi="Times New Roman" w:cs="Times New Roman"/>
          <w:b/>
          <w:sz w:val="24"/>
          <w:szCs w:val="24"/>
        </w:rPr>
        <w:t>Отметьте правильный ответ группы слов, в которых все согласные звуки твёрдые.</w:t>
      </w:r>
    </w:p>
    <w:p w:rsidR="00956D16" w:rsidRPr="00765081" w:rsidRDefault="00956D16" w:rsidP="00956D16">
      <w:pPr>
        <w:spacing w:after="0"/>
        <w:jc w:val="both"/>
        <w:rPr>
          <w:rFonts w:ascii="Times New Roman" w:eastAsia="Calibri" w:hAnsi="Times New Roman" w:cs="Times New Roman"/>
          <w:b/>
          <w:sz w:val="24"/>
          <w:szCs w:val="24"/>
        </w:rPr>
      </w:pPr>
      <w:r w:rsidRPr="00765081">
        <w:rPr>
          <w:rFonts w:ascii="Times New Roman" w:eastAsia="Calibri" w:hAnsi="Times New Roman" w:cs="Times New Roman"/>
          <w:sz w:val="24"/>
          <w:szCs w:val="24"/>
        </w:rPr>
        <w:t>1) олень, сено, лошадь;</w:t>
      </w:r>
    </w:p>
    <w:p w:rsidR="00956D16" w:rsidRPr="00765081" w:rsidRDefault="007B5670" w:rsidP="00956D16">
      <w:pPr>
        <w:spacing w:after="0"/>
        <w:jc w:val="both"/>
        <w:rPr>
          <w:rFonts w:ascii="Times New Roman" w:eastAsia="Calibri" w:hAnsi="Times New Roman" w:cs="Times New Roman"/>
          <w:b/>
          <w:sz w:val="24"/>
          <w:szCs w:val="24"/>
        </w:rPr>
      </w:pPr>
      <w:r w:rsidRPr="007B5670">
        <w:rPr>
          <w:rFonts w:ascii="Times New Roman" w:eastAsia="Times New Roman" w:hAnsi="Times New Roman" w:cs="Times New Roman"/>
          <w:noProof/>
          <w:sz w:val="24"/>
          <w:szCs w:val="24"/>
          <w:lang w:eastAsia="ru-RU"/>
        </w:rPr>
        <w:pict>
          <v:rect id="Прямоугольник 39560" o:spid="_x0000_s1112" style="position:absolute;left:0;text-align:left;margin-left:-21pt;margin-top:.3pt;width:16.5pt;height:15pt;flip:y;z-index:2518149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">
            <w10:wrap anchorx="margin"/>
          </v:rect>
        </w:pict>
      </w:r>
      <w:r w:rsidR="00956D16" w:rsidRPr="00765081">
        <w:rPr>
          <w:rFonts w:ascii="Times New Roman" w:eastAsia="Calibri" w:hAnsi="Times New Roman" w:cs="Times New Roman"/>
          <w:sz w:val="24"/>
          <w:szCs w:val="24"/>
        </w:rPr>
        <w:t>2) потомство, рога, жир;</w:t>
      </w:r>
    </w:p>
    <w:p w:rsidR="00956D16" w:rsidRPr="00765081" w:rsidRDefault="007B5670" w:rsidP="00956D16">
      <w:pPr>
        <w:spacing w:after="0"/>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59" o:spid="_x0000_s1111" style="position:absolute;left:0;text-align:left;margin-left:-21pt;margin-top:3pt;width:16.5pt;height:15pt;flip:y;z-index:2518159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JZ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">
            <w10:wrap anchorx="margin"/>
          </v:rect>
        </w:pict>
      </w:r>
      <w:r w:rsidR="00956D16" w:rsidRPr="00765081">
        <w:rPr>
          <w:rFonts w:ascii="Times New Roman" w:eastAsia="Calibri" w:hAnsi="Times New Roman" w:cs="Times New Roman"/>
          <w:sz w:val="24"/>
          <w:szCs w:val="24"/>
        </w:rPr>
        <w:t>3) броня, жир, секрет;</w:t>
      </w:r>
    </w:p>
    <w:p w:rsidR="00956D16" w:rsidRPr="00765081" w:rsidRDefault="007B5670" w:rsidP="00956D16">
      <w:pPr>
        <w:spacing w:after="0"/>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58" o:spid="_x0000_s1110" style="position:absolute;left:0;text-align:left;margin-left:-21pt;margin-top:2.1pt;width:16.5pt;height:15pt;flip:y;z-index:2518169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qR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">
            <w10:wrap anchorx="margin"/>
          </v:rect>
        </w:pict>
      </w:r>
      <w:r w:rsidR="00956D16" w:rsidRPr="00765081">
        <w:rPr>
          <w:rFonts w:ascii="Times New Roman" w:eastAsia="Calibri" w:hAnsi="Times New Roman" w:cs="Times New Roman"/>
          <w:sz w:val="24"/>
          <w:szCs w:val="24"/>
        </w:rPr>
        <w:t>4) молоко, мясо, ягель;</w:t>
      </w:r>
    </w:p>
    <w:p w:rsidR="00956D16" w:rsidRPr="00765081" w:rsidRDefault="00956D16" w:rsidP="00956D16">
      <w:pPr>
        <w:spacing w:after="0" w:line="240" w:lineRule="auto"/>
        <w:jc w:val="both"/>
        <w:rPr>
          <w:rFonts w:ascii="Times New Roman" w:eastAsia="Calibri" w:hAnsi="Times New Roman" w:cs="Times New Roman"/>
          <w:sz w:val="24"/>
          <w:szCs w:val="24"/>
        </w:rPr>
      </w:pPr>
    </w:p>
    <w:p w:rsidR="00956D16" w:rsidRPr="00765081" w:rsidRDefault="00956D16" w:rsidP="00956D16">
      <w:pPr>
        <w:spacing w:after="0" w:line="240" w:lineRule="auto"/>
        <w:rPr>
          <w:rFonts w:ascii="Times New Roman" w:eastAsia="Times New Roman" w:hAnsi="Times New Roman" w:cs="Times New Roman"/>
          <w:b/>
          <w:bCs/>
          <w:sz w:val="24"/>
          <w:szCs w:val="24"/>
        </w:rPr>
      </w:pPr>
      <w:r w:rsidRPr="00765081">
        <w:rPr>
          <w:rFonts w:ascii="Times New Roman" w:eastAsia="Times New Roman" w:hAnsi="Times New Roman" w:cs="Times New Roman"/>
          <w:b/>
          <w:bCs/>
          <w:sz w:val="24"/>
          <w:szCs w:val="24"/>
        </w:rPr>
        <w:t xml:space="preserve">Задание 2.  </w:t>
      </w:r>
      <w:r w:rsidRPr="00765081">
        <w:rPr>
          <w:rFonts w:ascii="Times New Roman" w:eastAsia="Times New Roman" w:hAnsi="Times New Roman" w:cs="Times New Roman"/>
          <w:b/>
          <w:sz w:val="24"/>
          <w:szCs w:val="24"/>
        </w:rPr>
        <w:t>Укажите количество букв и звуков.</w:t>
      </w:r>
    </w:p>
    <w:p w:rsidR="00956D16" w:rsidRPr="00765081" w:rsidRDefault="00956D16" w:rsidP="00956D16">
      <w:pPr>
        <w:spacing w:after="0" w:line="240" w:lineRule="auto"/>
        <w:rPr>
          <w:rFonts w:ascii="Times New Roman" w:eastAsia="Times New Roman" w:hAnsi="Times New Roman" w:cs="Times New Roman"/>
          <w:sz w:val="24"/>
          <w:szCs w:val="24"/>
        </w:rPr>
      </w:pPr>
      <w:r w:rsidRPr="00765081">
        <w:rPr>
          <w:rFonts w:ascii="Times New Roman" w:eastAsia="Calibri" w:hAnsi="Times New Roman" w:cs="Times New Roman"/>
          <w:b/>
          <w:iCs/>
          <w:sz w:val="24"/>
          <w:szCs w:val="24"/>
        </w:rPr>
        <w:t xml:space="preserve"> ягель</w:t>
      </w:r>
      <w:r w:rsidRPr="00765081">
        <w:rPr>
          <w:rFonts w:ascii="Times New Roman" w:eastAsia="Times New Roman" w:hAnsi="Times New Roman" w:cs="Times New Roman"/>
          <w:sz w:val="24"/>
          <w:szCs w:val="24"/>
        </w:rPr>
        <w:t>_____ букв, _____ звуков</w:t>
      </w:r>
    </w:p>
    <w:p w:rsidR="00956D16" w:rsidRPr="00765081" w:rsidRDefault="00956D16" w:rsidP="00956D16">
      <w:pPr>
        <w:spacing w:after="0" w:line="240" w:lineRule="auto"/>
        <w:rPr>
          <w:rFonts w:ascii="Times New Roman" w:eastAsia="Times New Roman" w:hAnsi="Times New Roman" w:cs="Times New Roman"/>
          <w:sz w:val="24"/>
          <w:szCs w:val="24"/>
        </w:rPr>
      </w:pPr>
      <w:proofErr w:type="spellStart"/>
      <w:proofErr w:type="gramStart"/>
      <w:r w:rsidRPr="00765081">
        <w:rPr>
          <w:rFonts w:ascii="Times New Roman" w:eastAsia="Calibri" w:hAnsi="Times New Roman" w:cs="Times New Roman"/>
          <w:b/>
          <w:iCs/>
          <w:sz w:val="24"/>
          <w:szCs w:val="24"/>
        </w:rPr>
        <w:t>дикие</w:t>
      </w:r>
      <w:proofErr w:type="gramEnd"/>
      <w:r w:rsidRPr="00765081">
        <w:rPr>
          <w:rFonts w:ascii="Times New Roman" w:eastAsia="Calibri" w:hAnsi="Times New Roman" w:cs="Times New Roman"/>
          <w:iCs/>
          <w:sz w:val="24"/>
          <w:szCs w:val="24"/>
        </w:rPr>
        <w:t>_____</w:t>
      </w:r>
      <w:r w:rsidRPr="00765081">
        <w:rPr>
          <w:rFonts w:ascii="Times New Roman" w:eastAsia="Times New Roman" w:hAnsi="Times New Roman" w:cs="Times New Roman"/>
          <w:sz w:val="24"/>
          <w:szCs w:val="24"/>
        </w:rPr>
        <w:t>букв</w:t>
      </w:r>
      <w:proofErr w:type="spellEnd"/>
      <w:r w:rsidRPr="00765081">
        <w:rPr>
          <w:rFonts w:ascii="Times New Roman" w:eastAsia="Times New Roman" w:hAnsi="Times New Roman" w:cs="Times New Roman"/>
          <w:sz w:val="24"/>
          <w:szCs w:val="24"/>
        </w:rPr>
        <w:t>, ______ звуков</w:t>
      </w:r>
    </w:p>
    <w:p w:rsidR="00956D16" w:rsidRPr="00765081" w:rsidRDefault="00956D16" w:rsidP="00956D16">
      <w:pPr>
        <w:spacing w:after="0" w:line="240" w:lineRule="auto"/>
        <w:rPr>
          <w:rFonts w:ascii="Times New Roman" w:eastAsia="Times New Roman" w:hAnsi="Times New Roman" w:cs="Times New Roman"/>
          <w:sz w:val="24"/>
          <w:szCs w:val="24"/>
        </w:rPr>
      </w:pPr>
      <w:r w:rsidRPr="00765081">
        <w:rPr>
          <w:rFonts w:ascii="Times New Roman" w:eastAsia="Calibri" w:hAnsi="Times New Roman" w:cs="Times New Roman"/>
          <w:b/>
          <w:iCs/>
          <w:sz w:val="24"/>
          <w:szCs w:val="24"/>
        </w:rPr>
        <w:t>олень</w:t>
      </w:r>
      <w:r w:rsidRPr="00765081">
        <w:rPr>
          <w:rFonts w:ascii="Times New Roman" w:eastAsia="Times New Roman" w:hAnsi="Times New Roman" w:cs="Times New Roman"/>
          <w:sz w:val="24"/>
          <w:szCs w:val="24"/>
        </w:rPr>
        <w:t xml:space="preserve">_____   букв, ____ звуков </w:t>
      </w:r>
    </w:p>
    <w:p w:rsidR="00956D16" w:rsidRPr="00765081" w:rsidRDefault="00956D16" w:rsidP="00956D16">
      <w:pPr>
        <w:shd w:val="clear" w:color="auto" w:fill="FFFFFF"/>
        <w:spacing w:after="0" w:line="252" w:lineRule="exact"/>
        <w:ind w:left="14" w:right="-1" w:firstLine="166"/>
        <w:jc w:val="both"/>
        <w:rPr>
          <w:rFonts w:ascii="Times New Roman" w:eastAsia="Times New Roman" w:hAnsi="Times New Roman" w:cs="Times New Roman"/>
          <w:i/>
          <w:sz w:val="24"/>
          <w:szCs w:val="24"/>
          <w:lang w:eastAsia="ru-RU"/>
        </w:rPr>
      </w:pPr>
    </w:p>
    <w:p w:rsidR="00956D16" w:rsidRPr="00765081" w:rsidRDefault="00956D16" w:rsidP="00956D16">
      <w:pPr>
        <w:spacing w:after="0" w:line="240" w:lineRule="auto"/>
        <w:rPr>
          <w:rFonts w:ascii="Times New Roman" w:eastAsia="Calibri" w:hAnsi="Times New Roman" w:cs="Times New Roman"/>
          <w:b/>
          <w:sz w:val="24"/>
          <w:szCs w:val="24"/>
        </w:rPr>
      </w:pPr>
      <w:r w:rsidRPr="00765081">
        <w:rPr>
          <w:rFonts w:ascii="Times New Roman" w:eastAsia="Times New Roman" w:hAnsi="Times New Roman" w:cs="Times New Roman"/>
          <w:b/>
          <w:bCs/>
          <w:sz w:val="24"/>
          <w:szCs w:val="24"/>
        </w:rPr>
        <w:t xml:space="preserve">Задание 3.  </w:t>
      </w:r>
      <w:r w:rsidRPr="00765081">
        <w:rPr>
          <w:rFonts w:ascii="Times New Roman" w:eastAsia="Calibri" w:hAnsi="Times New Roman" w:cs="Times New Roman"/>
          <w:b/>
          <w:sz w:val="24"/>
          <w:szCs w:val="24"/>
        </w:rPr>
        <w:t xml:space="preserve">Отметьте правильный </w:t>
      </w:r>
      <w:proofErr w:type="spellStart"/>
      <w:r w:rsidRPr="00765081">
        <w:rPr>
          <w:rFonts w:ascii="Times New Roman" w:eastAsia="Calibri" w:hAnsi="Times New Roman" w:cs="Times New Roman"/>
          <w:b/>
          <w:sz w:val="24"/>
          <w:szCs w:val="24"/>
        </w:rPr>
        <w:t>ответ</w:t>
      </w:r>
      <w:proofErr w:type="gramStart"/>
      <w:r w:rsidRPr="00765081">
        <w:rPr>
          <w:rFonts w:ascii="Times New Roman" w:eastAsia="Calibri" w:hAnsi="Times New Roman" w:cs="Times New Roman"/>
          <w:b/>
          <w:sz w:val="24"/>
          <w:szCs w:val="24"/>
        </w:rPr>
        <w:t>.Б</w:t>
      </w:r>
      <w:proofErr w:type="gramEnd"/>
      <w:r w:rsidRPr="00765081">
        <w:rPr>
          <w:rFonts w:ascii="Times New Roman" w:eastAsia="Calibri" w:hAnsi="Times New Roman" w:cs="Times New Roman"/>
          <w:b/>
          <w:sz w:val="24"/>
          <w:szCs w:val="24"/>
        </w:rPr>
        <w:t>уква</w:t>
      </w:r>
      <w:proofErr w:type="spellEnd"/>
      <w:r w:rsidRPr="00765081">
        <w:rPr>
          <w:rFonts w:ascii="Times New Roman" w:eastAsia="Calibri" w:hAnsi="Times New Roman" w:cs="Times New Roman"/>
          <w:b/>
          <w:sz w:val="24"/>
          <w:szCs w:val="24"/>
        </w:rPr>
        <w:t xml:space="preserve"> –о- пропущена в словах группы: </w:t>
      </w:r>
    </w:p>
    <w:p w:rsidR="00956D16" w:rsidRPr="00765081" w:rsidRDefault="007B5670" w:rsidP="00956D16">
      <w:pPr>
        <w:spacing w:after="0"/>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57" o:spid="_x0000_s1109" style="position:absolute;margin-left:262.5pt;margin-top:.9pt;width:16.5pt;height:15pt;flip:y;z-index:2518200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">
            <w10:wrap anchorx="margin"/>
          </v:rect>
        </w:pict>
      </w:r>
      <w:r w:rsidRPr="007B5670">
        <w:rPr>
          <w:rFonts w:ascii="Times New Roman" w:eastAsia="Times New Roman" w:hAnsi="Times New Roman" w:cs="Times New Roman"/>
          <w:noProof/>
          <w:sz w:val="24"/>
          <w:szCs w:val="24"/>
          <w:lang w:eastAsia="ru-RU"/>
        </w:rPr>
        <w:pict>
          <v:rect id="Прямоугольник 39556" o:spid="_x0000_s1108" style="position:absolute;margin-left:120.75pt;margin-top:.9pt;width:16.5pt;height:15pt;flip:y;z-index:251819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q5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">
            <w10:wrap anchorx="margin"/>
          </v:rect>
        </w:pict>
      </w:r>
      <w:r w:rsidRPr="007B5670">
        <w:rPr>
          <w:rFonts w:ascii="Times New Roman" w:eastAsia="Times New Roman" w:hAnsi="Times New Roman" w:cs="Times New Roman"/>
          <w:noProof/>
          <w:sz w:val="24"/>
          <w:szCs w:val="24"/>
          <w:lang w:eastAsia="ru-RU"/>
        </w:rPr>
        <w:pict>
          <v:rect id="Прямоугольник 39555" o:spid="_x0000_s1107" style="position:absolute;margin-left:-25.5pt;margin-top:.9pt;width:16.5pt;height:15pt;flip:y;z-index:251817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">
            <w10:wrap anchorx="margin"/>
          </v:rect>
        </w:pict>
      </w:r>
      <w:r w:rsidR="00956D16" w:rsidRPr="00765081">
        <w:rPr>
          <w:rFonts w:ascii="Times New Roman" w:eastAsia="Calibri" w:hAnsi="Times New Roman" w:cs="Times New Roman"/>
          <w:sz w:val="24"/>
          <w:szCs w:val="24"/>
        </w:rPr>
        <w:t>1)д</w:t>
      </w:r>
      <w:proofErr w:type="gramStart"/>
      <w:r w:rsidR="00956D16" w:rsidRPr="00765081">
        <w:rPr>
          <w:rFonts w:ascii="Times New Roman" w:eastAsia="Calibri" w:hAnsi="Times New Roman" w:cs="Times New Roman"/>
          <w:sz w:val="24"/>
          <w:szCs w:val="24"/>
        </w:rPr>
        <w:t>….</w:t>
      </w:r>
      <w:proofErr w:type="spellStart"/>
      <w:proofErr w:type="gramEnd"/>
      <w:r w:rsidR="00956D16" w:rsidRPr="00765081">
        <w:rPr>
          <w:rFonts w:ascii="Times New Roman" w:eastAsia="Calibri" w:hAnsi="Times New Roman" w:cs="Times New Roman"/>
          <w:sz w:val="24"/>
          <w:szCs w:val="24"/>
        </w:rPr>
        <w:t>лёких</w:t>
      </w:r>
      <w:proofErr w:type="spellEnd"/>
      <w:r w:rsidR="00956D16" w:rsidRPr="00765081">
        <w:rPr>
          <w:rFonts w:ascii="Times New Roman" w:eastAsia="Calibri" w:hAnsi="Times New Roman" w:cs="Times New Roman"/>
          <w:sz w:val="24"/>
          <w:szCs w:val="24"/>
        </w:rPr>
        <w:t>, …лень;</w:t>
      </w:r>
      <w:r w:rsidR="00956D16" w:rsidRPr="00765081">
        <w:rPr>
          <w:rFonts w:ascii="Times New Roman" w:eastAsia="Calibri" w:hAnsi="Times New Roman" w:cs="Times New Roman"/>
          <w:sz w:val="24"/>
          <w:szCs w:val="24"/>
        </w:rPr>
        <w:tab/>
      </w:r>
      <w:r w:rsidR="00956D16" w:rsidRPr="00765081">
        <w:rPr>
          <w:rFonts w:ascii="Times New Roman" w:eastAsia="Calibri" w:hAnsi="Times New Roman" w:cs="Times New Roman"/>
          <w:sz w:val="24"/>
          <w:szCs w:val="24"/>
        </w:rPr>
        <w:tab/>
        <w:t>2)м….роз, м…локо;</w:t>
      </w:r>
      <w:r w:rsidR="00956D16" w:rsidRPr="00765081">
        <w:rPr>
          <w:rFonts w:ascii="Times New Roman" w:eastAsia="Calibri" w:hAnsi="Times New Roman" w:cs="Times New Roman"/>
          <w:sz w:val="24"/>
          <w:szCs w:val="24"/>
        </w:rPr>
        <w:tab/>
      </w:r>
      <w:r w:rsidR="00956D16" w:rsidRPr="00765081">
        <w:rPr>
          <w:rFonts w:ascii="Times New Roman" w:eastAsia="Calibri" w:hAnsi="Times New Roman" w:cs="Times New Roman"/>
          <w:sz w:val="24"/>
          <w:szCs w:val="24"/>
        </w:rPr>
        <w:tab/>
        <w:t xml:space="preserve">3)р….га, </w:t>
      </w:r>
      <w:proofErr w:type="spellStart"/>
      <w:r w:rsidR="00956D16" w:rsidRPr="00765081">
        <w:rPr>
          <w:rFonts w:ascii="Times New Roman" w:eastAsia="Calibri" w:hAnsi="Times New Roman" w:cs="Times New Roman"/>
          <w:sz w:val="24"/>
          <w:szCs w:val="24"/>
        </w:rPr>
        <w:t>кр</w:t>
      </w:r>
      <w:proofErr w:type="spellEnd"/>
      <w:r w:rsidR="00956D16" w:rsidRPr="00765081">
        <w:rPr>
          <w:rFonts w:ascii="Times New Roman" w:eastAsia="Calibri" w:hAnsi="Times New Roman" w:cs="Times New Roman"/>
          <w:sz w:val="24"/>
          <w:szCs w:val="24"/>
        </w:rPr>
        <w:t>…..</w:t>
      </w:r>
      <w:proofErr w:type="spellStart"/>
      <w:r w:rsidR="00956D16" w:rsidRPr="00765081">
        <w:rPr>
          <w:rFonts w:ascii="Times New Roman" w:eastAsia="Calibri" w:hAnsi="Times New Roman" w:cs="Times New Roman"/>
          <w:sz w:val="24"/>
          <w:szCs w:val="24"/>
        </w:rPr>
        <w:t>ях</w:t>
      </w:r>
      <w:proofErr w:type="spellEnd"/>
      <w:r w:rsidR="00956D16" w:rsidRPr="00765081">
        <w:rPr>
          <w:rFonts w:ascii="Times New Roman" w:eastAsia="Calibri" w:hAnsi="Times New Roman" w:cs="Times New Roman"/>
          <w:sz w:val="24"/>
          <w:szCs w:val="24"/>
        </w:rPr>
        <w:t>;</w:t>
      </w:r>
    </w:p>
    <w:p w:rsidR="00956D16" w:rsidRPr="00765081" w:rsidRDefault="00956D16" w:rsidP="00956D16">
      <w:pPr>
        <w:spacing w:after="0" w:line="240" w:lineRule="auto"/>
        <w:jc w:val="both"/>
        <w:rPr>
          <w:rFonts w:ascii="Times New Roman" w:eastAsia="Times New Roman" w:hAnsi="Times New Roman" w:cs="Times New Roman"/>
          <w:b/>
          <w:sz w:val="24"/>
          <w:szCs w:val="24"/>
        </w:rPr>
      </w:pPr>
    </w:p>
    <w:p w:rsidR="00956D16" w:rsidRPr="00765081" w:rsidRDefault="00956D16" w:rsidP="00956D16">
      <w:pPr>
        <w:spacing w:after="0" w:line="240" w:lineRule="auto"/>
        <w:jc w:val="both"/>
        <w:rPr>
          <w:rFonts w:ascii="Times New Roman" w:eastAsia="Times New Roman" w:hAnsi="Times New Roman" w:cs="Times New Roman"/>
          <w:sz w:val="24"/>
          <w:szCs w:val="24"/>
        </w:rPr>
      </w:pPr>
      <w:r w:rsidRPr="00765081">
        <w:rPr>
          <w:rFonts w:ascii="Times New Roman" w:eastAsia="Times New Roman" w:hAnsi="Times New Roman" w:cs="Times New Roman"/>
          <w:b/>
          <w:sz w:val="24"/>
          <w:szCs w:val="24"/>
        </w:rPr>
        <w:t>Задание 4. Отметьте слово, имеющее следующий состав:</w:t>
      </w:r>
    </w:p>
    <w:p w:rsidR="00956D16" w:rsidRPr="00765081" w:rsidRDefault="00956D16" w:rsidP="00956D16">
      <w:pPr>
        <w:spacing w:after="0" w:line="360" w:lineRule="auto"/>
        <w:ind w:firstLine="709"/>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bdr w:val="single" w:sz="4" w:space="0" w:color="auto" w:frame="1"/>
        </w:rPr>
        <w:t xml:space="preserve"> корень </w:t>
      </w:r>
      <w:r w:rsidRPr="00765081">
        <w:rPr>
          <w:rFonts w:ascii="Times New Roman" w:eastAsia="Times New Roman" w:hAnsi="Times New Roman" w:cs="Times New Roman"/>
          <w:sz w:val="24"/>
          <w:szCs w:val="24"/>
        </w:rPr>
        <w:t xml:space="preserve">-   </w:t>
      </w:r>
      <w:r w:rsidRPr="00765081">
        <w:rPr>
          <w:rFonts w:ascii="Times New Roman" w:eastAsia="Times New Roman" w:hAnsi="Times New Roman" w:cs="Times New Roman"/>
          <w:sz w:val="24"/>
          <w:szCs w:val="24"/>
          <w:bdr w:val="single" w:sz="4" w:space="0" w:color="auto" w:frame="1"/>
        </w:rPr>
        <w:t>суффикс</w:t>
      </w:r>
      <w:r w:rsidRPr="00765081">
        <w:rPr>
          <w:rFonts w:ascii="Times New Roman" w:eastAsia="Times New Roman" w:hAnsi="Times New Roman" w:cs="Times New Roman"/>
          <w:sz w:val="24"/>
          <w:szCs w:val="24"/>
        </w:rPr>
        <w:t>-</w:t>
      </w:r>
      <w:r w:rsidRPr="00765081">
        <w:rPr>
          <w:rFonts w:ascii="Times New Roman" w:eastAsia="Times New Roman" w:hAnsi="Times New Roman" w:cs="Times New Roman"/>
          <w:sz w:val="24"/>
          <w:szCs w:val="24"/>
          <w:bdr w:val="single" w:sz="4" w:space="0" w:color="auto" w:frame="1"/>
        </w:rPr>
        <w:t>окончание</w:t>
      </w:r>
    </w:p>
    <w:p w:rsidR="00956D16" w:rsidRPr="00765081" w:rsidRDefault="007B5670" w:rsidP="00956D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54" o:spid="_x0000_s1106" style="position:absolute;left:0;text-align:left;margin-left:51.3pt;margin-top:.7pt;width:16.5pt;height:15pt;flip:y;z-index:251821056;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y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">
            <w10:wrap anchorx="margin"/>
          </v:rect>
        </w:pict>
      </w:r>
      <w:r w:rsidR="00956D16" w:rsidRPr="00765081">
        <w:rPr>
          <w:rFonts w:ascii="Times New Roman" w:eastAsia="Times New Roman" w:hAnsi="Times New Roman" w:cs="Times New Roman"/>
          <w:sz w:val="24"/>
          <w:szCs w:val="24"/>
        </w:rPr>
        <w:t xml:space="preserve">1) подкожный;  </w:t>
      </w:r>
    </w:p>
    <w:p w:rsidR="00956D16" w:rsidRPr="00765081" w:rsidRDefault="007B5670" w:rsidP="00956D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53" o:spid="_x0000_s1105" style="position:absolute;left:0;text-align:left;margin-left:51.3pt;margin-top:1.9pt;width:16.5pt;height:15pt;flip:y;z-index:251822080;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">
            <w10:wrap anchorx="margin"/>
          </v:rect>
        </w:pict>
      </w:r>
      <w:r w:rsidR="00956D16" w:rsidRPr="00765081">
        <w:rPr>
          <w:rFonts w:ascii="Times New Roman" w:eastAsia="Times New Roman" w:hAnsi="Times New Roman" w:cs="Times New Roman"/>
          <w:sz w:val="24"/>
          <w:szCs w:val="24"/>
        </w:rPr>
        <w:t>2) оленя;</w:t>
      </w:r>
    </w:p>
    <w:p w:rsidR="00956D16" w:rsidRPr="00765081" w:rsidRDefault="007B5670" w:rsidP="00956D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52" o:spid="_x0000_s1104" style="position:absolute;left:0;text-align:left;margin-left:51.3pt;margin-top:3.1pt;width:16.5pt;height:15pt;flip:y;z-index:251823104;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ou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">
            <w10:wrap anchorx="margin"/>
          </v:rect>
        </w:pict>
      </w:r>
      <w:r w:rsidR="00956D16" w:rsidRPr="00765081">
        <w:rPr>
          <w:rFonts w:ascii="Times New Roman" w:eastAsia="Times New Roman" w:hAnsi="Times New Roman" w:cs="Times New Roman"/>
          <w:sz w:val="24"/>
          <w:szCs w:val="24"/>
        </w:rPr>
        <w:t>3) северный;</w:t>
      </w:r>
    </w:p>
    <w:p w:rsidR="00956D16" w:rsidRPr="00765081" w:rsidRDefault="00956D16" w:rsidP="00956D16">
      <w:pPr>
        <w:spacing w:after="0" w:line="240" w:lineRule="auto"/>
        <w:ind w:firstLine="284"/>
        <w:jc w:val="both"/>
        <w:rPr>
          <w:rFonts w:ascii="Times New Roman" w:eastAsia="Calibri" w:hAnsi="Times New Roman" w:cs="Times New Roman"/>
          <w:b/>
          <w:sz w:val="24"/>
          <w:szCs w:val="24"/>
          <w:lang w:eastAsia="ru-RU"/>
        </w:rPr>
      </w:pPr>
    </w:p>
    <w:p w:rsidR="00956D16" w:rsidRPr="00765081" w:rsidRDefault="00956D16" w:rsidP="00956D16">
      <w:pPr>
        <w:spacing w:after="0" w:line="240" w:lineRule="auto"/>
        <w:ind w:firstLine="284"/>
        <w:jc w:val="both"/>
        <w:rPr>
          <w:rFonts w:ascii="Times New Roman" w:eastAsia="Calibri" w:hAnsi="Times New Roman" w:cs="Times New Roman"/>
          <w:b/>
          <w:sz w:val="24"/>
          <w:szCs w:val="24"/>
          <w:lang w:eastAsia="ru-RU"/>
        </w:rPr>
      </w:pPr>
      <w:r w:rsidRPr="00765081">
        <w:rPr>
          <w:rFonts w:ascii="Times New Roman" w:eastAsia="Calibri" w:hAnsi="Times New Roman" w:cs="Times New Roman"/>
          <w:b/>
          <w:sz w:val="24"/>
          <w:szCs w:val="24"/>
          <w:lang w:eastAsia="ru-RU"/>
        </w:rPr>
        <w:t>Задание 5.Заполните таблицу, указав те признаки прилагательных, которые ты изучил (род, падеж, число):</w:t>
      </w:r>
    </w:p>
    <w:tbl>
      <w:tblPr>
        <w:tblW w:w="97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1701"/>
        <w:gridCol w:w="1418"/>
        <w:gridCol w:w="1843"/>
      </w:tblGrid>
      <w:tr w:rsidR="00956D16" w:rsidRPr="00765081" w:rsidTr="00956D16">
        <w:trPr>
          <w:trHeight w:val="325"/>
        </w:trPr>
        <w:tc>
          <w:tcPr>
            <w:tcW w:w="4810"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after="0" w:line="240" w:lineRule="auto"/>
              <w:ind w:firstLine="284"/>
              <w:jc w:val="center"/>
              <w:rPr>
                <w:rFonts w:ascii="Times New Roman" w:eastAsia="Calibri" w:hAnsi="Times New Roman" w:cs="Times New Roman"/>
                <w:b/>
                <w:sz w:val="24"/>
                <w:szCs w:val="24"/>
              </w:rPr>
            </w:pPr>
            <w:r w:rsidRPr="00765081">
              <w:rPr>
                <w:rFonts w:ascii="Times New Roman" w:eastAsia="Calibri" w:hAnsi="Times New Roman" w:cs="Times New Roman"/>
                <w:b/>
                <w:sz w:val="24"/>
                <w:szCs w:val="24"/>
              </w:rPr>
              <w:t>Имя прилагательное</w:t>
            </w:r>
          </w:p>
          <w:p w:rsidR="00956D16" w:rsidRPr="00765081" w:rsidRDefault="00956D16" w:rsidP="00956D16">
            <w:pPr>
              <w:spacing w:after="0" w:line="240" w:lineRule="auto"/>
              <w:ind w:firstLine="284"/>
              <w:jc w:val="center"/>
              <w:rPr>
                <w:rFonts w:ascii="Times New Roman" w:eastAsia="Calibri" w:hAnsi="Times New Roman" w:cs="Times New Roman"/>
                <w:sz w:val="24"/>
                <w:szCs w:val="24"/>
              </w:rPr>
            </w:pPr>
            <w:r w:rsidRPr="00765081">
              <w:rPr>
                <w:rFonts w:ascii="Times New Roman" w:eastAsia="Calibri" w:hAnsi="Times New Roman" w:cs="Times New Roman"/>
                <w:b/>
                <w:sz w:val="24"/>
                <w:szCs w:val="24"/>
                <w:lang w:eastAsia="ru-RU"/>
              </w:rPr>
              <w:t>(вместе с существительным).</w:t>
            </w:r>
          </w:p>
        </w:tc>
        <w:tc>
          <w:tcPr>
            <w:tcW w:w="1701"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Род</w:t>
            </w:r>
          </w:p>
        </w:tc>
        <w:tc>
          <w:tcPr>
            <w:tcW w:w="1418"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Падеж</w:t>
            </w:r>
          </w:p>
        </w:tc>
        <w:tc>
          <w:tcPr>
            <w:tcW w:w="1843" w:type="dxa"/>
            <w:tcBorders>
              <w:top w:val="single" w:sz="4" w:space="0" w:color="auto"/>
              <w:left w:val="single" w:sz="4" w:space="0" w:color="auto"/>
              <w:bottom w:val="single" w:sz="4" w:space="0" w:color="auto"/>
              <w:right w:val="single" w:sz="4" w:space="0" w:color="auto"/>
            </w:tcBorders>
            <w:hideMark/>
          </w:tcPr>
          <w:p w:rsidR="00956D16" w:rsidRPr="00765081" w:rsidRDefault="00956D16" w:rsidP="00956D16">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Число</w:t>
            </w:r>
          </w:p>
        </w:tc>
      </w:tr>
      <w:tr w:rsidR="00956D16" w:rsidRPr="00765081" w:rsidTr="00956D16">
        <w:trPr>
          <w:trHeight w:val="366"/>
        </w:trPr>
        <w:tc>
          <w:tcPr>
            <w:tcW w:w="4810"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С удивительной (быстротой)</w:t>
            </w:r>
          </w:p>
        </w:tc>
        <w:tc>
          <w:tcPr>
            <w:tcW w:w="1701"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r>
      <w:tr w:rsidR="00956D16" w:rsidRPr="00765081" w:rsidTr="00956D16">
        <w:trPr>
          <w:trHeight w:val="374"/>
        </w:trPr>
        <w:tc>
          <w:tcPr>
            <w:tcW w:w="4810"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От лютого (мороза)</w:t>
            </w:r>
          </w:p>
        </w:tc>
        <w:tc>
          <w:tcPr>
            <w:tcW w:w="1701"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r>
      <w:tr w:rsidR="00956D16" w:rsidRPr="00765081" w:rsidTr="00956D16">
        <w:trPr>
          <w:trHeight w:val="374"/>
        </w:trPr>
        <w:tc>
          <w:tcPr>
            <w:tcW w:w="4810"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В суровую (пору)</w:t>
            </w:r>
          </w:p>
        </w:tc>
        <w:tc>
          <w:tcPr>
            <w:tcW w:w="1701"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56D16" w:rsidRPr="00765081" w:rsidRDefault="00956D16" w:rsidP="00956D16">
            <w:pPr>
              <w:spacing w:after="0" w:line="360" w:lineRule="auto"/>
              <w:jc w:val="both"/>
              <w:rPr>
                <w:rFonts w:ascii="Times New Roman" w:eastAsia="Times New Roman" w:hAnsi="Times New Roman" w:cs="Times New Roman"/>
                <w:sz w:val="24"/>
                <w:szCs w:val="24"/>
              </w:rPr>
            </w:pPr>
          </w:p>
        </w:tc>
      </w:tr>
    </w:tbl>
    <w:p w:rsidR="00956D16" w:rsidRPr="00765081" w:rsidRDefault="00956D16" w:rsidP="00956D16">
      <w:pPr>
        <w:spacing w:after="0" w:line="240" w:lineRule="auto"/>
        <w:jc w:val="center"/>
        <w:rPr>
          <w:rFonts w:ascii="Times New Roman" w:eastAsia="Calibri" w:hAnsi="Times New Roman" w:cs="Times New Roman"/>
          <w:b/>
          <w:i/>
          <w:sz w:val="24"/>
          <w:szCs w:val="24"/>
          <w:u w:val="single"/>
        </w:rPr>
      </w:pPr>
    </w:p>
    <w:p w:rsidR="00956D16" w:rsidRPr="00765081" w:rsidRDefault="00956D16" w:rsidP="00956D16">
      <w:pPr>
        <w:spacing w:after="0" w:line="240" w:lineRule="auto"/>
        <w:jc w:val="center"/>
        <w:rPr>
          <w:rFonts w:ascii="Times New Roman" w:eastAsia="Calibri" w:hAnsi="Times New Roman" w:cs="Times New Roman"/>
          <w:sz w:val="24"/>
          <w:szCs w:val="24"/>
        </w:rPr>
      </w:pPr>
      <w:r w:rsidRPr="00765081">
        <w:rPr>
          <w:rFonts w:ascii="Times New Roman" w:eastAsia="Calibri" w:hAnsi="Times New Roman" w:cs="Times New Roman"/>
          <w:b/>
          <w:i/>
          <w:sz w:val="24"/>
          <w:szCs w:val="24"/>
          <w:u w:val="single"/>
        </w:rPr>
        <w:t>Математика</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Times New Roman" w:hAnsi="Times New Roman" w:cs="Times New Roman"/>
          <w:b/>
          <w:bCs/>
          <w:sz w:val="24"/>
          <w:szCs w:val="24"/>
        </w:rPr>
        <w:t xml:space="preserve">Задание 1.  </w:t>
      </w:r>
      <w:r w:rsidRPr="00765081">
        <w:rPr>
          <w:rFonts w:ascii="Times New Roman" w:eastAsia="Calibri" w:hAnsi="Times New Roman" w:cs="Times New Roman"/>
          <w:b/>
          <w:sz w:val="24"/>
          <w:szCs w:val="24"/>
        </w:rPr>
        <w:t xml:space="preserve">Решите задачу. </w:t>
      </w:r>
    </w:p>
    <w:p w:rsidR="00956D16" w:rsidRPr="00765081" w:rsidRDefault="00956D16" w:rsidP="00956D1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Упряжка с оленями за 9 часов смогла преодолеть расстояние в 90 </w:t>
      </w:r>
      <w:r w:rsidRPr="00765081">
        <w:rPr>
          <w:rFonts w:ascii="Times New Roman" w:eastAsia="Times New Roman" w:hAnsi="Times New Roman" w:cs="Times New Roman"/>
          <w:i/>
          <w:color w:val="000000"/>
          <w:sz w:val="24"/>
          <w:szCs w:val="24"/>
          <w:lang w:eastAsia="ru-RU"/>
        </w:rPr>
        <w:t>км</w:t>
      </w:r>
      <w:r w:rsidRPr="00765081">
        <w:rPr>
          <w:rFonts w:ascii="Times New Roman" w:eastAsia="Times New Roman" w:hAnsi="Times New Roman" w:cs="Times New Roman"/>
          <w:color w:val="000000"/>
          <w:sz w:val="24"/>
          <w:szCs w:val="24"/>
          <w:lang w:eastAsia="ru-RU"/>
        </w:rPr>
        <w:t>, а вторая упряжка за это же время прошла 72</w:t>
      </w:r>
      <w:r w:rsidRPr="00765081">
        <w:rPr>
          <w:rFonts w:ascii="Times New Roman" w:eastAsia="Times New Roman" w:hAnsi="Times New Roman" w:cs="Times New Roman"/>
          <w:i/>
          <w:color w:val="000000"/>
          <w:sz w:val="24"/>
          <w:szCs w:val="24"/>
          <w:lang w:eastAsia="ru-RU"/>
        </w:rPr>
        <w:t>км</w:t>
      </w:r>
      <w:r w:rsidRPr="00765081">
        <w:rPr>
          <w:rFonts w:ascii="Times New Roman" w:eastAsia="Times New Roman" w:hAnsi="Times New Roman" w:cs="Times New Roman"/>
          <w:color w:val="000000"/>
          <w:sz w:val="24"/>
          <w:szCs w:val="24"/>
          <w:lang w:eastAsia="ru-RU"/>
        </w:rPr>
        <w:t xml:space="preserve">. </w:t>
      </w:r>
      <w:r w:rsidRPr="00765081">
        <w:rPr>
          <w:rFonts w:ascii="Times New Roman" w:eastAsia="Times New Roman" w:hAnsi="Times New Roman" w:cs="Times New Roman"/>
          <w:iCs/>
          <w:color w:val="000000"/>
          <w:sz w:val="24"/>
          <w:szCs w:val="24"/>
          <w:lang w:eastAsia="ru-RU"/>
        </w:rPr>
        <w:t>На сколько больше скорость первой упряжки, чем второй?</w:t>
      </w:r>
    </w:p>
    <w:p w:rsidR="00956D16" w:rsidRPr="00765081" w:rsidRDefault="007B5670" w:rsidP="00956D16">
      <w:pPr>
        <w:spacing w:after="0" w:line="240" w:lineRule="auto"/>
        <w:ind w:firstLine="284"/>
        <w:jc w:val="both"/>
        <w:rPr>
          <w:rFonts w:ascii="Times New Roman" w:eastAsia="Times New Roman" w:hAnsi="Times New Roman" w:cs="Times New Roman"/>
          <w:b/>
          <w:sz w:val="24"/>
          <w:szCs w:val="24"/>
          <w:lang w:eastAsia="ru-RU"/>
        </w:rPr>
      </w:pPr>
      <w:r w:rsidRPr="007B5670">
        <w:rPr>
          <w:rFonts w:ascii="Times New Roman" w:eastAsia="Times New Roman" w:hAnsi="Times New Roman" w:cs="Times New Roman"/>
          <w:noProof/>
          <w:sz w:val="24"/>
          <w:szCs w:val="24"/>
          <w:lang w:eastAsia="ru-RU"/>
        </w:rPr>
        <w:pict>
          <v:rect id="Прямоугольник 3519" o:spid="_x0000_s1103" style="position:absolute;left:0;text-align:left;margin-left:-25.5pt;margin-top:11.1pt;width:16.5pt;height:15pt;flip:y;z-index:251799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">
            <w10:wrap anchorx="margin"/>
          </v:rect>
        </w:pict>
      </w:r>
      <w:r w:rsidR="00956D16" w:rsidRPr="00765081">
        <w:rPr>
          <w:rFonts w:ascii="Times New Roman" w:eastAsia="Times New Roman" w:hAnsi="Times New Roman" w:cs="Times New Roman"/>
          <w:b/>
          <w:sz w:val="24"/>
          <w:szCs w:val="24"/>
          <w:lang w:eastAsia="ru-RU"/>
        </w:rPr>
        <w:t>Отметьте правильное решение задачи:</w:t>
      </w:r>
    </w:p>
    <w:p w:rsidR="00956D16" w:rsidRPr="00765081" w:rsidRDefault="007B5670" w:rsidP="00956D16">
      <w:pPr>
        <w:spacing w:after="0" w:line="240" w:lineRule="auto"/>
        <w:jc w:val="both"/>
        <w:rPr>
          <w:rFonts w:ascii="Times New Roman" w:eastAsia="Calibri" w:hAnsi="Times New Roman" w:cs="Times New Roman"/>
          <w:sz w:val="24"/>
          <w:szCs w:val="24"/>
        </w:rPr>
      </w:pPr>
      <w:r w:rsidRPr="007B5670">
        <w:rPr>
          <w:rFonts w:ascii="Times New Roman" w:eastAsia="Calibri" w:hAnsi="Times New Roman" w:cs="Times New Roman"/>
          <w:noProof/>
          <w:color w:val="000000"/>
          <w:sz w:val="24"/>
          <w:szCs w:val="24"/>
          <w:lang w:eastAsia="ru-RU"/>
        </w:rPr>
        <w:pict>
          <v:rect id="Прямоугольник 3518" o:spid="_x0000_s1102" style="position:absolute;left:0;text-align:left;margin-left:-24pt;margin-top:12.3pt;width:16.5pt;height:15pt;flip:y;z-index:251800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">
            <w10:wrap anchorx="margin"/>
          </v:rect>
        </w:pict>
      </w:r>
      <w:r w:rsidR="00956D16" w:rsidRPr="00765081">
        <w:rPr>
          <w:rFonts w:ascii="Times New Roman" w:eastAsia="Calibri" w:hAnsi="Times New Roman" w:cs="Times New Roman"/>
          <w:sz w:val="24"/>
          <w:szCs w:val="24"/>
        </w:rPr>
        <w:t xml:space="preserve"> 1)  90</w:t>
      </w:r>
      <w:proofErr w:type="gramStart"/>
      <w:r w:rsidR="00956D16" w:rsidRPr="00765081">
        <w:rPr>
          <w:rFonts w:ascii="Times New Roman" w:eastAsia="Calibri" w:hAnsi="Times New Roman" w:cs="Times New Roman"/>
          <w:sz w:val="24"/>
          <w:szCs w:val="24"/>
        </w:rPr>
        <w:t xml:space="preserve"> :</w:t>
      </w:r>
      <w:proofErr w:type="gramEnd"/>
      <w:r w:rsidR="00956D16" w:rsidRPr="00765081">
        <w:rPr>
          <w:rFonts w:ascii="Times New Roman" w:eastAsia="Calibri" w:hAnsi="Times New Roman" w:cs="Times New Roman"/>
          <w:sz w:val="24"/>
          <w:szCs w:val="24"/>
        </w:rPr>
        <w:t xml:space="preserve"> 9+ 72 : 9 = 18 (км/ч) </w:t>
      </w:r>
    </w:p>
    <w:p w:rsidR="00956D16" w:rsidRPr="00765081" w:rsidRDefault="007B5670" w:rsidP="00956D16">
      <w:pPr>
        <w:autoSpaceDE w:val="0"/>
        <w:autoSpaceDN w:val="0"/>
        <w:adjustRightInd w:val="0"/>
        <w:spacing w:after="0" w:line="240" w:lineRule="auto"/>
        <w:rPr>
          <w:rFonts w:ascii="Times New Roman" w:eastAsia="Times New Roman" w:hAnsi="Times New Roman" w:cs="Times New Roman"/>
          <w:sz w:val="24"/>
          <w:szCs w:val="24"/>
          <w:lang w:eastAsia="ru-RU"/>
        </w:rPr>
      </w:pPr>
      <w:r w:rsidRPr="007B5670">
        <w:rPr>
          <w:rFonts w:ascii="Times New Roman" w:eastAsia="Times New Roman" w:hAnsi="Times New Roman" w:cs="Times New Roman"/>
          <w:noProof/>
          <w:color w:val="000000"/>
          <w:sz w:val="24"/>
          <w:szCs w:val="24"/>
          <w:lang w:eastAsia="ru-RU"/>
        </w:rPr>
        <w:pict>
          <v:rect id="Прямоугольник 3517" o:spid="_x0000_s1101" style="position:absolute;margin-left:-24pt;margin-top:13.5pt;width:16.5pt;height:15pt;flip:y;z-index:251801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">
            <w10:wrap anchorx="margin"/>
          </v:rect>
        </w:pict>
      </w:r>
      <w:r w:rsidR="00956D16" w:rsidRPr="00765081">
        <w:rPr>
          <w:rFonts w:ascii="Times New Roman" w:eastAsia="Times New Roman" w:hAnsi="Times New Roman" w:cs="Times New Roman"/>
          <w:sz w:val="24"/>
          <w:szCs w:val="24"/>
          <w:lang w:eastAsia="ru-RU"/>
        </w:rPr>
        <w:t xml:space="preserve">  2) </w:t>
      </w:r>
      <w:r w:rsidR="00956D16" w:rsidRPr="00765081">
        <w:rPr>
          <w:rFonts w:ascii="Times New Roman" w:eastAsia="Times New Roman" w:hAnsi="Times New Roman" w:cs="Times New Roman"/>
          <w:color w:val="000000"/>
          <w:sz w:val="24"/>
          <w:szCs w:val="24"/>
          <w:lang w:eastAsia="ru-RU"/>
        </w:rPr>
        <w:t>90</w:t>
      </w:r>
      <w:proofErr w:type="gramStart"/>
      <w:r w:rsidR="00956D16" w:rsidRPr="00765081">
        <w:rPr>
          <w:rFonts w:ascii="Times New Roman" w:eastAsia="Times New Roman" w:hAnsi="Times New Roman" w:cs="Times New Roman"/>
          <w:color w:val="000000"/>
          <w:sz w:val="24"/>
          <w:szCs w:val="24"/>
          <w:lang w:eastAsia="ru-RU"/>
        </w:rPr>
        <w:t xml:space="preserve"> :</w:t>
      </w:r>
      <w:proofErr w:type="gramEnd"/>
      <w:r w:rsidR="00956D16" w:rsidRPr="00765081">
        <w:rPr>
          <w:rFonts w:ascii="Times New Roman" w:eastAsia="Times New Roman" w:hAnsi="Times New Roman" w:cs="Times New Roman"/>
          <w:color w:val="000000"/>
          <w:sz w:val="24"/>
          <w:szCs w:val="24"/>
          <w:lang w:eastAsia="ru-RU"/>
        </w:rPr>
        <w:t xml:space="preserve"> 9 – 72 : 9 = 2 (км.)</w:t>
      </w:r>
    </w:p>
    <w:p w:rsidR="00956D16" w:rsidRPr="00765081" w:rsidRDefault="00956D16" w:rsidP="00956D1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65081">
        <w:rPr>
          <w:rFonts w:ascii="Times New Roman" w:eastAsia="Times New Roman" w:hAnsi="Times New Roman" w:cs="Times New Roman"/>
          <w:color w:val="000000"/>
          <w:sz w:val="24"/>
          <w:szCs w:val="24"/>
          <w:lang w:eastAsia="ru-RU"/>
        </w:rPr>
        <w:t xml:space="preserve"> 3)   90</w:t>
      </w:r>
      <w:proofErr w:type="gramStart"/>
      <w:r w:rsidRPr="00765081">
        <w:rPr>
          <w:rFonts w:ascii="Times New Roman" w:eastAsia="Times New Roman" w:hAnsi="Times New Roman" w:cs="Times New Roman"/>
          <w:color w:val="000000"/>
          <w:sz w:val="24"/>
          <w:szCs w:val="24"/>
          <w:lang w:eastAsia="ru-RU"/>
        </w:rPr>
        <w:t xml:space="preserve"> :</w:t>
      </w:r>
      <w:proofErr w:type="gramEnd"/>
      <w:r w:rsidRPr="00765081">
        <w:rPr>
          <w:rFonts w:ascii="Times New Roman" w:eastAsia="Times New Roman" w:hAnsi="Times New Roman" w:cs="Times New Roman"/>
          <w:color w:val="000000"/>
          <w:sz w:val="24"/>
          <w:szCs w:val="24"/>
          <w:lang w:eastAsia="ru-RU"/>
        </w:rPr>
        <w:t xml:space="preserve"> 9 – 72 : 9 = 2(км/ч) </w:t>
      </w:r>
    </w:p>
    <w:p w:rsidR="00956D16" w:rsidRPr="00765081" w:rsidRDefault="00956D16" w:rsidP="00956D1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956D16" w:rsidRPr="00765081" w:rsidRDefault="00956D16" w:rsidP="00956D16">
      <w:pPr>
        <w:spacing w:after="0" w:line="240" w:lineRule="auto"/>
        <w:rPr>
          <w:rFonts w:ascii="Times New Roman" w:eastAsia="Calibri" w:hAnsi="Times New Roman" w:cs="Times New Roman"/>
          <w:b/>
          <w:sz w:val="24"/>
          <w:szCs w:val="24"/>
        </w:rPr>
      </w:pPr>
      <w:r w:rsidRPr="00765081">
        <w:rPr>
          <w:rFonts w:ascii="Times New Roman" w:eastAsia="Times New Roman" w:hAnsi="Times New Roman" w:cs="Times New Roman"/>
          <w:b/>
          <w:bCs/>
          <w:sz w:val="24"/>
          <w:szCs w:val="24"/>
        </w:rPr>
        <w:t xml:space="preserve">Задание 2.  </w:t>
      </w:r>
      <w:r w:rsidRPr="00765081">
        <w:rPr>
          <w:rFonts w:ascii="Times New Roman" w:eastAsia="Calibri" w:hAnsi="Times New Roman" w:cs="Times New Roman"/>
          <w:b/>
          <w:sz w:val="24"/>
          <w:szCs w:val="24"/>
        </w:rPr>
        <w:t>Укажите, какая запись соответствует числу 3 400 020?</w:t>
      </w:r>
    </w:p>
    <w:p w:rsidR="00956D16" w:rsidRPr="00765081" w:rsidRDefault="00956D16" w:rsidP="00956D16">
      <w:pPr>
        <w:spacing w:after="0" w:line="240" w:lineRule="auto"/>
        <w:ind w:firstLine="284"/>
        <w:jc w:val="both"/>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 xml:space="preserve">                    Отметьте правильное решение задачи:</w:t>
      </w:r>
    </w:p>
    <w:p w:rsidR="00956D16" w:rsidRPr="00765081" w:rsidRDefault="007B5670" w:rsidP="00956D16">
      <w:pPr>
        <w:tabs>
          <w:tab w:val="left" w:pos="540"/>
        </w:tabs>
        <w:spacing w:after="0" w:line="240" w:lineRule="auto"/>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516" o:spid="_x0000_s1100" style="position:absolute;margin-left:-24.75pt;margin-top:1.35pt;width:15.75pt;height:14.25pt;flip:y;z-index:251802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">
            <w10:wrap anchorx="margin"/>
          </v:rect>
        </w:pict>
      </w:r>
      <w:r w:rsidR="00956D16" w:rsidRPr="00765081">
        <w:rPr>
          <w:rFonts w:ascii="Times New Roman" w:eastAsia="Calibri" w:hAnsi="Times New Roman" w:cs="Times New Roman"/>
          <w:sz w:val="24"/>
          <w:szCs w:val="24"/>
        </w:rPr>
        <w:t xml:space="preserve">        три миллиона сорок тысяч двадцать; </w:t>
      </w:r>
    </w:p>
    <w:p w:rsidR="00956D16" w:rsidRPr="00765081" w:rsidRDefault="007B5670" w:rsidP="00956D16">
      <w:pPr>
        <w:tabs>
          <w:tab w:val="left" w:pos="540"/>
        </w:tabs>
        <w:spacing w:after="0" w:line="240" w:lineRule="auto"/>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lastRenderedPageBreak/>
        <w:pict>
          <v:rect id="Прямоугольник 3515" o:spid="_x0000_s1099" style="position:absolute;margin-left:-24pt;margin-top:1.8pt;width:15pt;height:14.25pt;flip:y;z-index:251803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">
            <w10:wrap anchorx="margin"/>
          </v:rect>
        </w:pict>
      </w:r>
      <w:r w:rsidR="00956D16" w:rsidRPr="00765081">
        <w:rPr>
          <w:rFonts w:ascii="Times New Roman" w:eastAsia="Calibri" w:hAnsi="Times New Roman" w:cs="Times New Roman"/>
          <w:sz w:val="24"/>
          <w:szCs w:val="24"/>
        </w:rPr>
        <w:t xml:space="preserve">        тридцать четыре тысячи двадцать;</w:t>
      </w:r>
    </w:p>
    <w:p w:rsidR="00956D16" w:rsidRPr="00765081" w:rsidRDefault="007B5670" w:rsidP="00956D16">
      <w:pPr>
        <w:tabs>
          <w:tab w:val="left" w:pos="540"/>
        </w:tabs>
        <w:spacing w:after="0" w:line="240" w:lineRule="auto"/>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514" o:spid="_x0000_s1098" style="position:absolute;margin-left:-24pt;margin-top:2.25pt;width:15.75pt;height:15.75pt;flip:y;z-index:251804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">
            <w10:wrap anchorx="margin"/>
          </v:rect>
        </w:pict>
      </w:r>
      <w:r w:rsidR="00956D16" w:rsidRPr="00765081">
        <w:rPr>
          <w:rFonts w:ascii="Times New Roman" w:eastAsia="Calibri" w:hAnsi="Times New Roman" w:cs="Times New Roman"/>
          <w:sz w:val="24"/>
          <w:szCs w:val="24"/>
        </w:rPr>
        <w:t xml:space="preserve">        три миллиона четыреста тысяч двадцать;</w:t>
      </w:r>
    </w:p>
    <w:p w:rsidR="00956D16" w:rsidRPr="00765081" w:rsidRDefault="007B5670" w:rsidP="00956D16">
      <w:pPr>
        <w:tabs>
          <w:tab w:val="left" w:pos="540"/>
        </w:tabs>
        <w:spacing w:after="0" w:line="240" w:lineRule="auto"/>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513" o:spid="_x0000_s1097" style="position:absolute;margin-left:-24pt;margin-top:4.2pt;width:16.5pt;height:15pt;flip:y;z-index:251805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">
            <w10:wrap anchorx="margin"/>
          </v:rect>
        </w:pict>
      </w:r>
      <w:r w:rsidR="00956D16" w:rsidRPr="00765081">
        <w:rPr>
          <w:rFonts w:ascii="Times New Roman" w:eastAsia="Calibri" w:hAnsi="Times New Roman" w:cs="Times New Roman"/>
          <w:sz w:val="24"/>
          <w:szCs w:val="24"/>
        </w:rPr>
        <w:t xml:space="preserve">        три миллиона четыреста двадцать.</w:t>
      </w:r>
    </w:p>
    <w:p w:rsidR="00956D16" w:rsidRPr="00765081" w:rsidRDefault="00956D16" w:rsidP="00956D16">
      <w:pPr>
        <w:autoSpaceDE w:val="0"/>
        <w:autoSpaceDN w:val="0"/>
        <w:adjustRightInd w:val="0"/>
        <w:spacing w:after="0" w:line="240" w:lineRule="auto"/>
        <w:rPr>
          <w:rFonts w:ascii="Times New Roman" w:eastAsia="Times New Roman" w:hAnsi="Times New Roman" w:cs="Times New Roman"/>
          <w:sz w:val="24"/>
          <w:szCs w:val="24"/>
          <w:lang w:eastAsia="ru-RU"/>
        </w:rPr>
      </w:pP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Times New Roman" w:hAnsi="Times New Roman" w:cs="Times New Roman"/>
          <w:b/>
          <w:bCs/>
          <w:sz w:val="24"/>
          <w:szCs w:val="24"/>
        </w:rPr>
        <w:t xml:space="preserve">Задание 3.  </w:t>
      </w:r>
      <w:r w:rsidRPr="00765081">
        <w:rPr>
          <w:rFonts w:ascii="Times New Roman" w:eastAsia="Calibri" w:hAnsi="Times New Roman" w:cs="Times New Roman"/>
          <w:b/>
          <w:sz w:val="24"/>
          <w:szCs w:val="24"/>
        </w:rPr>
        <w:t>Изучите таблицу и заполните её.</w:t>
      </w:r>
    </w:p>
    <w:tbl>
      <w:tblPr>
        <w:tblStyle w:val="TableGrid1"/>
        <w:tblW w:w="10735" w:type="dxa"/>
        <w:tblInd w:w="-108" w:type="dxa"/>
        <w:tblCellMar>
          <w:top w:w="9" w:type="dxa"/>
          <w:left w:w="108" w:type="dxa"/>
          <w:right w:w="115" w:type="dxa"/>
        </w:tblCellMar>
        <w:tblLook w:val="04A0"/>
      </w:tblPr>
      <w:tblGrid>
        <w:gridCol w:w="3080"/>
        <w:gridCol w:w="2693"/>
        <w:gridCol w:w="2552"/>
        <w:gridCol w:w="2410"/>
      </w:tblGrid>
      <w:tr w:rsidR="00956D16" w:rsidRPr="00765081" w:rsidTr="00956D16">
        <w:trPr>
          <w:trHeight w:val="499"/>
        </w:trPr>
        <w:tc>
          <w:tcPr>
            <w:tcW w:w="3080" w:type="dxa"/>
            <w:vMerge w:val="restart"/>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jc w:val="center"/>
              <w:rPr>
                <w:rFonts w:ascii="Times New Roman" w:hAnsi="Times New Roman" w:cs="Times New Roman"/>
                <w:b/>
                <w:sz w:val="24"/>
                <w:szCs w:val="24"/>
              </w:rPr>
            </w:pPr>
            <w:r w:rsidRPr="00765081">
              <w:rPr>
                <w:rFonts w:ascii="Times New Roman" w:hAnsi="Times New Roman" w:cs="Times New Roman"/>
                <w:b/>
                <w:sz w:val="24"/>
                <w:szCs w:val="24"/>
              </w:rPr>
              <w:t>Название  животного</w:t>
            </w:r>
          </w:p>
        </w:tc>
        <w:tc>
          <w:tcPr>
            <w:tcW w:w="7655" w:type="dxa"/>
            <w:gridSpan w:val="3"/>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jc w:val="center"/>
              <w:rPr>
                <w:rFonts w:ascii="Times New Roman" w:hAnsi="Times New Roman" w:cs="Times New Roman"/>
                <w:b/>
                <w:sz w:val="24"/>
                <w:szCs w:val="24"/>
              </w:rPr>
            </w:pPr>
            <w:r w:rsidRPr="00765081">
              <w:rPr>
                <w:rFonts w:ascii="Times New Roman" w:hAnsi="Times New Roman" w:cs="Times New Roman"/>
                <w:b/>
                <w:sz w:val="24"/>
                <w:szCs w:val="24"/>
              </w:rPr>
              <w:t xml:space="preserve">Вес животного (в </w:t>
            </w:r>
            <w:proofErr w:type="gramStart"/>
            <w:r w:rsidRPr="00765081">
              <w:rPr>
                <w:rFonts w:ascii="Times New Roman" w:hAnsi="Times New Roman" w:cs="Times New Roman"/>
                <w:b/>
                <w:sz w:val="24"/>
                <w:szCs w:val="24"/>
              </w:rPr>
              <w:t>кг</w:t>
            </w:r>
            <w:proofErr w:type="gramEnd"/>
            <w:r w:rsidRPr="00765081">
              <w:rPr>
                <w:rFonts w:ascii="Times New Roman" w:hAnsi="Times New Roman" w:cs="Times New Roman"/>
                <w:b/>
                <w:sz w:val="24"/>
                <w:szCs w:val="24"/>
              </w:rPr>
              <w:t>)</w:t>
            </w:r>
          </w:p>
        </w:tc>
      </w:tr>
      <w:tr w:rsidR="00956D16" w:rsidRPr="00765081" w:rsidTr="00956D16">
        <w:trPr>
          <w:trHeight w:val="579"/>
        </w:trPr>
        <w:tc>
          <w:tcPr>
            <w:tcW w:w="3080" w:type="dxa"/>
            <w:vMerge/>
            <w:tcBorders>
              <w:top w:val="nil"/>
              <w:left w:val="single" w:sz="4" w:space="0" w:color="000000"/>
              <w:bottom w:val="single" w:sz="4" w:space="0" w:color="000000"/>
              <w:right w:val="single" w:sz="4" w:space="0" w:color="000000"/>
            </w:tcBorders>
            <w:vAlign w:val="bottom"/>
          </w:tcPr>
          <w:p w:rsidR="00956D16" w:rsidRPr="00765081" w:rsidRDefault="00956D16" w:rsidP="00956D16">
            <w:pPr>
              <w:ind w:firstLine="284"/>
              <w:jc w:val="center"/>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jc w:val="center"/>
              <w:rPr>
                <w:rFonts w:ascii="Times New Roman" w:hAnsi="Times New Roman" w:cs="Times New Roman"/>
                <w:b/>
                <w:sz w:val="24"/>
                <w:szCs w:val="24"/>
              </w:rPr>
            </w:pPr>
            <w:r w:rsidRPr="00765081">
              <w:rPr>
                <w:rFonts w:ascii="Times New Roman" w:hAnsi="Times New Roman" w:cs="Times New Roman"/>
                <w:b/>
                <w:sz w:val="24"/>
                <w:szCs w:val="24"/>
              </w:rPr>
              <w:t>1 животное</w:t>
            </w:r>
          </w:p>
        </w:tc>
        <w:tc>
          <w:tcPr>
            <w:tcW w:w="2552"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jc w:val="center"/>
              <w:rPr>
                <w:rFonts w:ascii="Times New Roman" w:hAnsi="Times New Roman" w:cs="Times New Roman"/>
                <w:b/>
                <w:sz w:val="24"/>
                <w:szCs w:val="24"/>
              </w:rPr>
            </w:pPr>
            <w:r w:rsidRPr="00765081">
              <w:rPr>
                <w:rFonts w:ascii="Times New Roman" w:hAnsi="Times New Roman" w:cs="Times New Roman"/>
                <w:b/>
                <w:sz w:val="24"/>
                <w:szCs w:val="24"/>
              </w:rPr>
              <w:t>3 животных</w:t>
            </w:r>
          </w:p>
        </w:tc>
        <w:tc>
          <w:tcPr>
            <w:tcW w:w="2410"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jc w:val="center"/>
              <w:rPr>
                <w:rFonts w:ascii="Times New Roman" w:hAnsi="Times New Roman" w:cs="Times New Roman"/>
                <w:b/>
                <w:sz w:val="24"/>
                <w:szCs w:val="24"/>
              </w:rPr>
            </w:pPr>
            <w:r w:rsidRPr="00765081">
              <w:rPr>
                <w:rFonts w:ascii="Times New Roman" w:hAnsi="Times New Roman" w:cs="Times New Roman"/>
                <w:b/>
                <w:sz w:val="24"/>
                <w:szCs w:val="24"/>
              </w:rPr>
              <w:t>5 животных</w:t>
            </w:r>
          </w:p>
          <w:p w:rsidR="00956D16" w:rsidRPr="00765081" w:rsidRDefault="00956D16" w:rsidP="00956D16">
            <w:pPr>
              <w:ind w:firstLine="284"/>
              <w:jc w:val="center"/>
              <w:rPr>
                <w:rFonts w:ascii="Times New Roman" w:hAnsi="Times New Roman" w:cs="Times New Roman"/>
                <w:b/>
                <w:sz w:val="24"/>
                <w:szCs w:val="24"/>
              </w:rPr>
            </w:pPr>
          </w:p>
        </w:tc>
      </w:tr>
      <w:tr w:rsidR="00956D16" w:rsidRPr="00765081" w:rsidTr="00956D16">
        <w:trPr>
          <w:trHeight w:val="487"/>
        </w:trPr>
        <w:tc>
          <w:tcPr>
            <w:tcW w:w="3080"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r w:rsidRPr="00765081">
              <w:rPr>
                <w:rFonts w:ascii="Times New Roman" w:hAnsi="Times New Roman" w:cs="Times New Roman"/>
                <w:sz w:val="24"/>
                <w:szCs w:val="24"/>
              </w:rPr>
              <w:t xml:space="preserve">Олень </w:t>
            </w:r>
          </w:p>
        </w:tc>
        <w:tc>
          <w:tcPr>
            <w:tcW w:w="2693"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r w:rsidRPr="00765081">
              <w:rPr>
                <w:rFonts w:ascii="Times New Roman" w:hAnsi="Times New Roman" w:cs="Times New Roman"/>
                <w:sz w:val="24"/>
                <w:szCs w:val="24"/>
              </w:rPr>
              <w:t xml:space="preserve">150 кг </w:t>
            </w:r>
          </w:p>
        </w:tc>
        <w:tc>
          <w:tcPr>
            <w:tcW w:w="2552"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p>
        </w:tc>
      </w:tr>
      <w:tr w:rsidR="00956D16" w:rsidRPr="00765081" w:rsidTr="00956D16">
        <w:trPr>
          <w:trHeight w:val="509"/>
        </w:trPr>
        <w:tc>
          <w:tcPr>
            <w:tcW w:w="3080"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r w:rsidRPr="00765081">
              <w:rPr>
                <w:rFonts w:ascii="Times New Roman" w:hAnsi="Times New Roman" w:cs="Times New Roman"/>
                <w:sz w:val="24"/>
                <w:szCs w:val="24"/>
              </w:rPr>
              <w:t xml:space="preserve">Морж </w:t>
            </w:r>
          </w:p>
        </w:tc>
        <w:tc>
          <w:tcPr>
            <w:tcW w:w="2693"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r w:rsidRPr="00765081">
              <w:rPr>
                <w:rFonts w:ascii="Times New Roman" w:hAnsi="Times New Roman" w:cs="Times New Roman"/>
                <w:sz w:val="24"/>
                <w:szCs w:val="24"/>
              </w:rPr>
              <w:t xml:space="preserve">3900 кг </w:t>
            </w:r>
          </w:p>
        </w:tc>
        <w:tc>
          <w:tcPr>
            <w:tcW w:w="2410"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p>
        </w:tc>
      </w:tr>
      <w:tr w:rsidR="00956D16" w:rsidRPr="00765081" w:rsidTr="00956D16">
        <w:trPr>
          <w:trHeight w:val="403"/>
        </w:trPr>
        <w:tc>
          <w:tcPr>
            <w:tcW w:w="3080"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r w:rsidRPr="00765081">
              <w:rPr>
                <w:rFonts w:ascii="Times New Roman" w:hAnsi="Times New Roman" w:cs="Times New Roman"/>
                <w:sz w:val="24"/>
                <w:szCs w:val="24"/>
              </w:rPr>
              <w:t xml:space="preserve">Пингвин </w:t>
            </w:r>
          </w:p>
        </w:tc>
        <w:tc>
          <w:tcPr>
            <w:tcW w:w="2693"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56D16" w:rsidRPr="00765081" w:rsidRDefault="00956D16" w:rsidP="00956D16">
            <w:pPr>
              <w:ind w:firstLine="284"/>
              <w:rPr>
                <w:rFonts w:ascii="Times New Roman" w:hAnsi="Times New Roman" w:cs="Times New Roman"/>
                <w:sz w:val="24"/>
                <w:szCs w:val="24"/>
              </w:rPr>
            </w:pPr>
            <w:r w:rsidRPr="00765081">
              <w:rPr>
                <w:rFonts w:ascii="Times New Roman" w:hAnsi="Times New Roman" w:cs="Times New Roman"/>
                <w:sz w:val="24"/>
                <w:szCs w:val="24"/>
              </w:rPr>
              <w:t xml:space="preserve">200 кг </w:t>
            </w:r>
          </w:p>
        </w:tc>
      </w:tr>
    </w:tbl>
    <w:p w:rsidR="00956D16" w:rsidRPr="00765081" w:rsidRDefault="00956D16" w:rsidP="00956D16">
      <w:pPr>
        <w:spacing w:after="0" w:line="240" w:lineRule="auto"/>
        <w:rPr>
          <w:rFonts w:ascii="Times New Roman" w:eastAsia="Calibri" w:hAnsi="Times New Roman" w:cs="Times New Roman"/>
          <w:sz w:val="24"/>
          <w:szCs w:val="24"/>
        </w:rPr>
      </w:pP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Times New Roman" w:hAnsi="Times New Roman" w:cs="Times New Roman"/>
          <w:b/>
          <w:bCs/>
          <w:sz w:val="24"/>
          <w:szCs w:val="24"/>
        </w:rPr>
        <w:t xml:space="preserve">Задание 4. </w:t>
      </w:r>
      <w:r w:rsidRPr="00765081">
        <w:rPr>
          <w:rFonts w:ascii="Times New Roman" w:eastAsia="Calibri" w:hAnsi="Times New Roman" w:cs="Times New Roman"/>
          <w:b/>
          <w:sz w:val="24"/>
          <w:szCs w:val="24"/>
        </w:rPr>
        <w:t xml:space="preserve">Решите задачу. </w:t>
      </w:r>
      <w:r w:rsidRPr="00765081">
        <w:rPr>
          <w:rFonts w:ascii="Times New Roman" w:eastAsia="Times New Roman" w:hAnsi="Times New Roman" w:cs="Times New Roman"/>
          <w:b/>
          <w:sz w:val="24"/>
          <w:szCs w:val="24"/>
        </w:rPr>
        <w:t xml:space="preserve">В Таймырском заповеднике на участке поля квадратной формы поставили заграждение для осмотра оленей.  </w:t>
      </w:r>
    </w:p>
    <w:p w:rsidR="00956D16" w:rsidRPr="00765081" w:rsidRDefault="00956D16" w:rsidP="00956D16">
      <w:pPr>
        <w:spacing w:after="68" w:line="240" w:lineRule="auto"/>
        <w:ind w:left="-15" w:firstLine="708"/>
        <w:jc w:val="both"/>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Какова площадь этого участка, если длина всего забора 68 </w:t>
      </w:r>
      <w:r w:rsidRPr="00765081">
        <w:rPr>
          <w:rFonts w:ascii="Times New Roman" w:eastAsia="Times New Roman" w:hAnsi="Times New Roman" w:cs="Times New Roman"/>
          <w:i/>
          <w:sz w:val="24"/>
          <w:szCs w:val="24"/>
        </w:rPr>
        <w:t>м</w:t>
      </w:r>
      <w:r w:rsidRPr="00765081">
        <w:rPr>
          <w:rFonts w:ascii="Times New Roman" w:eastAsia="Times New Roman" w:hAnsi="Times New Roman" w:cs="Times New Roman"/>
          <w:sz w:val="24"/>
          <w:szCs w:val="24"/>
        </w:rPr>
        <w:t>? Запиши вычисления и ответ.</w:t>
      </w:r>
    </w:p>
    <w:p w:rsidR="00956D16" w:rsidRPr="00765081" w:rsidRDefault="00956D16" w:rsidP="00956D16">
      <w:pPr>
        <w:spacing w:after="0" w:line="240" w:lineRule="auto"/>
        <w:jc w:val="both"/>
        <w:rPr>
          <w:rFonts w:ascii="Times New Roman" w:eastAsia="Times New Roman" w:hAnsi="Times New Roman" w:cs="Times New Roman"/>
          <w:sz w:val="24"/>
          <w:szCs w:val="24"/>
        </w:rPr>
      </w:pPr>
      <w:r w:rsidRPr="00765081">
        <w:rPr>
          <w:rFonts w:ascii="Times New Roman" w:eastAsia="Calibri" w:hAnsi="Times New Roman" w:cs="Times New Roman"/>
          <w:b/>
          <w:sz w:val="24"/>
          <w:szCs w:val="24"/>
        </w:rPr>
        <w:t>Решение:</w:t>
      </w:r>
      <w:r w:rsidRPr="00765081">
        <w:rPr>
          <w:rFonts w:ascii="Times New Roman" w:eastAsia="Calibri" w:hAnsi="Times New Roman" w:cs="Times New Roman"/>
          <w:sz w:val="24"/>
          <w:szCs w:val="24"/>
        </w:rPr>
        <w:t>__________________________________________________________</w:t>
      </w:r>
      <w:r w:rsidRPr="00765081">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p>
    <w:p w:rsidR="00956D16" w:rsidRPr="00765081" w:rsidRDefault="00956D16" w:rsidP="00956D16">
      <w:pPr>
        <w:spacing w:after="0" w:line="240" w:lineRule="auto"/>
        <w:jc w:val="both"/>
        <w:rPr>
          <w:rFonts w:ascii="Times New Roman" w:eastAsia="Calibri" w:hAnsi="Times New Roman" w:cs="Times New Roman"/>
          <w:b/>
          <w:i/>
          <w:sz w:val="24"/>
          <w:szCs w:val="24"/>
        </w:rPr>
      </w:pPr>
      <w:proofErr w:type="spellStart"/>
      <w:r w:rsidRPr="00765081">
        <w:rPr>
          <w:rFonts w:ascii="Times New Roman" w:eastAsia="Times New Roman" w:hAnsi="Times New Roman" w:cs="Times New Roman"/>
          <w:b/>
          <w:sz w:val="24"/>
          <w:szCs w:val="24"/>
        </w:rPr>
        <w:t>Ответ:S</w:t>
      </w:r>
      <w:proofErr w:type="spellEnd"/>
      <w:r w:rsidRPr="00765081">
        <w:rPr>
          <w:rFonts w:ascii="Times New Roman" w:eastAsia="Times New Roman" w:hAnsi="Times New Roman" w:cs="Times New Roman"/>
          <w:b/>
          <w:sz w:val="24"/>
          <w:szCs w:val="24"/>
        </w:rPr>
        <w:t xml:space="preserve"> </w:t>
      </w:r>
      <w:proofErr w:type="spellStart"/>
      <w:r w:rsidRPr="00765081">
        <w:rPr>
          <w:rFonts w:ascii="Times New Roman" w:eastAsia="Times New Roman" w:hAnsi="Times New Roman" w:cs="Times New Roman"/>
          <w:b/>
          <w:sz w:val="24"/>
          <w:szCs w:val="24"/>
        </w:rPr>
        <w:t>=_________</w:t>
      </w:r>
      <w:r w:rsidRPr="00765081">
        <w:rPr>
          <w:rFonts w:ascii="Times New Roman" w:eastAsia="Calibri" w:hAnsi="Times New Roman" w:cs="Times New Roman"/>
          <w:b/>
          <w:sz w:val="24"/>
          <w:szCs w:val="24"/>
        </w:rPr>
        <w:t>м</w:t>
      </w:r>
      <w:proofErr w:type="spellEnd"/>
      <w:r w:rsidRPr="00765081">
        <w:rPr>
          <w:rFonts w:ascii="Times New Roman" w:eastAsia="Calibri" w:hAnsi="Times New Roman" w:cs="Times New Roman"/>
          <w:b/>
          <w:sz w:val="24"/>
          <w:szCs w:val="24"/>
        </w:rPr>
        <w:t xml:space="preserve"> </w:t>
      </w:r>
      <w:r w:rsidRPr="00765081">
        <w:rPr>
          <w:rFonts w:ascii="Times New Roman" w:eastAsia="Calibri" w:hAnsi="Times New Roman" w:cs="Times New Roman"/>
          <w:b/>
          <w:sz w:val="24"/>
          <w:szCs w:val="24"/>
          <w:vertAlign w:val="superscript"/>
        </w:rPr>
        <w:t>2</w:t>
      </w:r>
    </w:p>
    <w:p w:rsidR="00956D16" w:rsidRPr="00765081" w:rsidRDefault="00956D16" w:rsidP="00956D16">
      <w:pPr>
        <w:spacing w:after="0" w:line="240" w:lineRule="auto"/>
        <w:jc w:val="center"/>
        <w:rPr>
          <w:rFonts w:ascii="Times New Roman" w:eastAsia="Calibri" w:hAnsi="Times New Roman" w:cs="Times New Roman"/>
          <w:b/>
          <w:i/>
          <w:sz w:val="24"/>
          <w:szCs w:val="24"/>
          <w:u w:val="single"/>
        </w:rPr>
      </w:pPr>
    </w:p>
    <w:p w:rsidR="00956D16" w:rsidRPr="00765081" w:rsidRDefault="00956D16" w:rsidP="00956D16">
      <w:pPr>
        <w:spacing w:after="0" w:line="240" w:lineRule="auto"/>
        <w:jc w:val="center"/>
        <w:rPr>
          <w:rFonts w:ascii="Times New Roman" w:eastAsia="Calibri" w:hAnsi="Times New Roman" w:cs="Times New Roman"/>
          <w:b/>
          <w:i/>
          <w:sz w:val="24"/>
          <w:szCs w:val="24"/>
        </w:rPr>
      </w:pPr>
      <w:r w:rsidRPr="00765081">
        <w:rPr>
          <w:rFonts w:ascii="Times New Roman" w:eastAsia="Calibri" w:hAnsi="Times New Roman" w:cs="Times New Roman"/>
          <w:b/>
          <w:i/>
          <w:sz w:val="24"/>
          <w:szCs w:val="24"/>
          <w:u w:val="single"/>
        </w:rPr>
        <w:t>Окружающий мир</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Times New Roman" w:hAnsi="Times New Roman" w:cs="Times New Roman"/>
          <w:b/>
          <w:bCs/>
          <w:sz w:val="24"/>
          <w:szCs w:val="24"/>
        </w:rPr>
        <w:t xml:space="preserve">Задание 1. </w:t>
      </w:r>
      <w:r w:rsidRPr="00765081">
        <w:rPr>
          <w:rFonts w:ascii="Times New Roman" w:eastAsia="Times New Roman" w:hAnsi="Times New Roman" w:cs="Times New Roman"/>
          <w:b/>
          <w:sz w:val="24"/>
          <w:szCs w:val="24"/>
        </w:rPr>
        <w:t xml:space="preserve">К какой группе животных можно отнести северного оленя по способу питания? </w:t>
      </w:r>
      <w:r w:rsidRPr="00765081">
        <w:rPr>
          <w:rFonts w:ascii="Times New Roman" w:eastAsia="Calibri" w:hAnsi="Times New Roman" w:cs="Times New Roman"/>
          <w:b/>
          <w:sz w:val="24"/>
          <w:szCs w:val="24"/>
        </w:rPr>
        <w:t>Отметьте правильный ответ.</w:t>
      </w:r>
    </w:p>
    <w:p w:rsidR="00956D16" w:rsidRPr="00765081" w:rsidRDefault="007B5670" w:rsidP="00956D16">
      <w:pPr>
        <w:tabs>
          <w:tab w:val="center" w:pos="1367"/>
          <w:tab w:val="center" w:pos="2832"/>
          <w:tab w:val="center" w:pos="3541"/>
          <w:tab w:val="center" w:pos="4249"/>
          <w:tab w:val="center" w:pos="6085"/>
          <w:tab w:val="center" w:pos="7789"/>
        </w:tabs>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group id="Группа 3510" o:spid="_x0000_s1094" style="position:absolute;margin-left:231.65pt;margin-top:2.3pt;width:14.15pt;height:34.35pt;z-index:251794432"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">
            <v:shape id="Shape 3517" o:spid="_x0000_s1096"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3IMUA&#10;AADdAAAADwAAAGRycy9kb3ducmV2LnhtbESPQWvCQBSE7wX/w/KE3uomSoukriKC2Ku2IL297r4m&#10;0ezbkH3G6K/vFgo9DjPzDbNYDb5RPXWxDmwgn2SgiG1wNZcGPt63T3NQUZAdNoHJwI0irJajhwUW&#10;Llx5T/1BSpUgHAs0UIm0hdbRVuQxTkJLnLzv0HmUJLtSuw6vCe4bPc2yF+2x5rRQYUubiuz5cPEG&#10;Pvdre7o1uy+5HOf3XtzuvrEzYx7Hw/oVlNAg/+G/9pszMHvOc/h9k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ncg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v:shape id="Shape 3519" o:spid="_x0000_s1095"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pV8UA&#10;AADdAAAADwAAAGRycy9kb3ducmV2LnhtbESPX2vCQBDE3wv9DscW+lYvKhVJPUWEYl/9A+Lb9m6b&#10;pM3thdwao5++Jwg+DjPzG2a26H2tOmpjFdjAcJCBIrbBVVwY2O8+36agoiA7rAOTgQtFWMyfn2aY&#10;u3DmDXVbKVSCcMzRQCnS5FpHW5LHOAgNcfJ+QutRkmwL7Vo8J7iv9SjLJtpjxWmhxIZWJdm/7ckb&#10;OG6W9vdSr7/ldJheO3Hr68qOjXl96ZcfoIR6eYTv7S9nYPw+HMHtTXo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OlX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Pr>
          <w:rFonts w:ascii="Times New Roman" w:eastAsia="Calibri" w:hAnsi="Times New Roman" w:cs="Times New Roman"/>
          <w:noProof/>
          <w:sz w:val="24"/>
          <w:szCs w:val="24"/>
          <w:lang w:eastAsia="ru-RU"/>
        </w:rPr>
        <w:pict>
          <v:group id="Группа 3507" o:spid="_x0000_s1091" style="position:absolute;margin-left:15.75pt;margin-top:2.3pt;width:14.15pt;height:34.35pt;z-index:251793408"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">
            <v:shape id="Shape 3517" o:spid="_x0000_s1093"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YMIA&#10;AADdAAAADwAAAGRycy9kb3ducmV2LnhtbERPTWvCQBC9F/oflil4q5sqLZK6ighFr2pBvI270ySa&#10;nQ3ZMUZ/vXsoeHy87+m897XqqI1VYAMfwwwUsQ2u4sLA7+7nfQIqCrLDOjAZuFGE+ez1ZYq5C1fe&#10;ULeVQqUQjjkaKEWaXOtoS/IYh6EhTtxfaD1Kgm2hXYvXFO5rPcqyL+2x4tRQYkPLkux5e/EGDpuF&#10;Pd3q1VEu+8m9E7e6L+3YmMFbv/gGJdTLU/zvXjsD488szU1v0hP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UhgwgAAAN0AAAAPAAAAAAAAAAAAAAAAAJgCAABkcnMvZG93&#10;bnJldi54bWxQSwUGAAAAAAQABAD1AAAAhwMAAAAA&#10;" adj="0,,0" path="m,179705r179705,l179705,,,,,179705xe" filled="f">
              <v:stroke miterlimit="83231f" joinstyle="miter"/>
              <v:formulas/>
              <v:path arrowok="t" o:connecttype="custom" o:connectlocs="0,179705;179705,179705;179705,0;0,0;0,179705" o:connectangles="0,0,0,0,0" textboxrect="0,0,179705,179705"/>
            </v:shape>
            <v:shape id="Shape 3519" o:spid="_x0000_s1092"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t+8YA&#10;AADdAAAADwAAAGRycy9kb3ducmV2LnhtbESPX2vCQBDE3wv9DscW+qaXVhSbeooIRV/9A+Lb9m6b&#10;pM3thdwao5++VxD6OMzMb5jZove16qiNVWADL8MMFLENruLCwGH/MZiCioLssA5MBq4UYTF/fJhh&#10;7sKFt9TtpFAJwjFHA6VIk2sdbUke4zA0xMn7Cq1HSbIttGvxkuC+1q9ZNtEeK04LJTa0Ksn+7M7e&#10;wGm7tN/Xev0p5+P01olb31Z2ZMzzU798ByXUy3/43t44A6Nx9gZ/b9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t+8YAAADdAAAADwAAAAAAAAAAAAAAAACYAgAAZHJz&#10;L2Rvd25yZXYueG1sUEsFBgAAAAAEAAQA9QAAAIsDA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00956D16" w:rsidRPr="00765081">
        <w:rPr>
          <w:rFonts w:ascii="Times New Roman" w:eastAsia="Times New Roman" w:hAnsi="Times New Roman" w:cs="Times New Roman"/>
          <w:sz w:val="24"/>
          <w:szCs w:val="24"/>
        </w:rPr>
        <w:t xml:space="preserve"> хищник;</w:t>
      </w:r>
      <w:r w:rsidR="00956D16" w:rsidRPr="00765081">
        <w:rPr>
          <w:rFonts w:ascii="Times New Roman" w:eastAsia="Times New Roman" w:hAnsi="Times New Roman" w:cs="Times New Roman"/>
          <w:sz w:val="24"/>
          <w:szCs w:val="24"/>
        </w:rPr>
        <w:tab/>
      </w:r>
      <w:r w:rsidR="00956D16" w:rsidRPr="00765081">
        <w:rPr>
          <w:rFonts w:ascii="Times New Roman" w:eastAsia="Times New Roman" w:hAnsi="Times New Roman" w:cs="Times New Roman"/>
          <w:sz w:val="24"/>
          <w:szCs w:val="24"/>
        </w:rPr>
        <w:tab/>
        <w:t xml:space="preserve">                        всеядный;</w:t>
      </w:r>
      <w:r w:rsidR="00956D16" w:rsidRPr="00765081">
        <w:rPr>
          <w:rFonts w:ascii="Times New Roman" w:eastAsia="Times New Roman" w:hAnsi="Times New Roman" w:cs="Times New Roman"/>
          <w:sz w:val="24"/>
          <w:szCs w:val="24"/>
        </w:rPr>
        <w:tab/>
      </w:r>
    </w:p>
    <w:p w:rsidR="00956D16" w:rsidRPr="00765081" w:rsidRDefault="00956D16" w:rsidP="00956D16">
      <w:pPr>
        <w:tabs>
          <w:tab w:val="center" w:pos="2058"/>
          <w:tab w:val="center" w:pos="4249"/>
          <w:tab w:val="center" w:pos="6465"/>
        </w:tabs>
        <w:spacing w:after="0" w:line="240" w:lineRule="auto"/>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 xml:space="preserve"> растительноядный;     насекомоядный.</w:t>
      </w:r>
    </w:p>
    <w:p w:rsidR="00956D16" w:rsidRPr="00765081" w:rsidRDefault="00956D16" w:rsidP="00956D16">
      <w:pPr>
        <w:spacing w:after="0" w:line="240" w:lineRule="auto"/>
        <w:jc w:val="both"/>
        <w:rPr>
          <w:rFonts w:ascii="Times New Roman" w:eastAsia="Times New Roman" w:hAnsi="Times New Roman" w:cs="Times New Roman"/>
          <w:b/>
          <w:bCs/>
          <w:sz w:val="24"/>
          <w:szCs w:val="24"/>
        </w:rPr>
      </w:pP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Times New Roman" w:hAnsi="Times New Roman" w:cs="Times New Roman"/>
          <w:b/>
          <w:bCs/>
          <w:sz w:val="24"/>
          <w:szCs w:val="24"/>
        </w:rPr>
        <w:t xml:space="preserve">Задание 2. </w:t>
      </w:r>
      <w:r w:rsidRPr="00765081">
        <w:rPr>
          <w:rFonts w:ascii="Times New Roman" w:eastAsia="Times New Roman" w:hAnsi="Times New Roman" w:cs="Times New Roman"/>
          <w:b/>
          <w:sz w:val="24"/>
          <w:szCs w:val="24"/>
        </w:rPr>
        <w:t xml:space="preserve">Выберите растения, которыми питается северный олень. </w:t>
      </w:r>
    </w:p>
    <w:p w:rsidR="00956D16" w:rsidRPr="00765081" w:rsidRDefault="00956D16" w:rsidP="00956D16">
      <w:pPr>
        <w:spacing w:after="0" w:line="240" w:lineRule="auto"/>
        <w:ind w:left="708"/>
        <w:rPr>
          <w:rFonts w:ascii="Times New Roman" w:eastAsia="Calibri" w:hAnsi="Times New Roman" w:cs="Times New Roman"/>
          <w:sz w:val="24"/>
          <w:szCs w:val="24"/>
        </w:rPr>
      </w:pPr>
      <w:r w:rsidRPr="00765081">
        <w:rPr>
          <w:rFonts w:ascii="Times New Roman" w:eastAsia="Calibri" w:hAnsi="Times New Roman" w:cs="Times New Roman"/>
          <w:b/>
          <w:sz w:val="24"/>
          <w:szCs w:val="24"/>
        </w:rPr>
        <w:t>Отметьте правильный ответ.</w:t>
      </w:r>
    </w:p>
    <w:p w:rsidR="00956D16" w:rsidRPr="00765081" w:rsidRDefault="007B5670" w:rsidP="00956D16">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group id="Группа 3504" o:spid="_x0000_s1088" style="position:absolute;margin-left:18.1pt;margin-top:.85pt;width:14.15pt;height:34.35pt;z-index:251792384"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">
            <v:shape id="Shape 3517" o:spid="_x0000_s1090"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n/sUA&#10;AADdAAAADwAAAGRycy9kb3ducmV2LnhtbESPX2vCQBDE3wv9DscW+lYvVRRJPUWEoq/+Aenb9m6b&#10;pM3thdwao5++Jwg+DjPzG2a26H2tOmpjFdjA+yADRWyDq7gwcNh/vk1BRUF2WAcmAxeKsJg/P80w&#10;d+HMW+p2UqgE4ZijgVKkybWOtiSPcRAa4uT9hNajJNkW2rV4TnBf62GWTbTHitNCiQ2tSrJ/u5M3&#10;8LVd2t9Lvf6W03F67cStrys7Mub1pV9+gBLq5RG+tzfOwGicjeH2Jj0B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Of+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v:shape id="Shape 3519" o:spid="_x0000_s1089"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5icUA&#10;AADdAAAADwAAAGRycy9kb3ducmV2LnhtbESPQWvCQBSE74X+h+UVequbViohuooIxV61gvT2uvtM&#10;otm3IfuM0V/fLRQ8DjPzDTNbDL5RPXWxDmzgdZSBIrbB1Vwa2H19vOSgoiA7bAKTgStFWMwfH2ZY&#10;uHDhDfVbKVWCcCzQQCXSFlpHW5HHOAotcfIOofMoSXaldh1eEtw3+i3LJtpjzWmhwpZWFdnT9uwN&#10;fG+W9nht1j9y3ue3Xtz6trJjY56fhuUUlNAg9/B/+9MZGL9nE/h7k5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nmJ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Pr>
          <w:rFonts w:ascii="Times New Roman" w:eastAsia="Calibri" w:hAnsi="Times New Roman" w:cs="Times New Roman"/>
          <w:noProof/>
          <w:sz w:val="24"/>
          <w:szCs w:val="24"/>
          <w:lang w:eastAsia="ru-RU"/>
        </w:rPr>
        <w:pict>
          <v:group id="Группа 3501" o:spid="_x0000_s1085" style="position:absolute;margin-left:231.75pt;margin-top:1pt;width:17.15pt;height:38.05pt;z-index:251795456;mso-width-relative:margin;mso-height-relative:margin"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">
            <v:shape id="Shape 3521" o:spid="_x0000_s1087"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isUA&#10;AADdAAAADwAAAGRycy9kb3ducmV2LnhtbESPX2vCQBDE3wv9DscW+lYvVRRJPUWEYl/9A9K37d02&#10;SZvbC7k1Rj+9Jwg+DjPzG2a26H2tOmpjFdjA+yADRWyDq7gwsN99vk1BRUF2WAcmA2eKsJg/P80w&#10;d+HEG+q2UqgE4ZijgVKkybWOtiSPcRAa4uT9htajJNkW2rV4SnBf62GWTbTHitNCiQ2tSrL/26M3&#10;8L1Z2r9zvf6R42F66cStLys7Mub1pV9+gBLq5RG+t7+cgdE4G8LtTX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X+K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v:shape id="Shape 3523" o:spid="_x0000_s1086"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aEcUA&#10;AADdAAAADwAAAGRycy9kb3ducmV2LnhtbESPQWvCQBSE74X+h+UVequbNlgkdRURir2qBfH2uvua&#10;pM2+DdlnjP56VxA8DjPzDTOdD75RPXWxDmzgdZSBIrbB1Vwa+N5+vkxARUF22AQmAyeKMJ89Pkyx&#10;cOHIa+o3UqoE4ViggUqkLbSOtiKPcRRa4uT9hs6jJNmV2nV4THDf6Lcse9cea04LFba0rMj+bw7e&#10;wH69sH+nZvUjh93k3ItbnZc2N+b5aVh8gBIa5B6+tb+cgXyc5XB9k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doR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00956D16" w:rsidRPr="00765081">
        <w:rPr>
          <w:rFonts w:ascii="Times New Roman" w:eastAsia="Times New Roman" w:hAnsi="Times New Roman" w:cs="Times New Roman"/>
          <w:sz w:val="24"/>
          <w:szCs w:val="24"/>
        </w:rPr>
        <w:t xml:space="preserve"> водоросли;</w:t>
      </w:r>
      <w:r w:rsidR="00956D16" w:rsidRPr="00765081">
        <w:rPr>
          <w:rFonts w:ascii="Times New Roman" w:eastAsia="Times New Roman" w:hAnsi="Times New Roman" w:cs="Times New Roman"/>
          <w:sz w:val="24"/>
          <w:szCs w:val="24"/>
        </w:rPr>
        <w:tab/>
      </w:r>
      <w:r w:rsidR="00956D16" w:rsidRPr="00765081">
        <w:rPr>
          <w:rFonts w:ascii="Times New Roman" w:eastAsia="Times New Roman" w:hAnsi="Times New Roman" w:cs="Times New Roman"/>
          <w:sz w:val="24"/>
          <w:szCs w:val="24"/>
        </w:rPr>
        <w:tab/>
        <w:t xml:space="preserve">                            мхи;</w:t>
      </w:r>
      <w:r w:rsidR="00956D16" w:rsidRPr="00765081">
        <w:rPr>
          <w:rFonts w:ascii="Times New Roman" w:eastAsia="Calibri" w:hAnsi="Times New Roman" w:cs="Times New Roman"/>
          <w:sz w:val="24"/>
          <w:szCs w:val="24"/>
        </w:rPr>
        <w:tab/>
      </w:r>
    </w:p>
    <w:p w:rsidR="00956D16" w:rsidRPr="00765081" w:rsidRDefault="00956D16" w:rsidP="00956D16">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rPr>
      </w:pPr>
      <w:r w:rsidRPr="00765081">
        <w:rPr>
          <w:rFonts w:ascii="Times New Roman" w:eastAsia="Times New Roman" w:hAnsi="Times New Roman" w:cs="Times New Roman"/>
          <w:sz w:val="24"/>
          <w:szCs w:val="24"/>
        </w:rPr>
        <w:t>злаки;</w:t>
      </w:r>
      <w:r w:rsidRPr="00765081">
        <w:rPr>
          <w:rFonts w:ascii="Times New Roman" w:eastAsia="Times New Roman" w:hAnsi="Times New Roman" w:cs="Times New Roman"/>
          <w:sz w:val="24"/>
          <w:szCs w:val="24"/>
        </w:rPr>
        <w:tab/>
        <w:t xml:space="preserve">                                           лишайники.</w:t>
      </w:r>
    </w:p>
    <w:p w:rsidR="00956D16" w:rsidRPr="00765081" w:rsidRDefault="00956D16" w:rsidP="00956D16">
      <w:pPr>
        <w:spacing w:after="0" w:line="240" w:lineRule="auto"/>
        <w:rPr>
          <w:rFonts w:ascii="Times New Roman" w:eastAsia="Times New Roman" w:hAnsi="Times New Roman" w:cs="Times New Roman"/>
          <w:b/>
          <w:bCs/>
          <w:sz w:val="24"/>
          <w:szCs w:val="24"/>
        </w:rPr>
      </w:pPr>
    </w:p>
    <w:p w:rsidR="00956D16" w:rsidRPr="00765081" w:rsidRDefault="00956D16" w:rsidP="00956D16">
      <w:pPr>
        <w:spacing w:after="0" w:line="240" w:lineRule="auto"/>
        <w:rPr>
          <w:rFonts w:ascii="Times New Roman" w:eastAsia="Times New Roman" w:hAnsi="Times New Roman" w:cs="Times New Roman"/>
          <w:b/>
          <w:bCs/>
          <w:sz w:val="24"/>
          <w:szCs w:val="24"/>
        </w:rPr>
      </w:pPr>
      <w:r w:rsidRPr="00765081">
        <w:rPr>
          <w:rFonts w:ascii="Times New Roman" w:eastAsia="Times New Roman" w:hAnsi="Times New Roman" w:cs="Times New Roman"/>
          <w:b/>
          <w:bCs/>
          <w:sz w:val="24"/>
          <w:szCs w:val="24"/>
        </w:rPr>
        <w:t>Задание 3. Что накапливает летом олень в организме, чтобы не протянуть ноги?</w:t>
      </w:r>
    </w:p>
    <w:p w:rsidR="00956D16" w:rsidRPr="00765081" w:rsidRDefault="00956D16" w:rsidP="00956D16">
      <w:pPr>
        <w:spacing w:after="0" w:line="240" w:lineRule="auto"/>
        <w:ind w:left="708"/>
        <w:rPr>
          <w:rFonts w:ascii="Times New Roman" w:eastAsia="Calibri" w:hAnsi="Times New Roman" w:cs="Times New Roman"/>
          <w:sz w:val="24"/>
          <w:szCs w:val="24"/>
        </w:rPr>
      </w:pPr>
      <w:r w:rsidRPr="00765081">
        <w:rPr>
          <w:rFonts w:ascii="Times New Roman" w:eastAsia="Calibri" w:hAnsi="Times New Roman" w:cs="Times New Roman"/>
          <w:b/>
          <w:sz w:val="24"/>
          <w:szCs w:val="24"/>
        </w:rPr>
        <w:t>Отметьте правильный ответ.</w:t>
      </w:r>
    </w:p>
    <w:p w:rsidR="00956D16" w:rsidRPr="00765081" w:rsidRDefault="007B5670" w:rsidP="00956D16">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500" o:spid="_x0000_s1084" style="position:absolute;margin-left:138.75pt;margin-top:.7pt;width:16.5pt;height:15pt;flip:y;z-index:2517985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">
            <w10:wrap anchorx="margin"/>
          </v:rect>
        </w:pict>
      </w:r>
      <w:r w:rsidRPr="007B5670">
        <w:rPr>
          <w:rFonts w:ascii="Times New Roman" w:eastAsia="Times New Roman" w:hAnsi="Times New Roman" w:cs="Times New Roman"/>
          <w:noProof/>
          <w:sz w:val="24"/>
          <w:szCs w:val="24"/>
          <w:lang w:eastAsia="ru-RU"/>
        </w:rPr>
        <w:pict>
          <v:rect id="Прямоугольник 3499" o:spid="_x0000_s1083" style="position:absolute;margin-left:52.6pt;margin-top:.7pt;width:16.5pt;height:15pt;flip:y;z-index:251797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1ATwIAAFw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">
            <w10:wrap anchorx="margin"/>
          </v:rect>
        </w:pict>
      </w:r>
      <w:r w:rsidRPr="007B5670">
        <w:rPr>
          <w:rFonts w:ascii="Times New Roman" w:eastAsia="Times New Roman" w:hAnsi="Times New Roman" w:cs="Times New Roman"/>
          <w:noProof/>
          <w:sz w:val="24"/>
          <w:szCs w:val="24"/>
          <w:lang w:eastAsia="ru-RU"/>
        </w:rPr>
        <w:pict>
          <v:rect id="Прямоугольник 3498" o:spid="_x0000_s1082" style="position:absolute;margin-left:-21pt;margin-top:.7pt;width:16.5pt;height:15pt;flip:y;z-index:251796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t2TwIAAFw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">
            <w10:wrap anchorx="margin"/>
          </v:rect>
        </w:pict>
      </w:r>
      <w:r w:rsidR="00956D16" w:rsidRPr="00765081">
        <w:rPr>
          <w:rFonts w:ascii="Times New Roman" w:eastAsia="Times New Roman" w:hAnsi="Times New Roman" w:cs="Times New Roman"/>
          <w:sz w:val="24"/>
          <w:szCs w:val="24"/>
        </w:rPr>
        <w:t>1) жир;</w:t>
      </w:r>
      <w:r w:rsidR="00956D16" w:rsidRPr="00765081">
        <w:rPr>
          <w:rFonts w:ascii="Times New Roman" w:eastAsia="Times New Roman" w:hAnsi="Times New Roman" w:cs="Times New Roman"/>
          <w:sz w:val="24"/>
          <w:szCs w:val="24"/>
        </w:rPr>
        <w:tab/>
        <w:t xml:space="preserve">             2) ягель;</w:t>
      </w:r>
      <w:r w:rsidR="00956D16" w:rsidRPr="00765081">
        <w:rPr>
          <w:rFonts w:ascii="Times New Roman" w:eastAsia="Calibri" w:hAnsi="Times New Roman" w:cs="Times New Roman"/>
          <w:sz w:val="24"/>
          <w:szCs w:val="24"/>
        </w:rPr>
        <w:t xml:space="preserve">             3</w:t>
      </w:r>
      <w:r w:rsidR="00956D16" w:rsidRPr="00765081">
        <w:rPr>
          <w:rFonts w:ascii="Times New Roman" w:eastAsia="Times New Roman" w:hAnsi="Times New Roman" w:cs="Times New Roman"/>
          <w:sz w:val="24"/>
          <w:szCs w:val="24"/>
        </w:rPr>
        <w:t>) минеральные соли.</w:t>
      </w:r>
      <w:r w:rsidR="00956D16" w:rsidRPr="00765081">
        <w:rPr>
          <w:rFonts w:ascii="Times New Roman" w:eastAsia="Times New Roman" w:hAnsi="Times New Roman" w:cs="Times New Roman"/>
          <w:sz w:val="24"/>
          <w:szCs w:val="24"/>
        </w:rPr>
        <w:tab/>
      </w:r>
      <w:r w:rsidR="00956D16" w:rsidRPr="00765081">
        <w:rPr>
          <w:rFonts w:ascii="Times New Roman" w:eastAsia="Times New Roman" w:hAnsi="Times New Roman" w:cs="Times New Roman"/>
          <w:sz w:val="24"/>
          <w:szCs w:val="24"/>
        </w:rPr>
        <w:tab/>
      </w:r>
      <w:r w:rsidR="00956D16" w:rsidRPr="00765081">
        <w:rPr>
          <w:rFonts w:ascii="Times New Roman" w:eastAsia="Times New Roman" w:hAnsi="Times New Roman" w:cs="Times New Roman"/>
          <w:sz w:val="24"/>
          <w:szCs w:val="24"/>
        </w:rPr>
        <w:tab/>
      </w:r>
      <w:r w:rsidR="00956D16" w:rsidRPr="00765081">
        <w:rPr>
          <w:rFonts w:ascii="Times New Roman" w:eastAsia="Times New Roman" w:hAnsi="Times New Roman" w:cs="Times New Roman"/>
          <w:sz w:val="24"/>
          <w:szCs w:val="24"/>
        </w:rPr>
        <w:tab/>
      </w:r>
      <w:r w:rsidR="00956D16" w:rsidRPr="00765081">
        <w:rPr>
          <w:rFonts w:ascii="Times New Roman" w:eastAsia="Times New Roman" w:hAnsi="Times New Roman" w:cs="Times New Roman"/>
          <w:sz w:val="24"/>
          <w:szCs w:val="24"/>
        </w:rPr>
        <w:tab/>
      </w:r>
    </w:p>
    <w:p w:rsidR="00956D16" w:rsidRPr="00765081" w:rsidRDefault="00956D16" w:rsidP="00956D16">
      <w:pPr>
        <w:spacing w:after="0" w:line="240" w:lineRule="auto"/>
        <w:ind w:firstLine="284"/>
        <w:jc w:val="both"/>
        <w:rPr>
          <w:rFonts w:ascii="Times New Roman" w:eastAsia="Times New Roman" w:hAnsi="Times New Roman" w:cs="Times New Roman"/>
          <w:b/>
          <w:bCs/>
          <w:sz w:val="24"/>
          <w:szCs w:val="24"/>
        </w:rPr>
      </w:pPr>
    </w:p>
    <w:p w:rsidR="00956D16" w:rsidRPr="00765081" w:rsidRDefault="00956D16" w:rsidP="00956D16">
      <w:pPr>
        <w:spacing w:after="0" w:line="240" w:lineRule="auto"/>
        <w:ind w:firstLine="284"/>
        <w:jc w:val="both"/>
        <w:rPr>
          <w:rFonts w:ascii="Times New Roman" w:eastAsia="Calibri" w:hAnsi="Times New Roman" w:cs="Times New Roman"/>
          <w:b/>
          <w:sz w:val="24"/>
          <w:szCs w:val="24"/>
        </w:rPr>
      </w:pPr>
      <w:r w:rsidRPr="00765081">
        <w:rPr>
          <w:rFonts w:ascii="Times New Roman" w:eastAsia="Times New Roman" w:hAnsi="Times New Roman" w:cs="Times New Roman"/>
          <w:b/>
          <w:bCs/>
          <w:sz w:val="24"/>
          <w:szCs w:val="24"/>
        </w:rPr>
        <w:lastRenderedPageBreak/>
        <w:t xml:space="preserve">Задание 4. </w:t>
      </w:r>
      <w:r w:rsidRPr="00765081">
        <w:rPr>
          <w:rFonts w:ascii="Times New Roman" w:eastAsia="Calibri" w:hAnsi="Times New Roman" w:cs="Times New Roman"/>
          <w:b/>
          <w:sz w:val="24"/>
          <w:szCs w:val="24"/>
        </w:rPr>
        <w:t xml:space="preserve">Укажите для каждого из классов животных из первого столбца характерные </w:t>
      </w:r>
      <w:r w:rsidRPr="00765081">
        <w:rPr>
          <w:rFonts w:ascii="Times New Roman" w:eastAsia="Calibri" w:hAnsi="Times New Roman" w:cs="Times New Roman"/>
          <w:b/>
          <w:sz w:val="24"/>
          <w:szCs w:val="24"/>
          <w:u w:val="single"/>
        </w:rPr>
        <w:t>весенние явления</w:t>
      </w:r>
      <w:r w:rsidRPr="00765081">
        <w:rPr>
          <w:rFonts w:ascii="Times New Roman" w:eastAsia="Calibri" w:hAnsi="Times New Roman" w:cs="Times New Roman"/>
          <w:b/>
          <w:sz w:val="24"/>
          <w:szCs w:val="24"/>
        </w:rPr>
        <w:t xml:space="preserve"> в их жизни из второго.</w:t>
      </w:r>
    </w:p>
    <w:p w:rsidR="00956D16" w:rsidRPr="00765081" w:rsidRDefault="00956D16" w:rsidP="00956D16">
      <w:pPr>
        <w:spacing w:after="0" w:line="240" w:lineRule="auto"/>
        <w:ind w:firstLine="284"/>
        <w:jc w:val="both"/>
        <w:rPr>
          <w:rFonts w:ascii="Times New Roman" w:eastAsia="Calibri" w:hAnsi="Times New Roman" w:cs="Times New Roman"/>
          <w:sz w:val="24"/>
          <w:szCs w:val="24"/>
        </w:rPr>
      </w:pPr>
    </w:p>
    <w:tbl>
      <w:tblPr>
        <w:tblW w:w="9606" w:type="dxa"/>
        <w:tblLook w:val="01E0"/>
      </w:tblPr>
      <w:tblGrid>
        <w:gridCol w:w="2518"/>
        <w:gridCol w:w="7088"/>
      </w:tblGrid>
      <w:tr w:rsidR="00956D16" w:rsidRPr="00765081" w:rsidTr="00956D16">
        <w:tc>
          <w:tcPr>
            <w:tcW w:w="2518" w:type="dxa"/>
          </w:tcPr>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А) звери</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Б) птицы</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В) рыбы</w:t>
            </w:r>
          </w:p>
          <w:p w:rsidR="00956D16" w:rsidRPr="00765081" w:rsidRDefault="00956D16" w:rsidP="00956D16">
            <w:pPr>
              <w:spacing w:after="0" w:line="240" w:lineRule="auto"/>
              <w:jc w:val="both"/>
              <w:rPr>
                <w:rFonts w:ascii="Times New Roman" w:eastAsia="Calibri" w:hAnsi="Times New Roman" w:cs="Times New Roman"/>
                <w:sz w:val="24"/>
                <w:szCs w:val="24"/>
              </w:rPr>
            </w:pPr>
          </w:p>
        </w:tc>
        <w:tc>
          <w:tcPr>
            <w:tcW w:w="7088" w:type="dxa"/>
          </w:tcPr>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1. метание икры;</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2. откладывание яиц;</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3. усиленное питание, запасание корма;</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4. линька (смена шерсти);</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5. превращение в куколок;</w:t>
            </w:r>
          </w:p>
          <w:p w:rsidR="00956D16" w:rsidRPr="00765081" w:rsidRDefault="00956D16" w:rsidP="00956D16">
            <w:pPr>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6. залегание в спячку.</w:t>
            </w:r>
          </w:p>
        </w:tc>
      </w:tr>
    </w:tbl>
    <w:p w:rsidR="00956D16" w:rsidRPr="00765081" w:rsidRDefault="00956D16" w:rsidP="00956D16">
      <w:pPr>
        <w:spacing w:after="0"/>
        <w:rPr>
          <w:rFonts w:ascii="Times New Roman" w:eastAsia="Calibri" w:hAnsi="Times New Roman" w:cs="Times New Roman"/>
          <w:sz w:val="24"/>
          <w:szCs w:val="24"/>
        </w:rPr>
      </w:pPr>
      <w:r w:rsidRPr="00765081">
        <w:rPr>
          <w:rFonts w:ascii="Times New Roman" w:eastAsia="Calibri" w:hAnsi="Times New Roman" w:cs="Times New Roman"/>
          <w:sz w:val="24"/>
          <w:szCs w:val="24"/>
        </w:rPr>
        <w:t>А) ___________, Б) ____________, В) ___________</w:t>
      </w:r>
    </w:p>
    <w:p w:rsidR="00956D16" w:rsidRPr="00765081" w:rsidRDefault="00956D16" w:rsidP="00956D16">
      <w:pPr>
        <w:jc w:val="center"/>
        <w:rPr>
          <w:rFonts w:ascii="Times New Roman" w:eastAsia="Calibri" w:hAnsi="Times New Roman" w:cs="Times New Roman"/>
          <w:b/>
          <w:sz w:val="24"/>
          <w:szCs w:val="24"/>
          <w:u w:val="single"/>
        </w:rPr>
      </w:pPr>
    </w:p>
    <w:p w:rsidR="00956D16" w:rsidRPr="00765081" w:rsidRDefault="00956D16" w:rsidP="00956D16">
      <w:pPr>
        <w:jc w:val="center"/>
        <w:rPr>
          <w:rFonts w:ascii="Times New Roman" w:eastAsia="Calibri" w:hAnsi="Times New Roman" w:cs="Times New Roman"/>
          <w:b/>
          <w:sz w:val="24"/>
          <w:szCs w:val="24"/>
          <w:u w:val="single"/>
        </w:rPr>
      </w:pPr>
      <w:r w:rsidRPr="00765081">
        <w:rPr>
          <w:rFonts w:ascii="Times New Roman" w:eastAsia="Calibri" w:hAnsi="Times New Roman" w:cs="Times New Roman"/>
          <w:b/>
          <w:sz w:val="24"/>
          <w:szCs w:val="24"/>
          <w:u w:val="single"/>
        </w:rPr>
        <w:t>Дополнительная часть</w:t>
      </w:r>
    </w:p>
    <w:p w:rsidR="00956D16" w:rsidRPr="00765081" w:rsidRDefault="00956D16" w:rsidP="00956D16">
      <w:pPr>
        <w:jc w:val="both"/>
        <w:rPr>
          <w:rFonts w:ascii="Times New Roman" w:eastAsia="Calibri" w:hAnsi="Times New Roman" w:cs="Times New Roman"/>
          <w:b/>
          <w:sz w:val="24"/>
          <w:szCs w:val="24"/>
        </w:rPr>
      </w:pPr>
      <w:r w:rsidRPr="00765081">
        <w:rPr>
          <w:rFonts w:ascii="Times New Roman" w:eastAsia="Times New Roman" w:hAnsi="Times New Roman" w:cs="Times New Roman"/>
          <w:b/>
          <w:bCs/>
          <w:sz w:val="24"/>
          <w:szCs w:val="24"/>
        </w:rPr>
        <w:t xml:space="preserve"> Задание 1. </w:t>
      </w:r>
      <w:r w:rsidRPr="00765081">
        <w:rPr>
          <w:rFonts w:ascii="Times New Roman" w:eastAsia="Calibri" w:hAnsi="Times New Roman" w:cs="Times New Roman"/>
          <w:b/>
          <w:sz w:val="24"/>
          <w:szCs w:val="24"/>
        </w:rPr>
        <w:t>Укажи предложение, в котором знаки препинания поставлены неверно. Отметьте правильный ответ.</w:t>
      </w:r>
    </w:p>
    <w:p w:rsidR="00956D16" w:rsidRPr="00765081" w:rsidRDefault="007B5670" w:rsidP="00956D16">
      <w:pPr>
        <w:spacing w:after="0" w:line="240" w:lineRule="auto"/>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497" o:spid="_x0000_s1081" style="position:absolute;left:0;text-align:left;margin-left:-18.75pt;margin-top:-.25pt;width:16.5pt;height:15pt;flip:y;z-index:251824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">
            <w10:wrap anchorx="margin"/>
          </v:rect>
        </w:pict>
      </w:r>
      <w:r w:rsidR="00956D16" w:rsidRPr="00765081">
        <w:rPr>
          <w:rFonts w:ascii="Times New Roman" w:eastAsia="Calibri" w:hAnsi="Times New Roman" w:cs="Times New Roman"/>
          <w:sz w:val="24"/>
          <w:szCs w:val="24"/>
        </w:rPr>
        <w:t>1) День был солнечный, но прохладный.</w:t>
      </w:r>
    </w:p>
    <w:p w:rsidR="00956D16" w:rsidRPr="00765081" w:rsidRDefault="007B5670" w:rsidP="00956D16">
      <w:pPr>
        <w:spacing w:after="0" w:line="240" w:lineRule="auto"/>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496" o:spid="_x0000_s1080" style="position:absolute;left:0;text-align:left;margin-left:-21pt;margin-top:.95pt;width:16.5pt;height:15pt;flip:y;z-index:2518251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qTwIAAFw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">
            <w10:wrap anchorx="margin"/>
          </v:rect>
        </w:pict>
      </w:r>
      <w:r w:rsidR="00956D16" w:rsidRPr="00765081">
        <w:rPr>
          <w:rFonts w:ascii="Times New Roman" w:eastAsia="Calibri" w:hAnsi="Times New Roman" w:cs="Times New Roman"/>
          <w:sz w:val="24"/>
          <w:szCs w:val="24"/>
        </w:rPr>
        <w:t>2) Олени едят ягель, мох.</w:t>
      </w:r>
    </w:p>
    <w:p w:rsidR="00956D16" w:rsidRPr="00765081" w:rsidRDefault="007B5670" w:rsidP="00956D16">
      <w:pPr>
        <w:spacing w:after="0" w:line="240" w:lineRule="auto"/>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495" o:spid="_x0000_s1079" style="position:absolute;left:0;text-align:left;margin-left:-21pt;margin-top:2.15pt;width:16.5pt;height:15pt;flip:y;z-index:2518261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fwTwIAAFw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">
            <w10:wrap anchorx="margin"/>
          </v:rect>
        </w:pict>
      </w:r>
      <w:r w:rsidR="00956D16" w:rsidRPr="00765081">
        <w:rPr>
          <w:rFonts w:ascii="Times New Roman" w:eastAsia="Calibri" w:hAnsi="Times New Roman" w:cs="Times New Roman"/>
          <w:sz w:val="24"/>
          <w:szCs w:val="24"/>
        </w:rPr>
        <w:t>3) Лебеди, и утки готовились к отлету в теплые страны.</w:t>
      </w:r>
    </w:p>
    <w:p w:rsidR="00956D16" w:rsidRPr="00765081" w:rsidRDefault="00956D16" w:rsidP="00956D16">
      <w:pPr>
        <w:spacing w:after="0"/>
        <w:jc w:val="both"/>
        <w:rPr>
          <w:rFonts w:ascii="Times New Roman" w:eastAsia="Times New Roman" w:hAnsi="Times New Roman" w:cs="Times New Roman"/>
          <w:b/>
          <w:bCs/>
          <w:sz w:val="24"/>
          <w:szCs w:val="24"/>
        </w:rPr>
      </w:pPr>
    </w:p>
    <w:p w:rsidR="00956D16" w:rsidRPr="00765081" w:rsidRDefault="00956D16" w:rsidP="00956D16">
      <w:pPr>
        <w:spacing w:after="0"/>
        <w:jc w:val="both"/>
        <w:rPr>
          <w:rFonts w:ascii="Times New Roman" w:eastAsia="Calibri" w:hAnsi="Times New Roman" w:cs="Times New Roman"/>
          <w:sz w:val="24"/>
          <w:szCs w:val="24"/>
        </w:rPr>
      </w:pPr>
      <w:r w:rsidRPr="00765081">
        <w:rPr>
          <w:rFonts w:ascii="Times New Roman" w:eastAsia="Times New Roman" w:hAnsi="Times New Roman" w:cs="Times New Roman"/>
          <w:b/>
          <w:bCs/>
          <w:sz w:val="24"/>
          <w:szCs w:val="24"/>
        </w:rPr>
        <w:t xml:space="preserve">Задание 2. </w:t>
      </w:r>
      <w:r w:rsidRPr="00765081">
        <w:rPr>
          <w:rFonts w:ascii="Times New Roman" w:eastAsia="Calibri" w:hAnsi="Times New Roman" w:cs="Times New Roman"/>
          <w:b/>
          <w:sz w:val="24"/>
          <w:szCs w:val="24"/>
        </w:rPr>
        <w:t>Рассмотри рисунок.</w:t>
      </w:r>
    </w:p>
    <w:tbl>
      <w:tblPr>
        <w:tblW w:w="10665" w:type="dxa"/>
        <w:tblInd w:w="-72" w:type="dxa"/>
        <w:tblLayout w:type="fixed"/>
        <w:tblLook w:val="01E0"/>
      </w:tblPr>
      <w:tblGrid>
        <w:gridCol w:w="2350"/>
        <w:gridCol w:w="8315"/>
      </w:tblGrid>
      <w:tr w:rsidR="00956D16" w:rsidRPr="00765081" w:rsidTr="00956D16">
        <w:trPr>
          <w:trHeight w:val="1948"/>
        </w:trPr>
        <w:tc>
          <w:tcPr>
            <w:tcW w:w="2350" w:type="dxa"/>
            <w:shd w:val="clear" w:color="auto" w:fill="auto"/>
          </w:tcPr>
          <w:p w:rsidR="00956D16" w:rsidRPr="00765081" w:rsidRDefault="007B5670" w:rsidP="00956D16">
            <w:pPr>
              <w:jc w:val="both"/>
              <w:rPr>
                <w:rFonts w:ascii="Times New Roman" w:eastAsia="Calibri" w:hAnsi="Times New Roman" w:cs="Times New Roman"/>
                <w:sz w:val="24"/>
                <w:szCs w:val="24"/>
              </w:rPr>
            </w:pPr>
            <w:r w:rsidRPr="007B5670">
              <w:rPr>
                <w:rFonts w:ascii="Times New Roman" w:eastAsia="Calibri" w:hAnsi="Times New Roman" w:cs="Times New Roman"/>
                <w:b/>
                <w:noProof/>
                <w:sz w:val="24"/>
                <w:szCs w:val="24"/>
                <w:lang w:eastAsia="ru-RU"/>
              </w:rPr>
              <w:pict>
                <v:group id="Группа 3492" o:spid="_x0000_s1076" style="position:absolute;left:0;text-align:left;margin-left:44.2pt;margin-top:41.1pt;width:45.05pt;height:8.8pt;z-index:251791360" coordorigin="2018,13708" coordsize="9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">
                  <v:line id="Line 3" o:spid="_x0000_s1078" style="position:absolute;visibility:visible" from="2259,13884" to="2919,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NRMYAAADdAAAADwAAAGRycy9kb3ducmV2LnhtbESPzWrDMBCE74G+g9hCb40cuwTbjRJC&#10;oKWUQP4KvW6tjWVirYylJs7bV4FCjsPMfMPMFoNtxZl63zhWMBknIIgrpxuuFXwd3p5zED4ga2wd&#10;k4IreVjMH0YzLLW78I7O+1CLCGFfogITQldK6StDFv3YdcTRO7reYoiyr6Xu8RLhtpVpkkylxYbj&#10;gsGOVoaq0/7XKvh5X+dX0zbFZ15vJn7Ypt9FsEo9PQ7LVxCBhnAP/7c/tILspcj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JTUTGAAAA3QAAAA8AAAAAAAAA&#10;AAAAAAAAoQIAAGRycy9kb3ducmV2LnhtbFBLBQYAAAAABAAEAPkAAACUAwAAAAA=&#10;" strokeweight="1.5pt">
                    <v:stroke endarrow="classic"/>
                  </v:line>
                  <v:line id="Line 4" o:spid="_x0000_s1077" style="position:absolute;flip:x y;visibility:visible" from="2018,13708" to="225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2cQAAADdAAAADwAAAGRycy9kb3ducmV2LnhtbESPT4vCMBTE78J+h/AW9qapbhFbjbIs&#10;CN2T+Afx+GiebbF5CU3U+u03guBxmJnfMItVb1pxo843lhWMRwkI4tLqhisFh/16OAPhA7LG1jIp&#10;eJCH1fJjsMBc2ztv6bYLlYgQ9jkqqENwuZS+rMmgH1lHHL2z7QyGKLtK6g7vEW5aOUmSqTTYcFyo&#10;0dFvTeVldzUK2tL9ZX2yzx7X9OSy2aEojptCqa/P/mcOIlAf3uFXu9AKvtMshe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nZxAAAAN0AAAAPAAAAAAAAAAAA&#10;AAAAAKECAABkcnMvZG93bnJldi54bWxQSwUGAAAAAAQABAD5AAAAkgMAAAAA&#10;" strokeweight="1.5pt">
                    <v:stroke endarrow="classic"/>
                  </v:line>
                </v:group>
              </w:pict>
            </w:r>
            <w:r w:rsidR="00956D16" w:rsidRPr="00765081">
              <w:rPr>
                <w:rFonts w:ascii="Times New Roman" w:eastAsia="Calibri" w:hAnsi="Times New Roman" w:cs="Times New Roman"/>
                <w:b/>
                <w:noProof/>
                <w:sz w:val="24"/>
                <w:szCs w:val="24"/>
                <w:lang w:eastAsia="ru-RU"/>
              </w:rPr>
              <w:drawing>
                <wp:inline distT="0" distB="0" distL="0" distR="0">
                  <wp:extent cx="1438275" cy="1285875"/>
                  <wp:effectExtent l="0" t="0" r="9525" b="9525"/>
                  <wp:docPr id="39547" name="Рисунок 39547" descr="Описани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часы"/>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285875"/>
                          </a:xfrm>
                          <a:prstGeom prst="rect">
                            <a:avLst/>
                          </a:prstGeom>
                          <a:noFill/>
                          <a:ln>
                            <a:noFill/>
                          </a:ln>
                        </pic:spPr>
                      </pic:pic>
                    </a:graphicData>
                  </a:graphic>
                </wp:inline>
              </w:drawing>
            </w:r>
          </w:p>
        </w:tc>
        <w:tc>
          <w:tcPr>
            <w:tcW w:w="8315" w:type="dxa"/>
            <w:shd w:val="clear" w:color="auto" w:fill="auto"/>
          </w:tcPr>
          <w:p w:rsidR="00956D16" w:rsidRPr="00765081" w:rsidRDefault="00956D16" w:rsidP="00956D16">
            <w:pPr>
              <w:spacing w:after="0" w:line="240" w:lineRule="auto"/>
              <w:jc w:val="both"/>
              <w:rPr>
                <w:rFonts w:ascii="Times New Roman" w:eastAsia="Calibri" w:hAnsi="Times New Roman" w:cs="Times New Roman"/>
                <w:b/>
                <w:sz w:val="24"/>
                <w:szCs w:val="24"/>
              </w:rPr>
            </w:pPr>
            <w:r w:rsidRPr="00765081">
              <w:rPr>
                <w:rFonts w:ascii="Times New Roman" w:eastAsia="Calibri" w:hAnsi="Times New Roman" w:cs="Times New Roman"/>
                <w:b/>
                <w:sz w:val="24"/>
                <w:szCs w:val="24"/>
              </w:rPr>
              <w:t>Эти часы  спешат на 1 ч 05 мин.</w:t>
            </w:r>
          </w:p>
          <w:p w:rsidR="00956D16" w:rsidRPr="00765081" w:rsidRDefault="00956D16" w:rsidP="00956D16">
            <w:pPr>
              <w:spacing w:after="0" w:line="240" w:lineRule="auto"/>
              <w:jc w:val="both"/>
              <w:rPr>
                <w:rFonts w:ascii="Times New Roman" w:eastAsia="Calibri" w:hAnsi="Times New Roman" w:cs="Times New Roman"/>
                <w:b/>
                <w:sz w:val="24"/>
                <w:szCs w:val="24"/>
              </w:rPr>
            </w:pPr>
            <w:r w:rsidRPr="00765081">
              <w:rPr>
                <w:rFonts w:ascii="Times New Roman" w:eastAsia="Calibri" w:hAnsi="Times New Roman" w:cs="Times New Roman"/>
                <w:b/>
                <w:sz w:val="24"/>
                <w:szCs w:val="24"/>
              </w:rPr>
              <w:t>Укажите правильное время.</w:t>
            </w:r>
          </w:p>
          <w:p w:rsidR="00956D16" w:rsidRPr="00765081" w:rsidRDefault="007B5670" w:rsidP="00956D16">
            <w:pPr>
              <w:spacing w:after="0"/>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491" o:spid="_x0000_s1075" style="position:absolute;left:0;text-align:left;margin-left:-.85pt;margin-top:1.35pt;width:16.5pt;height:15pt;flip:y;z-index:2518272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4pTwIAAFw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">
                  <w10:wrap anchorx="margin"/>
                </v:rect>
              </w:pict>
            </w:r>
            <w:r w:rsidRPr="007B5670">
              <w:rPr>
                <w:rFonts w:ascii="Times New Roman" w:eastAsia="Times New Roman" w:hAnsi="Times New Roman" w:cs="Times New Roman"/>
                <w:noProof/>
                <w:sz w:val="24"/>
                <w:szCs w:val="24"/>
                <w:lang w:eastAsia="ru-RU"/>
              </w:rPr>
              <w:pict>
                <v:rect id="Прямоугольник 3490" o:spid="_x0000_s1074" style="position:absolute;left:0;text-align:left;margin-left:112.35pt;margin-top:1.35pt;width:16.5pt;height:15pt;flip:y;z-index:2518282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">
                  <w10:wrap anchorx="margin"/>
                </v:rect>
              </w:pict>
            </w:r>
            <w:r w:rsidR="00956D16" w:rsidRPr="00765081">
              <w:rPr>
                <w:rFonts w:ascii="Times New Roman" w:eastAsia="Calibri" w:hAnsi="Times New Roman" w:cs="Times New Roman"/>
                <w:b/>
                <w:sz w:val="24"/>
                <w:szCs w:val="24"/>
              </w:rPr>
              <w:t>А)</w:t>
            </w:r>
            <w:r w:rsidR="00956D16" w:rsidRPr="00765081">
              <w:rPr>
                <w:rFonts w:ascii="Times New Roman" w:eastAsia="Calibri" w:hAnsi="Times New Roman" w:cs="Times New Roman"/>
                <w:sz w:val="24"/>
                <w:szCs w:val="24"/>
              </w:rPr>
              <w:t xml:space="preserve"> 8 ч 55 мин;         </w:t>
            </w:r>
            <w:r w:rsidR="00956D16" w:rsidRPr="00765081">
              <w:rPr>
                <w:rFonts w:ascii="Times New Roman" w:eastAsia="Calibri" w:hAnsi="Times New Roman" w:cs="Times New Roman"/>
                <w:b/>
                <w:sz w:val="24"/>
                <w:szCs w:val="24"/>
              </w:rPr>
              <w:t>Б)</w:t>
            </w:r>
            <w:r w:rsidR="00956D16" w:rsidRPr="00765081">
              <w:rPr>
                <w:rFonts w:ascii="Times New Roman" w:eastAsia="Calibri" w:hAnsi="Times New Roman" w:cs="Times New Roman"/>
                <w:sz w:val="24"/>
                <w:szCs w:val="24"/>
              </w:rPr>
              <w:t>9 ч 55 мин;</w:t>
            </w:r>
          </w:p>
          <w:p w:rsidR="00956D16" w:rsidRPr="00765081" w:rsidRDefault="007B5670" w:rsidP="00956D16">
            <w:pPr>
              <w:jc w:val="both"/>
              <w:rPr>
                <w:rFonts w:ascii="Times New Roman" w:eastAsia="Calibri"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489" o:spid="_x0000_s1073" style="position:absolute;left:0;text-align:left;margin-left:-.85pt;margin-top:2.15pt;width:16.5pt;height:15pt;flip:y;z-index:2518292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">
                  <w10:wrap anchorx="margin"/>
                </v:rect>
              </w:pict>
            </w:r>
            <w:r w:rsidRPr="007B5670">
              <w:rPr>
                <w:rFonts w:ascii="Times New Roman" w:eastAsia="Times New Roman" w:hAnsi="Times New Roman" w:cs="Times New Roman"/>
                <w:noProof/>
                <w:sz w:val="24"/>
                <w:szCs w:val="24"/>
                <w:lang w:eastAsia="ru-RU"/>
              </w:rPr>
              <w:pict>
                <v:rect id="Прямоугольник 39550" o:spid="_x0000_s1072" style="position:absolute;left:0;text-align:left;margin-left:112.35pt;margin-top:2.1pt;width:16.5pt;height:15pt;flip:y;z-index:2518302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">
                  <w10:wrap anchorx="margin"/>
                </v:rect>
              </w:pict>
            </w:r>
            <w:r w:rsidR="00956D16" w:rsidRPr="00765081">
              <w:rPr>
                <w:rFonts w:ascii="Times New Roman" w:eastAsia="Calibri" w:hAnsi="Times New Roman" w:cs="Times New Roman"/>
                <w:b/>
                <w:sz w:val="24"/>
                <w:szCs w:val="24"/>
              </w:rPr>
              <w:t>В)</w:t>
            </w:r>
            <w:r w:rsidR="00956D16" w:rsidRPr="00765081">
              <w:rPr>
                <w:rFonts w:ascii="Times New Roman" w:eastAsia="Calibri" w:hAnsi="Times New Roman" w:cs="Times New Roman"/>
                <w:sz w:val="24"/>
                <w:szCs w:val="24"/>
              </w:rPr>
              <w:t xml:space="preserve">10 ч 55 мин;         </w:t>
            </w:r>
            <w:r w:rsidR="00956D16" w:rsidRPr="00765081">
              <w:rPr>
                <w:rFonts w:ascii="Times New Roman" w:eastAsia="Calibri" w:hAnsi="Times New Roman" w:cs="Times New Roman"/>
                <w:b/>
                <w:sz w:val="24"/>
                <w:szCs w:val="24"/>
              </w:rPr>
              <w:t>Г)</w:t>
            </w:r>
            <w:r w:rsidR="00956D16" w:rsidRPr="00765081">
              <w:rPr>
                <w:rFonts w:ascii="Times New Roman" w:eastAsia="Calibri" w:hAnsi="Times New Roman" w:cs="Times New Roman"/>
                <w:sz w:val="24"/>
                <w:szCs w:val="24"/>
              </w:rPr>
              <w:t>9 ч 10 мин;</w:t>
            </w:r>
          </w:p>
          <w:p w:rsidR="00956D16" w:rsidRPr="00765081" w:rsidRDefault="00956D16" w:rsidP="00956D16">
            <w:pPr>
              <w:jc w:val="both"/>
              <w:rPr>
                <w:rFonts w:ascii="Times New Roman" w:eastAsia="Calibri" w:hAnsi="Times New Roman" w:cs="Times New Roman"/>
                <w:sz w:val="24"/>
                <w:szCs w:val="24"/>
              </w:rPr>
            </w:pPr>
          </w:p>
        </w:tc>
      </w:tr>
    </w:tbl>
    <w:p w:rsidR="00956D16" w:rsidRPr="00765081" w:rsidRDefault="00956D16" w:rsidP="00956D16">
      <w:pPr>
        <w:spacing w:after="0" w:line="240" w:lineRule="auto"/>
        <w:rPr>
          <w:rFonts w:ascii="Times New Roman" w:eastAsia="Calibri" w:hAnsi="Times New Roman" w:cs="Times New Roman"/>
          <w:sz w:val="24"/>
          <w:szCs w:val="24"/>
        </w:rPr>
      </w:pPr>
      <w:r w:rsidRPr="00765081">
        <w:rPr>
          <w:rFonts w:ascii="Times New Roman" w:eastAsia="Calibri" w:hAnsi="Times New Roman" w:cs="Times New Roman"/>
          <w:b/>
          <w:sz w:val="24"/>
          <w:szCs w:val="24"/>
        </w:rPr>
        <w:t>Задание 3.Напишите, как вы понимаете значение выделенного слова в предложении:</w:t>
      </w:r>
    </w:p>
    <w:p w:rsidR="00956D16" w:rsidRPr="00765081" w:rsidRDefault="00956D16" w:rsidP="00956D16">
      <w:pPr>
        <w:spacing w:after="0" w:line="240" w:lineRule="auto"/>
        <w:rPr>
          <w:rFonts w:ascii="Times New Roman" w:eastAsia="Calibri" w:hAnsi="Times New Roman" w:cs="Times New Roman"/>
          <w:sz w:val="24"/>
          <w:szCs w:val="24"/>
        </w:rPr>
      </w:pPr>
      <w:r w:rsidRPr="00765081">
        <w:rPr>
          <w:rFonts w:ascii="Times New Roman" w:eastAsia="Calibri" w:hAnsi="Times New Roman" w:cs="Times New Roman"/>
          <w:sz w:val="24"/>
          <w:szCs w:val="24"/>
        </w:rPr>
        <w:t xml:space="preserve">«Отчасти, благодаря им, выносливость зверя </w:t>
      </w:r>
      <w:r w:rsidRPr="00765081">
        <w:rPr>
          <w:rFonts w:ascii="Times New Roman" w:eastAsia="Calibri" w:hAnsi="Times New Roman" w:cs="Times New Roman"/>
          <w:b/>
          <w:sz w:val="24"/>
          <w:szCs w:val="24"/>
        </w:rPr>
        <w:t>феноменальна».</w:t>
      </w:r>
    </w:p>
    <w:p w:rsidR="00956D16" w:rsidRPr="00765081" w:rsidRDefault="00956D16" w:rsidP="00956D16">
      <w:pPr>
        <w:spacing w:after="0" w:line="240" w:lineRule="auto"/>
        <w:rPr>
          <w:rFonts w:ascii="Times New Roman" w:eastAsia="Times New Roman" w:hAnsi="Times New Roman" w:cs="Times New Roman"/>
          <w:b/>
          <w:bCs/>
          <w:sz w:val="24"/>
          <w:szCs w:val="24"/>
        </w:rPr>
      </w:pPr>
      <w:r w:rsidRPr="00765081">
        <w:rPr>
          <w:rFonts w:ascii="Times New Roman" w:eastAsia="Calibri" w:hAnsi="Times New Roman" w:cs="Times New Roman"/>
          <w:b/>
          <w:sz w:val="24"/>
          <w:szCs w:val="24"/>
        </w:rPr>
        <w:t xml:space="preserve">Феноменальна – значит,____________________________________________ </w:t>
      </w:r>
    </w:p>
    <w:p w:rsidR="00956D16" w:rsidRPr="00765081" w:rsidRDefault="00956D16" w:rsidP="00956D16">
      <w:pPr>
        <w:spacing w:after="0" w:afterAutospacing="1" w:line="240" w:lineRule="auto"/>
        <w:jc w:val="center"/>
        <w:rPr>
          <w:rFonts w:ascii="Times New Roman" w:eastAsia="Calibri" w:hAnsi="Times New Roman" w:cs="Times New Roman"/>
          <w:sz w:val="24"/>
          <w:szCs w:val="24"/>
          <w:lang w:eastAsia="ru-RU"/>
        </w:rPr>
      </w:pPr>
      <w:r w:rsidRPr="00765081">
        <w:rPr>
          <w:rFonts w:ascii="Times New Roman" w:eastAsia="Calibri" w:hAnsi="Times New Roman" w:cs="Times New Roman"/>
          <w:b/>
          <w:bCs/>
          <w:sz w:val="24"/>
          <w:szCs w:val="24"/>
          <w:lang w:eastAsia="ru-RU"/>
        </w:rPr>
        <w:t>Итоговая комплексная работа</w:t>
      </w:r>
    </w:p>
    <w:p w:rsidR="00956D16" w:rsidRPr="00765081" w:rsidRDefault="00956D16" w:rsidP="00956D16">
      <w:pPr>
        <w:spacing w:after="0" w:afterAutospacing="1" w:line="240" w:lineRule="auto"/>
        <w:jc w:val="center"/>
        <w:rPr>
          <w:rFonts w:ascii="Times New Roman" w:eastAsia="Calibri" w:hAnsi="Times New Roman" w:cs="Times New Roman"/>
          <w:b/>
          <w:bCs/>
          <w:sz w:val="24"/>
          <w:szCs w:val="24"/>
          <w:lang w:eastAsia="ru-RU"/>
        </w:rPr>
      </w:pPr>
      <w:r w:rsidRPr="00765081">
        <w:rPr>
          <w:rFonts w:ascii="Times New Roman" w:eastAsia="Calibri" w:hAnsi="Times New Roman" w:cs="Times New Roman"/>
          <w:b/>
          <w:bCs/>
          <w:sz w:val="24"/>
          <w:szCs w:val="24"/>
          <w:lang w:eastAsia="ru-RU"/>
        </w:rPr>
        <w:t>4 класс 202_-202_ учебный год</w:t>
      </w:r>
    </w:p>
    <w:p w:rsidR="00956D16" w:rsidRPr="00765081" w:rsidRDefault="00956D16" w:rsidP="00956D16">
      <w:pPr>
        <w:tabs>
          <w:tab w:val="left" w:pos="709"/>
        </w:tabs>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Ф.И. учащегося ________________________________________</w:t>
      </w:r>
    </w:p>
    <w:p w:rsidR="00956D16" w:rsidRPr="00765081" w:rsidRDefault="00956D16" w:rsidP="00956D16">
      <w:pPr>
        <w:tabs>
          <w:tab w:val="left" w:pos="709"/>
        </w:tabs>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t xml:space="preserve">Школа_________________________________________________ </w:t>
      </w:r>
    </w:p>
    <w:p w:rsidR="00956D16" w:rsidRPr="00765081" w:rsidRDefault="00956D16" w:rsidP="00956D16">
      <w:pPr>
        <w:tabs>
          <w:tab w:val="left" w:pos="709"/>
          <w:tab w:val="left" w:pos="5910"/>
        </w:tabs>
        <w:spacing w:after="0" w:line="240" w:lineRule="auto"/>
        <w:rPr>
          <w:rFonts w:ascii="Times New Roman" w:eastAsia="Calibri" w:hAnsi="Times New Roman" w:cs="Times New Roman"/>
          <w:b/>
          <w:sz w:val="24"/>
          <w:szCs w:val="24"/>
        </w:rPr>
      </w:pPr>
      <w:r w:rsidRPr="00765081">
        <w:rPr>
          <w:rFonts w:ascii="Times New Roman" w:eastAsia="Calibri" w:hAnsi="Times New Roman" w:cs="Times New Roman"/>
          <w:b/>
          <w:sz w:val="24"/>
          <w:szCs w:val="24"/>
        </w:rPr>
        <w:lastRenderedPageBreak/>
        <w:t>Класс  4 ____</w:t>
      </w:r>
      <w:r w:rsidRPr="00765081">
        <w:rPr>
          <w:rFonts w:ascii="Times New Roman" w:eastAsia="Calibri" w:hAnsi="Times New Roman" w:cs="Times New Roman"/>
          <w:b/>
          <w:sz w:val="24"/>
          <w:szCs w:val="24"/>
        </w:rPr>
        <w:tab/>
      </w:r>
    </w:p>
    <w:p w:rsidR="00956D16" w:rsidRPr="00765081" w:rsidRDefault="00956D16" w:rsidP="00956D16">
      <w:pPr>
        <w:spacing w:after="0" w:afterAutospacing="1" w:line="240" w:lineRule="auto"/>
        <w:jc w:val="center"/>
        <w:rPr>
          <w:rFonts w:ascii="Times New Roman" w:eastAsia="Calibri" w:hAnsi="Times New Roman" w:cs="Times New Roman"/>
          <w:b/>
          <w:bCs/>
          <w:sz w:val="24"/>
          <w:szCs w:val="24"/>
          <w:lang w:eastAsia="ru-RU"/>
        </w:rPr>
      </w:pPr>
      <w:r w:rsidRPr="00765081">
        <w:rPr>
          <w:rFonts w:ascii="Times New Roman" w:eastAsia="Calibri" w:hAnsi="Times New Roman" w:cs="Times New Roman"/>
          <w:b/>
          <w:bCs/>
          <w:sz w:val="24"/>
          <w:szCs w:val="24"/>
          <w:lang w:eastAsia="ru-RU"/>
        </w:rPr>
        <w:t>Вариант 2</w:t>
      </w:r>
    </w:p>
    <w:p w:rsidR="00956D16" w:rsidRPr="00765081" w:rsidRDefault="00956D16" w:rsidP="00956D16">
      <w:pPr>
        <w:spacing w:after="0" w:line="240" w:lineRule="auto"/>
        <w:rPr>
          <w:rFonts w:ascii="Times New Roman" w:eastAsia="Calibri" w:hAnsi="Times New Roman" w:cs="Times New Roman"/>
          <w:sz w:val="24"/>
          <w:szCs w:val="24"/>
          <w:u w:val="single"/>
        </w:rPr>
      </w:pPr>
      <w:r w:rsidRPr="00765081">
        <w:rPr>
          <w:rFonts w:ascii="Times New Roman" w:eastAsia="Calibri" w:hAnsi="Times New Roman" w:cs="Times New Roman"/>
          <w:b/>
          <w:sz w:val="24"/>
          <w:szCs w:val="24"/>
          <w:u w:val="single"/>
        </w:rPr>
        <w:t>Прочитайте текст, если нужно перечитайте его ещё раз</w:t>
      </w:r>
      <w:r w:rsidRPr="00765081">
        <w:rPr>
          <w:rFonts w:ascii="Times New Roman" w:eastAsia="Calibri" w:hAnsi="Times New Roman" w:cs="Times New Roman"/>
          <w:sz w:val="24"/>
          <w:szCs w:val="24"/>
          <w:u w:val="single"/>
        </w:rPr>
        <w:t>.</w:t>
      </w:r>
    </w:p>
    <w:p w:rsidR="00956D16" w:rsidRPr="00765081" w:rsidRDefault="00956D16" w:rsidP="00956D16">
      <w:pPr>
        <w:spacing w:after="0" w:line="240" w:lineRule="auto"/>
        <w:ind w:left="4248"/>
        <w:jc w:val="both"/>
        <w:rPr>
          <w:rFonts w:ascii="Times New Roman" w:eastAsia="Calibri" w:hAnsi="Times New Roman" w:cs="Times New Roman"/>
          <w:b/>
          <w:sz w:val="24"/>
          <w:szCs w:val="24"/>
        </w:rPr>
      </w:pPr>
    </w:p>
    <w:p w:rsidR="00956D16" w:rsidRPr="00765081" w:rsidRDefault="00956D16" w:rsidP="00956D16">
      <w:pPr>
        <w:spacing w:after="0" w:line="240" w:lineRule="auto"/>
        <w:ind w:left="4248"/>
        <w:jc w:val="both"/>
        <w:rPr>
          <w:rFonts w:ascii="Times New Roman" w:eastAsia="Calibri" w:hAnsi="Times New Roman" w:cs="Times New Roman"/>
          <w:b/>
          <w:sz w:val="24"/>
          <w:szCs w:val="24"/>
        </w:rPr>
      </w:pPr>
      <w:r w:rsidRPr="00765081">
        <w:rPr>
          <w:rFonts w:ascii="Times New Roman" w:eastAsia="Calibri" w:hAnsi="Times New Roman" w:cs="Times New Roman"/>
          <w:b/>
          <w:sz w:val="24"/>
          <w:szCs w:val="24"/>
        </w:rPr>
        <w:t>Пингвины</w:t>
      </w:r>
    </w:p>
    <w:p w:rsidR="00956D16" w:rsidRPr="00765081" w:rsidRDefault="00956D16" w:rsidP="00956D16">
      <w:pPr>
        <w:tabs>
          <w:tab w:val="left" w:pos="0"/>
        </w:tabs>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ab/>
        <w:t>Пингвины - удивительные существа, не похожие ни на кого из ныне живущих птиц. Они лучше всех приспособлены к обитанию в водной стихии и проводят в воде более половины жизни. Суша им необходима только в период размножения и линьки, поэтому пингвины могут месяцами вообще не выходить на берег.</w:t>
      </w:r>
    </w:p>
    <w:p w:rsidR="00956D16" w:rsidRPr="00765081" w:rsidRDefault="00956D16" w:rsidP="00956D16">
      <w:pPr>
        <w:tabs>
          <w:tab w:val="left" w:pos="0"/>
        </w:tabs>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ab/>
        <w:t>Пингвины отличаются друг от друга в основном размерами. Самый крупный – императорский пингвин – весит до 40кг и достигает в длину 117см, самый мелкий – малый пингвин – достигает 1,5кг и имеет длину тела всего 40см.</w:t>
      </w:r>
    </w:p>
    <w:p w:rsidR="00956D16" w:rsidRPr="00765081" w:rsidRDefault="00956D16" w:rsidP="00956D16">
      <w:pPr>
        <w:tabs>
          <w:tab w:val="left" w:pos="0"/>
        </w:tabs>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ab/>
        <w:t>Летать эти древние птицы не могут, но зато отлично плавают. Ныряют пингвины на глубину 130м, могут оставаться под водой до 18 минут и плыть со скоростью 15 км/ч. По суше они передвигаются мелкими шажками, держа тело вертикально, но могут и прыгать, и быстро скользить, лёжа на животе и отталкиваясь ногами и ластами.</w:t>
      </w:r>
    </w:p>
    <w:p w:rsidR="00956D16" w:rsidRPr="00765081" w:rsidRDefault="00956D16" w:rsidP="00956D16">
      <w:pPr>
        <w:tabs>
          <w:tab w:val="left" w:pos="0"/>
        </w:tabs>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ab/>
        <w:t>Пингвины живут стаями, а гнездятся большими колониями (до сотен тысяч пар). Каждая птица внутри колонии прекрасно знает точное расположение своего гнезда и легко узнает своих птенцов и соседей по голосу. Птенцы у крупных императорских пингвинов развиваются медленно, поэтому птицы прибывают на места колоний уже в конце арктического лета – в середине апреля. Примерно через 50 дней самка откладывает одно яйцо весом до 450г. Всё это время она ничего не ест и, отложив яйцо, сразу же уходит на кормёжку в море.</w:t>
      </w:r>
    </w:p>
    <w:p w:rsidR="00956D16" w:rsidRPr="00765081" w:rsidRDefault="00956D16" w:rsidP="00956D16">
      <w:pPr>
        <w:tabs>
          <w:tab w:val="left" w:pos="0"/>
        </w:tabs>
        <w:spacing w:after="0" w:line="240" w:lineRule="auto"/>
        <w:jc w:val="both"/>
        <w:rPr>
          <w:rFonts w:ascii="Times New Roman" w:eastAsia="Calibri" w:hAnsi="Times New Roman" w:cs="Times New Roman"/>
          <w:sz w:val="24"/>
          <w:szCs w:val="24"/>
        </w:rPr>
      </w:pPr>
      <w:r w:rsidRPr="00765081">
        <w:rPr>
          <w:rFonts w:ascii="Times New Roman" w:eastAsia="Calibri" w:hAnsi="Times New Roman" w:cs="Times New Roman"/>
          <w:sz w:val="24"/>
          <w:szCs w:val="24"/>
        </w:rPr>
        <w:tab/>
        <w:t>Теперь эстафету принимает самец – он насиживает яйцо, держа его на лапах и прикрывая специальной складкой кожи на брюхе, чтобы оно не замёрзло. Самка появляется только через 3 месяца, и всё это время самец голодает, теряя почти половину своего веса. Через 1,5 месяца возвращаются самцы, и теперь они с самками поочерёдно ходят за кормом. Только через 6 месяцев, к декабрю, птенцы полностью оперяются, покидают колонию и начинают вести кочевую жизнь в море.</w:t>
      </w:r>
    </w:p>
    <w:p w:rsidR="00956D16" w:rsidRPr="00765081" w:rsidRDefault="00956D16" w:rsidP="007B7F00">
      <w:pPr>
        <w:spacing w:after="0" w:line="240" w:lineRule="auto"/>
        <w:rPr>
          <w:rFonts w:ascii="Times New Roman" w:eastAsia="Times New Roman" w:hAnsi="Times New Roman" w:cs="Times New Roman"/>
          <w:sz w:val="24"/>
          <w:szCs w:val="24"/>
        </w:rPr>
      </w:pPr>
    </w:p>
    <w:p w:rsidR="00394C33" w:rsidRPr="00765081" w:rsidRDefault="00394C33" w:rsidP="00394C33">
      <w:pPr>
        <w:pStyle w:val="af6"/>
        <w:jc w:val="center"/>
        <w:rPr>
          <w:rFonts w:ascii="Times New Roman" w:hAnsi="Times New Roman" w:cs="Times New Roman"/>
          <w:b/>
          <w:bCs/>
          <w:sz w:val="24"/>
          <w:szCs w:val="24"/>
          <w:u w:val="single"/>
        </w:rPr>
      </w:pPr>
      <w:r w:rsidRPr="00765081">
        <w:rPr>
          <w:rFonts w:ascii="Times New Roman" w:hAnsi="Times New Roman" w:cs="Times New Roman"/>
          <w:b/>
          <w:bCs/>
          <w:sz w:val="24"/>
          <w:szCs w:val="24"/>
          <w:u w:val="single"/>
        </w:rPr>
        <w:t>Основная часть</w:t>
      </w:r>
    </w:p>
    <w:p w:rsidR="00394C33" w:rsidRPr="00765081" w:rsidRDefault="00394C33" w:rsidP="00394C33">
      <w:pPr>
        <w:pStyle w:val="af6"/>
        <w:jc w:val="center"/>
        <w:rPr>
          <w:rFonts w:ascii="Times New Roman" w:hAnsi="Times New Roman" w:cs="Times New Roman"/>
          <w:b/>
          <w:i/>
          <w:sz w:val="24"/>
          <w:szCs w:val="24"/>
          <w:u w:val="single"/>
        </w:rPr>
      </w:pPr>
      <w:r w:rsidRPr="00765081">
        <w:rPr>
          <w:rFonts w:ascii="Times New Roman" w:hAnsi="Times New Roman" w:cs="Times New Roman"/>
          <w:b/>
          <w:i/>
          <w:sz w:val="24"/>
          <w:szCs w:val="24"/>
          <w:u w:val="single"/>
        </w:rPr>
        <w:t>Литературное чтение</w:t>
      </w:r>
    </w:p>
    <w:p w:rsidR="00394C33" w:rsidRPr="00765081" w:rsidRDefault="00394C33" w:rsidP="00394C33">
      <w:pPr>
        <w:spacing w:after="0" w:line="240" w:lineRule="auto"/>
        <w:jc w:val="both"/>
        <w:rPr>
          <w:rFonts w:ascii="Times New Roman" w:eastAsia="Times New Roman" w:hAnsi="Times New Roman" w:cs="Times New Roman"/>
          <w:b/>
          <w:sz w:val="24"/>
          <w:szCs w:val="24"/>
        </w:rPr>
      </w:pPr>
    </w:p>
    <w:p w:rsidR="00394C33" w:rsidRPr="00765081" w:rsidRDefault="00394C33" w:rsidP="00394C33">
      <w:pPr>
        <w:spacing w:after="0" w:line="240" w:lineRule="auto"/>
        <w:jc w:val="both"/>
        <w:rPr>
          <w:rFonts w:ascii="Times New Roman" w:eastAsia="Times New Roman" w:hAnsi="Times New Roman" w:cs="Times New Roman"/>
          <w:sz w:val="24"/>
          <w:szCs w:val="24"/>
        </w:rPr>
      </w:pPr>
      <w:r w:rsidRPr="00765081">
        <w:rPr>
          <w:rFonts w:ascii="Times New Roman" w:eastAsia="Times New Roman" w:hAnsi="Times New Roman" w:cs="Times New Roman"/>
          <w:b/>
          <w:sz w:val="24"/>
          <w:szCs w:val="24"/>
        </w:rPr>
        <w:t>Задание 1. Сколько частей в этом тексте? Запишите цифрой.</w:t>
      </w:r>
    </w:p>
    <w:p w:rsidR="00394C33" w:rsidRPr="00765081" w:rsidRDefault="00394C33" w:rsidP="00394C33">
      <w:pPr>
        <w:spacing w:after="0" w:line="240" w:lineRule="auto"/>
        <w:jc w:val="both"/>
        <w:outlineLvl w:val="0"/>
        <w:rPr>
          <w:rFonts w:ascii="Times New Roman" w:eastAsia="Times New Roman" w:hAnsi="Times New Roman" w:cs="Times New Roman"/>
          <w:sz w:val="24"/>
          <w:szCs w:val="24"/>
        </w:rPr>
      </w:pPr>
      <w:r w:rsidRPr="00765081">
        <w:rPr>
          <w:rFonts w:ascii="Times New Roman" w:eastAsia="Times New Roman" w:hAnsi="Times New Roman" w:cs="Times New Roman"/>
          <w:b/>
          <w:sz w:val="24"/>
          <w:szCs w:val="24"/>
        </w:rPr>
        <w:t>Ответ</w:t>
      </w:r>
      <w:r w:rsidRPr="00765081">
        <w:rPr>
          <w:rFonts w:ascii="Times New Roman" w:eastAsia="Times New Roman" w:hAnsi="Times New Roman" w:cs="Times New Roman"/>
          <w:sz w:val="24"/>
          <w:szCs w:val="24"/>
        </w:rPr>
        <w:t>:</w:t>
      </w:r>
      <w:r w:rsidRPr="00765081">
        <w:rPr>
          <w:rFonts w:ascii="Times New Roman" w:eastAsia="Times New Roman" w:hAnsi="Times New Roman" w:cs="Times New Roman"/>
          <w:sz w:val="24"/>
          <w:szCs w:val="24"/>
        </w:rPr>
        <w:tab/>
      </w:r>
      <w:r w:rsidRPr="00765081">
        <w:rPr>
          <w:rFonts w:ascii="Times New Roman" w:eastAsia="Times New Roman" w:hAnsi="Times New Roman" w:cs="Times New Roman"/>
          <w:b/>
          <w:sz w:val="24"/>
          <w:szCs w:val="24"/>
        </w:rPr>
        <w:t>__________________</w:t>
      </w:r>
    </w:p>
    <w:p w:rsidR="00394C33" w:rsidRPr="00765081" w:rsidRDefault="00394C33" w:rsidP="00394C33">
      <w:pPr>
        <w:spacing w:after="0" w:line="240" w:lineRule="auto"/>
        <w:jc w:val="both"/>
        <w:rPr>
          <w:rFonts w:ascii="Times New Roman" w:eastAsia="Times New Roman" w:hAnsi="Times New Roman" w:cs="Times New Roman"/>
          <w:b/>
          <w:sz w:val="24"/>
          <w:szCs w:val="24"/>
        </w:rPr>
      </w:pPr>
    </w:p>
    <w:p w:rsidR="00394C33" w:rsidRPr="00765081" w:rsidRDefault="00394C33" w:rsidP="00394C33">
      <w:pPr>
        <w:spacing w:after="0" w:line="24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Задание 2. Озаглавьте   четвёртую часть текста.</w:t>
      </w:r>
    </w:p>
    <w:p w:rsidR="00394C33" w:rsidRPr="00765081" w:rsidRDefault="00394C33" w:rsidP="00394C33">
      <w:pPr>
        <w:spacing w:after="0" w:line="24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Ответ</w:t>
      </w:r>
      <w:r w:rsidRPr="00765081">
        <w:rPr>
          <w:rFonts w:ascii="Times New Roman" w:eastAsia="Times New Roman" w:hAnsi="Times New Roman" w:cs="Times New Roman"/>
          <w:sz w:val="24"/>
          <w:szCs w:val="24"/>
        </w:rPr>
        <w:t>:</w:t>
      </w:r>
      <w:r w:rsidRPr="00765081">
        <w:rPr>
          <w:rFonts w:ascii="Times New Roman" w:eastAsia="Times New Roman" w:hAnsi="Times New Roman" w:cs="Times New Roman"/>
          <w:sz w:val="24"/>
          <w:szCs w:val="24"/>
        </w:rPr>
        <w:tab/>
        <w:t xml:space="preserve"> ___________________________________________________</w:t>
      </w:r>
    </w:p>
    <w:p w:rsidR="00394C33" w:rsidRPr="00765081" w:rsidRDefault="00394C33" w:rsidP="00394C33">
      <w:pPr>
        <w:spacing w:after="0" w:line="240" w:lineRule="auto"/>
        <w:rPr>
          <w:rFonts w:ascii="Times New Roman" w:eastAsia="Times New Roman" w:hAnsi="Times New Roman" w:cs="Times New Roman"/>
          <w:b/>
          <w:sz w:val="24"/>
          <w:szCs w:val="24"/>
        </w:rPr>
      </w:pPr>
    </w:p>
    <w:p w:rsidR="00394C33" w:rsidRPr="00765081" w:rsidRDefault="00394C33" w:rsidP="00394C33">
      <w:pPr>
        <w:spacing w:after="0" w:line="240" w:lineRule="auto"/>
        <w:rPr>
          <w:rFonts w:ascii="Times New Roman" w:hAnsi="Times New Roman" w:cs="Times New Roman"/>
          <w:b/>
          <w:sz w:val="24"/>
          <w:szCs w:val="24"/>
        </w:rPr>
      </w:pPr>
      <w:r w:rsidRPr="00765081">
        <w:rPr>
          <w:rFonts w:ascii="Times New Roman" w:eastAsia="Times New Roman" w:hAnsi="Times New Roman" w:cs="Times New Roman"/>
          <w:b/>
          <w:sz w:val="24"/>
          <w:szCs w:val="24"/>
        </w:rPr>
        <w:t xml:space="preserve">Задание 3. Какая часть текста может быть названа: «Самцы пингвины – отличные  няньки»? </w:t>
      </w:r>
      <w:r w:rsidRPr="00765081">
        <w:rPr>
          <w:rFonts w:ascii="Times New Roman" w:hAnsi="Times New Roman" w:cs="Times New Roman"/>
          <w:b/>
          <w:sz w:val="24"/>
          <w:szCs w:val="24"/>
        </w:rPr>
        <w:t>Отметьте правильный ответ (можете подчеркнуть).</w:t>
      </w:r>
    </w:p>
    <w:p w:rsidR="00394C33" w:rsidRPr="00765081" w:rsidRDefault="007B5670" w:rsidP="00394C33">
      <w:pPr>
        <w:spacing w:after="0" w:line="240" w:lineRule="auto"/>
        <w:ind w:left="708" w:right="257" w:hanging="5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612" o:spid="_x0000_s1071" style="position:absolute;left:0;text-align:left;margin-left:234.75pt;margin-top:.5pt;width:16.5pt;height:15pt;flip:y;z-index:251836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aT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">
            <w10:wrap anchorx="margin"/>
          </v:rect>
        </w:pict>
      </w:r>
      <w:r>
        <w:rPr>
          <w:rFonts w:ascii="Times New Roman" w:eastAsia="Times New Roman" w:hAnsi="Times New Roman" w:cs="Times New Roman"/>
          <w:noProof/>
          <w:sz w:val="24"/>
          <w:szCs w:val="24"/>
          <w:lang w:eastAsia="ru-RU"/>
        </w:rPr>
        <w:pict>
          <v:rect id="Прямоугольник 39611" o:spid="_x0000_s1070" style="position:absolute;left:0;text-align:left;margin-left:156pt;margin-top:.5pt;width:16.5pt;height:15pt;flip:y;z-index:2518353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">
            <w10:wrap anchorx="margin"/>
          </v:rect>
        </w:pict>
      </w:r>
      <w:r>
        <w:rPr>
          <w:rFonts w:ascii="Times New Roman" w:eastAsia="Times New Roman" w:hAnsi="Times New Roman" w:cs="Times New Roman"/>
          <w:noProof/>
          <w:sz w:val="24"/>
          <w:szCs w:val="24"/>
          <w:lang w:eastAsia="ru-RU"/>
        </w:rPr>
        <w:pict>
          <v:rect id="Прямоугольник 39610" o:spid="_x0000_s1069" style="position:absolute;left:0;text-align:left;margin-left:63.75pt;margin-top:.75pt;width:16.5pt;height:15pt;flip:y;z-index:2518343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">
            <w10:wrap anchorx="margin"/>
          </v:rect>
        </w:pict>
      </w:r>
      <w:r>
        <w:rPr>
          <w:rFonts w:ascii="Times New Roman" w:eastAsia="Times New Roman" w:hAnsi="Times New Roman" w:cs="Times New Roman"/>
          <w:noProof/>
          <w:sz w:val="24"/>
          <w:szCs w:val="24"/>
          <w:lang w:eastAsia="ru-RU"/>
        </w:rPr>
        <w:pict>
          <v:rect id="Прямоугольник 39609" o:spid="_x0000_s1068" style="position:absolute;left:0;text-align:left;margin-left:-17.25pt;margin-top:.5pt;width:16.5pt;height:15pt;flip:y;z-index:2518333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If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">
            <w10:wrap anchorx="margin"/>
          </v:rect>
        </w:pict>
      </w:r>
      <w:r w:rsidR="00394C33" w:rsidRPr="00765081">
        <w:rPr>
          <w:rFonts w:ascii="Times New Roman" w:eastAsia="Times New Roman" w:hAnsi="Times New Roman" w:cs="Times New Roman"/>
          <w:sz w:val="24"/>
          <w:szCs w:val="24"/>
        </w:rPr>
        <w:t>1) вторая;</w:t>
      </w:r>
      <w:r w:rsidR="00394C33" w:rsidRPr="00765081">
        <w:rPr>
          <w:rFonts w:ascii="Times New Roman" w:eastAsia="Times New Roman" w:hAnsi="Times New Roman" w:cs="Times New Roman"/>
          <w:sz w:val="24"/>
          <w:szCs w:val="24"/>
        </w:rPr>
        <w:tab/>
        <w:t xml:space="preserve">   2) четвёртая;</w:t>
      </w:r>
      <w:r w:rsidR="00394C33" w:rsidRPr="00765081">
        <w:rPr>
          <w:rFonts w:ascii="Times New Roman" w:eastAsia="Times New Roman" w:hAnsi="Times New Roman" w:cs="Times New Roman"/>
          <w:sz w:val="24"/>
          <w:szCs w:val="24"/>
        </w:rPr>
        <w:tab/>
        <w:t>3) пятая;</w:t>
      </w:r>
      <w:r w:rsidR="00394C33" w:rsidRPr="00765081">
        <w:rPr>
          <w:rFonts w:ascii="Times New Roman" w:eastAsia="Times New Roman" w:hAnsi="Times New Roman" w:cs="Times New Roman"/>
          <w:sz w:val="24"/>
          <w:szCs w:val="24"/>
        </w:rPr>
        <w:tab/>
        <w:t xml:space="preserve">  4) седьмая;</w:t>
      </w:r>
      <w:r w:rsidR="00394C33" w:rsidRPr="00765081">
        <w:rPr>
          <w:rFonts w:ascii="Times New Roman" w:eastAsia="Times New Roman" w:hAnsi="Times New Roman" w:cs="Times New Roman"/>
          <w:sz w:val="24"/>
          <w:szCs w:val="24"/>
        </w:rPr>
        <w:tab/>
      </w:r>
    </w:p>
    <w:p w:rsidR="00394C33" w:rsidRPr="00765081" w:rsidRDefault="00394C33" w:rsidP="00394C33">
      <w:pPr>
        <w:spacing w:after="0" w:line="240" w:lineRule="auto"/>
        <w:jc w:val="both"/>
        <w:rPr>
          <w:rFonts w:ascii="Times New Roman" w:eastAsia="Times New Roman" w:hAnsi="Times New Roman" w:cs="Times New Roman"/>
          <w:b/>
          <w:sz w:val="24"/>
          <w:szCs w:val="24"/>
        </w:rPr>
      </w:pP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eastAsia="Times New Roman" w:hAnsi="Times New Roman" w:cs="Times New Roman"/>
          <w:b/>
          <w:sz w:val="24"/>
          <w:szCs w:val="24"/>
        </w:rPr>
        <w:lastRenderedPageBreak/>
        <w:t xml:space="preserve">Задание 4. Данный вид текста. </w:t>
      </w:r>
      <w:r w:rsidRPr="00765081">
        <w:rPr>
          <w:rFonts w:ascii="Times New Roman" w:hAnsi="Times New Roman" w:cs="Times New Roman"/>
          <w:b/>
          <w:sz w:val="24"/>
          <w:szCs w:val="24"/>
        </w:rPr>
        <w:t>Отметьте правильный ответ.</w:t>
      </w:r>
    </w:p>
    <w:p w:rsidR="00394C33" w:rsidRPr="00765081" w:rsidRDefault="007B5670" w:rsidP="00394C33">
      <w:pPr>
        <w:tabs>
          <w:tab w:val="center" w:pos="1895"/>
          <w:tab w:val="center" w:pos="4249"/>
          <w:tab w:val="center" w:pos="4957"/>
          <w:tab w:val="center" w:pos="69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608" o:spid="_x0000_s1067" style="position:absolute;margin-left:264pt;margin-top:1.05pt;width:16.5pt;height:15pt;flip:y;z-index:2518394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rX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">
            <w10:wrap anchorx="margin"/>
          </v:rect>
        </w:pict>
      </w:r>
      <w:r>
        <w:rPr>
          <w:rFonts w:ascii="Times New Roman" w:eastAsia="Times New Roman" w:hAnsi="Times New Roman" w:cs="Times New Roman"/>
          <w:noProof/>
          <w:sz w:val="24"/>
          <w:szCs w:val="24"/>
          <w:lang w:eastAsia="ru-RU"/>
        </w:rPr>
        <w:pict>
          <v:rect id="Прямоугольник 39607" o:spid="_x0000_s1066" style="position:absolute;margin-left:105pt;margin-top:1.05pt;width:16.5pt;height:15pt;flip:y;z-index:251838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">
            <w10:wrap anchorx="margin"/>
          </v:rect>
        </w:pict>
      </w:r>
      <w:r>
        <w:rPr>
          <w:rFonts w:ascii="Times New Roman" w:eastAsia="Times New Roman" w:hAnsi="Times New Roman" w:cs="Times New Roman"/>
          <w:noProof/>
          <w:sz w:val="24"/>
          <w:szCs w:val="24"/>
          <w:lang w:eastAsia="ru-RU"/>
        </w:rPr>
        <w:pict>
          <v:rect id="Прямоугольник 39606" o:spid="_x0000_s1065" style="position:absolute;margin-left:-17.25pt;margin-top:1.05pt;width:16.5pt;height:15pt;flip:y;z-index:2518374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">
            <w10:wrap anchorx="margin"/>
          </v:rect>
        </w:pict>
      </w:r>
      <w:r w:rsidR="00394C33" w:rsidRPr="00765081">
        <w:rPr>
          <w:rFonts w:ascii="Times New Roman" w:hAnsi="Times New Roman" w:cs="Times New Roman"/>
          <w:sz w:val="24"/>
          <w:szCs w:val="24"/>
        </w:rPr>
        <w:t>1</w:t>
      </w:r>
      <w:r w:rsidR="00394C33" w:rsidRPr="00765081">
        <w:rPr>
          <w:rFonts w:ascii="Times New Roman" w:eastAsia="Times New Roman" w:hAnsi="Times New Roman" w:cs="Times New Roman"/>
          <w:sz w:val="24"/>
          <w:szCs w:val="24"/>
        </w:rPr>
        <w:t xml:space="preserve">)художественный;  </w:t>
      </w:r>
      <w:r w:rsidR="00394C33" w:rsidRPr="00765081">
        <w:rPr>
          <w:rFonts w:ascii="Times New Roman" w:eastAsia="Times New Roman" w:hAnsi="Times New Roman" w:cs="Times New Roman"/>
          <w:sz w:val="24"/>
          <w:szCs w:val="24"/>
        </w:rPr>
        <w:tab/>
        <w:t xml:space="preserve">          2) научно-популярный;         3) разговорный; </w:t>
      </w:r>
    </w:p>
    <w:p w:rsidR="00394C33" w:rsidRPr="00765081" w:rsidRDefault="00394C33" w:rsidP="00394C33">
      <w:pPr>
        <w:spacing w:after="0" w:line="240" w:lineRule="auto"/>
        <w:ind w:left="708"/>
        <w:rPr>
          <w:rFonts w:ascii="Times New Roman" w:hAnsi="Times New Roman" w:cs="Times New Roman"/>
          <w:sz w:val="24"/>
          <w:szCs w:val="24"/>
        </w:rPr>
      </w:pPr>
    </w:p>
    <w:p w:rsidR="00394C33" w:rsidRPr="00765081" w:rsidRDefault="00394C33" w:rsidP="00394C33">
      <w:pPr>
        <w:spacing w:after="0" w:line="240" w:lineRule="auto"/>
        <w:ind w:left="708" w:right="257" w:hanging="541"/>
        <w:jc w:val="both"/>
        <w:rPr>
          <w:rFonts w:ascii="Times New Roman" w:hAnsi="Times New Roman" w:cs="Times New Roman"/>
          <w:sz w:val="24"/>
          <w:szCs w:val="24"/>
        </w:rPr>
      </w:pPr>
      <w:r w:rsidRPr="00765081">
        <w:rPr>
          <w:rFonts w:ascii="Times New Roman" w:eastAsia="Times New Roman" w:hAnsi="Times New Roman" w:cs="Times New Roman"/>
          <w:b/>
          <w:sz w:val="24"/>
          <w:szCs w:val="24"/>
        </w:rPr>
        <w:t>Задание 5. Используя информацию из текста, заполните таблицу. (Надо данные записывать цифрой).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394C33" w:rsidRPr="00765081" w:rsidTr="00394C33">
        <w:tc>
          <w:tcPr>
            <w:tcW w:w="4672" w:type="dxa"/>
            <w:shd w:val="clear" w:color="auto" w:fill="auto"/>
            <w:vAlign w:val="center"/>
          </w:tcPr>
          <w:p w:rsidR="00394C33" w:rsidRPr="00765081" w:rsidRDefault="00394C33" w:rsidP="0089011F">
            <w:pPr>
              <w:pStyle w:val="a5"/>
              <w:numPr>
                <w:ilvl w:val="0"/>
                <w:numId w:val="76"/>
              </w:numPr>
              <w:spacing w:after="0" w:line="240" w:lineRule="auto"/>
              <w:rPr>
                <w:rFonts w:ascii="Times New Roman" w:hAnsi="Times New Roman" w:cs="Times New Roman"/>
                <w:sz w:val="24"/>
                <w:szCs w:val="24"/>
              </w:rPr>
            </w:pPr>
            <w:r w:rsidRPr="00765081">
              <w:rPr>
                <w:rFonts w:ascii="Times New Roman" w:hAnsi="Times New Roman" w:cs="Times New Roman"/>
                <w:sz w:val="24"/>
                <w:szCs w:val="24"/>
              </w:rPr>
              <w:t>Вес императорского пингвина</w:t>
            </w:r>
          </w:p>
        </w:tc>
        <w:tc>
          <w:tcPr>
            <w:tcW w:w="4673" w:type="dxa"/>
            <w:shd w:val="clear" w:color="auto" w:fill="auto"/>
            <w:vAlign w:val="center"/>
          </w:tcPr>
          <w:p w:rsidR="00394C33" w:rsidRPr="00765081" w:rsidRDefault="00394C33" w:rsidP="00394C33">
            <w:pPr>
              <w:spacing w:after="0" w:line="240" w:lineRule="auto"/>
              <w:jc w:val="center"/>
              <w:rPr>
                <w:rFonts w:ascii="Times New Roman" w:hAnsi="Times New Roman" w:cs="Times New Roman"/>
                <w:sz w:val="24"/>
                <w:szCs w:val="24"/>
              </w:rPr>
            </w:pPr>
          </w:p>
        </w:tc>
      </w:tr>
      <w:tr w:rsidR="00394C33" w:rsidRPr="00765081" w:rsidTr="00394C33">
        <w:tc>
          <w:tcPr>
            <w:tcW w:w="4672" w:type="dxa"/>
            <w:shd w:val="clear" w:color="auto" w:fill="auto"/>
            <w:vAlign w:val="center"/>
          </w:tcPr>
          <w:p w:rsidR="00394C33" w:rsidRPr="00765081" w:rsidRDefault="00394C33" w:rsidP="0089011F">
            <w:pPr>
              <w:pStyle w:val="a5"/>
              <w:numPr>
                <w:ilvl w:val="0"/>
                <w:numId w:val="76"/>
              </w:numPr>
              <w:spacing w:after="0" w:line="240" w:lineRule="auto"/>
              <w:rPr>
                <w:rFonts w:ascii="Times New Roman" w:hAnsi="Times New Roman" w:cs="Times New Roman"/>
                <w:sz w:val="24"/>
                <w:szCs w:val="24"/>
              </w:rPr>
            </w:pPr>
            <w:r w:rsidRPr="00765081">
              <w:rPr>
                <w:rFonts w:ascii="Times New Roman" w:hAnsi="Times New Roman" w:cs="Times New Roman"/>
                <w:sz w:val="24"/>
                <w:szCs w:val="24"/>
              </w:rPr>
              <w:t>Где пингвины проводят более половины жизни</w:t>
            </w:r>
          </w:p>
        </w:tc>
        <w:tc>
          <w:tcPr>
            <w:tcW w:w="4673" w:type="dxa"/>
            <w:shd w:val="clear" w:color="auto" w:fill="auto"/>
            <w:vAlign w:val="center"/>
          </w:tcPr>
          <w:p w:rsidR="00394C33" w:rsidRPr="00765081" w:rsidRDefault="00394C33" w:rsidP="00394C33">
            <w:pPr>
              <w:spacing w:after="0" w:line="240" w:lineRule="auto"/>
              <w:jc w:val="center"/>
              <w:rPr>
                <w:rFonts w:ascii="Times New Roman" w:hAnsi="Times New Roman" w:cs="Times New Roman"/>
                <w:sz w:val="24"/>
                <w:szCs w:val="24"/>
              </w:rPr>
            </w:pPr>
          </w:p>
        </w:tc>
      </w:tr>
      <w:tr w:rsidR="00394C33" w:rsidRPr="00765081" w:rsidTr="00394C33">
        <w:tc>
          <w:tcPr>
            <w:tcW w:w="4672" w:type="dxa"/>
            <w:shd w:val="clear" w:color="auto" w:fill="auto"/>
            <w:vAlign w:val="center"/>
          </w:tcPr>
          <w:p w:rsidR="00394C33" w:rsidRPr="00765081" w:rsidRDefault="00394C33" w:rsidP="0089011F">
            <w:pPr>
              <w:pStyle w:val="a5"/>
              <w:numPr>
                <w:ilvl w:val="0"/>
                <w:numId w:val="76"/>
              </w:numPr>
              <w:spacing w:after="0" w:line="240" w:lineRule="auto"/>
              <w:rPr>
                <w:rFonts w:ascii="Times New Roman" w:hAnsi="Times New Roman" w:cs="Times New Roman"/>
                <w:sz w:val="24"/>
                <w:szCs w:val="24"/>
              </w:rPr>
            </w:pPr>
            <w:r w:rsidRPr="00765081">
              <w:rPr>
                <w:rFonts w:ascii="Times New Roman" w:hAnsi="Times New Roman" w:cs="Times New Roman"/>
                <w:sz w:val="24"/>
                <w:szCs w:val="24"/>
              </w:rPr>
              <w:t>Скорость пингвина под водой</w:t>
            </w:r>
          </w:p>
        </w:tc>
        <w:tc>
          <w:tcPr>
            <w:tcW w:w="4673" w:type="dxa"/>
            <w:shd w:val="clear" w:color="auto" w:fill="auto"/>
            <w:vAlign w:val="center"/>
          </w:tcPr>
          <w:p w:rsidR="00394C33" w:rsidRPr="00765081" w:rsidRDefault="00394C33" w:rsidP="00394C33">
            <w:pPr>
              <w:spacing w:after="0" w:line="240" w:lineRule="auto"/>
              <w:jc w:val="center"/>
              <w:rPr>
                <w:rFonts w:ascii="Times New Roman" w:hAnsi="Times New Roman" w:cs="Times New Roman"/>
                <w:sz w:val="24"/>
                <w:szCs w:val="24"/>
              </w:rPr>
            </w:pPr>
          </w:p>
        </w:tc>
      </w:tr>
      <w:tr w:rsidR="00394C33" w:rsidRPr="00765081" w:rsidTr="00394C33">
        <w:tc>
          <w:tcPr>
            <w:tcW w:w="4672" w:type="dxa"/>
            <w:shd w:val="clear" w:color="auto" w:fill="auto"/>
            <w:vAlign w:val="center"/>
          </w:tcPr>
          <w:p w:rsidR="00394C33" w:rsidRPr="00765081" w:rsidRDefault="00394C33" w:rsidP="0089011F">
            <w:pPr>
              <w:pStyle w:val="a5"/>
              <w:numPr>
                <w:ilvl w:val="0"/>
                <w:numId w:val="76"/>
              </w:numPr>
              <w:spacing w:after="0" w:line="240" w:lineRule="auto"/>
              <w:rPr>
                <w:rFonts w:ascii="Times New Roman" w:hAnsi="Times New Roman" w:cs="Times New Roman"/>
                <w:sz w:val="24"/>
                <w:szCs w:val="24"/>
              </w:rPr>
            </w:pPr>
            <w:r w:rsidRPr="00765081">
              <w:rPr>
                <w:rFonts w:ascii="Times New Roman" w:hAnsi="Times New Roman" w:cs="Times New Roman"/>
                <w:sz w:val="24"/>
                <w:szCs w:val="24"/>
              </w:rPr>
              <w:t>Могут ли пингвины летать</w:t>
            </w:r>
          </w:p>
        </w:tc>
        <w:tc>
          <w:tcPr>
            <w:tcW w:w="4673" w:type="dxa"/>
            <w:shd w:val="clear" w:color="auto" w:fill="auto"/>
            <w:vAlign w:val="center"/>
          </w:tcPr>
          <w:p w:rsidR="00394C33" w:rsidRPr="00765081" w:rsidRDefault="00394C33" w:rsidP="00394C33">
            <w:pPr>
              <w:spacing w:after="0" w:line="240" w:lineRule="auto"/>
              <w:jc w:val="center"/>
              <w:rPr>
                <w:rFonts w:ascii="Times New Roman" w:hAnsi="Times New Roman" w:cs="Times New Roman"/>
                <w:sz w:val="24"/>
                <w:szCs w:val="24"/>
              </w:rPr>
            </w:pPr>
          </w:p>
        </w:tc>
      </w:tr>
    </w:tbl>
    <w:p w:rsidR="00394C33" w:rsidRPr="00765081" w:rsidRDefault="00394C33" w:rsidP="00394C33">
      <w:pPr>
        <w:spacing w:after="0" w:line="240" w:lineRule="auto"/>
        <w:jc w:val="both"/>
        <w:rPr>
          <w:rFonts w:ascii="Times New Roman" w:hAnsi="Times New Roman" w:cs="Times New Roman"/>
          <w:sz w:val="24"/>
          <w:szCs w:val="24"/>
        </w:rPr>
      </w:pPr>
    </w:p>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b/>
          <w:i/>
          <w:sz w:val="24"/>
          <w:szCs w:val="24"/>
          <w:u w:val="single"/>
        </w:rPr>
        <w:t>Русский язык</w:t>
      </w:r>
    </w:p>
    <w:p w:rsidR="00394C33" w:rsidRPr="00765081" w:rsidRDefault="00394C33" w:rsidP="00394C33">
      <w:pPr>
        <w:spacing w:after="0" w:line="240" w:lineRule="auto"/>
        <w:jc w:val="both"/>
        <w:rPr>
          <w:rFonts w:ascii="Times New Roman" w:hAnsi="Times New Roman" w:cs="Times New Roman"/>
          <w:b/>
          <w:sz w:val="24"/>
          <w:szCs w:val="24"/>
        </w:rPr>
      </w:pPr>
      <w:r w:rsidRPr="00765081">
        <w:rPr>
          <w:rFonts w:ascii="Times New Roman" w:eastAsia="Times New Roman" w:hAnsi="Times New Roman" w:cs="Times New Roman"/>
          <w:b/>
          <w:bCs/>
          <w:sz w:val="24"/>
          <w:szCs w:val="24"/>
        </w:rPr>
        <w:t xml:space="preserve">Задание 1.  </w:t>
      </w:r>
      <w:r w:rsidRPr="00765081">
        <w:rPr>
          <w:rFonts w:ascii="Times New Roman" w:hAnsi="Times New Roman" w:cs="Times New Roman"/>
          <w:b/>
          <w:sz w:val="24"/>
          <w:szCs w:val="24"/>
        </w:rPr>
        <w:t>Отметьте правильный ответ группы слов, в которых все согласные звуки твёрдые.</w:t>
      </w:r>
    </w:p>
    <w:p w:rsidR="00394C33" w:rsidRPr="00765081" w:rsidRDefault="007B5670" w:rsidP="00394C33">
      <w:pPr>
        <w:spacing w:after="0" w:line="240" w:lineRule="auto"/>
        <w:jc w:val="both"/>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605" o:spid="_x0000_s1064" style="position:absolute;left:0;text-align:left;margin-left:-4.5pt;margin-top:3pt;width:16.5pt;height:15pt;flip:y;z-index:251840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">
            <w10:wrap anchorx="margin"/>
          </v:rect>
        </w:pict>
      </w:r>
      <w:r w:rsidR="00394C33" w:rsidRPr="00765081">
        <w:rPr>
          <w:rFonts w:ascii="Times New Roman" w:hAnsi="Times New Roman" w:cs="Times New Roman"/>
          <w:sz w:val="24"/>
          <w:szCs w:val="24"/>
        </w:rPr>
        <w:t>1)   суша, гнезда, корм</w:t>
      </w:r>
    </w:p>
    <w:p w:rsidR="00394C33" w:rsidRPr="00765081" w:rsidRDefault="007B5670" w:rsidP="00394C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39604" o:spid="_x0000_s1063" style="position:absolute;left:0;text-align:left;margin-left:-4.5pt;margin-top:1.9pt;width:16.5pt;height:15pt;flip:y;z-index:2518476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q0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">
            <w10:wrap anchorx="margin"/>
          </v:rect>
        </w:pict>
      </w:r>
      <w:r w:rsidR="00394C33" w:rsidRPr="00765081">
        <w:rPr>
          <w:rFonts w:ascii="Times New Roman" w:hAnsi="Times New Roman" w:cs="Times New Roman"/>
          <w:sz w:val="24"/>
          <w:szCs w:val="24"/>
        </w:rPr>
        <w:t>⁭    море, яйцо, самец</w:t>
      </w:r>
    </w:p>
    <w:p w:rsidR="00394C33" w:rsidRPr="00765081" w:rsidRDefault="007B5670" w:rsidP="00394C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39603" o:spid="_x0000_s1062" style="position:absolute;left:0;text-align:left;margin-left:-4.5pt;margin-top:.8pt;width:16.5pt;height:15pt;flip:y;z-index:251848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">
            <w10:wrap anchorx="margin"/>
          </v:rect>
        </w:pict>
      </w:r>
      <w:r w:rsidR="00394C33" w:rsidRPr="00765081">
        <w:rPr>
          <w:rFonts w:ascii="Times New Roman" w:hAnsi="Times New Roman" w:cs="Times New Roman"/>
          <w:sz w:val="24"/>
          <w:szCs w:val="24"/>
        </w:rPr>
        <w:t>⁭    брюхо, жизнь, птенец</w:t>
      </w:r>
    </w:p>
    <w:p w:rsidR="00394C33" w:rsidRPr="00765081" w:rsidRDefault="007B5670" w:rsidP="00394C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39602" o:spid="_x0000_s1061" style="position:absolute;left:0;text-align:left;margin-left:-4.5pt;margin-top:-.3pt;width:16.5pt;height:15pt;flip:y;z-index:251849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po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">
            <w10:wrap anchorx="margin"/>
          </v:rect>
        </w:pict>
      </w:r>
      <w:r w:rsidR="00394C33" w:rsidRPr="00765081">
        <w:rPr>
          <w:rFonts w:ascii="Times New Roman" w:hAnsi="Times New Roman" w:cs="Times New Roman"/>
          <w:sz w:val="24"/>
          <w:szCs w:val="24"/>
        </w:rPr>
        <w:t>⁭    самка, лапа, кожа</w:t>
      </w:r>
    </w:p>
    <w:p w:rsidR="00394C33" w:rsidRPr="00765081" w:rsidRDefault="00394C33" w:rsidP="00394C33">
      <w:pPr>
        <w:spacing w:after="0"/>
        <w:jc w:val="both"/>
        <w:rPr>
          <w:rFonts w:ascii="Times New Roman" w:hAnsi="Times New Roman" w:cs="Times New Roman"/>
          <w:sz w:val="24"/>
          <w:szCs w:val="24"/>
        </w:rPr>
      </w:pPr>
    </w:p>
    <w:p w:rsidR="00394C33" w:rsidRPr="00765081" w:rsidRDefault="00394C33" w:rsidP="00394C33">
      <w:pPr>
        <w:spacing w:after="0" w:line="240" w:lineRule="auto"/>
        <w:rPr>
          <w:rFonts w:ascii="Times New Roman" w:eastAsia="Times New Roman" w:hAnsi="Times New Roman" w:cs="Times New Roman"/>
          <w:b/>
          <w:bCs/>
          <w:sz w:val="24"/>
          <w:szCs w:val="24"/>
        </w:rPr>
      </w:pPr>
      <w:r w:rsidRPr="00765081">
        <w:rPr>
          <w:rFonts w:ascii="Times New Roman" w:eastAsia="Times New Roman" w:hAnsi="Times New Roman" w:cs="Times New Roman"/>
          <w:b/>
          <w:bCs/>
          <w:sz w:val="24"/>
          <w:szCs w:val="24"/>
        </w:rPr>
        <w:t xml:space="preserve">Задание 2.  </w:t>
      </w:r>
      <w:r w:rsidRPr="00765081">
        <w:rPr>
          <w:rFonts w:ascii="Times New Roman" w:eastAsia="Times New Roman" w:hAnsi="Times New Roman" w:cs="Times New Roman"/>
          <w:b/>
          <w:sz w:val="24"/>
          <w:szCs w:val="24"/>
        </w:rPr>
        <w:t>Укажите количество букв и звуков.</w:t>
      </w:r>
    </w:p>
    <w:p w:rsidR="00394C33" w:rsidRPr="00765081" w:rsidRDefault="00394C33" w:rsidP="00394C33">
      <w:pPr>
        <w:spacing w:after="0" w:line="240" w:lineRule="auto"/>
        <w:rPr>
          <w:rFonts w:ascii="Times New Roman" w:eastAsia="Times New Roman" w:hAnsi="Times New Roman" w:cs="Times New Roman"/>
          <w:sz w:val="24"/>
          <w:szCs w:val="24"/>
        </w:rPr>
      </w:pPr>
      <w:r w:rsidRPr="00765081">
        <w:rPr>
          <w:rFonts w:ascii="Times New Roman" w:hAnsi="Times New Roman" w:cs="Times New Roman"/>
          <w:b/>
          <w:iCs/>
          <w:sz w:val="24"/>
          <w:szCs w:val="24"/>
        </w:rPr>
        <w:t>яйцо</w:t>
      </w:r>
      <w:r w:rsidRPr="00765081">
        <w:rPr>
          <w:rFonts w:ascii="Times New Roman" w:eastAsia="Times New Roman" w:hAnsi="Times New Roman" w:cs="Times New Roman"/>
          <w:sz w:val="24"/>
          <w:szCs w:val="24"/>
        </w:rPr>
        <w:t>_____ букв, _____ звуков</w:t>
      </w:r>
    </w:p>
    <w:p w:rsidR="00394C33" w:rsidRPr="00765081" w:rsidRDefault="00394C33" w:rsidP="00394C33">
      <w:pPr>
        <w:spacing w:after="0" w:line="240" w:lineRule="auto"/>
        <w:rPr>
          <w:rFonts w:ascii="Times New Roman" w:eastAsia="Times New Roman" w:hAnsi="Times New Roman" w:cs="Times New Roman"/>
          <w:sz w:val="24"/>
          <w:szCs w:val="24"/>
        </w:rPr>
      </w:pPr>
      <w:proofErr w:type="spellStart"/>
      <w:r w:rsidRPr="00765081">
        <w:rPr>
          <w:rFonts w:ascii="Times New Roman" w:hAnsi="Times New Roman" w:cs="Times New Roman"/>
          <w:b/>
          <w:iCs/>
          <w:sz w:val="24"/>
          <w:szCs w:val="24"/>
        </w:rPr>
        <w:t>теряя</w:t>
      </w:r>
      <w:r w:rsidRPr="00765081">
        <w:rPr>
          <w:rFonts w:ascii="Times New Roman" w:hAnsi="Times New Roman" w:cs="Times New Roman"/>
          <w:iCs/>
          <w:sz w:val="24"/>
          <w:szCs w:val="24"/>
        </w:rPr>
        <w:t>_____</w:t>
      </w:r>
      <w:r w:rsidRPr="00765081">
        <w:rPr>
          <w:rFonts w:ascii="Times New Roman" w:eastAsia="Times New Roman" w:hAnsi="Times New Roman" w:cs="Times New Roman"/>
          <w:sz w:val="24"/>
          <w:szCs w:val="24"/>
        </w:rPr>
        <w:t>букв</w:t>
      </w:r>
      <w:proofErr w:type="spellEnd"/>
      <w:r w:rsidRPr="00765081">
        <w:rPr>
          <w:rFonts w:ascii="Times New Roman" w:eastAsia="Times New Roman" w:hAnsi="Times New Roman" w:cs="Times New Roman"/>
          <w:sz w:val="24"/>
          <w:szCs w:val="24"/>
        </w:rPr>
        <w:t>, ______ звуков</w:t>
      </w:r>
    </w:p>
    <w:p w:rsidR="00394C33" w:rsidRPr="00765081" w:rsidRDefault="00394C33" w:rsidP="00394C33">
      <w:pPr>
        <w:spacing w:after="0" w:line="240" w:lineRule="auto"/>
        <w:rPr>
          <w:rFonts w:ascii="Times New Roman" w:eastAsia="Times New Roman" w:hAnsi="Times New Roman" w:cs="Times New Roman"/>
          <w:sz w:val="24"/>
          <w:szCs w:val="24"/>
        </w:rPr>
      </w:pPr>
      <w:r w:rsidRPr="00765081">
        <w:rPr>
          <w:rFonts w:ascii="Times New Roman" w:hAnsi="Times New Roman" w:cs="Times New Roman"/>
          <w:b/>
          <w:iCs/>
          <w:sz w:val="24"/>
          <w:szCs w:val="24"/>
        </w:rPr>
        <w:t>линька</w:t>
      </w:r>
      <w:r w:rsidRPr="00765081">
        <w:rPr>
          <w:rFonts w:ascii="Times New Roman" w:eastAsia="Times New Roman" w:hAnsi="Times New Roman" w:cs="Times New Roman"/>
          <w:sz w:val="24"/>
          <w:szCs w:val="24"/>
        </w:rPr>
        <w:t xml:space="preserve">_____   букв, ____ звуков </w:t>
      </w:r>
    </w:p>
    <w:p w:rsidR="00394C33" w:rsidRPr="00765081" w:rsidRDefault="00394C33" w:rsidP="00394C33">
      <w:pPr>
        <w:pStyle w:val="afff8"/>
        <w:ind w:right="-1"/>
        <w:jc w:val="both"/>
        <w:rPr>
          <w:i/>
          <w:sz w:val="24"/>
          <w:szCs w:val="24"/>
        </w:rPr>
      </w:pPr>
    </w:p>
    <w:p w:rsidR="00394C33" w:rsidRPr="00765081" w:rsidRDefault="00394C33" w:rsidP="00394C33">
      <w:pPr>
        <w:spacing w:after="0" w:line="240" w:lineRule="auto"/>
        <w:rPr>
          <w:rFonts w:ascii="Times New Roman" w:hAnsi="Times New Roman" w:cs="Times New Roman"/>
          <w:b/>
          <w:sz w:val="24"/>
          <w:szCs w:val="24"/>
        </w:rPr>
      </w:pPr>
      <w:r w:rsidRPr="00765081">
        <w:rPr>
          <w:rFonts w:ascii="Times New Roman" w:eastAsia="Times New Roman" w:hAnsi="Times New Roman" w:cs="Times New Roman"/>
          <w:b/>
          <w:bCs/>
          <w:sz w:val="24"/>
          <w:szCs w:val="24"/>
        </w:rPr>
        <w:t xml:space="preserve">Задание 3.  </w:t>
      </w:r>
      <w:r w:rsidRPr="00765081">
        <w:rPr>
          <w:rFonts w:ascii="Times New Roman" w:hAnsi="Times New Roman" w:cs="Times New Roman"/>
          <w:b/>
          <w:sz w:val="24"/>
          <w:szCs w:val="24"/>
        </w:rPr>
        <w:t xml:space="preserve">Отметьте правильный ответ. Буква </w:t>
      </w:r>
      <w:proofErr w:type="gramStart"/>
      <w:r w:rsidRPr="00765081">
        <w:rPr>
          <w:rFonts w:ascii="Times New Roman" w:hAnsi="Times New Roman" w:cs="Times New Roman"/>
          <w:b/>
          <w:sz w:val="24"/>
          <w:szCs w:val="24"/>
        </w:rPr>
        <w:t>–о</w:t>
      </w:r>
      <w:proofErr w:type="gramEnd"/>
      <w:r w:rsidRPr="00765081">
        <w:rPr>
          <w:rFonts w:ascii="Times New Roman" w:hAnsi="Times New Roman" w:cs="Times New Roman"/>
          <w:b/>
          <w:sz w:val="24"/>
          <w:szCs w:val="24"/>
        </w:rPr>
        <w:t xml:space="preserve">- пропущена в словах группы: </w:t>
      </w:r>
    </w:p>
    <w:p w:rsidR="00394C33" w:rsidRPr="00765081" w:rsidRDefault="007B5670" w:rsidP="00394C33">
      <w:pPr>
        <w:spacing w:after="0"/>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601" o:spid="_x0000_s1060" style="position:absolute;margin-left:296.25pt;margin-top:.65pt;width:16.5pt;height:15pt;flip:y;z-index:2518435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Lr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">
            <w10:wrap anchorx="margin"/>
          </v:rect>
        </w:pict>
      </w:r>
      <w:r w:rsidRPr="007B5670">
        <w:rPr>
          <w:rFonts w:ascii="Times New Roman" w:eastAsia="Times New Roman" w:hAnsi="Times New Roman" w:cs="Times New Roman"/>
          <w:noProof/>
          <w:sz w:val="24"/>
          <w:szCs w:val="24"/>
          <w:lang w:eastAsia="ru-RU"/>
        </w:rPr>
        <w:pict>
          <v:rect id="Прямоугольник 39600" o:spid="_x0000_s1059" style="position:absolute;margin-left:153.75pt;margin-top:.65pt;width:16.5pt;height:15pt;flip:y;z-index:251842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">
            <w10:wrap anchorx="margin"/>
          </v:rect>
        </w:pict>
      </w:r>
      <w:r w:rsidRPr="007B5670">
        <w:rPr>
          <w:rFonts w:ascii="Times New Roman" w:eastAsia="Times New Roman" w:hAnsi="Times New Roman" w:cs="Times New Roman"/>
          <w:noProof/>
          <w:sz w:val="24"/>
          <w:szCs w:val="24"/>
          <w:lang w:eastAsia="ru-RU"/>
        </w:rPr>
        <w:pict>
          <v:rect id="Прямоугольник 39599" o:spid="_x0000_s1058" style="position:absolute;margin-left:-27.75pt;margin-top:.65pt;width:16.5pt;height:15pt;flip:y;z-index:2518415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">
            <w10:wrap anchorx="margin"/>
          </v:rect>
        </w:pict>
      </w:r>
      <w:r w:rsidR="00394C33" w:rsidRPr="00765081">
        <w:rPr>
          <w:rFonts w:ascii="Times New Roman" w:hAnsi="Times New Roman" w:cs="Times New Roman"/>
          <w:sz w:val="24"/>
          <w:szCs w:val="24"/>
        </w:rPr>
        <w:t>1)д….</w:t>
      </w:r>
      <w:proofErr w:type="spellStart"/>
      <w:r w:rsidR="00394C33" w:rsidRPr="00765081">
        <w:rPr>
          <w:rFonts w:ascii="Times New Roman" w:hAnsi="Times New Roman" w:cs="Times New Roman"/>
          <w:sz w:val="24"/>
          <w:szCs w:val="24"/>
        </w:rPr>
        <w:t>лёких</w:t>
      </w:r>
      <w:proofErr w:type="spellEnd"/>
      <w:r w:rsidR="00394C33" w:rsidRPr="00765081">
        <w:rPr>
          <w:rFonts w:ascii="Times New Roman" w:hAnsi="Times New Roman" w:cs="Times New Roman"/>
          <w:sz w:val="24"/>
          <w:szCs w:val="24"/>
        </w:rPr>
        <w:t>, н…</w:t>
      </w:r>
      <w:proofErr w:type="spellStart"/>
      <w:r w:rsidR="00394C33" w:rsidRPr="00765081">
        <w:rPr>
          <w:rFonts w:ascii="Times New Roman" w:hAnsi="Times New Roman" w:cs="Times New Roman"/>
          <w:sz w:val="24"/>
          <w:szCs w:val="24"/>
        </w:rPr>
        <w:t>гами</w:t>
      </w:r>
      <w:proofErr w:type="spellEnd"/>
      <w:r w:rsidR="00394C33" w:rsidRPr="00765081">
        <w:rPr>
          <w:rFonts w:ascii="Times New Roman" w:hAnsi="Times New Roman" w:cs="Times New Roman"/>
          <w:sz w:val="24"/>
          <w:szCs w:val="24"/>
        </w:rPr>
        <w:t>;</w:t>
      </w:r>
      <w:r w:rsidR="00394C33" w:rsidRPr="00765081">
        <w:rPr>
          <w:rFonts w:ascii="Times New Roman" w:hAnsi="Times New Roman" w:cs="Times New Roman"/>
          <w:sz w:val="24"/>
          <w:szCs w:val="24"/>
        </w:rPr>
        <w:tab/>
      </w:r>
      <w:r w:rsidR="00394C33" w:rsidRPr="00765081">
        <w:rPr>
          <w:rFonts w:ascii="Times New Roman" w:hAnsi="Times New Roman" w:cs="Times New Roman"/>
          <w:sz w:val="24"/>
          <w:szCs w:val="24"/>
        </w:rPr>
        <w:tab/>
        <w:t>2)гол…</w:t>
      </w:r>
      <w:proofErr w:type="gramStart"/>
      <w:r w:rsidR="00394C33" w:rsidRPr="00765081">
        <w:rPr>
          <w:rFonts w:ascii="Times New Roman" w:hAnsi="Times New Roman" w:cs="Times New Roman"/>
          <w:sz w:val="24"/>
          <w:szCs w:val="24"/>
        </w:rPr>
        <w:t>с</w:t>
      </w:r>
      <w:proofErr w:type="gramEnd"/>
      <w:r w:rsidR="00394C33" w:rsidRPr="00765081">
        <w:rPr>
          <w:rFonts w:ascii="Times New Roman" w:hAnsi="Times New Roman" w:cs="Times New Roman"/>
          <w:sz w:val="24"/>
          <w:szCs w:val="24"/>
        </w:rPr>
        <w:t>, к…</w:t>
      </w:r>
      <w:proofErr w:type="spellStart"/>
      <w:r w:rsidR="00394C33" w:rsidRPr="00765081">
        <w:rPr>
          <w:rFonts w:ascii="Times New Roman" w:hAnsi="Times New Roman" w:cs="Times New Roman"/>
          <w:sz w:val="24"/>
          <w:szCs w:val="24"/>
        </w:rPr>
        <w:t>лонии</w:t>
      </w:r>
      <w:proofErr w:type="spellEnd"/>
      <w:r w:rsidR="00394C33" w:rsidRPr="00765081">
        <w:rPr>
          <w:rFonts w:ascii="Times New Roman" w:hAnsi="Times New Roman" w:cs="Times New Roman"/>
          <w:sz w:val="24"/>
          <w:szCs w:val="24"/>
        </w:rPr>
        <w:t>;</w:t>
      </w:r>
      <w:r w:rsidR="00394C33" w:rsidRPr="00765081">
        <w:rPr>
          <w:rFonts w:ascii="Times New Roman" w:hAnsi="Times New Roman" w:cs="Times New Roman"/>
          <w:sz w:val="24"/>
          <w:szCs w:val="24"/>
        </w:rPr>
        <w:tab/>
      </w:r>
      <w:r w:rsidR="00394C33" w:rsidRPr="00765081">
        <w:rPr>
          <w:rFonts w:ascii="Times New Roman" w:hAnsi="Times New Roman" w:cs="Times New Roman"/>
          <w:sz w:val="24"/>
          <w:szCs w:val="24"/>
        </w:rPr>
        <w:tab/>
        <w:t xml:space="preserve">3)в…да, </w:t>
      </w:r>
      <w:proofErr w:type="spellStart"/>
      <w:r w:rsidR="00394C33" w:rsidRPr="00765081">
        <w:rPr>
          <w:rFonts w:ascii="Times New Roman" w:hAnsi="Times New Roman" w:cs="Times New Roman"/>
          <w:sz w:val="24"/>
          <w:szCs w:val="24"/>
        </w:rPr>
        <w:t>кр</w:t>
      </w:r>
      <w:proofErr w:type="spellEnd"/>
      <w:r w:rsidR="00394C33" w:rsidRPr="00765081">
        <w:rPr>
          <w:rFonts w:ascii="Times New Roman" w:hAnsi="Times New Roman" w:cs="Times New Roman"/>
          <w:sz w:val="24"/>
          <w:szCs w:val="24"/>
        </w:rPr>
        <w:t>…..</w:t>
      </w:r>
      <w:proofErr w:type="spellStart"/>
      <w:r w:rsidR="00394C33" w:rsidRPr="00765081">
        <w:rPr>
          <w:rFonts w:ascii="Times New Roman" w:hAnsi="Times New Roman" w:cs="Times New Roman"/>
          <w:sz w:val="24"/>
          <w:szCs w:val="24"/>
        </w:rPr>
        <w:t>ях</w:t>
      </w:r>
      <w:proofErr w:type="spellEnd"/>
      <w:r w:rsidR="00394C33" w:rsidRPr="00765081">
        <w:rPr>
          <w:rFonts w:ascii="Times New Roman" w:hAnsi="Times New Roman" w:cs="Times New Roman"/>
          <w:sz w:val="24"/>
          <w:szCs w:val="24"/>
        </w:rPr>
        <w:t>;</w:t>
      </w:r>
    </w:p>
    <w:p w:rsidR="00394C33" w:rsidRPr="00765081" w:rsidRDefault="00394C33" w:rsidP="00394C33">
      <w:pPr>
        <w:spacing w:after="0" w:line="240" w:lineRule="auto"/>
        <w:jc w:val="both"/>
        <w:rPr>
          <w:rFonts w:ascii="Times New Roman" w:eastAsia="Times New Roman" w:hAnsi="Times New Roman" w:cs="Times New Roman"/>
          <w:b/>
          <w:sz w:val="24"/>
          <w:szCs w:val="24"/>
        </w:rPr>
      </w:pPr>
    </w:p>
    <w:p w:rsidR="00394C33" w:rsidRPr="00765081" w:rsidRDefault="00394C33" w:rsidP="00394C33">
      <w:pPr>
        <w:spacing w:after="0" w:line="240" w:lineRule="auto"/>
        <w:jc w:val="both"/>
        <w:rPr>
          <w:rFonts w:ascii="Times New Roman" w:eastAsia="Times New Roman" w:hAnsi="Times New Roman" w:cs="Times New Roman"/>
          <w:sz w:val="24"/>
          <w:szCs w:val="24"/>
        </w:rPr>
      </w:pPr>
      <w:r w:rsidRPr="00765081">
        <w:rPr>
          <w:rFonts w:ascii="Times New Roman" w:eastAsia="Times New Roman" w:hAnsi="Times New Roman" w:cs="Times New Roman"/>
          <w:b/>
          <w:sz w:val="24"/>
          <w:szCs w:val="24"/>
        </w:rPr>
        <w:t>Задание 4. Отметьте слово, имеющее следующий состав:</w:t>
      </w:r>
    </w:p>
    <w:p w:rsidR="00394C33" w:rsidRPr="00765081" w:rsidRDefault="00394C33" w:rsidP="00394C33">
      <w:pPr>
        <w:spacing w:after="0" w:line="360" w:lineRule="auto"/>
        <w:ind w:firstLine="709"/>
        <w:jc w:val="both"/>
        <w:rPr>
          <w:rFonts w:ascii="Times New Roman" w:eastAsia="Times New Roman" w:hAnsi="Times New Roman" w:cs="Times New Roman"/>
          <w:sz w:val="24"/>
          <w:szCs w:val="24"/>
        </w:rPr>
      </w:pPr>
      <w:r w:rsidRPr="00765081">
        <w:rPr>
          <w:rFonts w:ascii="Times New Roman" w:eastAsia="Times New Roman" w:hAnsi="Times New Roman" w:cs="Times New Roman"/>
          <w:sz w:val="24"/>
          <w:szCs w:val="24"/>
          <w:bdr w:val="single" w:sz="4" w:space="0" w:color="auto" w:frame="1"/>
        </w:rPr>
        <w:t xml:space="preserve"> корень </w:t>
      </w:r>
      <w:r w:rsidRPr="00765081">
        <w:rPr>
          <w:rFonts w:ascii="Times New Roman" w:eastAsia="Times New Roman" w:hAnsi="Times New Roman" w:cs="Times New Roman"/>
          <w:sz w:val="24"/>
          <w:szCs w:val="24"/>
        </w:rPr>
        <w:t xml:space="preserve">-   </w:t>
      </w:r>
      <w:r w:rsidRPr="00765081">
        <w:rPr>
          <w:rFonts w:ascii="Times New Roman" w:eastAsia="Times New Roman" w:hAnsi="Times New Roman" w:cs="Times New Roman"/>
          <w:sz w:val="24"/>
          <w:szCs w:val="24"/>
          <w:bdr w:val="single" w:sz="4" w:space="0" w:color="auto" w:frame="1"/>
        </w:rPr>
        <w:t>суффикс</w:t>
      </w:r>
      <w:r w:rsidRPr="00765081">
        <w:rPr>
          <w:rFonts w:ascii="Times New Roman" w:eastAsia="Times New Roman" w:hAnsi="Times New Roman" w:cs="Times New Roman"/>
          <w:sz w:val="24"/>
          <w:szCs w:val="24"/>
        </w:rPr>
        <w:t>-</w:t>
      </w:r>
      <w:r w:rsidRPr="00765081">
        <w:rPr>
          <w:rFonts w:ascii="Times New Roman" w:eastAsia="Times New Roman" w:hAnsi="Times New Roman" w:cs="Times New Roman"/>
          <w:sz w:val="24"/>
          <w:szCs w:val="24"/>
          <w:bdr w:val="single" w:sz="4" w:space="0" w:color="auto" w:frame="1"/>
        </w:rPr>
        <w:t>окончание</w:t>
      </w:r>
    </w:p>
    <w:p w:rsidR="00394C33" w:rsidRPr="00765081" w:rsidRDefault="007B5670" w:rsidP="00394C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98" o:spid="_x0000_s1057" style="position:absolute;left:0;text-align:left;margin-left:45.75pt;margin-top:.7pt;width:16.5pt;height:15pt;flip:y;z-index:251844608;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">
            <w10:wrap anchorx="margin"/>
          </v:rect>
        </w:pict>
      </w:r>
      <w:r w:rsidR="00394C33" w:rsidRPr="00765081">
        <w:rPr>
          <w:rFonts w:ascii="Times New Roman" w:eastAsia="Times New Roman" w:hAnsi="Times New Roman" w:cs="Times New Roman"/>
          <w:sz w:val="24"/>
          <w:szCs w:val="24"/>
        </w:rPr>
        <w:t xml:space="preserve">1) шажки;  </w:t>
      </w:r>
    </w:p>
    <w:p w:rsidR="00394C33" w:rsidRPr="00765081" w:rsidRDefault="007B5670" w:rsidP="00394C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97" o:spid="_x0000_s1056" style="position:absolute;left:0;text-align:left;margin-left:45.75pt;margin-top:1.9pt;width:16.5pt;height:15pt;flip:y;z-index:251845632;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">
            <w10:wrap anchorx="margin"/>
          </v:rect>
        </w:pict>
      </w:r>
      <w:r w:rsidR="00394C33" w:rsidRPr="00765081">
        <w:rPr>
          <w:rFonts w:ascii="Times New Roman" w:eastAsia="Times New Roman" w:hAnsi="Times New Roman" w:cs="Times New Roman"/>
          <w:sz w:val="24"/>
          <w:szCs w:val="24"/>
        </w:rPr>
        <w:t>2) стая;</w:t>
      </w:r>
    </w:p>
    <w:p w:rsidR="00394C33" w:rsidRPr="00765081" w:rsidRDefault="007B5670" w:rsidP="00394C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96" o:spid="_x0000_s1055" style="position:absolute;left:0;text-align:left;margin-left:45.75pt;margin-top:3.1pt;width:16.5pt;height:15pt;flip:y;z-index:251846656;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">
            <w10:wrap anchorx="margin"/>
          </v:rect>
        </w:pict>
      </w:r>
      <w:r w:rsidR="00394C33" w:rsidRPr="00765081">
        <w:rPr>
          <w:rFonts w:ascii="Times New Roman" w:eastAsia="Times New Roman" w:hAnsi="Times New Roman" w:cs="Times New Roman"/>
          <w:sz w:val="24"/>
          <w:szCs w:val="24"/>
        </w:rPr>
        <w:t>3)выходить;</w:t>
      </w:r>
    </w:p>
    <w:p w:rsidR="00394C33" w:rsidRPr="00765081" w:rsidRDefault="00394C33" w:rsidP="00394C33">
      <w:pPr>
        <w:spacing w:after="0" w:line="240" w:lineRule="auto"/>
        <w:jc w:val="both"/>
        <w:rPr>
          <w:rFonts w:ascii="Times New Roman" w:hAnsi="Times New Roman" w:cs="Times New Roman"/>
          <w:sz w:val="24"/>
          <w:szCs w:val="24"/>
        </w:rPr>
      </w:pPr>
    </w:p>
    <w:p w:rsidR="00394C33" w:rsidRPr="00765081" w:rsidRDefault="00394C33" w:rsidP="00394C33">
      <w:pPr>
        <w:pStyle w:val="af6"/>
        <w:rPr>
          <w:rFonts w:ascii="Times New Roman" w:hAnsi="Times New Roman" w:cs="Times New Roman"/>
          <w:b/>
          <w:sz w:val="24"/>
          <w:szCs w:val="24"/>
          <w:lang w:eastAsia="ru-RU"/>
        </w:rPr>
      </w:pPr>
      <w:r w:rsidRPr="00765081">
        <w:rPr>
          <w:rFonts w:ascii="Times New Roman" w:hAnsi="Times New Roman" w:cs="Times New Roman"/>
          <w:b/>
          <w:sz w:val="24"/>
          <w:szCs w:val="24"/>
          <w:lang w:eastAsia="ru-RU"/>
        </w:rPr>
        <w:t>Задание 5.Заполните таблицу, указав те признаки прилагательных, которые ты изучил (род, падеж, число):</w:t>
      </w:r>
    </w:p>
    <w:tbl>
      <w:tblPr>
        <w:tblW w:w="97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1701"/>
        <w:gridCol w:w="1418"/>
        <w:gridCol w:w="1843"/>
      </w:tblGrid>
      <w:tr w:rsidR="00394C33" w:rsidRPr="00765081" w:rsidTr="00394C33">
        <w:trPr>
          <w:trHeight w:val="325"/>
        </w:trPr>
        <w:tc>
          <w:tcPr>
            <w:tcW w:w="4810"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Имя прилагательное</w:t>
            </w:r>
          </w:p>
          <w:p w:rsidR="00394C33" w:rsidRPr="00765081" w:rsidRDefault="00394C33" w:rsidP="00394C33">
            <w:pPr>
              <w:pStyle w:val="af6"/>
              <w:jc w:val="center"/>
              <w:rPr>
                <w:rFonts w:ascii="Times New Roman" w:hAnsi="Times New Roman" w:cs="Times New Roman"/>
                <w:sz w:val="24"/>
                <w:szCs w:val="24"/>
              </w:rPr>
            </w:pPr>
            <w:r w:rsidRPr="00765081">
              <w:rPr>
                <w:rFonts w:ascii="Times New Roman" w:hAnsi="Times New Roman" w:cs="Times New Roman"/>
                <w:b/>
                <w:sz w:val="24"/>
                <w:szCs w:val="24"/>
                <w:lang w:eastAsia="ru-RU"/>
              </w:rPr>
              <w:t>(вместе с существительным).</w:t>
            </w:r>
          </w:p>
        </w:tc>
        <w:tc>
          <w:tcPr>
            <w:tcW w:w="1701"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Род</w:t>
            </w:r>
          </w:p>
        </w:tc>
        <w:tc>
          <w:tcPr>
            <w:tcW w:w="1418"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Падеж</w:t>
            </w:r>
          </w:p>
        </w:tc>
        <w:tc>
          <w:tcPr>
            <w:tcW w:w="1843"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Число</w:t>
            </w:r>
          </w:p>
        </w:tc>
      </w:tr>
      <w:tr w:rsidR="00394C33" w:rsidRPr="00765081" w:rsidTr="00394C33">
        <w:trPr>
          <w:trHeight w:val="366"/>
        </w:trPr>
        <w:tc>
          <w:tcPr>
            <w:tcW w:w="481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lastRenderedPageBreak/>
              <w:t>В водной  (стихии)</w:t>
            </w:r>
          </w:p>
        </w:tc>
        <w:tc>
          <w:tcPr>
            <w:tcW w:w="1701"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r>
      <w:tr w:rsidR="00394C33" w:rsidRPr="00765081" w:rsidTr="00394C33">
        <w:trPr>
          <w:trHeight w:val="374"/>
        </w:trPr>
        <w:tc>
          <w:tcPr>
            <w:tcW w:w="481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Арктического (лета)</w:t>
            </w:r>
          </w:p>
        </w:tc>
        <w:tc>
          <w:tcPr>
            <w:tcW w:w="1701"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r>
      <w:tr w:rsidR="00394C33" w:rsidRPr="00765081" w:rsidTr="00394C33">
        <w:trPr>
          <w:trHeight w:val="374"/>
        </w:trPr>
        <w:tc>
          <w:tcPr>
            <w:tcW w:w="481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У крупных  (пингвинов)</w:t>
            </w:r>
          </w:p>
        </w:tc>
        <w:tc>
          <w:tcPr>
            <w:tcW w:w="1701"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sz w:val="24"/>
                <w:szCs w:val="24"/>
              </w:rPr>
            </w:pPr>
          </w:p>
        </w:tc>
      </w:tr>
    </w:tbl>
    <w:p w:rsidR="00394C33" w:rsidRPr="00765081" w:rsidRDefault="00394C33" w:rsidP="00394C33">
      <w:pPr>
        <w:spacing w:after="0" w:line="240" w:lineRule="auto"/>
        <w:ind w:left="708" w:right="257" w:hanging="541"/>
        <w:jc w:val="both"/>
        <w:rPr>
          <w:rFonts w:ascii="Times New Roman" w:eastAsia="Times New Roman" w:hAnsi="Times New Roman" w:cs="Times New Roman"/>
          <w:b/>
          <w:sz w:val="24"/>
          <w:szCs w:val="24"/>
        </w:rPr>
      </w:pPr>
    </w:p>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b/>
          <w:i/>
          <w:sz w:val="24"/>
          <w:szCs w:val="24"/>
          <w:u w:val="single"/>
        </w:rPr>
        <w:t>Математика</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eastAsia="Times New Roman" w:hAnsi="Times New Roman" w:cs="Times New Roman"/>
          <w:b/>
          <w:bCs/>
          <w:sz w:val="24"/>
          <w:szCs w:val="24"/>
        </w:rPr>
        <w:t xml:space="preserve">Задание 1.  </w:t>
      </w:r>
      <w:r w:rsidRPr="00765081">
        <w:rPr>
          <w:rFonts w:ascii="Times New Roman" w:hAnsi="Times New Roman" w:cs="Times New Roman"/>
          <w:b/>
          <w:sz w:val="24"/>
          <w:szCs w:val="24"/>
        </w:rPr>
        <w:t xml:space="preserve">Решите задачу. </w:t>
      </w:r>
    </w:p>
    <w:p w:rsidR="00394C33" w:rsidRPr="00765081" w:rsidRDefault="00394C33" w:rsidP="00394C33">
      <w:pPr>
        <w:pStyle w:val="Default"/>
      </w:pPr>
      <w:r w:rsidRPr="00765081">
        <w:t xml:space="preserve">Скорость императорского пингвина по воде 20 км/ч, а скорость белухи 45 км/ч. Кто быстрее и </w:t>
      </w:r>
      <w:proofErr w:type="gramStart"/>
      <w:r w:rsidRPr="00765081">
        <w:t>на сколько</w:t>
      </w:r>
      <w:proofErr w:type="gramEnd"/>
      <w:r w:rsidRPr="00765081">
        <w:t xml:space="preserve"> доплывет до айсберга, если расстояние от берега до айсберга 180 км? </w:t>
      </w:r>
    </w:p>
    <w:p w:rsidR="00394C33" w:rsidRPr="00765081" w:rsidRDefault="00394C33" w:rsidP="00394C33">
      <w:pPr>
        <w:pStyle w:val="af6"/>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Отметьте правильное решение задачи:</w:t>
      </w:r>
    </w:p>
    <w:p w:rsidR="00394C33" w:rsidRPr="00765081" w:rsidRDefault="007B5670" w:rsidP="00394C33">
      <w:pPr>
        <w:pStyle w:val="af6"/>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95" o:spid="_x0000_s1054" style="position:absolute;margin-left:-22.8pt;margin-top:1.8pt;width:16.5pt;height:15pt;flip:y;z-index:251850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">
            <w10:wrap anchorx="margin"/>
          </v:rect>
        </w:pict>
      </w:r>
      <w:r w:rsidR="00394C33" w:rsidRPr="00765081">
        <w:rPr>
          <w:rFonts w:ascii="Times New Roman" w:hAnsi="Times New Roman" w:cs="Times New Roman"/>
          <w:sz w:val="24"/>
          <w:szCs w:val="24"/>
        </w:rPr>
        <w:t xml:space="preserve">  1)   180: 20 + 180:45  = 13  (ч) </w:t>
      </w:r>
    </w:p>
    <w:p w:rsidR="00394C33" w:rsidRPr="00765081" w:rsidRDefault="007B5670" w:rsidP="00394C33">
      <w:pPr>
        <w:pStyle w:val="Default"/>
      </w:pPr>
      <w:r>
        <w:rPr>
          <w:noProof/>
        </w:rPr>
        <w:pict>
          <v:rect id="Прямоугольник 39594" o:spid="_x0000_s1053" style="position:absolute;margin-left:-22.8pt;margin-top:3pt;width:16.5pt;height:15pt;flip:y;z-index:2518517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wdUAIAAF4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">
            <w10:wrap anchorx="margin"/>
          </v:rect>
        </w:pict>
      </w:r>
      <w:r w:rsidR="00394C33" w:rsidRPr="00765081">
        <w:rPr>
          <w:color w:val="auto"/>
        </w:rPr>
        <w:t xml:space="preserve">  2)  </w:t>
      </w:r>
      <w:r w:rsidR="00394C33" w:rsidRPr="00765081">
        <w:t>180: 20 -180:45  = 5   (ч)</w:t>
      </w:r>
    </w:p>
    <w:p w:rsidR="00394C33" w:rsidRPr="00765081" w:rsidRDefault="007B5670" w:rsidP="00394C33">
      <w:pPr>
        <w:pStyle w:val="Default"/>
      </w:pPr>
      <w:r>
        <w:rPr>
          <w:noProof/>
        </w:rPr>
        <w:pict>
          <v:rect id="Прямоугольник 39593" o:spid="_x0000_s1052" style="position:absolute;margin-left:-22.8pt;margin-top:4.2pt;width:16.5pt;height:15pt;flip:y;z-index:2518528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">
            <w10:wrap anchorx="margin"/>
          </v:rect>
        </w:pict>
      </w:r>
      <w:r w:rsidR="00394C33" w:rsidRPr="00765081">
        <w:t xml:space="preserve"> 3)   180: 20 + 180:45  = 13  (км/ч)</w:t>
      </w:r>
    </w:p>
    <w:p w:rsidR="00394C33" w:rsidRPr="00765081" w:rsidRDefault="00394C33" w:rsidP="00394C33">
      <w:pPr>
        <w:pStyle w:val="Default"/>
      </w:pPr>
    </w:p>
    <w:p w:rsidR="00394C33" w:rsidRPr="00765081" w:rsidRDefault="00394C33" w:rsidP="00394C33">
      <w:pPr>
        <w:spacing w:after="0" w:line="240" w:lineRule="auto"/>
        <w:rPr>
          <w:rFonts w:ascii="Times New Roman" w:hAnsi="Times New Roman" w:cs="Times New Roman"/>
          <w:b/>
          <w:sz w:val="24"/>
          <w:szCs w:val="24"/>
        </w:rPr>
      </w:pPr>
      <w:r w:rsidRPr="00765081">
        <w:rPr>
          <w:rFonts w:ascii="Times New Roman" w:eastAsia="Times New Roman" w:hAnsi="Times New Roman" w:cs="Times New Roman"/>
          <w:b/>
          <w:bCs/>
          <w:sz w:val="24"/>
          <w:szCs w:val="24"/>
        </w:rPr>
        <w:t xml:space="preserve">Задание 2.  </w:t>
      </w:r>
      <w:r w:rsidRPr="00765081">
        <w:rPr>
          <w:rFonts w:ascii="Times New Roman" w:hAnsi="Times New Roman" w:cs="Times New Roman"/>
          <w:b/>
          <w:sz w:val="24"/>
          <w:szCs w:val="24"/>
        </w:rPr>
        <w:t>Укажите, какая запись соответствует числу 3 400 020?</w:t>
      </w:r>
    </w:p>
    <w:p w:rsidR="00394C33" w:rsidRPr="00765081" w:rsidRDefault="00394C33" w:rsidP="00394C33">
      <w:pPr>
        <w:pStyle w:val="af6"/>
        <w:rPr>
          <w:rFonts w:ascii="Times New Roman" w:eastAsia="Times New Roman" w:hAnsi="Times New Roman" w:cs="Times New Roman"/>
          <w:b/>
          <w:sz w:val="24"/>
          <w:szCs w:val="24"/>
          <w:lang w:eastAsia="ru-RU"/>
        </w:rPr>
      </w:pPr>
      <w:r w:rsidRPr="00765081">
        <w:rPr>
          <w:rFonts w:ascii="Times New Roman" w:eastAsia="Times New Roman" w:hAnsi="Times New Roman" w:cs="Times New Roman"/>
          <w:b/>
          <w:sz w:val="24"/>
          <w:szCs w:val="24"/>
          <w:lang w:eastAsia="ru-RU"/>
        </w:rPr>
        <w:t xml:space="preserve">                    Отметьте правильное решение задачи:</w:t>
      </w:r>
    </w:p>
    <w:p w:rsidR="00394C33" w:rsidRPr="00765081" w:rsidRDefault="007B5670" w:rsidP="00394C33">
      <w:pPr>
        <w:tabs>
          <w:tab w:val="left" w:pos="540"/>
        </w:tabs>
        <w:spacing w:after="0" w:line="240" w:lineRule="auto"/>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92" o:spid="_x0000_s1051" style="position:absolute;margin-left:0;margin-top:1.5pt;width:15.75pt;height:14.25pt;flip:y;z-index:2518538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">
            <w10:wrap anchorx="margin"/>
          </v:rect>
        </w:pict>
      </w:r>
      <w:r w:rsidR="00394C33" w:rsidRPr="00765081">
        <w:rPr>
          <w:rFonts w:ascii="Times New Roman" w:hAnsi="Times New Roman" w:cs="Times New Roman"/>
          <w:sz w:val="24"/>
          <w:szCs w:val="24"/>
        </w:rPr>
        <w:t xml:space="preserve">        три миллиона сорок тысяч двадцать; </w:t>
      </w:r>
    </w:p>
    <w:p w:rsidR="00394C33" w:rsidRPr="00765081" w:rsidRDefault="007B5670" w:rsidP="00394C33">
      <w:pPr>
        <w:tabs>
          <w:tab w:val="left" w:pos="540"/>
        </w:tabs>
        <w:spacing w:after="0" w:line="240" w:lineRule="auto"/>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91" o:spid="_x0000_s1050" style="position:absolute;margin-left:0;margin-top:.85pt;width:15pt;height:14.25pt;flip:y;z-index:2518548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">
            <w10:wrap anchorx="margin"/>
          </v:rect>
        </w:pict>
      </w:r>
      <w:r w:rsidR="00394C33" w:rsidRPr="00765081">
        <w:rPr>
          <w:rFonts w:ascii="Times New Roman" w:hAnsi="Times New Roman" w:cs="Times New Roman"/>
          <w:sz w:val="24"/>
          <w:szCs w:val="24"/>
        </w:rPr>
        <w:t xml:space="preserve">        тридцать четыре тысячи двадцать;</w:t>
      </w:r>
    </w:p>
    <w:p w:rsidR="00394C33" w:rsidRPr="00765081" w:rsidRDefault="007B5670" w:rsidP="00394C33">
      <w:pPr>
        <w:tabs>
          <w:tab w:val="left" w:pos="540"/>
        </w:tabs>
        <w:spacing w:after="0" w:line="240" w:lineRule="auto"/>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90" o:spid="_x0000_s1049" style="position:absolute;margin-left:0;margin-top:1.25pt;width:15.75pt;height:15.75pt;flip:y;z-index:2518558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">
            <w10:wrap anchorx="margin"/>
          </v:rect>
        </w:pict>
      </w:r>
      <w:r w:rsidR="00394C33" w:rsidRPr="00765081">
        <w:rPr>
          <w:rFonts w:ascii="Times New Roman" w:hAnsi="Times New Roman" w:cs="Times New Roman"/>
          <w:sz w:val="24"/>
          <w:szCs w:val="24"/>
        </w:rPr>
        <w:t xml:space="preserve">        три миллиона четыреста тысяч двадцать;</w:t>
      </w:r>
    </w:p>
    <w:p w:rsidR="00394C33" w:rsidRPr="00765081" w:rsidRDefault="007B5670" w:rsidP="00394C33">
      <w:pPr>
        <w:tabs>
          <w:tab w:val="left" w:pos="540"/>
        </w:tabs>
        <w:spacing w:after="0" w:line="240" w:lineRule="auto"/>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89" o:spid="_x0000_s1048" style="position:absolute;margin-left:0;margin-top:.15pt;width:16.5pt;height:15pt;flip:y;z-index:2518568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">
            <w10:wrap anchorx="margin"/>
          </v:rect>
        </w:pict>
      </w:r>
      <w:r w:rsidR="00394C33" w:rsidRPr="00765081">
        <w:rPr>
          <w:rFonts w:ascii="Times New Roman" w:hAnsi="Times New Roman" w:cs="Times New Roman"/>
          <w:sz w:val="24"/>
          <w:szCs w:val="24"/>
        </w:rPr>
        <w:t xml:space="preserve">        три миллиона четыреста двадцать.</w:t>
      </w:r>
    </w:p>
    <w:p w:rsidR="00394C33" w:rsidRPr="00765081" w:rsidRDefault="00394C33" w:rsidP="00394C33">
      <w:pPr>
        <w:spacing w:after="0" w:line="240" w:lineRule="auto"/>
        <w:ind w:left="708" w:right="257" w:hanging="541"/>
        <w:jc w:val="both"/>
        <w:rPr>
          <w:rFonts w:ascii="Times New Roman" w:eastAsia="Times New Roman" w:hAnsi="Times New Roman" w:cs="Times New Roman"/>
          <w:b/>
          <w:sz w:val="24"/>
          <w:szCs w:val="24"/>
        </w:rPr>
      </w:pPr>
    </w:p>
    <w:p w:rsidR="00394C33" w:rsidRPr="00765081" w:rsidRDefault="00394C33" w:rsidP="00394C33">
      <w:pPr>
        <w:spacing w:after="0" w:line="240" w:lineRule="auto"/>
        <w:jc w:val="both"/>
        <w:rPr>
          <w:rFonts w:ascii="Times New Roman" w:hAnsi="Times New Roman" w:cs="Times New Roman"/>
          <w:b/>
          <w:sz w:val="24"/>
          <w:szCs w:val="24"/>
        </w:rPr>
      </w:pPr>
      <w:r w:rsidRPr="00765081">
        <w:rPr>
          <w:rFonts w:ascii="Times New Roman" w:hAnsi="Times New Roman" w:cs="Times New Roman"/>
          <w:b/>
          <w:sz w:val="24"/>
          <w:szCs w:val="24"/>
        </w:rPr>
        <w:t>Задание 3.  Изучи таблицу и заполни её в бланке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94C33" w:rsidRPr="00765081" w:rsidTr="00394C33">
        <w:tc>
          <w:tcPr>
            <w:tcW w:w="2392" w:type="dxa"/>
            <w:vMerge w:val="restart"/>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Название</w:t>
            </w:r>
          </w:p>
        </w:tc>
        <w:tc>
          <w:tcPr>
            <w:tcW w:w="7179" w:type="dxa"/>
            <w:gridSpan w:val="3"/>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Вес животного в (</w:t>
            </w:r>
            <w:proofErr w:type="gramStart"/>
            <w:r w:rsidRPr="00765081">
              <w:rPr>
                <w:rFonts w:ascii="Times New Roman" w:hAnsi="Times New Roman" w:cs="Times New Roman"/>
                <w:sz w:val="24"/>
                <w:szCs w:val="24"/>
              </w:rPr>
              <w:t>кг</w:t>
            </w:r>
            <w:proofErr w:type="gramEnd"/>
            <w:r w:rsidRPr="00765081">
              <w:rPr>
                <w:rFonts w:ascii="Times New Roman" w:hAnsi="Times New Roman" w:cs="Times New Roman"/>
                <w:sz w:val="24"/>
                <w:szCs w:val="24"/>
              </w:rPr>
              <w:t>)</w:t>
            </w:r>
          </w:p>
        </w:tc>
      </w:tr>
      <w:tr w:rsidR="00394C33" w:rsidRPr="00765081" w:rsidTr="00394C33">
        <w:tc>
          <w:tcPr>
            <w:tcW w:w="2392" w:type="dxa"/>
            <w:vMerge/>
            <w:vAlign w:val="center"/>
          </w:tcPr>
          <w:p w:rsidR="00394C33" w:rsidRPr="00765081" w:rsidRDefault="00394C33" w:rsidP="00394C33">
            <w:pPr>
              <w:spacing w:after="0" w:line="240" w:lineRule="auto"/>
              <w:jc w:val="center"/>
              <w:rPr>
                <w:rFonts w:ascii="Times New Roman" w:hAnsi="Times New Roman" w:cs="Times New Roman"/>
                <w:sz w:val="24"/>
                <w:szCs w:val="24"/>
              </w:rPr>
            </w:pP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1 животное</w:t>
            </w: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3 животных</w:t>
            </w: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5 животных</w:t>
            </w:r>
          </w:p>
        </w:tc>
      </w:tr>
      <w:tr w:rsidR="00394C33" w:rsidRPr="00765081" w:rsidTr="00394C33">
        <w:tc>
          <w:tcPr>
            <w:tcW w:w="2392"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Пингвин</w:t>
            </w: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40 кг</w:t>
            </w: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p>
        </w:tc>
      </w:tr>
      <w:tr w:rsidR="00394C33" w:rsidRPr="00765081" w:rsidTr="00394C33">
        <w:tc>
          <w:tcPr>
            <w:tcW w:w="2392"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Дельфин</w:t>
            </w: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420 кг</w:t>
            </w: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p>
        </w:tc>
      </w:tr>
      <w:tr w:rsidR="00394C33" w:rsidRPr="00765081" w:rsidTr="00394C33">
        <w:tc>
          <w:tcPr>
            <w:tcW w:w="2392"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Чайка</w:t>
            </w: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p>
        </w:tc>
        <w:tc>
          <w:tcPr>
            <w:tcW w:w="2393"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65 кг</w:t>
            </w:r>
          </w:p>
        </w:tc>
      </w:tr>
    </w:tbl>
    <w:p w:rsidR="00394C33" w:rsidRPr="00765081" w:rsidRDefault="00394C33" w:rsidP="00394C33">
      <w:pPr>
        <w:spacing w:after="0" w:line="240" w:lineRule="auto"/>
        <w:jc w:val="both"/>
        <w:rPr>
          <w:rFonts w:ascii="Times New Roman" w:hAnsi="Times New Roman" w:cs="Times New Roman"/>
          <w:sz w:val="24"/>
          <w:szCs w:val="24"/>
        </w:rPr>
      </w:pPr>
    </w:p>
    <w:p w:rsidR="00394C33" w:rsidRPr="00765081" w:rsidRDefault="00394C33" w:rsidP="00394C33">
      <w:pPr>
        <w:spacing w:after="0" w:line="240" w:lineRule="auto"/>
        <w:jc w:val="both"/>
        <w:rPr>
          <w:rFonts w:ascii="Times New Roman" w:hAnsi="Times New Roman" w:cs="Times New Roman"/>
          <w:b/>
          <w:sz w:val="24"/>
          <w:szCs w:val="24"/>
        </w:rPr>
      </w:pPr>
      <w:r w:rsidRPr="00765081">
        <w:rPr>
          <w:rFonts w:ascii="Times New Roman" w:hAnsi="Times New Roman" w:cs="Times New Roman"/>
          <w:b/>
          <w:sz w:val="24"/>
          <w:szCs w:val="24"/>
        </w:rPr>
        <w:t>Задание 4.  На участке леса квадратной формы поставили заграждение. Какова площадь этого участка, если длина забора 32 метра?</w:t>
      </w:r>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394C33" w:rsidRPr="00765081" w:rsidTr="00394C33">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r>
      <w:tr w:rsidR="00394C33" w:rsidRPr="00765081" w:rsidTr="00394C33">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r>
      <w:tr w:rsidR="00394C33" w:rsidRPr="00765081" w:rsidTr="00394C33">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r>
      <w:tr w:rsidR="00394C33" w:rsidRPr="00765081" w:rsidTr="00394C33">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240" w:lineRule="auto"/>
              <w:jc w:val="both"/>
              <w:rPr>
                <w:rFonts w:ascii="Times New Roman" w:hAnsi="Times New Roman" w:cs="Times New Roman"/>
                <w:sz w:val="24"/>
                <w:szCs w:val="24"/>
              </w:rPr>
            </w:pPr>
          </w:p>
        </w:tc>
      </w:tr>
    </w:tbl>
    <w:p w:rsidR="00394C33" w:rsidRPr="00765081" w:rsidRDefault="00394C33" w:rsidP="00394C33">
      <w:pPr>
        <w:spacing w:after="0" w:line="240" w:lineRule="auto"/>
        <w:jc w:val="both"/>
        <w:rPr>
          <w:rFonts w:ascii="Times New Roman" w:hAnsi="Times New Roman" w:cs="Times New Roman"/>
          <w:sz w:val="24"/>
          <w:szCs w:val="24"/>
          <w:vertAlign w:val="superscript"/>
        </w:rPr>
      </w:pPr>
      <w:r w:rsidRPr="00765081">
        <w:rPr>
          <w:rFonts w:ascii="Times New Roman" w:hAnsi="Times New Roman" w:cs="Times New Roman"/>
          <w:sz w:val="24"/>
          <w:szCs w:val="24"/>
        </w:rPr>
        <w:t>Ответ: S _______м</w:t>
      </w:r>
      <w:proofErr w:type="gramStart"/>
      <w:r w:rsidRPr="00765081">
        <w:rPr>
          <w:rFonts w:ascii="Times New Roman" w:hAnsi="Times New Roman" w:cs="Times New Roman"/>
          <w:sz w:val="24"/>
          <w:szCs w:val="24"/>
          <w:vertAlign w:val="superscript"/>
        </w:rPr>
        <w:t>2</w:t>
      </w:r>
      <w:proofErr w:type="gramEnd"/>
    </w:p>
    <w:p w:rsidR="00394C33" w:rsidRPr="00765081" w:rsidRDefault="00394C33" w:rsidP="00394C33">
      <w:pPr>
        <w:spacing w:after="0" w:line="240" w:lineRule="auto"/>
        <w:jc w:val="both"/>
        <w:rPr>
          <w:rFonts w:ascii="Times New Roman" w:hAnsi="Times New Roman" w:cs="Times New Roman"/>
          <w:sz w:val="24"/>
          <w:szCs w:val="24"/>
        </w:rPr>
      </w:pPr>
    </w:p>
    <w:p w:rsidR="00394C33" w:rsidRPr="00765081" w:rsidRDefault="00394C33" w:rsidP="00394C33">
      <w:pPr>
        <w:spacing w:after="0" w:line="240" w:lineRule="auto"/>
        <w:jc w:val="center"/>
        <w:rPr>
          <w:rFonts w:ascii="Times New Roman" w:hAnsi="Times New Roman" w:cs="Times New Roman"/>
          <w:b/>
          <w:i/>
          <w:sz w:val="24"/>
          <w:szCs w:val="24"/>
        </w:rPr>
      </w:pPr>
      <w:r w:rsidRPr="00765081">
        <w:rPr>
          <w:rFonts w:ascii="Times New Roman" w:hAnsi="Times New Roman" w:cs="Times New Roman"/>
          <w:b/>
          <w:i/>
          <w:sz w:val="24"/>
          <w:szCs w:val="24"/>
          <w:u w:val="single"/>
        </w:rPr>
        <w:lastRenderedPageBreak/>
        <w:t>Окружающий мир</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eastAsia="Times New Roman" w:hAnsi="Times New Roman" w:cs="Times New Roman"/>
          <w:b/>
          <w:bCs/>
          <w:sz w:val="24"/>
          <w:szCs w:val="24"/>
        </w:rPr>
        <w:t xml:space="preserve">Задание 1. </w:t>
      </w:r>
      <w:r w:rsidRPr="00765081">
        <w:rPr>
          <w:rFonts w:ascii="Times New Roman" w:eastAsia="Times New Roman" w:hAnsi="Times New Roman" w:cs="Times New Roman"/>
          <w:b/>
          <w:sz w:val="24"/>
          <w:szCs w:val="24"/>
        </w:rPr>
        <w:t xml:space="preserve">К какой группе животных можно отнести пингвина по способу питания? </w:t>
      </w:r>
      <w:r w:rsidRPr="00765081">
        <w:rPr>
          <w:rFonts w:ascii="Times New Roman" w:hAnsi="Times New Roman" w:cs="Times New Roman"/>
          <w:b/>
          <w:sz w:val="24"/>
          <w:szCs w:val="24"/>
        </w:rPr>
        <w:t>Отметьте правильный ответ.</w:t>
      </w:r>
    </w:p>
    <w:p w:rsidR="00394C33" w:rsidRPr="00765081" w:rsidRDefault="00394C33" w:rsidP="00394C33">
      <w:pPr>
        <w:tabs>
          <w:tab w:val="center" w:pos="1367"/>
          <w:tab w:val="center" w:pos="2832"/>
          <w:tab w:val="center" w:pos="3541"/>
          <w:tab w:val="center" w:pos="4249"/>
          <w:tab w:val="center" w:pos="6085"/>
          <w:tab w:val="center" w:pos="7789"/>
        </w:tabs>
        <w:spacing w:after="0" w:line="240" w:lineRule="auto"/>
        <w:rPr>
          <w:rFonts w:ascii="Times New Roman" w:hAnsi="Times New Roman" w:cs="Times New Roman"/>
          <w:sz w:val="24"/>
          <w:szCs w:val="24"/>
        </w:rPr>
      </w:pPr>
      <w:r w:rsidRPr="00765081">
        <w:rPr>
          <w:rFonts w:ascii="Times New Roman" w:eastAsia="Times New Roman" w:hAnsi="Times New Roman" w:cs="Times New Roman"/>
          <w:sz w:val="24"/>
          <w:szCs w:val="24"/>
        </w:rPr>
        <w:t>1) хищник;</w:t>
      </w:r>
      <w:r w:rsidRPr="00765081">
        <w:rPr>
          <w:rFonts w:ascii="Times New Roman" w:eastAsia="Times New Roman" w:hAnsi="Times New Roman" w:cs="Times New Roman"/>
          <w:sz w:val="24"/>
          <w:szCs w:val="24"/>
        </w:rPr>
        <w:tab/>
      </w:r>
      <w:r w:rsidRPr="00765081">
        <w:rPr>
          <w:rFonts w:ascii="Times New Roman" w:eastAsia="Times New Roman" w:hAnsi="Times New Roman" w:cs="Times New Roman"/>
          <w:sz w:val="24"/>
          <w:szCs w:val="24"/>
        </w:rPr>
        <w:tab/>
        <w:t xml:space="preserve">           2)  всеядный;             3)</w:t>
      </w:r>
      <w:r w:rsidRPr="00765081">
        <w:rPr>
          <w:rFonts w:ascii="Times New Roman" w:eastAsia="Times New Roman" w:hAnsi="Times New Roman" w:cs="Times New Roman"/>
          <w:sz w:val="24"/>
          <w:szCs w:val="24"/>
        </w:rPr>
        <w:tab/>
        <w:t xml:space="preserve"> растительноядный;     4) насекомоядный.</w:t>
      </w:r>
    </w:p>
    <w:p w:rsidR="00394C33" w:rsidRPr="00765081" w:rsidRDefault="00394C33" w:rsidP="00394C33">
      <w:pPr>
        <w:spacing w:after="0" w:line="240" w:lineRule="auto"/>
        <w:jc w:val="both"/>
        <w:rPr>
          <w:rFonts w:ascii="Times New Roman" w:eastAsia="Times New Roman" w:hAnsi="Times New Roman" w:cs="Times New Roman"/>
          <w:b/>
          <w:bCs/>
          <w:sz w:val="24"/>
          <w:szCs w:val="24"/>
        </w:rPr>
      </w:pP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eastAsia="Times New Roman" w:hAnsi="Times New Roman" w:cs="Times New Roman"/>
          <w:b/>
          <w:bCs/>
          <w:sz w:val="24"/>
          <w:szCs w:val="24"/>
        </w:rPr>
        <w:t xml:space="preserve">Задание 2. </w:t>
      </w:r>
      <w:r w:rsidRPr="00765081">
        <w:rPr>
          <w:rFonts w:ascii="Times New Roman" w:eastAsia="Times New Roman" w:hAnsi="Times New Roman" w:cs="Times New Roman"/>
          <w:b/>
          <w:sz w:val="24"/>
          <w:szCs w:val="24"/>
        </w:rPr>
        <w:t xml:space="preserve">Выберите корм, которым питается пингвин. </w:t>
      </w:r>
    </w:p>
    <w:p w:rsidR="00394C33" w:rsidRPr="00765081" w:rsidRDefault="00394C33" w:rsidP="00394C33">
      <w:pPr>
        <w:spacing w:after="0" w:line="240" w:lineRule="auto"/>
        <w:ind w:left="708"/>
        <w:rPr>
          <w:rFonts w:ascii="Times New Roman" w:hAnsi="Times New Roman" w:cs="Times New Roman"/>
          <w:sz w:val="24"/>
          <w:szCs w:val="24"/>
        </w:rPr>
      </w:pPr>
      <w:r w:rsidRPr="00765081">
        <w:rPr>
          <w:rFonts w:ascii="Times New Roman" w:hAnsi="Times New Roman" w:cs="Times New Roman"/>
          <w:b/>
          <w:sz w:val="24"/>
          <w:szCs w:val="24"/>
        </w:rPr>
        <w:t>Отметьте правильный ответ.</w:t>
      </w:r>
    </w:p>
    <w:p w:rsidR="00394C33" w:rsidRPr="00765081" w:rsidRDefault="007B5670" w:rsidP="00394C33">
      <w:pPr>
        <w:tabs>
          <w:tab w:val="center" w:pos="1531"/>
          <w:tab w:val="center" w:pos="2832"/>
          <w:tab w:val="center" w:pos="3541"/>
          <w:tab w:val="center" w:pos="4249"/>
          <w:tab w:val="center" w:pos="5726"/>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group id="Группа 39586" o:spid="_x0000_s1045" style="position:absolute;margin-left:18.1pt;margin-top:.85pt;width:14.15pt;height:34.35pt;z-index:251857920"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">
            <v:shape id="Shape 3517" o:spid="_x0000_s1047"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6HccA&#10;AADeAAAADwAAAGRycy9kb3ducmV2LnhtbESPQUvDQBSE74L/YXmCN7tpSzXGbksplHptFcTbc/eZ&#10;xGbfhuxrmvbXdwXB4zAz3zDz5eAb1VMX68AGxqMMFLENrubSwPvb5iEHFQXZYROYDJwpwnJxezPH&#10;woUT76jfS6kShGOBBiqRttA62oo8xlFoiZP3HTqPkmRXatfhKcF9oydZ9qg91pwWKmxpXZE97I/e&#10;wOduZX/OzfZLjh/5pRe3vazt1Jj7u2H1AkpokP/wX/vVGZg+z/In+L2Tr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h3HAAAA3gAAAA8AAAAAAAAAAAAAAAAAmAIAAGRy&#10;cy9kb3ducmV2LnhtbFBLBQYAAAAABAAEAPUAAACMAwAAAAA=&#10;" adj="0,,0" path="m,179705r179705,l179705,,,,,179705xe" filled="f">
              <v:stroke miterlimit="83231f" joinstyle="miter"/>
              <v:formulas/>
              <v:path arrowok="t" o:connecttype="custom" o:connectlocs="0,179705;179705,179705;179705,0;0,0;0,179705" o:connectangles="0,0,0,0,0" textboxrect="0,0,179705,179705"/>
            </v:shape>
            <v:shape id="Shape 3519" o:spid="_x0000_s1046"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ub8MA&#10;AADeAAAADwAAAGRycy9kb3ducmV2LnhtbERPTWvCQBC9F/oflil4q5tWLGl0FRGKXrWC9DbuTpO0&#10;2dmQHWP017uHQo+P9z1fDr5RPXWxDmzgZZyBIrbB1VwaOHx+POegoiA7bAKTgStFWC4eH+ZYuHDh&#10;HfV7KVUK4ViggUqkLbSOtiKPcRxa4sR9h86jJNiV2nV4SeG+0a9Z9qY91pwaKmxpXZH93Z+9ga/d&#10;yv5cm81Jzsf81ovb3NZ2YszoaVjNQAkN8i/+c2+dgcn7NE970510B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pub8MAAADeAAAADwAAAAAAAAAAAAAAAACYAgAAZHJzL2Rv&#10;d25yZXYueG1sUEsFBgAAAAAEAAQA9QAAAIgDA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Pr>
          <w:rFonts w:ascii="Times New Roman" w:hAnsi="Times New Roman" w:cs="Times New Roman"/>
          <w:noProof/>
          <w:sz w:val="24"/>
          <w:szCs w:val="24"/>
          <w:lang w:eastAsia="ru-RU"/>
        </w:rPr>
        <w:pict>
          <v:group id="Группа 39583" o:spid="_x0000_s1042" style="position:absolute;margin-left:231.75pt;margin-top:1pt;width:17.15pt;height:38.05pt;z-index:251858944;mso-width-relative:margin;mso-height-relative:margin"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">
            <v:shape id="Shape 3521" o:spid="_x0000_s1044"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kascA&#10;AADeAAAADwAAAGRycy9kb3ducmV2LnhtbESPX0vDQBDE3wW/w7GCb/bSP0qMvZZSKPW1VRDf1rs1&#10;ic3thdw2Tfvpe4Lg4zAzv2Hmy8E3qqcu1oENjEcZKGIbXM2lgfe3zUMOKgqywyYwGThThOXi9maO&#10;hQsn3lG/l1IlCMcCDVQibaF1tBV5jKPQEifvO3QeJcmu1K7DU4L7Rk+y7El7rDktVNjSuiJ72B+9&#10;gc/dyv6cm+2XHD/ySy9ue1nbqTH3d8PqBZTQIP/hv/arMzB9fsxn8HsnXQG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ZGrHAAAA3gAAAA8AAAAAAAAAAAAAAAAAmAIAAGRy&#10;cy9kb3ducmV2LnhtbFBLBQYAAAAABAAEAPUAAACMAwAAAAA=&#10;" adj="0,,0" path="m,179705r179705,l179705,,,,,179705xe" filled="f">
              <v:stroke miterlimit="83231f" joinstyle="miter"/>
              <v:formulas/>
              <v:path arrowok="t" o:connecttype="custom" o:connectlocs="0,179705;179705,179705;179705,0;0,0;0,179705" o:connectangles="0,0,0,0,0" textboxrect="0,0,179705,179705"/>
            </v:shape>
            <v:shape id="Shape 3523" o:spid="_x0000_s1043"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B8cYA&#10;AADeAAAADwAAAGRycy9kb3ducmV2LnhtbESPQWvCQBSE74X+h+UVequbKpYYXUUEsVdtoXh77r4m&#10;abNvQ/YZo7++Wyj0OMzMN8xiNfhG9dTFOrCB51EGitgGV3Np4P1t+5SDioLssAlMBq4UYbW8v1tg&#10;4cKF99QfpFQJwrFAA5VIW2gdbUUe4yi0xMn7DJ1HSbIrtevwkuC+0eMse9Eea04LFba0qch+H87e&#10;wHG/tl/XZneS80d+68Xtbhs7MebxYVjPQQkN8h/+a786A5PZNJ/C7510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vB8cYAAADeAAAADwAAAAAAAAAAAAAAAACYAgAAZHJz&#10;L2Rvd25yZXYueG1sUEsFBgAAAAAEAAQA9QAAAIsDA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00394C33" w:rsidRPr="00765081">
        <w:rPr>
          <w:rFonts w:ascii="Times New Roman" w:eastAsia="Times New Roman" w:hAnsi="Times New Roman" w:cs="Times New Roman"/>
          <w:sz w:val="24"/>
          <w:szCs w:val="24"/>
        </w:rPr>
        <w:t xml:space="preserve"> водоросли;</w:t>
      </w:r>
      <w:r w:rsidR="00394C33" w:rsidRPr="00765081">
        <w:rPr>
          <w:rFonts w:ascii="Times New Roman" w:eastAsia="Times New Roman" w:hAnsi="Times New Roman" w:cs="Times New Roman"/>
          <w:sz w:val="24"/>
          <w:szCs w:val="24"/>
        </w:rPr>
        <w:tab/>
      </w:r>
      <w:r w:rsidR="00394C33" w:rsidRPr="00765081">
        <w:rPr>
          <w:rFonts w:ascii="Times New Roman" w:eastAsia="Times New Roman" w:hAnsi="Times New Roman" w:cs="Times New Roman"/>
          <w:sz w:val="24"/>
          <w:szCs w:val="24"/>
        </w:rPr>
        <w:tab/>
        <w:t xml:space="preserve">                            мхи;</w:t>
      </w:r>
      <w:r w:rsidR="00394C33" w:rsidRPr="00765081">
        <w:rPr>
          <w:rFonts w:ascii="Times New Roman" w:hAnsi="Times New Roman" w:cs="Times New Roman"/>
          <w:sz w:val="24"/>
          <w:szCs w:val="24"/>
        </w:rPr>
        <w:tab/>
      </w:r>
    </w:p>
    <w:p w:rsidR="00394C33" w:rsidRPr="00765081" w:rsidRDefault="00394C33" w:rsidP="00394C33">
      <w:pPr>
        <w:tabs>
          <w:tab w:val="center" w:pos="1531"/>
          <w:tab w:val="center" w:pos="2832"/>
          <w:tab w:val="center" w:pos="3541"/>
          <w:tab w:val="center" w:pos="4249"/>
          <w:tab w:val="center" w:pos="5726"/>
        </w:tabs>
        <w:spacing w:after="0" w:line="240" w:lineRule="auto"/>
        <w:rPr>
          <w:rFonts w:ascii="Times New Roman" w:hAnsi="Times New Roman" w:cs="Times New Roman"/>
          <w:sz w:val="24"/>
          <w:szCs w:val="24"/>
        </w:rPr>
      </w:pPr>
      <w:r w:rsidRPr="00765081">
        <w:rPr>
          <w:rFonts w:ascii="Times New Roman" w:eastAsia="Times New Roman" w:hAnsi="Times New Roman" w:cs="Times New Roman"/>
          <w:sz w:val="24"/>
          <w:szCs w:val="24"/>
        </w:rPr>
        <w:t>рыба;</w:t>
      </w:r>
      <w:r w:rsidRPr="00765081">
        <w:rPr>
          <w:rFonts w:ascii="Times New Roman" w:eastAsia="Times New Roman" w:hAnsi="Times New Roman" w:cs="Times New Roman"/>
          <w:sz w:val="24"/>
          <w:szCs w:val="24"/>
        </w:rPr>
        <w:tab/>
        <w:t xml:space="preserve">                                   лишайники.</w:t>
      </w:r>
    </w:p>
    <w:p w:rsidR="00394C33" w:rsidRPr="00765081" w:rsidRDefault="00394C33" w:rsidP="00394C33">
      <w:pPr>
        <w:spacing w:after="0" w:line="240" w:lineRule="auto"/>
        <w:rPr>
          <w:rFonts w:ascii="Times New Roman" w:eastAsia="Times New Roman" w:hAnsi="Times New Roman" w:cs="Times New Roman"/>
          <w:b/>
          <w:bCs/>
          <w:sz w:val="24"/>
          <w:szCs w:val="24"/>
        </w:rPr>
      </w:pPr>
    </w:p>
    <w:p w:rsidR="00394C33" w:rsidRPr="00765081" w:rsidRDefault="00394C33" w:rsidP="00394C33">
      <w:pPr>
        <w:spacing w:after="0" w:line="240" w:lineRule="auto"/>
        <w:rPr>
          <w:rFonts w:ascii="Times New Roman" w:eastAsia="Times New Roman" w:hAnsi="Times New Roman" w:cs="Times New Roman"/>
          <w:b/>
          <w:bCs/>
          <w:sz w:val="24"/>
          <w:szCs w:val="24"/>
        </w:rPr>
      </w:pPr>
      <w:r w:rsidRPr="00765081">
        <w:rPr>
          <w:rFonts w:ascii="Times New Roman" w:eastAsia="Times New Roman" w:hAnsi="Times New Roman" w:cs="Times New Roman"/>
          <w:b/>
          <w:bCs/>
          <w:sz w:val="24"/>
          <w:szCs w:val="24"/>
        </w:rPr>
        <w:t>Задание 3. Что теряет пингвин во время высиживания яйца?</w:t>
      </w:r>
    </w:p>
    <w:p w:rsidR="00394C33" w:rsidRPr="00765081" w:rsidRDefault="00394C33" w:rsidP="00394C33">
      <w:pPr>
        <w:spacing w:after="0" w:line="240" w:lineRule="auto"/>
        <w:ind w:left="708"/>
        <w:rPr>
          <w:rFonts w:ascii="Times New Roman" w:hAnsi="Times New Roman" w:cs="Times New Roman"/>
          <w:sz w:val="24"/>
          <w:szCs w:val="24"/>
        </w:rPr>
      </w:pPr>
      <w:r w:rsidRPr="00765081">
        <w:rPr>
          <w:rFonts w:ascii="Times New Roman" w:hAnsi="Times New Roman" w:cs="Times New Roman"/>
          <w:b/>
          <w:sz w:val="24"/>
          <w:szCs w:val="24"/>
        </w:rPr>
        <w:t>Отметьте правильный ответ.</w:t>
      </w:r>
    </w:p>
    <w:p w:rsidR="00394C33" w:rsidRPr="00765081" w:rsidRDefault="007B5670" w:rsidP="00394C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rect id="Прямоугольник 39582" o:spid="_x0000_s1041" style="position:absolute;left:0;text-align:left;margin-left:127.35pt;margin-top:.7pt;width:16.5pt;height:15pt;flip:y;z-index:2518620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">
            <w10:wrap anchorx="margin"/>
          </v:rect>
        </w:pict>
      </w:r>
      <w:r>
        <w:rPr>
          <w:rFonts w:ascii="Times New Roman" w:eastAsia="Times New Roman" w:hAnsi="Times New Roman" w:cs="Times New Roman"/>
          <w:noProof/>
          <w:sz w:val="24"/>
          <w:szCs w:val="24"/>
          <w:lang w:eastAsia="ru-RU"/>
        </w:rPr>
        <w:pict>
          <v:rect id="Прямоугольник 39581" o:spid="_x0000_s1040" style="position:absolute;left:0;text-align:left;margin-left:40.6pt;margin-top:.7pt;width:16.5pt;height:15pt;flip:y;z-index:251860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">
            <w10:wrap anchorx="margin"/>
          </v:rect>
        </w:pict>
      </w:r>
      <w:r>
        <w:rPr>
          <w:rFonts w:ascii="Times New Roman" w:eastAsia="Times New Roman" w:hAnsi="Times New Roman" w:cs="Times New Roman"/>
          <w:noProof/>
          <w:sz w:val="24"/>
          <w:szCs w:val="24"/>
          <w:lang w:eastAsia="ru-RU"/>
        </w:rPr>
        <w:pict>
          <v:rect id="Прямоугольник 39580" o:spid="_x0000_s1039" style="position:absolute;left:0;text-align:left;margin-left:-18.75pt;margin-top:.7pt;width:16.5pt;height:15pt;flip:y;z-index:2518599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">
            <w10:wrap anchorx="margin"/>
          </v:rect>
        </w:pict>
      </w:r>
      <w:r w:rsidR="00394C33" w:rsidRPr="00765081">
        <w:rPr>
          <w:rFonts w:ascii="Times New Roman" w:eastAsia="Times New Roman" w:hAnsi="Times New Roman" w:cs="Times New Roman"/>
          <w:sz w:val="24"/>
          <w:szCs w:val="24"/>
        </w:rPr>
        <w:t>1) вес;</w:t>
      </w:r>
      <w:r w:rsidR="00394C33" w:rsidRPr="00765081">
        <w:rPr>
          <w:rFonts w:ascii="Times New Roman" w:eastAsia="Times New Roman" w:hAnsi="Times New Roman" w:cs="Times New Roman"/>
          <w:sz w:val="24"/>
          <w:szCs w:val="24"/>
        </w:rPr>
        <w:tab/>
        <w:t xml:space="preserve">           2)время;</w:t>
      </w:r>
      <w:r w:rsidR="00394C33" w:rsidRPr="00765081">
        <w:rPr>
          <w:rFonts w:ascii="Times New Roman" w:hAnsi="Times New Roman" w:cs="Times New Roman"/>
          <w:sz w:val="24"/>
          <w:szCs w:val="24"/>
        </w:rPr>
        <w:t xml:space="preserve">             3)</w:t>
      </w:r>
      <w:r w:rsidR="00394C33" w:rsidRPr="00765081">
        <w:rPr>
          <w:rFonts w:ascii="Times New Roman" w:eastAsia="Times New Roman" w:hAnsi="Times New Roman" w:cs="Times New Roman"/>
          <w:sz w:val="24"/>
          <w:szCs w:val="24"/>
        </w:rPr>
        <w:t xml:space="preserve">  минеральные соли.</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eastAsia="Times New Roman" w:hAnsi="Times New Roman" w:cs="Times New Roman"/>
          <w:sz w:val="24"/>
          <w:szCs w:val="24"/>
        </w:rPr>
        <w:tab/>
      </w:r>
      <w:r w:rsidRPr="00765081">
        <w:rPr>
          <w:rFonts w:ascii="Times New Roman" w:eastAsia="Times New Roman" w:hAnsi="Times New Roman" w:cs="Times New Roman"/>
          <w:sz w:val="24"/>
          <w:szCs w:val="24"/>
        </w:rPr>
        <w:tab/>
      </w:r>
      <w:r w:rsidRPr="00765081">
        <w:rPr>
          <w:rFonts w:ascii="Times New Roman" w:eastAsia="Times New Roman" w:hAnsi="Times New Roman" w:cs="Times New Roman"/>
          <w:sz w:val="24"/>
          <w:szCs w:val="24"/>
        </w:rPr>
        <w:tab/>
      </w:r>
      <w:r w:rsidRPr="00765081">
        <w:rPr>
          <w:rFonts w:ascii="Times New Roman" w:eastAsia="Times New Roman" w:hAnsi="Times New Roman" w:cs="Times New Roman"/>
          <w:sz w:val="24"/>
          <w:szCs w:val="24"/>
        </w:rPr>
        <w:tab/>
      </w:r>
    </w:p>
    <w:p w:rsidR="00394C33" w:rsidRPr="00765081" w:rsidRDefault="00394C33" w:rsidP="00394C33">
      <w:pPr>
        <w:spacing w:after="0" w:line="240" w:lineRule="auto"/>
        <w:jc w:val="both"/>
        <w:rPr>
          <w:rFonts w:ascii="Times New Roman" w:hAnsi="Times New Roman" w:cs="Times New Roman"/>
          <w:b/>
          <w:sz w:val="24"/>
          <w:szCs w:val="24"/>
        </w:rPr>
      </w:pPr>
      <w:r w:rsidRPr="00765081">
        <w:rPr>
          <w:rFonts w:ascii="Times New Roman" w:hAnsi="Times New Roman" w:cs="Times New Roman"/>
          <w:b/>
          <w:sz w:val="24"/>
          <w:szCs w:val="24"/>
        </w:rPr>
        <w:t xml:space="preserve">Задание 4. Укажите для каждого из классов животных из первого столбца характерные </w:t>
      </w:r>
      <w:r w:rsidRPr="00765081">
        <w:rPr>
          <w:rFonts w:ascii="Times New Roman" w:hAnsi="Times New Roman" w:cs="Times New Roman"/>
          <w:b/>
          <w:sz w:val="24"/>
          <w:szCs w:val="24"/>
          <w:u w:val="single"/>
        </w:rPr>
        <w:t>осенние явления</w:t>
      </w:r>
      <w:r w:rsidRPr="00765081">
        <w:rPr>
          <w:rFonts w:ascii="Times New Roman" w:hAnsi="Times New Roman" w:cs="Times New Roman"/>
          <w:b/>
          <w:sz w:val="24"/>
          <w:szCs w:val="24"/>
        </w:rPr>
        <w:t xml:space="preserve"> в их жизни.</w:t>
      </w:r>
    </w:p>
    <w:tbl>
      <w:tblPr>
        <w:tblW w:w="9606" w:type="dxa"/>
        <w:tblLook w:val="01E0"/>
      </w:tblPr>
      <w:tblGrid>
        <w:gridCol w:w="2518"/>
        <w:gridCol w:w="7088"/>
      </w:tblGrid>
      <w:tr w:rsidR="00394C33" w:rsidRPr="00765081" w:rsidTr="00394C33">
        <w:tc>
          <w:tcPr>
            <w:tcW w:w="2518" w:type="dxa"/>
          </w:tcPr>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А. звери</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Б. птицы</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В. рыбы</w:t>
            </w:r>
          </w:p>
          <w:p w:rsidR="00394C33" w:rsidRPr="00765081" w:rsidRDefault="00394C33" w:rsidP="00394C33">
            <w:pPr>
              <w:spacing w:after="0" w:line="240" w:lineRule="auto"/>
              <w:jc w:val="both"/>
              <w:rPr>
                <w:rFonts w:ascii="Times New Roman" w:hAnsi="Times New Roman" w:cs="Times New Roman"/>
                <w:sz w:val="24"/>
                <w:szCs w:val="24"/>
              </w:rPr>
            </w:pPr>
          </w:p>
        </w:tc>
        <w:tc>
          <w:tcPr>
            <w:tcW w:w="7088" w:type="dxa"/>
          </w:tcPr>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1. метание икры</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2. откладывание яиц</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3. усиленное питание, запасание корма</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4. линька (смена шерсти)</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5. отлёт в тёплые края</w:t>
            </w:r>
          </w:p>
          <w:p w:rsidR="00394C33" w:rsidRPr="00765081" w:rsidRDefault="00394C33" w:rsidP="00394C33">
            <w:pPr>
              <w:spacing w:after="0" w:line="240" w:lineRule="auto"/>
              <w:jc w:val="both"/>
              <w:rPr>
                <w:rFonts w:ascii="Times New Roman" w:hAnsi="Times New Roman" w:cs="Times New Roman"/>
                <w:sz w:val="24"/>
                <w:szCs w:val="24"/>
              </w:rPr>
            </w:pPr>
            <w:r w:rsidRPr="00765081">
              <w:rPr>
                <w:rFonts w:ascii="Times New Roman" w:hAnsi="Times New Roman" w:cs="Times New Roman"/>
                <w:sz w:val="24"/>
                <w:szCs w:val="24"/>
              </w:rPr>
              <w:t>6. уход в глубину водоёма</w:t>
            </w:r>
          </w:p>
        </w:tc>
      </w:tr>
    </w:tbl>
    <w:p w:rsidR="00394C33" w:rsidRPr="00765081" w:rsidRDefault="00394C33" w:rsidP="00394C33">
      <w:pPr>
        <w:spacing w:after="0" w:line="240" w:lineRule="auto"/>
        <w:ind w:left="720"/>
        <w:rPr>
          <w:rFonts w:ascii="Times New Roman" w:hAnsi="Times New Roman" w:cs="Times New Roman"/>
          <w:sz w:val="24"/>
          <w:szCs w:val="24"/>
        </w:rPr>
      </w:pPr>
      <w:r w:rsidRPr="00765081">
        <w:rPr>
          <w:rFonts w:ascii="Times New Roman" w:hAnsi="Times New Roman" w:cs="Times New Roman"/>
          <w:sz w:val="24"/>
          <w:szCs w:val="24"/>
        </w:rPr>
        <w:t>А _____, Б _______, В _______</w:t>
      </w:r>
    </w:p>
    <w:p w:rsidR="00394C33" w:rsidRPr="00765081" w:rsidRDefault="00394C33" w:rsidP="00394C33">
      <w:pPr>
        <w:jc w:val="center"/>
        <w:rPr>
          <w:rFonts w:ascii="Times New Roman" w:hAnsi="Times New Roman" w:cs="Times New Roman"/>
          <w:b/>
          <w:sz w:val="24"/>
          <w:szCs w:val="24"/>
          <w:u w:val="single"/>
        </w:rPr>
      </w:pPr>
    </w:p>
    <w:p w:rsidR="00394C33" w:rsidRPr="00765081" w:rsidRDefault="00394C33" w:rsidP="00394C33">
      <w:pPr>
        <w:jc w:val="center"/>
        <w:rPr>
          <w:rFonts w:ascii="Times New Roman" w:hAnsi="Times New Roman" w:cs="Times New Roman"/>
          <w:b/>
          <w:sz w:val="24"/>
          <w:szCs w:val="24"/>
          <w:u w:val="single"/>
        </w:rPr>
      </w:pPr>
      <w:r w:rsidRPr="00765081">
        <w:rPr>
          <w:rFonts w:ascii="Times New Roman" w:hAnsi="Times New Roman" w:cs="Times New Roman"/>
          <w:b/>
          <w:sz w:val="24"/>
          <w:szCs w:val="24"/>
          <w:u w:val="single"/>
        </w:rPr>
        <w:t>Дополнительная часть</w:t>
      </w:r>
    </w:p>
    <w:p w:rsidR="00394C33" w:rsidRPr="00765081" w:rsidRDefault="00394C33" w:rsidP="00394C33">
      <w:pPr>
        <w:jc w:val="both"/>
        <w:rPr>
          <w:rFonts w:ascii="Times New Roman" w:hAnsi="Times New Roman" w:cs="Times New Roman"/>
          <w:b/>
          <w:sz w:val="24"/>
          <w:szCs w:val="24"/>
        </w:rPr>
      </w:pPr>
      <w:r w:rsidRPr="00765081">
        <w:rPr>
          <w:rFonts w:ascii="Times New Roman" w:eastAsia="Times New Roman" w:hAnsi="Times New Roman" w:cs="Times New Roman"/>
          <w:b/>
          <w:bCs/>
          <w:sz w:val="24"/>
          <w:szCs w:val="24"/>
        </w:rPr>
        <w:t xml:space="preserve"> Задание 1. </w:t>
      </w:r>
      <w:r w:rsidRPr="00765081">
        <w:rPr>
          <w:rFonts w:ascii="Times New Roman" w:hAnsi="Times New Roman" w:cs="Times New Roman"/>
          <w:b/>
          <w:sz w:val="24"/>
          <w:szCs w:val="24"/>
        </w:rPr>
        <w:t>Укажи предложение, в котором знаки препинания поставлены неверно. Отметьте правильный ответ.</w:t>
      </w:r>
    </w:p>
    <w:p w:rsidR="00394C33" w:rsidRPr="00765081" w:rsidRDefault="007B5670" w:rsidP="00394C33">
      <w:pPr>
        <w:spacing w:after="0" w:line="240" w:lineRule="auto"/>
        <w:jc w:val="both"/>
        <w:rPr>
          <w:rFonts w:ascii="Times New Roman" w:hAnsi="Times New Roman" w:cs="Times New Roman"/>
          <w:sz w:val="24"/>
          <w:szCs w:val="24"/>
        </w:rPr>
      </w:pPr>
      <w:r w:rsidRPr="007B5670">
        <w:rPr>
          <w:rFonts w:ascii="Times New Roman" w:eastAsia="Times New Roman" w:hAnsi="Times New Roman" w:cs="Times New Roman"/>
          <w:noProof/>
          <w:sz w:val="24"/>
          <w:szCs w:val="24"/>
          <w:lang w:eastAsia="ru-RU"/>
        </w:rPr>
        <w:pict>
          <v:rect id="Прямоугольник 39579" o:spid="_x0000_s1038" style="position:absolute;left:0;text-align:left;margin-left:-18.75pt;margin-top:.7pt;width:16.5pt;height:15pt;flip:y;z-index:251863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">
            <w10:wrap anchorx="margin"/>
          </v:rect>
        </w:pict>
      </w:r>
      <w:r w:rsidR="00394C33" w:rsidRPr="00765081">
        <w:rPr>
          <w:rFonts w:ascii="Times New Roman" w:hAnsi="Times New Roman" w:cs="Times New Roman"/>
          <w:sz w:val="24"/>
          <w:szCs w:val="24"/>
        </w:rPr>
        <w:t xml:space="preserve">  а</w:t>
      </w:r>
      <w:proofErr w:type="gramStart"/>
      <w:r w:rsidR="00394C33" w:rsidRPr="00765081">
        <w:rPr>
          <w:rFonts w:ascii="Times New Roman" w:hAnsi="Times New Roman" w:cs="Times New Roman"/>
          <w:sz w:val="24"/>
          <w:szCs w:val="24"/>
        </w:rPr>
        <w:t xml:space="preserve"> )</w:t>
      </w:r>
      <w:proofErr w:type="gramEnd"/>
      <w:r w:rsidR="00394C33" w:rsidRPr="00765081">
        <w:rPr>
          <w:rFonts w:ascii="Times New Roman" w:hAnsi="Times New Roman" w:cs="Times New Roman"/>
          <w:sz w:val="24"/>
          <w:szCs w:val="24"/>
        </w:rPr>
        <w:t xml:space="preserve">  Лес был гремучим, и страшным.</w:t>
      </w:r>
    </w:p>
    <w:p w:rsidR="00394C33" w:rsidRPr="00765081" w:rsidRDefault="007B5670" w:rsidP="00394C33">
      <w:pPr>
        <w:spacing w:after="0" w:line="240" w:lineRule="auto"/>
        <w:jc w:val="both"/>
        <w:rPr>
          <w:rFonts w:ascii="Times New Roman" w:hAnsi="Times New Roman" w:cs="Times New Roman"/>
          <w:sz w:val="24"/>
          <w:szCs w:val="24"/>
        </w:rPr>
      </w:pPr>
      <w:r w:rsidRPr="007B5670">
        <w:rPr>
          <w:rFonts w:ascii="Times New Roman" w:hAnsi="Times New Roman" w:cs="Times New Roman"/>
          <w:b/>
          <w:noProof/>
          <w:sz w:val="24"/>
          <w:szCs w:val="24"/>
          <w:lang w:eastAsia="ru-RU"/>
        </w:rPr>
        <w:pict>
          <v:rect id="Прямоугольник 39578" o:spid="_x0000_s1037" style="position:absolute;left:0;text-align:left;margin-left:-18.75pt;margin-top:-.4pt;width:16.5pt;height:15pt;flip:y;z-index:2518640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">
            <w10:wrap anchorx="margin"/>
          </v:rect>
        </w:pict>
      </w:r>
      <w:r w:rsidR="00394C33" w:rsidRPr="00765081">
        <w:rPr>
          <w:rFonts w:ascii="Times New Roman" w:hAnsi="Times New Roman" w:cs="Times New Roman"/>
          <w:sz w:val="24"/>
          <w:szCs w:val="24"/>
        </w:rPr>
        <w:t>б)   Они  бродили по паркам, аллеям, площадям.</w:t>
      </w:r>
    </w:p>
    <w:p w:rsidR="00394C33" w:rsidRPr="00765081" w:rsidRDefault="007B5670" w:rsidP="00394C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39577" o:spid="_x0000_s1036" style="position:absolute;left:0;text-align:left;margin-left:-21.3pt;margin-top:1.6pt;width:16.5pt;height:15pt;flip:y;z-index:2518650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">
            <w10:wrap anchorx="margin"/>
          </v:rect>
        </w:pict>
      </w:r>
      <w:r w:rsidR="00394C33" w:rsidRPr="00765081">
        <w:rPr>
          <w:rFonts w:ascii="Times New Roman" w:hAnsi="Times New Roman" w:cs="Times New Roman"/>
          <w:sz w:val="24"/>
          <w:szCs w:val="24"/>
        </w:rPr>
        <w:t xml:space="preserve">в)   Ребята продолжали гулять, веселиться и не думать о </w:t>
      </w:r>
      <w:proofErr w:type="gramStart"/>
      <w:r w:rsidR="00394C33" w:rsidRPr="00765081">
        <w:rPr>
          <w:rFonts w:ascii="Times New Roman" w:hAnsi="Times New Roman" w:cs="Times New Roman"/>
          <w:sz w:val="24"/>
          <w:szCs w:val="24"/>
        </w:rPr>
        <w:t>плохом</w:t>
      </w:r>
      <w:proofErr w:type="gramEnd"/>
      <w:r w:rsidR="00394C33" w:rsidRPr="00765081">
        <w:rPr>
          <w:rFonts w:ascii="Times New Roman" w:hAnsi="Times New Roman" w:cs="Times New Roman"/>
          <w:sz w:val="24"/>
          <w:szCs w:val="24"/>
        </w:rPr>
        <w:t>.</w:t>
      </w:r>
    </w:p>
    <w:p w:rsidR="00394C33" w:rsidRPr="00765081" w:rsidRDefault="00394C33" w:rsidP="00394C33">
      <w:pPr>
        <w:spacing w:after="0" w:line="240" w:lineRule="auto"/>
        <w:jc w:val="both"/>
        <w:rPr>
          <w:rFonts w:ascii="Times New Roman" w:hAnsi="Times New Roman" w:cs="Times New Roman"/>
          <w:b/>
          <w:sz w:val="24"/>
          <w:szCs w:val="24"/>
          <w:highlight w:val="green"/>
        </w:rPr>
      </w:pPr>
    </w:p>
    <w:p w:rsidR="00394C33" w:rsidRPr="00765081" w:rsidRDefault="00394C33" w:rsidP="00394C33">
      <w:pPr>
        <w:spacing w:after="0" w:line="240" w:lineRule="auto"/>
        <w:jc w:val="both"/>
        <w:rPr>
          <w:rFonts w:ascii="Times New Roman" w:hAnsi="Times New Roman" w:cs="Times New Roman"/>
          <w:b/>
          <w:sz w:val="24"/>
          <w:szCs w:val="24"/>
        </w:rPr>
      </w:pPr>
      <w:r w:rsidRPr="00765081">
        <w:rPr>
          <w:rFonts w:ascii="Times New Roman" w:hAnsi="Times New Roman" w:cs="Times New Roman"/>
          <w:b/>
          <w:sz w:val="24"/>
          <w:szCs w:val="24"/>
        </w:rPr>
        <w:t>Задание 2. Рассмотри  рисунок.</w:t>
      </w:r>
    </w:p>
    <w:tbl>
      <w:tblPr>
        <w:tblW w:w="10620" w:type="dxa"/>
        <w:tblInd w:w="-72" w:type="dxa"/>
        <w:tblLayout w:type="fixed"/>
        <w:tblLook w:val="01E0"/>
      </w:tblPr>
      <w:tblGrid>
        <w:gridCol w:w="2340"/>
        <w:gridCol w:w="8280"/>
      </w:tblGrid>
      <w:tr w:rsidR="00394C33" w:rsidRPr="00765081" w:rsidTr="00394C33">
        <w:tc>
          <w:tcPr>
            <w:tcW w:w="2340" w:type="dxa"/>
            <w:shd w:val="clear" w:color="auto" w:fill="auto"/>
          </w:tcPr>
          <w:p w:rsidR="00394C33" w:rsidRPr="00765081" w:rsidRDefault="007B5670" w:rsidP="00394C33">
            <w:pPr>
              <w:spacing w:after="0" w:line="240" w:lineRule="auto"/>
              <w:jc w:val="both"/>
              <w:rPr>
                <w:rFonts w:ascii="Times New Roman" w:hAnsi="Times New Roman" w:cs="Times New Roman"/>
                <w:sz w:val="24"/>
                <w:szCs w:val="24"/>
              </w:rPr>
            </w:pPr>
            <w:r w:rsidRPr="007B5670">
              <w:rPr>
                <w:rFonts w:ascii="Times New Roman" w:hAnsi="Times New Roman" w:cs="Times New Roman"/>
                <w:b/>
                <w:noProof/>
                <w:sz w:val="24"/>
                <w:szCs w:val="24"/>
                <w:lang w:eastAsia="ru-RU"/>
              </w:rPr>
              <w:lastRenderedPageBreak/>
              <w:pict>
                <v:group id="Группа 39574" o:spid="_x0000_s1033" style="position:absolute;left:0;text-align:left;margin-left:44.2pt;margin-top:41.1pt;width:45.05pt;height:8.8pt;z-index:251832320" coordorigin="2018,13708" coordsize="9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">
                  <v:line id="Line 101" o:spid="_x0000_s1035" style="position:absolute;visibility:visible" from="2259,13884" to="2919,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1YscAAADeAAAADwAAAGRycy9kb3ducmV2LnhtbESPQWvCQBSE74L/YXmCt7pR0Sapq4hg&#10;ESm0TQu9vmZfs8Hs25Ddavz3XaHgcZiZb5jVpreNOFPna8cKppMEBHHpdM2Vgs+P/UMKwgdkjY1j&#10;UnAlD5v1cLDCXLsLv9O5CJWIEPY5KjAhtLmUvjRk0U9cSxy9H9dZDFF2ldQdXiLcNnKWJEtpsea4&#10;YLClnaHyVPxaBd/PL+nVNHV2TKvXqe/fZl9ZsEqNR/32CUSgPtzD/+2DVjDPFo8LuN2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LfVixwAAAN4AAAAPAAAAAAAA&#10;AAAAAAAAAKECAABkcnMvZG93bnJldi54bWxQSwUGAAAAAAQABAD5AAAAlQMAAAAA&#10;" strokeweight="1.5pt">
                    <v:stroke endarrow="classic"/>
                  </v:line>
                  <v:line id="Line 102" o:spid="_x0000_s1034" style="position:absolute;flip:x y;visibility:visible" from="2018,13708" to="225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IsMcAAADeAAAADwAAAGRycy9kb3ducmV2LnhtbESPQWvCQBSE74L/YXlCb2ajrTaJrlIK&#10;hfQkVSkeH9lnEsy+XbKrxn/fLRR6HGbmG2a9HUwnbtT71rKCWZKCIK6sbrlWcDx8TDMQPiBr7CyT&#10;ggd52G7GozUW2t75i277UIsIYV+ggiYEV0jpq4YM+sQ64uidbW8wRNnXUvd4j3DTyXmaLqXBluNC&#10;g47eG6ou+6tR0FXuMx/SQ/64vpxcnh3L8ntXKvU0Gd5WIAIN4T/81y61gud88bqE3zvx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oiwxwAAAN4AAAAPAAAAAAAA&#10;AAAAAAAAAKECAABkcnMvZG93bnJldi54bWxQSwUGAAAAAAQABAD5AAAAlQMAAAAA&#10;" strokeweight="1.5pt">
                    <v:stroke endarrow="classic"/>
                  </v:line>
                </v:group>
              </w:pict>
            </w:r>
            <w:r w:rsidR="00394C33" w:rsidRPr="00765081">
              <w:rPr>
                <w:rFonts w:ascii="Times New Roman" w:hAnsi="Times New Roman" w:cs="Times New Roman"/>
                <w:b/>
                <w:noProof/>
                <w:sz w:val="24"/>
                <w:szCs w:val="24"/>
                <w:lang w:eastAsia="ru-RU"/>
              </w:rPr>
              <w:drawing>
                <wp:inline distT="0" distB="0" distL="0" distR="0">
                  <wp:extent cx="1438275" cy="1285875"/>
                  <wp:effectExtent l="19050" t="0" r="9525" b="0"/>
                  <wp:docPr id="39569" name="Рисунок 1" descr="Описани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часы"/>
                          <pic:cNvPicPr>
                            <a:picLocks noChangeAspect="1" noChangeArrowheads="1"/>
                          </pic:cNvPicPr>
                        </pic:nvPicPr>
                        <pic:blipFill>
                          <a:blip r:embed="rId490" cstate="print"/>
                          <a:srcRect/>
                          <a:stretch>
                            <a:fillRect/>
                          </a:stretch>
                        </pic:blipFill>
                        <pic:spPr bwMode="auto">
                          <a:xfrm>
                            <a:off x="0" y="0"/>
                            <a:ext cx="1438275" cy="1285875"/>
                          </a:xfrm>
                          <a:prstGeom prst="rect">
                            <a:avLst/>
                          </a:prstGeom>
                          <a:noFill/>
                          <a:ln w="9525">
                            <a:noFill/>
                            <a:miter lim="800000"/>
                            <a:headEnd/>
                            <a:tailEnd/>
                          </a:ln>
                        </pic:spPr>
                      </pic:pic>
                    </a:graphicData>
                  </a:graphic>
                </wp:inline>
              </w:drawing>
            </w:r>
          </w:p>
        </w:tc>
        <w:tc>
          <w:tcPr>
            <w:tcW w:w="8280" w:type="dxa"/>
            <w:shd w:val="clear" w:color="auto" w:fill="auto"/>
          </w:tcPr>
          <w:p w:rsidR="00394C33" w:rsidRPr="00765081" w:rsidRDefault="00394C33" w:rsidP="00394C33">
            <w:pPr>
              <w:spacing w:after="0" w:line="240" w:lineRule="auto"/>
              <w:jc w:val="both"/>
              <w:rPr>
                <w:rFonts w:ascii="Times New Roman" w:hAnsi="Times New Roman" w:cs="Times New Roman"/>
                <w:sz w:val="24"/>
                <w:szCs w:val="24"/>
              </w:rPr>
            </w:pPr>
          </w:p>
          <w:p w:rsidR="00394C33" w:rsidRPr="00765081" w:rsidRDefault="00394C33" w:rsidP="00394C33">
            <w:pPr>
              <w:spacing w:after="0" w:line="240" w:lineRule="auto"/>
              <w:jc w:val="both"/>
              <w:rPr>
                <w:rFonts w:ascii="Times New Roman" w:hAnsi="Times New Roman" w:cs="Times New Roman"/>
                <w:b/>
                <w:i/>
                <w:sz w:val="24"/>
                <w:szCs w:val="24"/>
              </w:rPr>
            </w:pPr>
            <w:r w:rsidRPr="00765081">
              <w:rPr>
                <w:rFonts w:ascii="Times New Roman" w:hAnsi="Times New Roman" w:cs="Times New Roman"/>
                <w:b/>
                <w:i/>
                <w:sz w:val="24"/>
                <w:szCs w:val="24"/>
              </w:rPr>
              <w:t>Эти часы  спешат на 1 ч 10 мин.</w:t>
            </w:r>
          </w:p>
          <w:p w:rsidR="00394C33" w:rsidRPr="00765081" w:rsidRDefault="00394C33" w:rsidP="00394C33">
            <w:pPr>
              <w:spacing w:after="0" w:line="240" w:lineRule="auto"/>
              <w:jc w:val="both"/>
              <w:rPr>
                <w:rFonts w:ascii="Times New Roman" w:hAnsi="Times New Roman" w:cs="Times New Roman"/>
                <w:b/>
                <w:i/>
                <w:sz w:val="24"/>
                <w:szCs w:val="24"/>
              </w:rPr>
            </w:pPr>
            <w:r w:rsidRPr="00765081">
              <w:rPr>
                <w:rFonts w:ascii="Times New Roman" w:hAnsi="Times New Roman" w:cs="Times New Roman"/>
                <w:b/>
                <w:i/>
                <w:sz w:val="24"/>
                <w:szCs w:val="24"/>
              </w:rPr>
              <w:t>Укажи правильное время, обведи букву правильного ответа:</w:t>
            </w:r>
          </w:p>
          <w:p w:rsidR="00394C33" w:rsidRPr="00765081" w:rsidRDefault="007B5670" w:rsidP="00394C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39573" o:spid="_x0000_s1032" style="position:absolute;left:0;text-align:left;margin-left:101.1pt;margin-top:15.15pt;width:16.5pt;height:15pt;flip:y;z-index:2518681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">
                  <w10:wrap anchorx="margin"/>
                </v:rect>
              </w:pict>
            </w:r>
            <w:r>
              <w:rPr>
                <w:rFonts w:ascii="Times New Roman" w:hAnsi="Times New Roman" w:cs="Times New Roman"/>
                <w:noProof/>
                <w:sz w:val="24"/>
                <w:szCs w:val="24"/>
                <w:lang w:eastAsia="ru-RU"/>
              </w:rPr>
              <w:pict>
                <v:rect id="Прямоугольник 39572" o:spid="_x0000_s1031" style="position:absolute;left:0;text-align:left;margin-left:-2.55pt;margin-top:15.15pt;width:16.5pt;height:15pt;flip:y;z-index:251869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D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">
                  <w10:wrap anchorx="margin"/>
                </v:rect>
              </w:pict>
            </w:r>
          </w:p>
          <w:p w:rsidR="00394C33" w:rsidRPr="00765081" w:rsidRDefault="007B5670" w:rsidP="00394C33">
            <w:pPr>
              <w:spacing w:after="0" w:line="240" w:lineRule="auto"/>
              <w:jc w:val="both"/>
              <w:rPr>
                <w:rFonts w:ascii="Times New Roman" w:hAnsi="Times New Roman" w:cs="Times New Roman"/>
                <w:i/>
                <w:sz w:val="24"/>
                <w:szCs w:val="24"/>
              </w:rPr>
            </w:pPr>
            <w:r w:rsidRPr="007B5670">
              <w:rPr>
                <w:rFonts w:ascii="Times New Roman" w:hAnsi="Times New Roman" w:cs="Times New Roman"/>
                <w:noProof/>
                <w:sz w:val="24"/>
                <w:szCs w:val="24"/>
                <w:lang w:eastAsia="ru-RU"/>
              </w:rPr>
              <w:pict>
                <v:rect id="Прямоугольник 39571" o:spid="_x0000_s1030" style="position:absolute;left:0;text-align:left;margin-left:-2.55pt;margin-top:14.05pt;width:16.5pt;height:15pt;flip:y;z-index:251866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">
                  <w10:wrap anchorx="margin"/>
                </v:rect>
              </w:pict>
            </w:r>
            <w:r w:rsidRPr="007B5670">
              <w:rPr>
                <w:rFonts w:ascii="Times New Roman" w:hAnsi="Times New Roman" w:cs="Times New Roman"/>
                <w:noProof/>
                <w:sz w:val="24"/>
                <w:szCs w:val="24"/>
                <w:lang w:eastAsia="ru-RU"/>
              </w:rPr>
              <w:pict>
                <v:rect id="Прямоугольник 39570" o:spid="_x0000_s1029" style="position:absolute;left:0;text-align:left;margin-left:101.1pt;margin-top:14.05pt;width:16.5pt;height:15pt;flip:y;z-index:2518671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">
                  <w10:wrap anchorx="margin"/>
                </v:rect>
              </w:pict>
            </w:r>
            <w:r w:rsidR="00394C33" w:rsidRPr="00765081">
              <w:rPr>
                <w:rFonts w:ascii="Times New Roman" w:hAnsi="Times New Roman" w:cs="Times New Roman"/>
                <w:b/>
                <w:i/>
                <w:sz w:val="24"/>
                <w:szCs w:val="24"/>
              </w:rPr>
              <w:t>А.</w:t>
            </w:r>
            <w:r w:rsidR="00394C33" w:rsidRPr="00765081">
              <w:rPr>
                <w:rFonts w:ascii="Times New Roman" w:hAnsi="Times New Roman" w:cs="Times New Roman"/>
                <w:i/>
                <w:sz w:val="24"/>
                <w:szCs w:val="24"/>
              </w:rPr>
              <w:t xml:space="preserve">  8 ч 55 мин      </w:t>
            </w:r>
            <w:r w:rsidR="00394C33" w:rsidRPr="00765081">
              <w:rPr>
                <w:rFonts w:ascii="Times New Roman" w:hAnsi="Times New Roman" w:cs="Times New Roman"/>
                <w:b/>
                <w:i/>
                <w:sz w:val="24"/>
                <w:szCs w:val="24"/>
              </w:rPr>
              <w:t>В.</w:t>
            </w:r>
            <w:r w:rsidR="00394C33" w:rsidRPr="00765081">
              <w:rPr>
                <w:rFonts w:ascii="Times New Roman" w:hAnsi="Times New Roman" w:cs="Times New Roman"/>
                <w:i/>
                <w:sz w:val="24"/>
                <w:szCs w:val="24"/>
              </w:rPr>
              <w:t xml:space="preserve">    9 ч 05 мин     </w:t>
            </w:r>
          </w:p>
          <w:p w:rsidR="00394C33" w:rsidRPr="00765081" w:rsidRDefault="00394C33" w:rsidP="00394C33">
            <w:pPr>
              <w:spacing w:after="0" w:line="240" w:lineRule="auto"/>
              <w:jc w:val="both"/>
              <w:rPr>
                <w:rFonts w:ascii="Times New Roman" w:hAnsi="Times New Roman" w:cs="Times New Roman"/>
                <w:i/>
                <w:sz w:val="24"/>
                <w:szCs w:val="24"/>
              </w:rPr>
            </w:pPr>
            <w:r w:rsidRPr="00765081">
              <w:rPr>
                <w:rFonts w:ascii="Times New Roman" w:hAnsi="Times New Roman" w:cs="Times New Roman"/>
                <w:b/>
                <w:i/>
                <w:sz w:val="24"/>
                <w:szCs w:val="24"/>
              </w:rPr>
              <w:t xml:space="preserve">С. </w:t>
            </w:r>
            <w:r w:rsidRPr="00765081">
              <w:rPr>
                <w:rFonts w:ascii="Times New Roman" w:hAnsi="Times New Roman" w:cs="Times New Roman"/>
                <w:i/>
                <w:sz w:val="24"/>
                <w:szCs w:val="24"/>
              </w:rPr>
              <w:t xml:space="preserve"> 10 ч 55 мин     </w:t>
            </w:r>
            <w:r w:rsidRPr="00765081">
              <w:rPr>
                <w:rFonts w:ascii="Times New Roman" w:hAnsi="Times New Roman" w:cs="Times New Roman"/>
                <w:b/>
                <w:i/>
                <w:sz w:val="24"/>
                <w:szCs w:val="24"/>
              </w:rPr>
              <w:t xml:space="preserve">D.  </w:t>
            </w:r>
            <w:r w:rsidRPr="00765081">
              <w:rPr>
                <w:rFonts w:ascii="Times New Roman" w:hAnsi="Times New Roman" w:cs="Times New Roman"/>
                <w:i/>
                <w:sz w:val="24"/>
                <w:szCs w:val="24"/>
              </w:rPr>
              <w:t>11 ч 45 мин</w:t>
            </w:r>
          </w:p>
          <w:p w:rsidR="00394C33" w:rsidRPr="00765081" w:rsidRDefault="00394C33" w:rsidP="00394C33">
            <w:pPr>
              <w:spacing w:after="0" w:line="240" w:lineRule="auto"/>
              <w:jc w:val="both"/>
              <w:rPr>
                <w:rFonts w:ascii="Times New Roman" w:hAnsi="Times New Roman" w:cs="Times New Roman"/>
                <w:sz w:val="24"/>
                <w:szCs w:val="24"/>
              </w:rPr>
            </w:pPr>
          </w:p>
        </w:tc>
      </w:tr>
    </w:tbl>
    <w:p w:rsidR="00394C33" w:rsidRPr="00765081" w:rsidRDefault="00394C33" w:rsidP="00394C33">
      <w:pPr>
        <w:spacing w:after="0" w:line="240" w:lineRule="auto"/>
        <w:rPr>
          <w:rFonts w:ascii="Times New Roman" w:hAnsi="Times New Roman" w:cs="Times New Roman"/>
          <w:sz w:val="24"/>
          <w:szCs w:val="24"/>
        </w:rPr>
      </w:pPr>
      <w:r w:rsidRPr="00765081">
        <w:rPr>
          <w:rFonts w:ascii="Times New Roman" w:hAnsi="Times New Roman" w:cs="Times New Roman"/>
          <w:b/>
          <w:sz w:val="24"/>
          <w:szCs w:val="24"/>
        </w:rPr>
        <w:t>Задание 3. Напишите, как вы понимаете значение выделенного слова в предложении:</w:t>
      </w:r>
    </w:p>
    <w:p w:rsidR="00394C33" w:rsidRPr="00765081" w:rsidRDefault="00394C33" w:rsidP="00394C33">
      <w:pPr>
        <w:spacing w:after="0" w:line="240" w:lineRule="auto"/>
        <w:rPr>
          <w:rFonts w:ascii="Times New Roman" w:hAnsi="Times New Roman" w:cs="Times New Roman"/>
          <w:b/>
          <w:sz w:val="24"/>
          <w:szCs w:val="24"/>
        </w:rPr>
      </w:pPr>
      <w:r w:rsidRPr="00765081">
        <w:rPr>
          <w:rFonts w:ascii="Times New Roman" w:hAnsi="Times New Roman" w:cs="Times New Roman"/>
          <w:sz w:val="24"/>
          <w:szCs w:val="24"/>
        </w:rPr>
        <w:t xml:space="preserve">«Летать эти </w:t>
      </w:r>
      <w:r w:rsidRPr="00765081">
        <w:rPr>
          <w:rFonts w:ascii="Times New Roman" w:hAnsi="Times New Roman" w:cs="Times New Roman"/>
          <w:b/>
          <w:sz w:val="24"/>
          <w:szCs w:val="24"/>
        </w:rPr>
        <w:t>древние</w:t>
      </w:r>
      <w:r w:rsidRPr="00765081">
        <w:rPr>
          <w:rFonts w:ascii="Times New Roman" w:hAnsi="Times New Roman" w:cs="Times New Roman"/>
          <w:sz w:val="24"/>
          <w:szCs w:val="24"/>
        </w:rPr>
        <w:t xml:space="preserve"> птицы не могут, но зато отлично плавают»</w:t>
      </w:r>
      <w:r w:rsidRPr="00765081">
        <w:rPr>
          <w:rFonts w:ascii="Times New Roman" w:hAnsi="Times New Roman" w:cs="Times New Roman"/>
          <w:b/>
          <w:sz w:val="24"/>
          <w:szCs w:val="24"/>
        </w:rPr>
        <w:t>.</w:t>
      </w:r>
    </w:p>
    <w:p w:rsidR="00394C33" w:rsidRPr="00765081" w:rsidRDefault="00394C33" w:rsidP="00394C33">
      <w:pPr>
        <w:spacing w:after="0" w:line="240" w:lineRule="auto"/>
        <w:rPr>
          <w:rFonts w:ascii="Times New Roman" w:eastAsia="Times New Roman" w:hAnsi="Times New Roman" w:cs="Times New Roman"/>
          <w:b/>
          <w:bCs/>
          <w:sz w:val="24"/>
          <w:szCs w:val="24"/>
        </w:rPr>
      </w:pPr>
      <w:r w:rsidRPr="00765081">
        <w:rPr>
          <w:rFonts w:ascii="Times New Roman" w:hAnsi="Times New Roman" w:cs="Times New Roman"/>
          <w:b/>
          <w:sz w:val="24"/>
          <w:szCs w:val="24"/>
        </w:rPr>
        <w:t xml:space="preserve">Древние – значит,____________________________________________ </w:t>
      </w:r>
    </w:p>
    <w:p w:rsidR="00394C33" w:rsidRPr="00765081" w:rsidRDefault="00394C33" w:rsidP="00394C33">
      <w:pPr>
        <w:spacing w:after="0"/>
        <w:rPr>
          <w:rFonts w:ascii="Times New Roman" w:hAnsi="Times New Roman" w:cs="Times New Roman"/>
          <w:b/>
          <w:sz w:val="24"/>
          <w:szCs w:val="24"/>
        </w:rPr>
      </w:pPr>
    </w:p>
    <w:p w:rsidR="00394C33" w:rsidRPr="00765081" w:rsidRDefault="00394C33" w:rsidP="00394C33">
      <w:pPr>
        <w:spacing w:after="0" w:line="240" w:lineRule="auto"/>
        <w:rPr>
          <w:rFonts w:ascii="Times New Roman" w:eastAsia="Times New Roman" w:hAnsi="Times New Roman" w:cs="Times New Roman"/>
          <w:b/>
          <w:sz w:val="24"/>
          <w:szCs w:val="24"/>
        </w:rPr>
      </w:pPr>
    </w:p>
    <w:p w:rsidR="00394C33" w:rsidRPr="00765081" w:rsidRDefault="00394C33" w:rsidP="00394C33">
      <w:pPr>
        <w:spacing w:after="0" w:line="24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 xml:space="preserve">Рекомендации по оценке выполнения заданий  </w:t>
      </w:r>
    </w:p>
    <w:p w:rsidR="00394C33" w:rsidRPr="00765081" w:rsidRDefault="00394C33" w:rsidP="00394C33">
      <w:pPr>
        <w:spacing w:after="0" w:line="240" w:lineRule="auto"/>
        <w:jc w:val="center"/>
        <w:rPr>
          <w:rFonts w:ascii="Times New Roman" w:hAnsi="Times New Roman" w:cs="Times New Roman"/>
          <w:b/>
          <w:sz w:val="24"/>
          <w:szCs w:val="24"/>
        </w:rPr>
      </w:pPr>
      <w:r w:rsidRPr="00765081">
        <w:rPr>
          <w:rFonts w:ascii="Times New Roman" w:eastAsia="Times New Roman" w:hAnsi="Times New Roman" w:cs="Times New Roman"/>
          <w:b/>
          <w:sz w:val="24"/>
          <w:szCs w:val="24"/>
        </w:rPr>
        <w:t xml:space="preserve">комплексной контрольной работы в 4 классах </w:t>
      </w:r>
    </w:p>
    <w:tbl>
      <w:tblPr>
        <w:tblStyle w:val="TableGrid"/>
        <w:tblW w:w="11199" w:type="dxa"/>
        <w:tblInd w:w="-289" w:type="dxa"/>
        <w:tblLayout w:type="fixed"/>
        <w:tblCellMar>
          <w:top w:w="9" w:type="dxa"/>
          <w:left w:w="108" w:type="dxa"/>
          <w:right w:w="77" w:type="dxa"/>
        </w:tblCellMar>
        <w:tblLook w:val="04A0"/>
      </w:tblPr>
      <w:tblGrid>
        <w:gridCol w:w="993"/>
        <w:gridCol w:w="8363"/>
        <w:gridCol w:w="1843"/>
      </w:tblGrid>
      <w:tr w:rsidR="00394C33" w:rsidRPr="00765081" w:rsidTr="00394C33">
        <w:trPr>
          <w:trHeight w:val="57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43"/>
              <w:rPr>
                <w:rFonts w:ascii="Times New Roman" w:hAnsi="Times New Roman" w:cs="Times New Roman"/>
                <w:sz w:val="24"/>
                <w:szCs w:val="24"/>
              </w:rPr>
            </w:pPr>
            <w:r w:rsidRPr="00765081">
              <w:rPr>
                <w:rFonts w:ascii="Times New Roman" w:hAnsi="Times New Roman" w:cs="Times New Roman"/>
                <w:b/>
                <w:i/>
                <w:sz w:val="24"/>
                <w:szCs w:val="24"/>
              </w:rPr>
              <w:t>№ заданий</w:t>
            </w:r>
          </w:p>
        </w:tc>
        <w:tc>
          <w:tcPr>
            <w:tcW w:w="8363" w:type="dxa"/>
            <w:tcBorders>
              <w:top w:val="single" w:sz="4" w:space="0" w:color="000000"/>
              <w:left w:val="single" w:sz="4" w:space="0" w:color="000000"/>
              <w:bottom w:val="single" w:sz="4" w:space="0" w:color="000000"/>
              <w:right w:val="single" w:sz="4" w:space="0" w:color="auto"/>
            </w:tcBorders>
            <w:vAlign w:val="center"/>
          </w:tcPr>
          <w:p w:rsidR="00394C33" w:rsidRPr="00765081" w:rsidRDefault="00394C33" w:rsidP="00394C33">
            <w:pPr>
              <w:ind w:right="34"/>
              <w:jc w:val="center"/>
              <w:rPr>
                <w:rFonts w:ascii="Times New Roman" w:hAnsi="Times New Roman" w:cs="Times New Roman"/>
                <w:sz w:val="24"/>
                <w:szCs w:val="24"/>
              </w:rPr>
            </w:pPr>
            <w:r w:rsidRPr="00765081">
              <w:rPr>
                <w:rFonts w:ascii="Times New Roman" w:hAnsi="Times New Roman" w:cs="Times New Roman"/>
                <w:b/>
                <w:i/>
                <w:sz w:val="24"/>
                <w:szCs w:val="24"/>
              </w:rPr>
              <w:t>Правильный ответ</w:t>
            </w:r>
          </w:p>
        </w:tc>
        <w:tc>
          <w:tcPr>
            <w:tcW w:w="1843" w:type="dxa"/>
            <w:tcBorders>
              <w:top w:val="single" w:sz="4" w:space="0" w:color="000000"/>
              <w:left w:val="single" w:sz="4" w:space="0" w:color="auto"/>
              <w:bottom w:val="single" w:sz="4" w:space="0" w:color="000000"/>
              <w:right w:val="single" w:sz="4" w:space="0" w:color="000000"/>
            </w:tcBorders>
            <w:vAlign w:val="center"/>
          </w:tcPr>
          <w:p w:rsidR="00394C33" w:rsidRPr="00765081" w:rsidRDefault="00394C33" w:rsidP="00394C33">
            <w:pPr>
              <w:ind w:right="34"/>
              <w:jc w:val="center"/>
              <w:rPr>
                <w:rFonts w:ascii="Times New Roman" w:hAnsi="Times New Roman" w:cs="Times New Roman"/>
                <w:sz w:val="24"/>
                <w:szCs w:val="24"/>
              </w:rPr>
            </w:pPr>
            <w:r w:rsidRPr="00765081">
              <w:rPr>
                <w:rFonts w:ascii="Times New Roman" w:hAnsi="Times New Roman" w:cs="Times New Roman"/>
                <w:b/>
                <w:i/>
                <w:sz w:val="24"/>
                <w:szCs w:val="24"/>
              </w:rPr>
              <w:t>Кол-во баллов</w:t>
            </w:r>
          </w:p>
        </w:tc>
      </w:tr>
      <w:tr w:rsidR="00394C33" w:rsidRPr="00765081" w:rsidTr="00394C33">
        <w:trPr>
          <w:trHeight w:val="336"/>
        </w:trPr>
        <w:tc>
          <w:tcPr>
            <w:tcW w:w="11199" w:type="dxa"/>
            <w:gridSpan w:val="3"/>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i/>
                <w:sz w:val="24"/>
                <w:szCs w:val="24"/>
              </w:rPr>
            </w:pPr>
            <w:r w:rsidRPr="00765081">
              <w:rPr>
                <w:rFonts w:ascii="Times New Roman" w:hAnsi="Times New Roman" w:cs="Times New Roman"/>
                <w:b/>
                <w:i/>
                <w:sz w:val="24"/>
                <w:szCs w:val="24"/>
              </w:rPr>
              <w:t xml:space="preserve">Вариант 1 </w:t>
            </w:r>
          </w:p>
        </w:tc>
      </w:tr>
      <w:tr w:rsidR="00394C33" w:rsidRPr="00765081" w:rsidTr="00394C33">
        <w:trPr>
          <w:trHeight w:val="368"/>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43"/>
              <w:rPr>
                <w:rFonts w:ascii="Times New Roman" w:hAnsi="Times New Roman" w:cs="Times New Roman"/>
                <w:b/>
                <w:i/>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Основная часть (Базовая)</w:t>
            </w:r>
          </w:p>
        </w:tc>
        <w:tc>
          <w:tcPr>
            <w:tcW w:w="1843" w:type="dxa"/>
            <w:tcBorders>
              <w:top w:val="single" w:sz="4" w:space="0" w:color="000000"/>
              <w:left w:val="single" w:sz="4" w:space="0" w:color="auto"/>
              <w:bottom w:val="single" w:sz="4" w:space="0" w:color="000000"/>
              <w:right w:val="single" w:sz="4" w:space="0" w:color="000000"/>
            </w:tcBorders>
            <w:vAlign w:val="center"/>
          </w:tcPr>
          <w:p w:rsidR="00394C33" w:rsidRPr="00765081" w:rsidRDefault="00394C33" w:rsidP="00394C33">
            <w:pPr>
              <w:ind w:right="34"/>
              <w:jc w:val="center"/>
              <w:rPr>
                <w:rFonts w:ascii="Times New Roman" w:hAnsi="Times New Roman" w:cs="Times New Roman"/>
                <w:b/>
                <w:i/>
                <w:sz w:val="24"/>
                <w:szCs w:val="24"/>
              </w:rPr>
            </w:pPr>
          </w:p>
        </w:tc>
      </w:tr>
      <w:tr w:rsidR="00394C33" w:rsidRPr="00765081" w:rsidTr="00394C33">
        <w:trPr>
          <w:trHeight w:val="402"/>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43"/>
              <w:rPr>
                <w:rFonts w:ascii="Times New Roman" w:hAnsi="Times New Roman" w:cs="Times New Roman"/>
                <w:b/>
                <w:i/>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Литературное чтение</w:t>
            </w:r>
          </w:p>
        </w:tc>
        <w:tc>
          <w:tcPr>
            <w:tcW w:w="1843" w:type="dxa"/>
            <w:tcBorders>
              <w:top w:val="single" w:sz="4" w:space="0" w:color="000000"/>
              <w:left w:val="single" w:sz="4" w:space="0" w:color="auto"/>
              <w:bottom w:val="single" w:sz="4" w:space="0" w:color="000000"/>
              <w:right w:val="single" w:sz="4" w:space="0" w:color="000000"/>
            </w:tcBorders>
            <w:vAlign w:val="center"/>
          </w:tcPr>
          <w:p w:rsidR="00394C33" w:rsidRPr="00765081" w:rsidRDefault="00394C33" w:rsidP="00394C33">
            <w:pPr>
              <w:ind w:right="34"/>
              <w:jc w:val="center"/>
              <w:rPr>
                <w:rFonts w:ascii="Times New Roman" w:hAnsi="Times New Roman" w:cs="Times New Roman"/>
                <w:b/>
                <w:i/>
                <w:sz w:val="24"/>
                <w:szCs w:val="24"/>
              </w:rPr>
            </w:pPr>
          </w:p>
        </w:tc>
      </w:tr>
      <w:tr w:rsidR="00394C33" w:rsidRPr="00765081" w:rsidTr="00394C33">
        <w:trPr>
          <w:trHeight w:val="788"/>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 xml:space="preserve">1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Сколько частей в этом тексте? Запишите цифрой.</w:t>
            </w:r>
          </w:p>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b/>
                <w:sz w:val="24"/>
                <w:szCs w:val="24"/>
              </w:rPr>
              <w:t>Ответ:</w:t>
            </w:r>
            <w:r w:rsidRPr="00765081">
              <w:rPr>
                <w:rFonts w:ascii="Times New Roman" w:hAnsi="Times New Roman" w:cs="Times New Roman"/>
                <w:b/>
                <w:sz w:val="24"/>
                <w:szCs w:val="24"/>
              </w:rPr>
              <w:tab/>
              <w:t>__</w:t>
            </w:r>
            <w:r w:rsidRPr="00765081">
              <w:rPr>
                <w:rFonts w:ascii="Times New Roman" w:hAnsi="Times New Roman" w:cs="Times New Roman"/>
                <w:b/>
                <w:color w:val="FF0000"/>
                <w:sz w:val="24"/>
                <w:szCs w:val="24"/>
              </w:rPr>
              <w:t>7</w:t>
            </w:r>
            <w:r w:rsidRPr="00765081">
              <w:rPr>
                <w:rFonts w:ascii="Times New Roman" w:hAnsi="Times New Roman" w:cs="Times New Roman"/>
                <w:b/>
                <w:sz w:val="24"/>
                <w:szCs w:val="24"/>
              </w:rPr>
              <w:t>_</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p w:rsidR="00394C33" w:rsidRPr="00765081" w:rsidRDefault="00394C33" w:rsidP="00394C33">
            <w:pPr>
              <w:ind w:firstLine="708"/>
              <w:rPr>
                <w:rFonts w:ascii="Times New Roman" w:hAnsi="Times New Roman" w:cs="Times New Roman"/>
                <w:sz w:val="24"/>
                <w:szCs w:val="24"/>
              </w:rPr>
            </w:pPr>
          </w:p>
        </w:tc>
      </w:tr>
      <w:tr w:rsidR="00394C33" w:rsidRPr="00765081" w:rsidTr="00394C33">
        <w:trPr>
          <w:trHeight w:val="1020"/>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 xml:space="preserve">2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Озаглавьте   четвёртую часть текста.</w:t>
            </w:r>
          </w:p>
          <w:p w:rsidR="00394C33" w:rsidRPr="00765081" w:rsidRDefault="00394C33" w:rsidP="00394C33">
            <w:pPr>
              <w:pStyle w:val="af6"/>
              <w:rPr>
                <w:rFonts w:ascii="Times New Roman" w:eastAsia="Calibri" w:hAnsi="Times New Roman" w:cs="Times New Roman"/>
                <w:b/>
                <w:sz w:val="24"/>
                <w:szCs w:val="24"/>
              </w:rPr>
            </w:pPr>
            <w:proofErr w:type="spellStart"/>
            <w:r w:rsidRPr="00765081">
              <w:rPr>
                <w:rFonts w:ascii="Times New Roman" w:hAnsi="Times New Roman" w:cs="Times New Roman"/>
                <w:b/>
                <w:sz w:val="24"/>
                <w:szCs w:val="24"/>
              </w:rPr>
              <w:t>Ответ</w:t>
            </w:r>
            <w:proofErr w:type="gramStart"/>
            <w:r w:rsidRPr="00765081">
              <w:rPr>
                <w:rFonts w:ascii="Times New Roman" w:hAnsi="Times New Roman" w:cs="Times New Roman"/>
                <w:b/>
                <w:sz w:val="24"/>
                <w:szCs w:val="24"/>
              </w:rPr>
              <w:t>:</w:t>
            </w:r>
            <w:r w:rsidRPr="00765081">
              <w:rPr>
                <w:rFonts w:ascii="Times New Roman" w:hAnsi="Times New Roman" w:cs="Times New Roman"/>
                <w:b/>
                <w:color w:val="FF0000"/>
                <w:sz w:val="24"/>
                <w:szCs w:val="24"/>
              </w:rPr>
              <w:t>Л</w:t>
            </w:r>
            <w:proofErr w:type="gramEnd"/>
            <w:r w:rsidRPr="00765081">
              <w:rPr>
                <w:rFonts w:ascii="Times New Roman" w:hAnsi="Times New Roman" w:cs="Times New Roman"/>
                <w:b/>
                <w:color w:val="FF0000"/>
                <w:sz w:val="24"/>
                <w:szCs w:val="24"/>
              </w:rPr>
              <w:t>юбимое</w:t>
            </w:r>
            <w:proofErr w:type="spellEnd"/>
            <w:r w:rsidRPr="00765081">
              <w:rPr>
                <w:rFonts w:ascii="Times New Roman" w:hAnsi="Times New Roman" w:cs="Times New Roman"/>
                <w:b/>
                <w:color w:val="FF0000"/>
                <w:sz w:val="24"/>
                <w:szCs w:val="24"/>
              </w:rPr>
              <w:t xml:space="preserve"> кушанье северных оленей.</w:t>
            </w:r>
            <w:r w:rsidRPr="00765081">
              <w:rPr>
                <w:rFonts w:ascii="Times New Roman" w:hAnsi="Times New Roman" w:cs="Times New Roman"/>
                <w:b/>
                <w:i/>
                <w:color w:val="FF0000"/>
                <w:sz w:val="24"/>
                <w:szCs w:val="24"/>
              </w:rPr>
              <w:t>(обучающийся может дать другое название)</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1141"/>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 xml:space="preserve">3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Какая часть текста может быть названа: «Северный олень – быстрое животное»?</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4) седьмая;</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862"/>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 xml:space="preserve">4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Данный вид текста.</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 xml:space="preserve">2) научно-популярный;   </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862"/>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lastRenderedPageBreak/>
              <w:t xml:space="preserve">5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Используя информацию из текста, заполните таблицу. (Надо данные записывать цифрой).</w:t>
            </w:r>
          </w:p>
          <w:tbl>
            <w:tblPr>
              <w:tblStyle w:val="TableGrid"/>
              <w:tblW w:w="7938" w:type="dxa"/>
              <w:tblInd w:w="29" w:type="dxa"/>
              <w:tblLayout w:type="fixed"/>
              <w:tblCellMar>
                <w:top w:w="52" w:type="dxa"/>
                <w:left w:w="108" w:type="dxa"/>
                <w:right w:w="115" w:type="dxa"/>
              </w:tblCellMar>
              <w:tblLook w:val="04A0"/>
            </w:tblPr>
            <w:tblGrid>
              <w:gridCol w:w="5953"/>
              <w:gridCol w:w="1985"/>
            </w:tblGrid>
            <w:tr w:rsidR="00394C33" w:rsidRPr="00765081" w:rsidTr="00394C33">
              <w:trPr>
                <w:trHeight w:val="536"/>
              </w:trPr>
              <w:tc>
                <w:tcPr>
                  <w:tcW w:w="595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 xml:space="preserve">Какой мороз может выдержать северный олень? </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40 градусов </w:t>
                  </w:r>
                </w:p>
              </w:tc>
            </w:tr>
            <w:tr w:rsidR="00394C33" w:rsidRPr="00765081" w:rsidTr="00394C33">
              <w:trPr>
                <w:trHeight w:val="538"/>
              </w:trPr>
              <w:tc>
                <w:tcPr>
                  <w:tcW w:w="595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 xml:space="preserve">Любимое кушанье оленя </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Мох, ягель </w:t>
                  </w:r>
                </w:p>
              </w:tc>
            </w:tr>
            <w:tr w:rsidR="00394C33" w:rsidRPr="00765081" w:rsidTr="00394C33">
              <w:trPr>
                <w:trHeight w:val="538"/>
              </w:trPr>
              <w:tc>
                <w:tcPr>
                  <w:tcW w:w="595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 xml:space="preserve">Вес оленя </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150 кг </w:t>
                  </w:r>
                </w:p>
              </w:tc>
            </w:tr>
            <w:tr w:rsidR="00394C33" w:rsidRPr="00765081" w:rsidTr="00394C33">
              <w:trPr>
                <w:trHeight w:val="538"/>
              </w:trPr>
              <w:tc>
                <w:tcPr>
                  <w:tcW w:w="595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 xml:space="preserve">Сколько километров может пробежать олень в день? </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100 км в день </w:t>
                  </w:r>
                </w:p>
              </w:tc>
            </w:tr>
          </w:tbl>
          <w:p w:rsidR="00394C33" w:rsidRPr="00765081" w:rsidRDefault="00394C33" w:rsidP="00394C33">
            <w:pPr>
              <w:rPr>
                <w:rFonts w:ascii="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4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1 баллу за каждый правильный ответ.</w:t>
            </w:r>
          </w:p>
        </w:tc>
      </w:tr>
      <w:tr w:rsidR="00394C33" w:rsidRPr="00765081" w:rsidTr="00394C33">
        <w:trPr>
          <w:trHeight w:val="42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b/>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8 баллов</w:t>
            </w:r>
          </w:p>
        </w:tc>
      </w:tr>
      <w:tr w:rsidR="00394C33" w:rsidRPr="00765081" w:rsidTr="00394C33">
        <w:trPr>
          <w:trHeight w:val="386"/>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1159"/>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1</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Отметьте правильный ответ группы слов, в которых все согласные звуки твёрдые.</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2) потомство, рога, жир;</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1116"/>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2</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bCs/>
                <w:sz w:val="24"/>
                <w:szCs w:val="24"/>
              </w:rPr>
            </w:pPr>
            <w:r w:rsidRPr="00765081">
              <w:rPr>
                <w:rFonts w:ascii="Times New Roman" w:hAnsi="Times New Roman" w:cs="Times New Roman"/>
                <w:b/>
                <w:sz w:val="24"/>
                <w:szCs w:val="24"/>
              </w:rPr>
              <w:t>Укажите количество букв и звуков.</w:t>
            </w:r>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iCs/>
                <w:sz w:val="24"/>
                <w:szCs w:val="24"/>
              </w:rPr>
              <w:t xml:space="preserve"> ягель</w:t>
            </w:r>
            <w:r w:rsidRPr="00765081">
              <w:rPr>
                <w:rFonts w:ascii="Times New Roman" w:hAnsi="Times New Roman" w:cs="Times New Roman"/>
                <w:b/>
                <w:sz w:val="24"/>
                <w:szCs w:val="24"/>
              </w:rPr>
              <w:t xml:space="preserve"> __</w:t>
            </w:r>
            <w:r w:rsidRPr="00765081">
              <w:rPr>
                <w:rFonts w:ascii="Times New Roman" w:hAnsi="Times New Roman" w:cs="Times New Roman"/>
                <w:b/>
                <w:color w:val="FF0000"/>
                <w:sz w:val="24"/>
                <w:szCs w:val="24"/>
              </w:rPr>
              <w:t xml:space="preserve">5___ </w:t>
            </w:r>
            <w:r w:rsidRPr="00765081">
              <w:rPr>
                <w:rFonts w:ascii="Times New Roman" w:hAnsi="Times New Roman" w:cs="Times New Roman"/>
                <w:b/>
                <w:sz w:val="24"/>
                <w:szCs w:val="24"/>
              </w:rPr>
              <w:t>букв, ____</w:t>
            </w:r>
            <w:r w:rsidRPr="00765081">
              <w:rPr>
                <w:rFonts w:ascii="Times New Roman" w:hAnsi="Times New Roman" w:cs="Times New Roman"/>
                <w:b/>
                <w:color w:val="FF0000"/>
                <w:sz w:val="24"/>
                <w:szCs w:val="24"/>
              </w:rPr>
              <w:t>5</w:t>
            </w:r>
            <w:r w:rsidRPr="00765081">
              <w:rPr>
                <w:rFonts w:ascii="Times New Roman" w:hAnsi="Times New Roman" w:cs="Times New Roman"/>
                <w:b/>
                <w:sz w:val="24"/>
                <w:szCs w:val="24"/>
              </w:rPr>
              <w:t>_ звуков</w:t>
            </w:r>
          </w:p>
          <w:p w:rsidR="00394C33" w:rsidRPr="00765081" w:rsidRDefault="00394C33" w:rsidP="00394C33">
            <w:pPr>
              <w:pStyle w:val="af6"/>
              <w:rPr>
                <w:rFonts w:ascii="Times New Roman" w:hAnsi="Times New Roman" w:cs="Times New Roman"/>
                <w:b/>
                <w:sz w:val="24"/>
                <w:szCs w:val="24"/>
              </w:rPr>
            </w:pPr>
            <w:proofErr w:type="gramStart"/>
            <w:r w:rsidRPr="00765081">
              <w:rPr>
                <w:rFonts w:ascii="Times New Roman" w:hAnsi="Times New Roman" w:cs="Times New Roman"/>
                <w:b/>
                <w:iCs/>
                <w:sz w:val="24"/>
                <w:szCs w:val="24"/>
              </w:rPr>
              <w:t>дикие</w:t>
            </w:r>
            <w:proofErr w:type="gramEnd"/>
            <w:r w:rsidRPr="00765081">
              <w:rPr>
                <w:rFonts w:ascii="Times New Roman" w:hAnsi="Times New Roman" w:cs="Times New Roman"/>
                <w:b/>
                <w:iCs/>
                <w:sz w:val="24"/>
                <w:szCs w:val="24"/>
              </w:rPr>
              <w:t>___</w:t>
            </w:r>
            <w:r w:rsidRPr="00765081">
              <w:rPr>
                <w:rFonts w:ascii="Times New Roman" w:hAnsi="Times New Roman" w:cs="Times New Roman"/>
                <w:b/>
                <w:iCs/>
                <w:color w:val="FF0000"/>
                <w:sz w:val="24"/>
                <w:szCs w:val="24"/>
              </w:rPr>
              <w:t>5</w:t>
            </w:r>
            <w:r w:rsidRPr="00765081">
              <w:rPr>
                <w:rFonts w:ascii="Times New Roman" w:hAnsi="Times New Roman" w:cs="Times New Roman"/>
                <w:b/>
                <w:iCs/>
                <w:sz w:val="24"/>
                <w:szCs w:val="24"/>
              </w:rPr>
              <w:t>__</w:t>
            </w:r>
            <w:r w:rsidRPr="00765081">
              <w:rPr>
                <w:rFonts w:ascii="Times New Roman" w:hAnsi="Times New Roman" w:cs="Times New Roman"/>
                <w:b/>
                <w:sz w:val="24"/>
                <w:szCs w:val="24"/>
              </w:rPr>
              <w:t>букв, ____</w:t>
            </w:r>
            <w:r w:rsidRPr="00765081">
              <w:rPr>
                <w:rFonts w:ascii="Times New Roman" w:hAnsi="Times New Roman" w:cs="Times New Roman"/>
                <w:b/>
                <w:color w:val="FF0000"/>
                <w:sz w:val="24"/>
                <w:szCs w:val="24"/>
              </w:rPr>
              <w:t>6</w:t>
            </w:r>
            <w:r w:rsidRPr="00765081">
              <w:rPr>
                <w:rFonts w:ascii="Times New Roman" w:hAnsi="Times New Roman" w:cs="Times New Roman"/>
                <w:b/>
                <w:sz w:val="24"/>
                <w:szCs w:val="24"/>
              </w:rPr>
              <w:t>__ звуков</w:t>
            </w:r>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iCs/>
                <w:sz w:val="24"/>
                <w:szCs w:val="24"/>
              </w:rPr>
              <w:t xml:space="preserve">  олень</w:t>
            </w:r>
            <w:r w:rsidRPr="00765081">
              <w:rPr>
                <w:rFonts w:ascii="Times New Roman" w:hAnsi="Times New Roman" w:cs="Times New Roman"/>
                <w:b/>
                <w:sz w:val="24"/>
                <w:szCs w:val="24"/>
              </w:rPr>
              <w:t xml:space="preserve"> ___</w:t>
            </w:r>
            <w:r w:rsidRPr="00765081">
              <w:rPr>
                <w:rFonts w:ascii="Times New Roman" w:hAnsi="Times New Roman" w:cs="Times New Roman"/>
                <w:b/>
                <w:color w:val="FF0000"/>
                <w:sz w:val="24"/>
                <w:szCs w:val="24"/>
              </w:rPr>
              <w:t>5</w:t>
            </w:r>
            <w:r w:rsidRPr="00765081">
              <w:rPr>
                <w:rFonts w:ascii="Times New Roman" w:hAnsi="Times New Roman" w:cs="Times New Roman"/>
                <w:b/>
                <w:sz w:val="24"/>
                <w:szCs w:val="24"/>
              </w:rPr>
              <w:t>__   букв, __</w:t>
            </w:r>
            <w:r w:rsidRPr="00765081">
              <w:rPr>
                <w:rFonts w:ascii="Times New Roman" w:hAnsi="Times New Roman" w:cs="Times New Roman"/>
                <w:b/>
                <w:color w:val="FF0000"/>
                <w:sz w:val="24"/>
                <w:szCs w:val="24"/>
              </w:rPr>
              <w:t>4</w:t>
            </w:r>
            <w:r w:rsidRPr="00765081">
              <w:rPr>
                <w:rFonts w:ascii="Times New Roman" w:hAnsi="Times New Roman" w:cs="Times New Roman"/>
                <w:b/>
                <w:sz w:val="24"/>
                <w:szCs w:val="24"/>
              </w:rPr>
              <w:t xml:space="preserve">__ звуков </w:t>
            </w:r>
          </w:p>
          <w:p w:rsidR="00394C33" w:rsidRPr="00765081" w:rsidRDefault="00394C33" w:rsidP="00394C33">
            <w:pPr>
              <w:rPr>
                <w:rFonts w:ascii="Times New Roman"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3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0,5 баллу за каждый правильный ответ.</w:t>
            </w:r>
          </w:p>
        </w:tc>
      </w:tr>
      <w:tr w:rsidR="00394C33" w:rsidRPr="00765081" w:rsidTr="00394C33">
        <w:trPr>
          <w:trHeight w:val="1044"/>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3</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 xml:space="preserve">Буква </w:t>
            </w:r>
            <w:proofErr w:type="gramStart"/>
            <w:r w:rsidRPr="00765081">
              <w:rPr>
                <w:rFonts w:ascii="Times New Roman" w:hAnsi="Times New Roman" w:cs="Times New Roman"/>
                <w:b/>
                <w:sz w:val="24"/>
                <w:szCs w:val="24"/>
              </w:rPr>
              <w:t>–о</w:t>
            </w:r>
            <w:proofErr w:type="gramEnd"/>
            <w:r w:rsidRPr="00765081">
              <w:rPr>
                <w:rFonts w:ascii="Times New Roman" w:hAnsi="Times New Roman" w:cs="Times New Roman"/>
                <w:b/>
                <w:sz w:val="24"/>
                <w:szCs w:val="24"/>
              </w:rPr>
              <w:t>- пропущена в словах группы:</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2) м</w:t>
            </w:r>
            <w:proofErr w:type="gramStart"/>
            <w:r w:rsidRPr="00765081">
              <w:rPr>
                <w:rFonts w:ascii="Times New Roman" w:hAnsi="Times New Roman" w:cs="Times New Roman"/>
                <w:b/>
                <w:color w:val="FF0000"/>
                <w:sz w:val="24"/>
                <w:szCs w:val="24"/>
              </w:rPr>
              <w:t>….</w:t>
            </w:r>
            <w:proofErr w:type="gramEnd"/>
            <w:r w:rsidRPr="00765081">
              <w:rPr>
                <w:rFonts w:ascii="Times New Roman" w:hAnsi="Times New Roman" w:cs="Times New Roman"/>
                <w:b/>
                <w:color w:val="FF0000"/>
                <w:sz w:val="24"/>
                <w:szCs w:val="24"/>
              </w:rPr>
              <w:t>роз, м…локо;</w:t>
            </w:r>
            <w:r w:rsidRPr="00765081">
              <w:rPr>
                <w:rFonts w:ascii="Times New Roman" w:hAnsi="Times New Roman" w:cs="Times New Roman"/>
                <w:b/>
                <w:color w:val="FF0000"/>
                <w:sz w:val="24"/>
                <w:szCs w:val="24"/>
              </w:rPr>
              <w:tab/>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265"/>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4</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spacing w:line="360" w:lineRule="auto"/>
              <w:jc w:val="both"/>
              <w:rPr>
                <w:rFonts w:ascii="Times New Roman" w:hAnsi="Times New Roman" w:cs="Times New Roman"/>
                <w:sz w:val="24"/>
                <w:szCs w:val="24"/>
              </w:rPr>
            </w:pPr>
            <w:r w:rsidRPr="00765081">
              <w:rPr>
                <w:rFonts w:ascii="Times New Roman" w:hAnsi="Times New Roman" w:cs="Times New Roman"/>
                <w:b/>
                <w:sz w:val="24"/>
                <w:szCs w:val="24"/>
              </w:rPr>
              <w:t>Отметьте слово, имеющее следующий состав:</w:t>
            </w:r>
          </w:p>
          <w:p w:rsidR="00394C33" w:rsidRPr="00765081" w:rsidRDefault="00394C33" w:rsidP="00394C33">
            <w:pPr>
              <w:rPr>
                <w:rFonts w:ascii="Times New Roman" w:hAnsi="Times New Roman" w:cs="Times New Roman"/>
                <w:sz w:val="24"/>
                <w:szCs w:val="24"/>
                <w:bdr w:val="single" w:sz="4" w:space="0" w:color="auto" w:frame="1"/>
              </w:rPr>
            </w:pPr>
            <w:r w:rsidRPr="00765081">
              <w:rPr>
                <w:rFonts w:ascii="Times New Roman" w:hAnsi="Times New Roman" w:cs="Times New Roman"/>
                <w:sz w:val="24"/>
                <w:szCs w:val="24"/>
                <w:bdr w:val="single" w:sz="4" w:space="0" w:color="auto" w:frame="1"/>
              </w:rPr>
              <w:t xml:space="preserve"> корень </w:t>
            </w:r>
            <w:r w:rsidRPr="00765081">
              <w:rPr>
                <w:rFonts w:ascii="Times New Roman" w:hAnsi="Times New Roman" w:cs="Times New Roman"/>
                <w:sz w:val="24"/>
                <w:szCs w:val="24"/>
              </w:rPr>
              <w:t xml:space="preserve">-   </w:t>
            </w:r>
            <w:r w:rsidRPr="00765081">
              <w:rPr>
                <w:rFonts w:ascii="Times New Roman" w:hAnsi="Times New Roman" w:cs="Times New Roman"/>
                <w:sz w:val="24"/>
                <w:szCs w:val="24"/>
                <w:bdr w:val="single" w:sz="4" w:space="0" w:color="auto" w:frame="1"/>
              </w:rPr>
              <w:t>суффикс</w:t>
            </w:r>
            <w:r w:rsidRPr="00765081">
              <w:rPr>
                <w:rFonts w:ascii="Times New Roman" w:hAnsi="Times New Roman" w:cs="Times New Roman"/>
                <w:sz w:val="24"/>
                <w:szCs w:val="24"/>
              </w:rPr>
              <w:t>-</w:t>
            </w:r>
            <w:r w:rsidRPr="00765081">
              <w:rPr>
                <w:rFonts w:ascii="Times New Roman" w:hAnsi="Times New Roman" w:cs="Times New Roman"/>
                <w:sz w:val="24"/>
                <w:szCs w:val="24"/>
                <w:bdr w:val="single" w:sz="4" w:space="0" w:color="auto" w:frame="1"/>
              </w:rPr>
              <w:t>окончание</w:t>
            </w:r>
          </w:p>
          <w:p w:rsidR="00394C33" w:rsidRPr="00765081" w:rsidRDefault="00394C33" w:rsidP="00394C33">
            <w:pPr>
              <w:spacing w:line="360" w:lineRule="auto"/>
              <w:jc w:val="both"/>
              <w:rPr>
                <w:rFonts w:ascii="Times New Roman" w:hAnsi="Times New Roman" w:cs="Times New Roman"/>
                <w:b/>
                <w:sz w:val="24"/>
                <w:szCs w:val="24"/>
              </w:rPr>
            </w:pPr>
            <w:r w:rsidRPr="00765081">
              <w:rPr>
                <w:rFonts w:ascii="Times New Roman" w:hAnsi="Times New Roman" w:cs="Times New Roman"/>
                <w:b/>
                <w:color w:val="FF0000"/>
                <w:sz w:val="24"/>
                <w:szCs w:val="24"/>
              </w:rPr>
              <w:t>3) северный;</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248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lastRenderedPageBreak/>
              <w:t>5</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Заполните таблицу, указав те признаки прилагательных, которые ты изучил (род, падеж, число):</w:t>
            </w:r>
          </w:p>
          <w:p w:rsidR="00394C33" w:rsidRPr="00765081" w:rsidRDefault="00394C33" w:rsidP="00394C33">
            <w:pPr>
              <w:pStyle w:val="af6"/>
              <w:rPr>
                <w:rFonts w:ascii="Times New Roman" w:hAnsi="Times New Roman" w:cs="Times New Roman"/>
                <w:b/>
                <w:sz w:val="24"/>
                <w:szCs w:val="24"/>
              </w:rPr>
            </w:pPr>
          </w:p>
          <w:tbl>
            <w:tblPr>
              <w:tblW w:w="809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4"/>
              <w:gridCol w:w="1363"/>
              <w:gridCol w:w="1050"/>
              <w:gridCol w:w="1563"/>
            </w:tblGrid>
            <w:tr w:rsidR="00394C33" w:rsidRPr="00765081" w:rsidTr="00394C33">
              <w:trPr>
                <w:trHeight w:val="341"/>
              </w:trPr>
              <w:tc>
                <w:tcPr>
                  <w:tcW w:w="4114"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Имя прилагательное</w:t>
                  </w:r>
                </w:p>
                <w:p w:rsidR="00394C33" w:rsidRPr="00765081" w:rsidRDefault="00394C33" w:rsidP="00394C33">
                  <w:pPr>
                    <w:pStyle w:val="af6"/>
                    <w:jc w:val="center"/>
                    <w:rPr>
                      <w:rFonts w:ascii="Times New Roman" w:hAnsi="Times New Roman" w:cs="Times New Roman"/>
                      <w:sz w:val="24"/>
                      <w:szCs w:val="24"/>
                    </w:rPr>
                  </w:pPr>
                  <w:r w:rsidRPr="00765081">
                    <w:rPr>
                      <w:rFonts w:ascii="Times New Roman" w:hAnsi="Times New Roman" w:cs="Times New Roman"/>
                      <w:b/>
                      <w:sz w:val="24"/>
                      <w:szCs w:val="24"/>
                      <w:lang w:eastAsia="ru-RU"/>
                    </w:rPr>
                    <w:t>(вместе с существительным).</w:t>
                  </w:r>
                </w:p>
              </w:tc>
              <w:tc>
                <w:tcPr>
                  <w:tcW w:w="1363"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Род</w:t>
                  </w:r>
                </w:p>
              </w:tc>
              <w:tc>
                <w:tcPr>
                  <w:tcW w:w="1050"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Падеж</w:t>
                  </w:r>
                </w:p>
              </w:tc>
              <w:tc>
                <w:tcPr>
                  <w:tcW w:w="1563"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Число</w:t>
                  </w:r>
                </w:p>
              </w:tc>
            </w:tr>
            <w:tr w:rsidR="00394C33" w:rsidRPr="00765081" w:rsidTr="00394C33">
              <w:trPr>
                <w:trHeight w:val="384"/>
              </w:trPr>
              <w:tc>
                <w:tcPr>
                  <w:tcW w:w="4114"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С удивительной (быстротой)</w:t>
                  </w:r>
                </w:p>
              </w:tc>
              <w:tc>
                <w:tcPr>
                  <w:tcW w:w="13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proofErr w:type="gramStart"/>
                  <w:r w:rsidRPr="00765081">
                    <w:rPr>
                      <w:rFonts w:ascii="Times New Roman" w:eastAsia="Times New Roman" w:hAnsi="Times New Roman" w:cs="Times New Roman"/>
                      <w:b/>
                      <w:color w:val="FF0000"/>
                      <w:sz w:val="24"/>
                      <w:szCs w:val="24"/>
                    </w:rPr>
                    <w:t>ж</w:t>
                  </w:r>
                  <w:proofErr w:type="gramEnd"/>
                  <w:r w:rsidRPr="00765081">
                    <w:rPr>
                      <w:rFonts w:ascii="Times New Roman" w:eastAsia="Times New Roman" w:hAnsi="Times New Roman" w:cs="Times New Roman"/>
                      <w:b/>
                      <w:color w:val="FF0000"/>
                      <w:sz w:val="24"/>
                      <w:szCs w:val="24"/>
                    </w:rPr>
                    <w:t>.р.</w:t>
                  </w:r>
                </w:p>
              </w:tc>
              <w:tc>
                <w:tcPr>
                  <w:tcW w:w="105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Т.п.</w:t>
                  </w:r>
                </w:p>
              </w:tc>
              <w:tc>
                <w:tcPr>
                  <w:tcW w:w="15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ед.</w:t>
                  </w:r>
                  <w:proofErr w:type="gramStart"/>
                  <w:r w:rsidRPr="00765081">
                    <w:rPr>
                      <w:rFonts w:ascii="Times New Roman" w:eastAsia="Times New Roman" w:hAnsi="Times New Roman" w:cs="Times New Roman"/>
                      <w:b/>
                      <w:color w:val="FF0000"/>
                      <w:sz w:val="24"/>
                      <w:szCs w:val="24"/>
                    </w:rPr>
                    <w:t>ч</w:t>
                  </w:r>
                  <w:proofErr w:type="gramEnd"/>
                  <w:r w:rsidRPr="00765081">
                    <w:rPr>
                      <w:rFonts w:ascii="Times New Roman" w:eastAsia="Times New Roman" w:hAnsi="Times New Roman" w:cs="Times New Roman"/>
                      <w:b/>
                      <w:color w:val="FF0000"/>
                      <w:sz w:val="24"/>
                      <w:szCs w:val="24"/>
                    </w:rPr>
                    <w:t>.</w:t>
                  </w:r>
                </w:p>
              </w:tc>
            </w:tr>
            <w:tr w:rsidR="00394C33" w:rsidRPr="00765081" w:rsidTr="00394C33">
              <w:trPr>
                <w:trHeight w:val="392"/>
              </w:trPr>
              <w:tc>
                <w:tcPr>
                  <w:tcW w:w="4114"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От лютого (мороза)</w:t>
                  </w:r>
                </w:p>
              </w:tc>
              <w:tc>
                <w:tcPr>
                  <w:tcW w:w="13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м.р.</w:t>
                  </w:r>
                </w:p>
              </w:tc>
              <w:tc>
                <w:tcPr>
                  <w:tcW w:w="105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Р.п.</w:t>
                  </w:r>
                </w:p>
              </w:tc>
              <w:tc>
                <w:tcPr>
                  <w:tcW w:w="15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ед.</w:t>
                  </w:r>
                  <w:proofErr w:type="gramStart"/>
                  <w:r w:rsidRPr="00765081">
                    <w:rPr>
                      <w:rFonts w:ascii="Times New Roman" w:eastAsia="Times New Roman" w:hAnsi="Times New Roman" w:cs="Times New Roman"/>
                      <w:b/>
                      <w:color w:val="FF0000"/>
                      <w:sz w:val="24"/>
                      <w:szCs w:val="24"/>
                    </w:rPr>
                    <w:t>ч</w:t>
                  </w:r>
                  <w:proofErr w:type="gramEnd"/>
                  <w:r w:rsidRPr="00765081">
                    <w:rPr>
                      <w:rFonts w:ascii="Times New Roman" w:eastAsia="Times New Roman" w:hAnsi="Times New Roman" w:cs="Times New Roman"/>
                      <w:b/>
                      <w:color w:val="FF0000"/>
                      <w:sz w:val="24"/>
                      <w:szCs w:val="24"/>
                    </w:rPr>
                    <w:t>.</w:t>
                  </w:r>
                </w:p>
              </w:tc>
            </w:tr>
            <w:tr w:rsidR="00394C33" w:rsidRPr="00765081" w:rsidTr="00394C33">
              <w:trPr>
                <w:trHeight w:val="392"/>
              </w:trPr>
              <w:tc>
                <w:tcPr>
                  <w:tcW w:w="4114"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В суровую (пору)</w:t>
                  </w:r>
                </w:p>
              </w:tc>
              <w:tc>
                <w:tcPr>
                  <w:tcW w:w="13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rPr>
                      <w:rFonts w:ascii="Times New Roman" w:hAnsi="Times New Roman" w:cs="Times New Roman"/>
                      <w:b/>
                      <w:color w:val="FF0000"/>
                      <w:sz w:val="24"/>
                      <w:szCs w:val="24"/>
                    </w:rPr>
                  </w:pPr>
                  <w:proofErr w:type="gramStart"/>
                  <w:r w:rsidRPr="00765081">
                    <w:rPr>
                      <w:rFonts w:ascii="Times New Roman" w:eastAsia="Times New Roman" w:hAnsi="Times New Roman" w:cs="Times New Roman"/>
                      <w:b/>
                      <w:color w:val="FF0000"/>
                      <w:sz w:val="24"/>
                      <w:szCs w:val="24"/>
                    </w:rPr>
                    <w:t>ж</w:t>
                  </w:r>
                  <w:proofErr w:type="gramEnd"/>
                  <w:r w:rsidRPr="00765081">
                    <w:rPr>
                      <w:rFonts w:ascii="Times New Roman" w:eastAsia="Times New Roman" w:hAnsi="Times New Roman" w:cs="Times New Roman"/>
                      <w:b/>
                      <w:color w:val="FF0000"/>
                      <w:sz w:val="24"/>
                      <w:szCs w:val="24"/>
                    </w:rPr>
                    <w:t>.р.</w:t>
                  </w:r>
                </w:p>
              </w:tc>
              <w:tc>
                <w:tcPr>
                  <w:tcW w:w="105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В.п.</w:t>
                  </w:r>
                </w:p>
              </w:tc>
              <w:tc>
                <w:tcPr>
                  <w:tcW w:w="15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ед.</w:t>
                  </w:r>
                  <w:proofErr w:type="gramStart"/>
                  <w:r w:rsidRPr="00765081">
                    <w:rPr>
                      <w:rFonts w:ascii="Times New Roman" w:eastAsia="Times New Roman" w:hAnsi="Times New Roman" w:cs="Times New Roman"/>
                      <w:b/>
                      <w:color w:val="FF0000"/>
                      <w:sz w:val="24"/>
                      <w:szCs w:val="24"/>
                    </w:rPr>
                    <w:t>ч</w:t>
                  </w:r>
                  <w:proofErr w:type="gramEnd"/>
                  <w:r w:rsidRPr="00765081">
                    <w:rPr>
                      <w:rFonts w:ascii="Times New Roman" w:eastAsia="Times New Roman" w:hAnsi="Times New Roman" w:cs="Times New Roman"/>
                      <w:b/>
                      <w:color w:val="FF0000"/>
                      <w:sz w:val="24"/>
                      <w:szCs w:val="24"/>
                    </w:rPr>
                    <w:t>.</w:t>
                  </w:r>
                </w:p>
              </w:tc>
            </w:tr>
          </w:tbl>
          <w:p w:rsidR="00394C33" w:rsidRPr="00765081" w:rsidRDefault="00394C33" w:rsidP="00394C33">
            <w:pPr>
              <w:rPr>
                <w:rFonts w:ascii="Times New Roman"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4 балла</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2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sz w:val="24"/>
                <w:szCs w:val="24"/>
              </w:rPr>
            </w:pPr>
            <w:r w:rsidRPr="00765081">
              <w:rPr>
                <w:rFonts w:ascii="Times New Roman" w:hAnsi="Times New Roman" w:cs="Times New Roman"/>
                <w:b/>
                <w:sz w:val="24"/>
                <w:szCs w:val="24"/>
              </w:rPr>
              <w:t>10 баллов</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1</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spacing w:after="61" w:line="266" w:lineRule="auto"/>
              <w:jc w:val="both"/>
              <w:rPr>
                <w:rFonts w:ascii="Times New Roman" w:hAnsi="Times New Roman" w:cs="Times New Roman"/>
                <w:sz w:val="24"/>
                <w:szCs w:val="24"/>
              </w:rPr>
            </w:pPr>
            <w:r w:rsidRPr="00765081">
              <w:rPr>
                <w:rFonts w:ascii="Times New Roman" w:hAnsi="Times New Roman" w:cs="Times New Roman"/>
                <w:b/>
                <w:sz w:val="24"/>
                <w:szCs w:val="24"/>
              </w:rPr>
              <w:t xml:space="preserve">Решите задачу. </w:t>
            </w:r>
          </w:p>
          <w:p w:rsidR="00394C33" w:rsidRPr="00765081" w:rsidRDefault="00394C33" w:rsidP="00394C33">
            <w:pPr>
              <w:pStyle w:val="Default"/>
              <w:rPr>
                <w:iCs/>
              </w:rPr>
            </w:pPr>
            <w:r w:rsidRPr="00765081">
              <w:t xml:space="preserve">Упряжка с оленями за 9 часов смогла преодолеть расстояние в 90 </w:t>
            </w:r>
            <w:r w:rsidRPr="00765081">
              <w:rPr>
                <w:i/>
              </w:rPr>
              <w:t>км</w:t>
            </w:r>
            <w:r w:rsidRPr="00765081">
              <w:t>, а вторая упряжка за это же время прошла 72</w:t>
            </w:r>
            <w:r w:rsidRPr="00765081">
              <w:rPr>
                <w:i/>
              </w:rPr>
              <w:t>км</w:t>
            </w:r>
            <w:r w:rsidRPr="00765081">
              <w:t xml:space="preserve">. </w:t>
            </w:r>
            <w:r w:rsidRPr="00765081">
              <w:rPr>
                <w:iCs/>
              </w:rPr>
              <w:t>На сколько больше скорость первой упряжки, чем второй?</w:t>
            </w:r>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Отметьте правильное решение задачи:</w:t>
            </w:r>
          </w:p>
          <w:p w:rsidR="00394C33" w:rsidRPr="00765081" w:rsidRDefault="00394C33" w:rsidP="00394C33">
            <w:pPr>
              <w:pStyle w:val="Default"/>
              <w:rPr>
                <w:b/>
                <w:color w:val="FF0000"/>
              </w:rPr>
            </w:pPr>
            <w:r w:rsidRPr="00765081">
              <w:rPr>
                <w:b/>
                <w:color w:val="FF0000"/>
              </w:rPr>
              <w:t>3) 90</w:t>
            </w:r>
            <w:proofErr w:type="gramStart"/>
            <w:r w:rsidRPr="00765081">
              <w:rPr>
                <w:b/>
                <w:color w:val="FF0000"/>
              </w:rPr>
              <w:t xml:space="preserve"> :</w:t>
            </w:r>
            <w:proofErr w:type="gramEnd"/>
            <w:r w:rsidRPr="00765081">
              <w:rPr>
                <w:b/>
                <w:color w:val="FF0000"/>
              </w:rPr>
              <w:t xml:space="preserve"> 9 – 72 : 9 = 2(км/ч)</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2</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Укажите, какая запись соответствует числу 3 400 020?</w:t>
            </w:r>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Отметьте правильное решение задачи:</w:t>
            </w:r>
          </w:p>
          <w:p w:rsidR="00394C33" w:rsidRPr="00765081" w:rsidRDefault="00394C33" w:rsidP="00394C33">
            <w:pPr>
              <w:tabs>
                <w:tab w:val="left" w:pos="540"/>
              </w:tabs>
              <w:rPr>
                <w:rFonts w:ascii="Times New Roman" w:hAnsi="Times New Roman" w:cs="Times New Roman"/>
                <w:b/>
                <w:color w:val="FF0000"/>
                <w:sz w:val="24"/>
                <w:szCs w:val="24"/>
              </w:rPr>
            </w:pPr>
            <w:r w:rsidRPr="00765081">
              <w:rPr>
                <w:rFonts w:ascii="Times New Roman" w:hAnsi="Times New Roman" w:cs="Times New Roman"/>
                <w:b/>
                <w:noProof/>
                <w:color w:val="FF0000"/>
                <w:sz w:val="24"/>
                <w:szCs w:val="24"/>
              </w:rPr>
              <w:t xml:space="preserve">3) </w:t>
            </w:r>
            <w:r w:rsidRPr="00765081">
              <w:rPr>
                <w:rFonts w:ascii="Times New Roman" w:hAnsi="Times New Roman" w:cs="Times New Roman"/>
                <w:b/>
                <w:color w:val="FF0000"/>
                <w:sz w:val="24"/>
                <w:szCs w:val="24"/>
              </w:rPr>
              <w:t>три миллиона четыреста тысяч двадцать;</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3</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Изучите таблицу и заполните её.</w:t>
            </w:r>
          </w:p>
          <w:tbl>
            <w:tblPr>
              <w:tblStyle w:val="TableGrid"/>
              <w:tblW w:w="7560" w:type="dxa"/>
              <w:tblInd w:w="458" w:type="dxa"/>
              <w:tblLayout w:type="fixed"/>
              <w:tblCellMar>
                <w:top w:w="21" w:type="dxa"/>
                <w:right w:w="115" w:type="dxa"/>
              </w:tblCellMar>
              <w:tblLook w:val="04A0"/>
            </w:tblPr>
            <w:tblGrid>
              <w:gridCol w:w="1676"/>
              <w:gridCol w:w="2078"/>
              <w:gridCol w:w="2078"/>
              <w:gridCol w:w="1728"/>
            </w:tblGrid>
            <w:tr w:rsidR="00394C33" w:rsidRPr="00765081" w:rsidTr="00394C33">
              <w:trPr>
                <w:trHeight w:val="497"/>
              </w:trPr>
              <w:tc>
                <w:tcPr>
                  <w:tcW w:w="1676" w:type="dxa"/>
                  <w:vMerge w:val="restart"/>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Название  </w:t>
                  </w:r>
                </w:p>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b/>
                      <w:sz w:val="24"/>
                      <w:szCs w:val="24"/>
                    </w:rPr>
                    <w:t>животного</w:t>
                  </w:r>
                </w:p>
              </w:tc>
              <w:tc>
                <w:tcPr>
                  <w:tcW w:w="2078" w:type="dxa"/>
                  <w:tcBorders>
                    <w:top w:val="single" w:sz="4" w:space="0" w:color="000000"/>
                    <w:left w:val="single" w:sz="4" w:space="0" w:color="000000"/>
                    <w:bottom w:val="single" w:sz="4" w:space="0" w:color="000000"/>
                    <w:right w:val="nil"/>
                  </w:tcBorders>
                  <w:vAlign w:val="bottom"/>
                </w:tcPr>
                <w:p w:rsidR="00394C33" w:rsidRPr="00765081" w:rsidRDefault="00394C33" w:rsidP="00394C33">
                  <w:pPr>
                    <w:rPr>
                      <w:rFonts w:ascii="Times New Roman" w:hAnsi="Times New Roman" w:cs="Times New Roman"/>
                      <w:sz w:val="24"/>
                      <w:szCs w:val="24"/>
                    </w:rPr>
                  </w:pPr>
                </w:p>
              </w:tc>
              <w:tc>
                <w:tcPr>
                  <w:tcW w:w="2078" w:type="dxa"/>
                  <w:tcBorders>
                    <w:top w:val="single" w:sz="4" w:space="0" w:color="000000"/>
                    <w:left w:val="nil"/>
                    <w:bottom w:val="single" w:sz="4" w:space="0" w:color="000000"/>
                    <w:right w:val="nil"/>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 xml:space="preserve">Вес животного (в </w:t>
                  </w:r>
                  <w:proofErr w:type="gramStart"/>
                  <w:r w:rsidRPr="00765081">
                    <w:rPr>
                      <w:rFonts w:ascii="Times New Roman" w:hAnsi="Times New Roman" w:cs="Times New Roman"/>
                      <w:b/>
                      <w:sz w:val="24"/>
                      <w:szCs w:val="24"/>
                    </w:rPr>
                    <w:t>кг</w:t>
                  </w:r>
                  <w:proofErr w:type="gramEnd"/>
                  <w:r w:rsidRPr="00765081">
                    <w:rPr>
                      <w:rFonts w:ascii="Times New Roman" w:hAnsi="Times New Roman" w:cs="Times New Roman"/>
                      <w:b/>
                      <w:sz w:val="24"/>
                      <w:szCs w:val="24"/>
                    </w:rPr>
                    <w:t>)</w:t>
                  </w:r>
                </w:p>
              </w:tc>
              <w:tc>
                <w:tcPr>
                  <w:tcW w:w="1728" w:type="dxa"/>
                  <w:tcBorders>
                    <w:top w:val="single" w:sz="4" w:space="0" w:color="000000"/>
                    <w:left w:val="nil"/>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340"/>
              </w:trPr>
              <w:tc>
                <w:tcPr>
                  <w:tcW w:w="1676" w:type="dxa"/>
                  <w:vMerge/>
                  <w:tcBorders>
                    <w:top w:val="nil"/>
                    <w:left w:val="single" w:sz="4" w:space="0" w:color="000000"/>
                    <w:bottom w:val="single" w:sz="4" w:space="0" w:color="000000"/>
                    <w:right w:val="single" w:sz="4" w:space="0" w:color="000000"/>
                  </w:tcBorders>
                  <w:vAlign w:val="bottom"/>
                </w:tcPr>
                <w:p w:rsidR="00394C33" w:rsidRPr="00765081" w:rsidRDefault="00394C33" w:rsidP="00394C33">
                  <w:pPr>
                    <w:rPr>
                      <w:rFonts w:ascii="Times New Roman" w:hAnsi="Times New Roman" w:cs="Times New Roman"/>
                      <w:sz w:val="24"/>
                      <w:szCs w:val="24"/>
                    </w:rPr>
                  </w:pP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3"/>
                    <w:jc w:val="center"/>
                    <w:rPr>
                      <w:rFonts w:ascii="Times New Roman" w:hAnsi="Times New Roman" w:cs="Times New Roman"/>
                      <w:b/>
                      <w:sz w:val="24"/>
                      <w:szCs w:val="24"/>
                    </w:rPr>
                  </w:pPr>
                  <w:r w:rsidRPr="00765081">
                    <w:rPr>
                      <w:rFonts w:ascii="Times New Roman" w:hAnsi="Times New Roman" w:cs="Times New Roman"/>
                      <w:b/>
                      <w:i/>
                      <w:sz w:val="24"/>
                      <w:szCs w:val="24"/>
                    </w:rPr>
                    <w:t xml:space="preserve">1 животное </w:t>
                  </w: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9"/>
                    <w:jc w:val="center"/>
                    <w:rPr>
                      <w:rFonts w:ascii="Times New Roman" w:hAnsi="Times New Roman" w:cs="Times New Roman"/>
                      <w:b/>
                      <w:sz w:val="24"/>
                      <w:szCs w:val="24"/>
                    </w:rPr>
                  </w:pPr>
                  <w:r w:rsidRPr="00765081">
                    <w:rPr>
                      <w:rFonts w:ascii="Times New Roman" w:hAnsi="Times New Roman" w:cs="Times New Roman"/>
                      <w:b/>
                      <w:i/>
                      <w:sz w:val="24"/>
                      <w:szCs w:val="24"/>
                    </w:rPr>
                    <w:t xml:space="preserve">3 животных </w:t>
                  </w:r>
                </w:p>
              </w:tc>
              <w:tc>
                <w:tcPr>
                  <w:tcW w:w="172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3"/>
                    <w:jc w:val="center"/>
                    <w:rPr>
                      <w:rFonts w:ascii="Times New Roman" w:hAnsi="Times New Roman" w:cs="Times New Roman"/>
                      <w:b/>
                      <w:sz w:val="24"/>
                      <w:szCs w:val="24"/>
                    </w:rPr>
                  </w:pPr>
                  <w:r w:rsidRPr="00765081">
                    <w:rPr>
                      <w:rFonts w:ascii="Times New Roman" w:hAnsi="Times New Roman" w:cs="Times New Roman"/>
                      <w:b/>
                      <w:i/>
                      <w:sz w:val="24"/>
                      <w:szCs w:val="24"/>
                    </w:rPr>
                    <w:t xml:space="preserve">5 животных </w:t>
                  </w:r>
                </w:p>
              </w:tc>
            </w:tr>
            <w:tr w:rsidR="00394C33" w:rsidRPr="00765081" w:rsidTr="00394C33">
              <w:trPr>
                <w:trHeight w:val="497"/>
              </w:trPr>
              <w:tc>
                <w:tcPr>
                  <w:tcW w:w="1676"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08"/>
                    <w:rPr>
                      <w:rFonts w:ascii="Times New Roman" w:hAnsi="Times New Roman" w:cs="Times New Roman"/>
                      <w:sz w:val="24"/>
                      <w:szCs w:val="24"/>
                    </w:rPr>
                  </w:pPr>
                  <w:r w:rsidRPr="00765081">
                    <w:rPr>
                      <w:rFonts w:ascii="Times New Roman" w:hAnsi="Times New Roman" w:cs="Times New Roman"/>
                      <w:sz w:val="24"/>
                      <w:szCs w:val="24"/>
                    </w:rPr>
                    <w:t xml:space="preserve">Олень </w:t>
                  </w: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3"/>
                    <w:jc w:val="center"/>
                    <w:rPr>
                      <w:rFonts w:ascii="Times New Roman" w:hAnsi="Times New Roman" w:cs="Times New Roman"/>
                      <w:b/>
                      <w:sz w:val="24"/>
                      <w:szCs w:val="24"/>
                    </w:rPr>
                  </w:pPr>
                  <w:r w:rsidRPr="00765081">
                    <w:rPr>
                      <w:rFonts w:ascii="Times New Roman" w:hAnsi="Times New Roman" w:cs="Times New Roman"/>
                      <w:b/>
                      <w:sz w:val="24"/>
                      <w:szCs w:val="24"/>
                    </w:rPr>
                    <w:t xml:space="preserve">150 кг </w:t>
                  </w: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8"/>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450 кг </w:t>
                  </w:r>
                </w:p>
              </w:tc>
              <w:tc>
                <w:tcPr>
                  <w:tcW w:w="172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3"/>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750 кг </w:t>
                  </w:r>
                </w:p>
              </w:tc>
            </w:tr>
            <w:tr w:rsidR="00394C33" w:rsidRPr="00765081" w:rsidTr="00394C33">
              <w:trPr>
                <w:trHeight w:val="497"/>
              </w:trPr>
              <w:tc>
                <w:tcPr>
                  <w:tcW w:w="1676"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08"/>
                    <w:rPr>
                      <w:rFonts w:ascii="Times New Roman" w:hAnsi="Times New Roman" w:cs="Times New Roman"/>
                      <w:sz w:val="24"/>
                      <w:szCs w:val="24"/>
                    </w:rPr>
                  </w:pPr>
                  <w:r w:rsidRPr="00765081">
                    <w:rPr>
                      <w:rFonts w:ascii="Times New Roman" w:hAnsi="Times New Roman" w:cs="Times New Roman"/>
                      <w:sz w:val="24"/>
                      <w:szCs w:val="24"/>
                    </w:rPr>
                    <w:t xml:space="preserve">Морж </w:t>
                  </w: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2"/>
                    <w:jc w:val="center"/>
                    <w:rPr>
                      <w:rFonts w:ascii="Times New Roman" w:hAnsi="Times New Roman" w:cs="Times New Roman"/>
                      <w:b/>
                      <w:sz w:val="24"/>
                      <w:szCs w:val="24"/>
                    </w:rPr>
                  </w:pPr>
                  <w:r w:rsidRPr="00765081">
                    <w:rPr>
                      <w:rFonts w:ascii="Times New Roman" w:hAnsi="Times New Roman" w:cs="Times New Roman"/>
                      <w:b/>
                      <w:color w:val="FF0000"/>
                      <w:sz w:val="24"/>
                      <w:szCs w:val="24"/>
                    </w:rPr>
                    <w:t xml:space="preserve">1300 кг </w:t>
                  </w: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8"/>
                    <w:jc w:val="center"/>
                    <w:rPr>
                      <w:rFonts w:ascii="Times New Roman" w:hAnsi="Times New Roman" w:cs="Times New Roman"/>
                      <w:b/>
                      <w:sz w:val="24"/>
                      <w:szCs w:val="24"/>
                    </w:rPr>
                  </w:pPr>
                  <w:r w:rsidRPr="00765081">
                    <w:rPr>
                      <w:rFonts w:ascii="Times New Roman" w:hAnsi="Times New Roman" w:cs="Times New Roman"/>
                      <w:b/>
                      <w:sz w:val="24"/>
                      <w:szCs w:val="24"/>
                    </w:rPr>
                    <w:t xml:space="preserve">3900 кг </w:t>
                  </w:r>
                </w:p>
              </w:tc>
              <w:tc>
                <w:tcPr>
                  <w:tcW w:w="172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3"/>
                    <w:jc w:val="center"/>
                    <w:rPr>
                      <w:rFonts w:ascii="Times New Roman" w:hAnsi="Times New Roman" w:cs="Times New Roman"/>
                      <w:b/>
                      <w:sz w:val="24"/>
                      <w:szCs w:val="24"/>
                    </w:rPr>
                  </w:pPr>
                  <w:r w:rsidRPr="00765081">
                    <w:rPr>
                      <w:rFonts w:ascii="Times New Roman" w:hAnsi="Times New Roman" w:cs="Times New Roman"/>
                      <w:b/>
                      <w:color w:val="FF0000"/>
                      <w:sz w:val="24"/>
                      <w:szCs w:val="24"/>
                    </w:rPr>
                    <w:t xml:space="preserve">6500 кг </w:t>
                  </w:r>
                </w:p>
              </w:tc>
            </w:tr>
            <w:tr w:rsidR="00394C33" w:rsidRPr="00765081" w:rsidTr="00394C33">
              <w:trPr>
                <w:trHeight w:val="497"/>
              </w:trPr>
              <w:tc>
                <w:tcPr>
                  <w:tcW w:w="1676"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08"/>
                    <w:rPr>
                      <w:rFonts w:ascii="Times New Roman" w:hAnsi="Times New Roman" w:cs="Times New Roman"/>
                      <w:sz w:val="24"/>
                      <w:szCs w:val="24"/>
                    </w:rPr>
                  </w:pPr>
                  <w:r w:rsidRPr="00765081">
                    <w:rPr>
                      <w:rFonts w:ascii="Times New Roman" w:hAnsi="Times New Roman" w:cs="Times New Roman"/>
                      <w:sz w:val="24"/>
                      <w:szCs w:val="24"/>
                    </w:rPr>
                    <w:t xml:space="preserve">Пингвин </w:t>
                  </w: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2"/>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40 кг </w:t>
                  </w:r>
                </w:p>
              </w:tc>
              <w:tc>
                <w:tcPr>
                  <w:tcW w:w="207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8"/>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120 кг </w:t>
                  </w:r>
                </w:p>
              </w:tc>
              <w:tc>
                <w:tcPr>
                  <w:tcW w:w="1728"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113"/>
                    <w:jc w:val="center"/>
                    <w:rPr>
                      <w:rFonts w:ascii="Times New Roman" w:hAnsi="Times New Roman" w:cs="Times New Roman"/>
                      <w:b/>
                      <w:sz w:val="24"/>
                      <w:szCs w:val="24"/>
                    </w:rPr>
                  </w:pPr>
                  <w:r w:rsidRPr="00765081">
                    <w:rPr>
                      <w:rFonts w:ascii="Times New Roman" w:hAnsi="Times New Roman" w:cs="Times New Roman"/>
                      <w:b/>
                      <w:sz w:val="24"/>
                      <w:szCs w:val="24"/>
                    </w:rPr>
                    <w:t xml:space="preserve">200 кг </w:t>
                  </w:r>
                </w:p>
              </w:tc>
            </w:tr>
          </w:tbl>
          <w:p w:rsidR="00394C33" w:rsidRPr="00765081" w:rsidRDefault="00394C33" w:rsidP="00394C33">
            <w:pPr>
              <w:rPr>
                <w:rFonts w:ascii="Times New Roman"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3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0,5 баллу за каждый правильный ответ.</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4</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spacing w:after="59" w:line="266" w:lineRule="auto"/>
              <w:jc w:val="both"/>
              <w:rPr>
                <w:rFonts w:ascii="Times New Roman" w:hAnsi="Times New Roman" w:cs="Times New Roman"/>
                <w:sz w:val="24"/>
                <w:szCs w:val="24"/>
              </w:rPr>
            </w:pPr>
            <w:r w:rsidRPr="00765081">
              <w:rPr>
                <w:rFonts w:ascii="Times New Roman" w:hAnsi="Times New Roman" w:cs="Times New Roman"/>
                <w:b/>
                <w:sz w:val="24"/>
                <w:szCs w:val="24"/>
              </w:rPr>
              <w:t xml:space="preserve">В Таймырском заповеднике на участке поля квадратной формы поставили заграждение для осмотра оленей.  </w:t>
            </w:r>
          </w:p>
          <w:p w:rsidR="00394C33" w:rsidRPr="00765081" w:rsidRDefault="00394C33" w:rsidP="00394C33">
            <w:pPr>
              <w:spacing w:after="68"/>
              <w:ind w:left="-15" w:firstLine="708"/>
              <w:jc w:val="both"/>
              <w:rPr>
                <w:rFonts w:ascii="Times New Roman" w:hAnsi="Times New Roman" w:cs="Times New Roman"/>
                <w:b/>
                <w:sz w:val="24"/>
                <w:szCs w:val="24"/>
              </w:rPr>
            </w:pPr>
            <w:r w:rsidRPr="00765081">
              <w:rPr>
                <w:rFonts w:ascii="Times New Roman" w:hAnsi="Times New Roman" w:cs="Times New Roman"/>
                <w:sz w:val="24"/>
                <w:szCs w:val="24"/>
              </w:rPr>
              <w:lastRenderedPageBreak/>
              <w:t xml:space="preserve">Какова площадь этого участка, если длина всего забора 68 </w:t>
            </w:r>
            <w:r w:rsidRPr="00765081">
              <w:rPr>
                <w:rFonts w:ascii="Times New Roman" w:hAnsi="Times New Roman" w:cs="Times New Roman"/>
                <w:i/>
                <w:sz w:val="24"/>
                <w:szCs w:val="24"/>
              </w:rPr>
              <w:t>м</w:t>
            </w:r>
            <w:r w:rsidRPr="00765081">
              <w:rPr>
                <w:rFonts w:ascii="Times New Roman" w:hAnsi="Times New Roman" w:cs="Times New Roman"/>
                <w:sz w:val="24"/>
                <w:szCs w:val="24"/>
              </w:rPr>
              <w:t>? Запиши вычисления и ответ.</w:t>
            </w:r>
          </w:p>
          <w:p w:rsidR="00394C33" w:rsidRPr="00765081" w:rsidRDefault="00394C33" w:rsidP="00394C33">
            <w:pPr>
              <w:jc w:val="both"/>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Решение:1) 68:4=17(м.)-1 сторона участка</w:t>
            </w:r>
          </w:p>
          <w:p w:rsidR="00394C33" w:rsidRPr="00765081" w:rsidRDefault="00394C33" w:rsidP="00394C33">
            <w:pPr>
              <w:jc w:val="both"/>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                  2) 17х17=289 (м </w:t>
            </w:r>
            <w:r w:rsidRPr="00765081">
              <w:rPr>
                <w:rFonts w:ascii="Times New Roman" w:hAnsi="Times New Roman" w:cs="Times New Roman"/>
                <w:b/>
                <w:color w:val="FF0000"/>
                <w:sz w:val="24"/>
                <w:szCs w:val="24"/>
                <w:vertAlign w:val="superscript"/>
              </w:rPr>
              <w:t>2)-</w:t>
            </w:r>
            <w:r w:rsidRPr="00765081">
              <w:rPr>
                <w:rFonts w:ascii="Times New Roman" w:hAnsi="Times New Roman" w:cs="Times New Roman"/>
                <w:b/>
                <w:color w:val="FF0000"/>
                <w:sz w:val="24"/>
                <w:szCs w:val="24"/>
                <w:lang w:val="en-US"/>
              </w:rPr>
              <w:t>S</w:t>
            </w:r>
            <w:r w:rsidRPr="00765081">
              <w:rPr>
                <w:rFonts w:ascii="Times New Roman" w:hAnsi="Times New Roman" w:cs="Times New Roman"/>
                <w:b/>
                <w:color w:val="FF0000"/>
                <w:sz w:val="24"/>
                <w:szCs w:val="24"/>
              </w:rPr>
              <w:t xml:space="preserve"> участка</w:t>
            </w:r>
          </w:p>
          <w:p w:rsidR="00394C33" w:rsidRPr="00765081" w:rsidRDefault="00394C33" w:rsidP="00394C33">
            <w:pPr>
              <w:jc w:val="both"/>
              <w:rPr>
                <w:rFonts w:ascii="Times New Roman" w:hAnsi="Times New Roman" w:cs="Times New Roman"/>
                <w:b/>
                <w:i/>
                <w:color w:val="FF0000"/>
                <w:sz w:val="24"/>
                <w:szCs w:val="24"/>
              </w:rPr>
            </w:pPr>
            <w:r w:rsidRPr="00765081">
              <w:rPr>
                <w:rFonts w:ascii="Times New Roman" w:hAnsi="Times New Roman" w:cs="Times New Roman"/>
                <w:b/>
                <w:color w:val="FF0000"/>
                <w:sz w:val="24"/>
                <w:szCs w:val="24"/>
              </w:rPr>
              <w:t xml:space="preserve">Ответ: </w:t>
            </w:r>
            <w:r w:rsidRPr="00765081">
              <w:rPr>
                <w:rFonts w:ascii="Times New Roman" w:hAnsi="Times New Roman" w:cs="Times New Roman"/>
                <w:b/>
                <w:color w:val="FF0000"/>
                <w:sz w:val="24"/>
                <w:szCs w:val="24"/>
                <w:lang w:val="en-US"/>
              </w:rPr>
              <w:t>S</w:t>
            </w:r>
            <w:r w:rsidRPr="00765081">
              <w:rPr>
                <w:rFonts w:ascii="Times New Roman" w:hAnsi="Times New Roman" w:cs="Times New Roman"/>
                <w:b/>
                <w:color w:val="FF0000"/>
                <w:sz w:val="24"/>
                <w:szCs w:val="24"/>
              </w:rPr>
              <w:t xml:space="preserve"> =289м </w:t>
            </w:r>
            <w:r w:rsidRPr="00765081">
              <w:rPr>
                <w:rFonts w:ascii="Times New Roman" w:hAnsi="Times New Roman" w:cs="Times New Roman"/>
                <w:b/>
                <w:color w:val="FF0000"/>
                <w:sz w:val="24"/>
                <w:szCs w:val="24"/>
                <w:vertAlign w:val="superscript"/>
              </w:rPr>
              <w:t>2</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lastRenderedPageBreak/>
              <w:t>2 балла,</w:t>
            </w:r>
          </w:p>
          <w:p w:rsidR="00394C33" w:rsidRPr="00765081" w:rsidRDefault="00394C33" w:rsidP="00394C33">
            <w:pPr>
              <w:spacing w:after="63"/>
              <w:rPr>
                <w:rFonts w:ascii="Times New Roman" w:hAnsi="Times New Roman" w:cs="Times New Roman"/>
                <w:sz w:val="24"/>
                <w:szCs w:val="24"/>
              </w:rPr>
            </w:pPr>
            <w:r w:rsidRPr="00765081">
              <w:rPr>
                <w:rFonts w:ascii="Times New Roman" w:hAnsi="Times New Roman" w:cs="Times New Roman"/>
                <w:b/>
                <w:sz w:val="24"/>
                <w:szCs w:val="24"/>
              </w:rPr>
              <w:t xml:space="preserve">1 балл – </w:t>
            </w:r>
            <w:r w:rsidRPr="00765081">
              <w:rPr>
                <w:rFonts w:ascii="Times New Roman" w:hAnsi="Times New Roman" w:cs="Times New Roman"/>
                <w:sz w:val="24"/>
                <w:szCs w:val="24"/>
              </w:rPr>
              <w:t xml:space="preserve">допущена одна </w:t>
            </w:r>
            <w:r w:rsidRPr="00765081">
              <w:rPr>
                <w:rFonts w:ascii="Times New Roman" w:hAnsi="Times New Roman" w:cs="Times New Roman"/>
                <w:sz w:val="24"/>
                <w:szCs w:val="24"/>
              </w:rPr>
              <w:lastRenderedPageBreak/>
              <w:t xml:space="preserve">вычислительная ошибка. </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7 баллов</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center"/>
              <w:rPr>
                <w:rFonts w:ascii="Times New Roman" w:hAnsi="Times New Roman" w:cs="Times New Roman"/>
                <w:b/>
                <w:sz w:val="24"/>
                <w:szCs w:val="24"/>
              </w:rPr>
            </w:pPr>
            <w:r w:rsidRPr="00765081">
              <w:rPr>
                <w:rFonts w:ascii="Times New Roman" w:hAnsi="Times New Roman" w:cs="Times New Roman"/>
                <w:b/>
                <w:sz w:val="24"/>
                <w:szCs w:val="24"/>
              </w:rPr>
              <w:t>Окружающий мир</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1</w:t>
            </w:r>
          </w:p>
          <w:p w:rsidR="00394C33" w:rsidRPr="00765081" w:rsidRDefault="00394C33" w:rsidP="00394C33">
            <w:pPr>
              <w:ind w:right="34"/>
              <w:jc w:val="center"/>
              <w:rPr>
                <w:rFonts w:ascii="Times New Roman" w:hAnsi="Times New Roman" w:cs="Times New Roman"/>
                <w:b/>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К какой группе животных можно отнести северного оленя по способу питания? Отметьте правильный ответ.</w:t>
            </w:r>
          </w:p>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b/>
                <w:color w:val="FF0000"/>
                <w:sz w:val="24"/>
                <w:szCs w:val="24"/>
              </w:rPr>
              <w:t>2) растительноядный;</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2</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spacing w:after="9" w:line="266" w:lineRule="auto"/>
              <w:rPr>
                <w:rFonts w:ascii="Times New Roman" w:hAnsi="Times New Roman" w:cs="Times New Roman"/>
                <w:sz w:val="24"/>
                <w:szCs w:val="24"/>
              </w:rPr>
            </w:pPr>
            <w:r w:rsidRPr="00765081">
              <w:rPr>
                <w:rFonts w:ascii="Times New Roman" w:hAnsi="Times New Roman" w:cs="Times New Roman"/>
                <w:b/>
                <w:sz w:val="24"/>
                <w:szCs w:val="24"/>
              </w:rPr>
              <w:t>Выберите растения, которыми питается северный олень. Отметьте правильный ответ.</w:t>
            </w:r>
          </w:p>
          <w:p w:rsidR="00394C33" w:rsidRPr="00765081" w:rsidRDefault="00394C33" w:rsidP="00394C33">
            <w:pPr>
              <w:tabs>
                <w:tab w:val="left" w:pos="15"/>
              </w:tabs>
              <w:ind w:right="-45"/>
              <w:rPr>
                <w:rFonts w:ascii="Times New Roman" w:hAnsi="Times New Roman" w:cs="Times New Roman"/>
                <w:b/>
                <w:sz w:val="24"/>
                <w:szCs w:val="24"/>
              </w:rPr>
            </w:pPr>
            <w:r w:rsidRPr="00765081">
              <w:rPr>
                <w:rFonts w:ascii="Times New Roman" w:hAnsi="Times New Roman" w:cs="Times New Roman"/>
                <w:b/>
                <w:color w:val="FF0000"/>
                <w:sz w:val="24"/>
                <w:szCs w:val="24"/>
              </w:rPr>
              <w:t>3) мхи;</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3</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Что накапливает летом олень в организме, чтобы не протянуть </w:t>
            </w:r>
            <w:proofErr w:type="spellStart"/>
            <w:r w:rsidRPr="00765081">
              <w:rPr>
                <w:rFonts w:ascii="Times New Roman" w:hAnsi="Times New Roman" w:cs="Times New Roman"/>
                <w:b/>
                <w:sz w:val="24"/>
                <w:szCs w:val="24"/>
              </w:rPr>
              <w:t>ноги</w:t>
            </w:r>
            <w:proofErr w:type="gramStart"/>
            <w:r w:rsidRPr="00765081">
              <w:rPr>
                <w:rFonts w:ascii="Times New Roman" w:hAnsi="Times New Roman" w:cs="Times New Roman"/>
                <w:b/>
                <w:sz w:val="24"/>
                <w:szCs w:val="24"/>
              </w:rPr>
              <w:t>?О</w:t>
            </w:r>
            <w:proofErr w:type="gramEnd"/>
            <w:r w:rsidRPr="00765081">
              <w:rPr>
                <w:rFonts w:ascii="Times New Roman" w:hAnsi="Times New Roman" w:cs="Times New Roman"/>
                <w:b/>
                <w:sz w:val="24"/>
                <w:szCs w:val="24"/>
              </w:rPr>
              <w:t>тметьте</w:t>
            </w:r>
            <w:proofErr w:type="spellEnd"/>
            <w:r w:rsidRPr="00765081">
              <w:rPr>
                <w:rFonts w:ascii="Times New Roman" w:hAnsi="Times New Roman" w:cs="Times New Roman"/>
                <w:b/>
                <w:sz w:val="24"/>
                <w:szCs w:val="24"/>
              </w:rPr>
              <w:t xml:space="preserve"> правильный ответ.</w:t>
            </w:r>
          </w:p>
          <w:p w:rsidR="00394C33" w:rsidRPr="00765081" w:rsidRDefault="00394C33" w:rsidP="00394C33">
            <w:pPr>
              <w:tabs>
                <w:tab w:val="left" w:pos="15"/>
              </w:tabs>
              <w:ind w:right="-45"/>
              <w:rPr>
                <w:rFonts w:ascii="Times New Roman" w:hAnsi="Times New Roman" w:cs="Times New Roman"/>
                <w:b/>
                <w:sz w:val="24"/>
                <w:szCs w:val="24"/>
              </w:rPr>
            </w:pPr>
            <w:r w:rsidRPr="00765081">
              <w:rPr>
                <w:rFonts w:ascii="Times New Roman" w:hAnsi="Times New Roman" w:cs="Times New Roman"/>
                <w:b/>
                <w:color w:val="FF0000"/>
                <w:sz w:val="24"/>
                <w:szCs w:val="24"/>
              </w:rPr>
              <w:t>3) минеральные соли.</w:t>
            </w:r>
            <w:r w:rsidRPr="00765081">
              <w:rPr>
                <w:rFonts w:ascii="Times New Roman" w:hAnsi="Times New Roman" w:cs="Times New Roman"/>
                <w:b/>
                <w:sz w:val="24"/>
                <w:szCs w:val="24"/>
              </w:rPr>
              <w:tab/>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4</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rPr>
                <w:rFonts w:ascii="Times New Roman" w:hAnsi="Times New Roman" w:cs="Times New Roman"/>
                <w:b/>
                <w:sz w:val="24"/>
                <w:szCs w:val="24"/>
              </w:rPr>
            </w:pPr>
            <w:r w:rsidRPr="00765081">
              <w:rPr>
                <w:rFonts w:ascii="Times New Roman" w:hAnsi="Times New Roman" w:cs="Times New Roman"/>
                <w:b/>
                <w:sz w:val="24"/>
                <w:szCs w:val="24"/>
              </w:rPr>
              <w:t xml:space="preserve">Укажите для каждого из классов животных из первого столбца характерные </w:t>
            </w:r>
            <w:r w:rsidRPr="00765081">
              <w:rPr>
                <w:rFonts w:ascii="Times New Roman" w:hAnsi="Times New Roman" w:cs="Times New Roman"/>
                <w:b/>
                <w:sz w:val="24"/>
                <w:szCs w:val="24"/>
                <w:u w:val="single"/>
              </w:rPr>
              <w:t>весенние явления</w:t>
            </w:r>
            <w:r w:rsidRPr="00765081">
              <w:rPr>
                <w:rFonts w:ascii="Times New Roman" w:hAnsi="Times New Roman" w:cs="Times New Roman"/>
                <w:b/>
                <w:sz w:val="24"/>
                <w:szCs w:val="24"/>
              </w:rPr>
              <w:t xml:space="preserve"> в их жизни из второго.</w:t>
            </w:r>
          </w:p>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А) _____4______, Б) ______2______, В) _____1______</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3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1 баллу за каждый правильный ответ.</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6 баллов</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b/>
                <w:sz w:val="24"/>
                <w:szCs w:val="24"/>
              </w:rPr>
            </w:pPr>
            <w:r w:rsidRPr="00765081">
              <w:rPr>
                <w:rFonts w:ascii="Times New Roman" w:hAnsi="Times New Roman" w:cs="Times New Roman"/>
                <w:b/>
                <w:sz w:val="24"/>
                <w:szCs w:val="24"/>
              </w:rPr>
              <w:t>Основная часть (Базовая) Всего: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31 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center"/>
              <w:rPr>
                <w:rFonts w:ascii="Times New Roman" w:hAnsi="Times New Roman" w:cs="Times New Roman"/>
                <w:b/>
                <w:sz w:val="24"/>
                <w:szCs w:val="24"/>
              </w:rPr>
            </w:pPr>
            <w:r w:rsidRPr="00765081">
              <w:rPr>
                <w:rFonts w:ascii="Times New Roman" w:hAnsi="Times New Roman" w:cs="Times New Roman"/>
                <w:b/>
                <w:sz w:val="24"/>
                <w:szCs w:val="24"/>
              </w:rPr>
              <w:t>Дополнительная часть (повышенная)</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 w:val="left" w:pos="2115"/>
              </w:tabs>
              <w:ind w:right="-45"/>
              <w:rPr>
                <w:rFonts w:ascii="Times New Roman" w:hAnsi="Times New Roman" w:cs="Times New Roman"/>
                <w:b/>
                <w:sz w:val="24"/>
                <w:szCs w:val="24"/>
              </w:rPr>
            </w:pPr>
            <w:r w:rsidRPr="00765081">
              <w:rPr>
                <w:rFonts w:ascii="Times New Roman" w:hAnsi="Times New Roman" w:cs="Times New Roman"/>
                <w:b/>
                <w:sz w:val="24"/>
                <w:szCs w:val="24"/>
              </w:rPr>
              <w:tab/>
              <w:t>Укажи предложение, в котором знаки препинания поставлены неверно. Отметьте правильный ответ.</w:t>
            </w:r>
          </w:p>
          <w:p w:rsidR="00394C33" w:rsidRPr="00765081" w:rsidRDefault="00394C33" w:rsidP="00394C33">
            <w:pPr>
              <w:tabs>
                <w:tab w:val="left" w:pos="15"/>
                <w:tab w:val="left" w:pos="2115"/>
              </w:tabs>
              <w:ind w:right="-45"/>
              <w:rPr>
                <w:rFonts w:ascii="Times New Roman" w:hAnsi="Times New Roman" w:cs="Times New Roman"/>
                <w:b/>
                <w:sz w:val="24"/>
                <w:szCs w:val="24"/>
              </w:rPr>
            </w:pPr>
            <w:r w:rsidRPr="00765081">
              <w:rPr>
                <w:rFonts w:ascii="Times New Roman" w:hAnsi="Times New Roman" w:cs="Times New Roman"/>
                <w:b/>
                <w:color w:val="FF0000"/>
                <w:sz w:val="24"/>
                <w:szCs w:val="24"/>
              </w:rPr>
              <w:t>3) Лебеди, и утки готовились к отлету в теплые страны.</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both"/>
              <w:rPr>
                <w:rFonts w:ascii="Times New Roman" w:hAnsi="Times New Roman" w:cs="Times New Roman"/>
                <w:b/>
                <w:sz w:val="24"/>
                <w:szCs w:val="24"/>
              </w:rPr>
            </w:pPr>
            <w:r w:rsidRPr="00765081">
              <w:rPr>
                <w:rFonts w:ascii="Times New Roman" w:hAnsi="Times New Roman" w:cs="Times New Roman"/>
                <w:b/>
                <w:sz w:val="24"/>
                <w:szCs w:val="24"/>
              </w:rPr>
              <w:t>Эти часы  спешат на 1 ч 05 мин.</w:t>
            </w:r>
          </w:p>
          <w:p w:rsidR="00394C33" w:rsidRPr="00765081" w:rsidRDefault="00394C33" w:rsidP="00394C33">
            <w:pPr>
              <w:jc w:val="both"/>
              <w:rPr>
                <w:rFonts w:ascii="Times New Roman" w:hAnsi="Times New Roman" w:cs="Times New Roman"/>
                <w:b/>
                <w:sz w:val="24"/>
                <w:szCs w:val="24"/>
              </w:rPr>
            </w:pPr>
            <w:r w:rsidRPr="00765081">
              <w:rPr>
                <w:rFonts w:ascii="Times New Roman" w:hAnsi="Times New Roman" w:cs="Times New Roman"/>
                <w:b/>
                <w:sz w:val="24"/>
                <w:szCs w:val="24"/>
              </w:rPr>
              <w:t>Укажите правильное время.</w:t>
            </w:r>
          </w:p>
          <w:p w:rsidR="00394C33" w:rsidRPr="00765081" w:rsidRDefault="00394C33" w:rsidP="00394C33">
            <w:pPr>
              <w:tabs>
                <w:tab w:val="left" w:pos="15"/>
              </w:tabs>
              <w:ind w:right="-45"/>
              <w:rPr>
                <w:rFonts w:ascii="Times New Roman" w:hAnsi="Times New Roman" w:cs="Times New Roman"/>
                <w:b/>
                <w:sz w:val="24"/>
                <w:szCs w:val="24"/>
              </w:rPr>
            </w:pPr>
            <w:r w:rsidRPr="00765081">
              <w:rPr>
                <w:rFonts w:ascii="Times New Roman" w:hAnsi="Times New Roman" w:cs="Times New Roman"/>
                <w:b/>
                <w:color w:val="FF0000"/>
                <w:sz w:val="24"/>
                <w:szCs w:val="24"/>
              </w:rPr>
              <w:t>Г) 9 ч 10 мин;</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Напишите, как вы понимаете значение выделенного слова в предложении:</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lastRenderedPageBreak/>
              <w:t xml:space="preserve">«Отчасти, благодаря им, выносливость зверя </w:t>
            </w:r>
            <w:r w:rsidRPr="00765081">
              <w:rPr>
                <w:rFonts w:ascii="Times New Roman" w:hAnsi="Times New Roman" w:cs="Times New Roman"/>
                <w:b/>
                <w:sz w:val="24"/>
                <w:szCs w:val="24"/>
              </w:rPr>
              <w:t>феноменальна».</w:t>
            </w:r>
          </w:p>
          <w:p w:rsidR="00394C33" w:rsidRPr="00765081" w:rsidRDefault="00394C33" w:rsidP="00394C33">
            <w:pPr>
              <w:rPr>
                <w:rFonts w:ascii="Times New Roman" w:hAnsi="Times New Roman" w:cs="Times New Roman"/>
                <w:b/>
                <w:bCs/>
                <w:color w:val="FF0000"/>
                <w:sz w:val="24"/>
                <w:szCs w:val="24"/>
              </w:rPr>
            </w:pPr>
            <w:proofErr w:type="gramStart"/>
            <w:r w:rsidRPr="00765081">
              <w:rPr>
                <w:rFonts w:ascii="Times New Roman" w:hAnsi="Times New Roman" w:cs="Times New Roman"/>
                <w:b/>
                <w:sz w:val="24"/>
                <w:szCs w:val="24"/>
              </w:rPr>
              <w:t xml:space="preserve">Феноменальна – значит, </w:t>
            </w:r>
            <w:r w:rsidRPr="00765081">
              <w:rPr>
                <w:rFonts w:ascii="Times New Roman" w:hAnsi="Times New Roman" w:cs="Times New Roman"/>
                <w:b/>
                <w:i/>
                <w:color w:val="FF0000"/>
                <w:sz w:val="24"/>
                <w:szCs w:val="24"/>
              </w:rPr>
              <w:t xml:space="preserve">исключительна, редкостна, редка, необыкновенна, незаурядна, выдающаяся и т.п. </w:t>
            </w:r>
            <w:proofErr w:type="gramEnd"/>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lastRenderedPageBreak/>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3 балла</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Максимальный балл за всю работы —34 балла</w:t>
            </w:r>
          </w:p>
          <w:p w:rsidR="00394C33" w:rsidRPr="00765081" w:rsidRDefault="00394C33" w:rsidP="00394C33">
            <w:pPr>
              <w:pStyle w:val="af6"/>
              <w:rPr>
                <w:rFonts w:ascii="Times New Roman" w:hAnsi="Times New Roman" w:cs="Times New Roman"/>
                <w:b/>
                <w:sz w:val="24"/>
                <w:szCs w:val="24"/>
              </w:rPr>
            </w:pPr>
            <w:proofErr w:type="gramStart"/>
            <w:r w:rsidRPr="00765081">
              <w:rPr>
                <w:rFonts w:ascii="Times New Roman" w:hAnsi="Times New Roman" w:cs="Times New Roman"/>
                <w:b/>
                <w:sz w:val="24"/>
                <w:szCs w:val="24"/>
              </w:rPr>
              <w:t xml:space="preserve">(за задания базового уровня сложности — 31 балл, </w:t>
            </w:r>
            <w:proofErr w:type="gramEnd"/>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повышенной сложности — 3 балла).</w:t>
            </w:r>
          </w:p>
          <w:p w:rsidR="00394C33" w:rsidRPr="00765081" w:rsidRDefault="00394C33" w:rsidP="00394C33">
            <w:pPr>
              <w:jc w:val="right"/>
              <w:rPr>
                <w:rFonts w:ascii="Times New Roman" w:hAnsi="Times New Roman" w:cs="Times New Roman"/>
                <w:b/>
                <w:sz w:val="24"/>
                <w:szCs w:val="24"/>
              </w:rPr>
            </w:pPr>
          </w:p>
          <w:p w:rsidR="00394C33" w:rsidRPr="00765081" w:rsidRDefault="00394C33" w:rsidP="00394C33">
            <w:pPr>
              <w:tabs>
                <w:tab w:val="left" w:pos="15"/>
              </w:tabs>
              <w:ind w:right="-45"/>
              <w:rPr>
                <w:rFonts w:ascii="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bl>
    <w:p w:rsidR="00394C33" w:rsidRPr="00765081" w:rsidRDefault="00394C33" w:rsidP="00394C33">
      <w:pPr>
        <w:spacing w:after="0"/>
        <w:ind w:left="-720" w:right="11191"/>
        <w:rPr>
          <w:rFonts w:ascii="Times New Roman" w:hAnsi="Times New Roman" w:cs="Times New Roman"/>
          <w:sz w:val="24"/>
          <w:szCs w:val="24"/>
        </w:rPr>
      </w:pPr>
    </w:p>
    <w:p w:rsidR="00394C33" w:rsidRPr="00765081" w:rsidRDefault="00394C33" w:rsidP="00394C33">
      <w:pPr>
        <w:spacing w:after="0"/>
        <w:ind w:left="-720" w:right="11191"/>
        <w:rPr>
          <w:rFonts w:ascii="Times New Roman" w:hAnsi="Times New Roman" w:cs="Times New Roman"/>
          <w:sz w:val="24"/>
          <w:szCs w:val="24"/>
        </w:rPr>
      </w:pPr>
    </w:p>
    <w:p w:rsidR="00394C33" w:rsidRPr="00765081" w:rsidRDefault="00394C33" w:rsidP="00394C33">
      <w:pPr>
        <w:spacing w:after="0"/>
        <w:ind w:left="-720" w:right="11191"/>
        <w:rPr>
          <w:rFonts w:ascii="Times New Roman" w:hAnsi="Times New Roman" w:cs="Times New Roman"/>
          <w:sz w:val="24"/>
          <w:szCs w:val="24"/>
        </w:rPr>
      </w:pPr>
    </w:p>
    <w:p w:rsidR="00394C33" w:rsidRPr="00765081" w:rsidRDefault="00394C33" w:rsidP="00394C33">
      <w:pPr>
        <w:spacing w:after="0"/>
        <w:ind w:left="-720" w:right="11191"/>
        <w:rPr>
          <w:rFonts w:ascii="Times New Roman" w:hAnsi="Times New Roman" w:cs="Times New Roman"/>
          <w:sz w:val="24"/>
          <w:szCs w:val="24"/>
        </w:rPr>
      </w:pPr>
    </w:p>
    <w:tbl>
      <w:tblPr>
        <w:tblStyle w:val="TableGrid"/>
        <w:tblW w:w="11199" w:type="dxa"/>
        <w:tblInd w:w="-289" w:type="dxa"/>
        <w:tblLayout w:type="fixed"/>
        <w:tblCellMar>
          <w:top w:w="9" w:type="dxa"/>
          <w:left w:w="108" w:type="dxa"/>
          <w:right w:w="77" w:type="dxa"/>
        </w:tblCellMar>
        <w:tblLook w:val="04A0"/>
      </w:tblPr>
      <w:tblGrid>
        <w:gridCol w:w="993"/>
        <w:gridCol w:w="8363"/>
        <w:gridCol w:w="1843"/>
      </w:tblGrid>
      <w:tr w:rsidR="00394C33" w:rsidRPr="00765081" w:rsidTr="00394C33">
        <w:trPr>
          <w:trHeight w:val="57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43"/>
              <w:rPr>
                <w:rFonts w:ascii="Times New Roman" w:hAnsi="Times New Roman" w:cs="Times New Roman"/>
                <w:sz w:val="24"/>
                <w:szCs w:val="24"/>
              </w:rPr>
            </w:pPr>
            <w:r w:rsidRPr="00765081">
              <w:rPr>
                <w:rFonts w:ascii="Times New Roman" w:hAnsi="Times New Roman" w:cs="Times New Roman"/>
                <w:b/>
                <w:i/>
                <w:sz w:val="24"/>
                <w:szCs w:val="24"/>
              </w:rPr>
              <w:t>№ заданий</w:t>
            </w:r>
          </w:p>
        </w:tc>
        <w:tc>
          <w:tcPr>
            <w:tcW w:w="8363" w:type="dxa"/>
            <w:tcBorders>
              <w:top w:val="single" w:sz="4" w:space="0" w:color="000000"/>
              <w:left w:val="single" w:sz="4" w:space="0" w:color="000000"/>
              <w:bottom w:val="single" w:sz="4" w:space="0" w:color="000000"/>
              <w:right w:val="single" w:sz="4" w:space="0" w:color="auto"/>
            </w:tcBorders>
            <w:vAlign w:val="center"/>
          </w:tcPr>
          <w:p w:rsidR="00394C33" w:rsidRPr="00765081" w:rsidRDefault="00394C33" w:rsidP="00394C33">
            <w:pPr>
              <w:ind w:right="34"/>
              <w:jc w:val="center"/>
              <w:rPr>
                <w:rFonts w:ascii="Times New Roman" w:hAnsi="Times New Roman" w:cs="Times New Roman"/>
                <w:sz w:val="24"/>
                <w:szCs w:val="24"/>
              </w:rPr>
            </w:pPr>
            <w:r w:rsidRPr="00765081">
              <w:rPr>
                <w:rFonts w:ascii="Times New Roman" w:hAnsi="Times New Roman" w:cs="Times New Roman"/>
                <w:b/>
                <w:i/>
                <w:sz w:val="24"/>
                <w:szCs w:val="24"/>
              </w:rPr>
              <w:t>Правильный ответ</w:t>
            </w:r>
          </w:p>
        </w:tc>
        <w:tc>
          <w:tcPr>
            <w:tcW w:w="1843" w:type="dxa"/>
            <w:tcBorders>
              <w:top w:val="single" w:sz="4" w:space="0" w:color="000000"/>
              <w:left w:val="single" w:sz="4" w:space="0" w:color="auto"/>
              <w:bottom w:val="single" w:sz="4" w:space="0" w:color="000000"/>
              <w:right w:val="single" w:sz="4" w:space="0" w:color="000000"/>
            </w:tcBorders>
            <w:vAlign w:val="center"/>
          </w:tcPr>
          <w:p w:rsidR="00394C33" w:rsidRPr="00765081" w:rsidRDefault="00394C33" w:rsidP="00394C33">
            <w:pPr>
              <w:ind w:right="34"/>
              <w:jc w:val="center"/>
              <w:rPr>
                <w:rFonts w:ascii="Times New Roman" w:hAnsi="Times New Roman" w:cs="Times New Roman"/>
                <w:sz w:val="24"/>
                <w:szCs w:val="24"/>
              </w:rPr>
            </w:pPr>
            <w:r w:rsidRPr="00765081">
              <w:rPr>
                <w:rFonts w:ascii="Times New Roman" w:hAnsi="Times New Roman" w:cs="Times New Roman"/>
                <w:b/>
                <w:i/>
                <w:sz w:val="24"/>
                <w:szCs w:val="24"/>
              </w:rPr>
              <w:t>Кол-во баллов</w:t>
            </w:r>
          </w:p>
        </w:tc>
      </w:tr>
      <w:tr w:rsidR="00394C33" w:rsidRPr="00765081" w:rsidTr="00394C33">
        <w:trPr>
          <w:trHeight w:val="336"/>
        </w:trPr>
        <w:tc>
          <w:tcPr>
            <w:tcW w:w="11199" w:type="dxa"/>
            <w:gridSpan w:val="3"/>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i/>
                <w:sz w:val="24"/>
                <w:szCs w:val="24"/>
              </w:rPr>
            </w:pPr>
            <w:r w:rsidRPr="00765081">
              <w:rPr>
                <w:rFonts w:ascii="Times New Roman" w:hAnsi="Times New Roman" w:cs="Times New Roman"/>
                <w:b/>
                <w:i/>
                <w:sz w:val="24"/>
                <w:szCs w:val="24"/>
              </w:rPr>
              <w:t xml:space="preserve">Вариант 2 </w:t>
            </w:r>
          </w:p>
        </w:tc>
      </w:tr>
      <w:tr w:rsidR="00394C33" w:rsidRPr="00765081" w:rsidTr="00394C33">
        <w:trPr>
          <w:trHeight w:val="368"/>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43"/>
              <w:rPr>
                <w:rFonts w:ascii="Times New Roman" w:hAnsi="Times New Roman" w:cs="Times New Roman"/>
                <w:b/>
                <w:i/>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Основная часть (Базовая)</w:t>
            </w:r>
          </w:p>
        </w:tc>
        <w:tc>
          <w:tcPr>
            <w:tcW w:w="1843" w:type="dxa"/>
            <w:tcBorders>
              <w:top w:val="single" w:sz="4" w:space="0" w:color="000000"/>
              <w:left w:val="single" w:sz="4" w:space="0" w:color="auto"/>
              <w:bottom w:val="single" w:sz="4" w:space="0" w:color="000000"/>
              <w:right w:val="single" w:sz="4" w:space="0" w:color="000000"/>
            </w:tcBorders>
            <w:vAlign w:val="center"/>
          </w:tcPr>
          <w:p w:rsidR="00394C33" w:rsidRPr="00765081" w:rsidRDefault="00394C33" w:rsidP="00394C33">
            <w:pPr>
              <w:ind w:right="34"/>
              <w:jc w:val="center"/>
              <w:rPr>
                <w:rFonts w:ascii="Times New Roman" w:hAnsi="Times New Roman" w:cs="Times New Roman"/>
                <w:b/>
                <w:i/>
                <w:sz w:val="24"/>
                <w:szCs w:val="24"/>
              </w:rPr>
            </w:pPr>
          </w:p>
        </w:tc>
      </w:tr>
      <w:tr w:rsidR="00394C33" w:rsidRPr="00765081" w:rsidTr="00394C33">
        <w:trPr>
          <w:trHeight w:val="402"/>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left="43"/>
              <w:rPr>
                <w:rFonts w:ascii="Times New Roman" w:hAnsi="Times New Roman" w:cs="Times New Roman"/>
                <w:b/>
                <w:i/>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Литературное чтение</w:t>
            </w:r>
          </w:p>
        </w:tc>
        <w:tc>
          <w:tcPr>
            <w:tcW w:w="1843" w:type="dxa"/>
            <w:tcBorders>
              <w:top w:val="single" w:sz="4" w:space="0" w:color="000000"/>
              <w:left w:val="single" w:sz="4" w:space="0" w:color="auto"/>
              <w:bottom w:val="single" w:sz="4" w:space="0" w:color="000000"/>
              <w:right w:val="single" w:sz="4" w:space="0" w:color="000000"/>
            </w:tcBorders>
            <w:vAlign w:val="center"/>
          </w:tcPr>
          <w:p w:rsidR="00394C33" w:rsidRPr="00765081" w:rsidRDefault="00394C33" w:rsidP="00394C33">
            <w:pPr>
              <w:ind w:right="34"/>
              <w:jc w:val="center"/>
              <w:rPr>
                <w:rFonts w:ascii="Times New Roman" w:hAnsi="Times New Roman" w:cs="Times New Roman"/>
                <w:b/>
                <w:i/>
                <w:sz w:val="24"/>
                <w:szCs w:val="24"/>
              </w:rPr>
            </w:pPr>
          </w:p>
        </w:tc>
      </w:tr>
      <w:tr w:rsidR="00394C33" w:rsidRPr="00765081" w:rsidTr="00394C33">
        <w:trPr>
          <w:trHeight w:val="788"/>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 xml:space="preserve">1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Сколько частей в этом тексте? Запишите цифрой.</w:t>
            </w:r>
          </w:p>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b/>
                <w:sz w:val="24"/>
                <w:szCs w:val="24"/>
              </w:rPr>
              <w:t>Ответ:</w:t>
            </w:r>
            <w:r w:rsidRPr="00765081">
              <w:rPr>
                <w:rFonts w:ascii="Times New Roman" w:hAnsi="Times New Roman" w:cs="Times New Roman"/>
                <w:b/>
                <w:sz w:val="24"/>
                <w:szCs w:val="24"/>
              </w:rPr>
              <w:tab/>
              <w:t>__</w:t>
            </w:r>
            <w:r w:rsidRPr="00765081">
              <w:rPr>
                <w:rFonts w:ascii="Times New Roman" w:hAnsi="Times New Roman" w:cs="Times New Roman"/>
                <w:b/>
                <w:color w:val="FF0000"/>
                <w:sz w:val="24"/>
                <w:szCs w:val="24"/>
              </w:rPr>
              <w:t>5</w:t>
            </w:r>
            <w:r w:rsidRPr="00765081">
              <w:rPr>
                <w:rFonts w:ascii="Times New Roman" w:hAnsi="Times New Roman" w:cs="Times New Roman"/>
                <w:b/>
                <w:sz w:val="24"/>
                <w:szCs w:val="24"/>
              </w:rPr>
              <w:t>_</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p w:rsidR="00394C33" w:rsidRPr="00765081" w:rsidRDefault="00394C33" w:rsidP="00394C33">
            <w:pPr>
              <w:ind w:firstLine="708"/>
              <w:rPr>
                <w:rFonts w:ascii="Times New Roman" w:hAnsi="Times New Roman" w:cs="Times New Roman"/>
                <w:sz w:val="24"/>
                <w:szCs w:val="24"/>
              </w:rPr>
            </w:pPr>
          </w:p>
        </w:tc>
      </w:tr>
      <w:tr w:rsidR="00394C33" w:rsidRPr="00765081" w:rsidTr="00394C33">
        <w:trPr>
          <w:trHeight w:val="1020"/>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 xml:space="preserve">2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Озаглавьте   четвёртую часть текста.</w:t>
            </w:r>
          </w:p>
          <w:p w:rsidR="00394C33" w:rsidRPr="00765081" w:rsidRDefault="00394C33" w:rsidP="00394C33">
            <w:pPr>
              <w:pStyle w:val="af6"/>
              <w:rPr>
                <w:rFonts w:ascii="Times New Roman" w:eastAsia="Calibri" w:hAnsi="Times New Roman" w:cs="Times New Roman"/>
                <w:b/>
                <w:sz w:val="24"/>
                <w:szCs w:val="24"/>
              </w:rPr>
            </w:pPr>
            <w:r w:rsidRPr="00765081">
              <w:rPr>
                <w:rFonts w:ascii="Times New Roman" w:hAnsi="Times New Roman" w:cs="Times New Roman"/>
                <w:b/>
                <w:sz w:val="24"/>
                <w:szCs w:val="24"/>
              </w:rPr>
              <w:t xml:space="preserve">Ответ: </w:t>
            </w:r>
            <w:r w:rsidRPr="00765081">
              <w:rPr>
                <w:rFonts w:ascii="Times New Roman" w:hAnsi="Times New Roman" w:cs="Times New Roman"/>
                <w:b/>
                <w:color w:val="FF0000"/>
                <w:sz w:val="24"/>
                <w:szCs w:val="24"/>
              </w:rPr>
              <w:t>Гнездование птиц</w:t>
            </w:r>
            <w:proofErr w:type="gramStart"/>
            <w:r w:rsidRPr="00765081">
              <w:rPr>
                <w:rFonts w:ascii="Times New Roman" w:hAnsi="Times New Roman" w:cs="Times New Roman"/>
                <w:b/>
                <w:color w:val="FF0000"/>
                <w:sz w:val="24"/>
                <w:szCs w:val="24"/>
              </w:rPr>
              <w:t>.</w:t>
            </w:r>
            <w:r w:rsidRPr="00765081">
              <w:rPr>
                <w:rFonts w:ascii="Times New Roman" w:hAnsi="Times New Roman" w:cs="Times New Roman"/>
                <w:b/>
                <w:i/>
                <w:color w:val="FF0000"/>
                <w:sz w:val="24"/>
                <w:szCs w:val="24"/>
              </w:rPr>
              <w:t>(</w:t>
            </w:r>
            <w:proofErr w:type="gramEnd"/>
            <w:r w:rsidRPr="00765081">
              <w:rPr>
                <w:rFonts w:ascii="Times New Roman" w:hAnsi="Times New Roman" w:cs="Times New Roman"/>
                <w:b/>
                <w:i/>
                <w:color w:val="FF0000"/>
                <w:sz w:val="24"/>
                <w:szCs w:val="24"/>
              </w:rPr>
              <w:t>обучающийся может дать другое название)</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1141"/>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 xml:space="preserve">3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 xml:space="preserve">Какая часть текста может быть названа: «Самцы пингвины </w:t>
            </w:r>
            <w:proofErr w:type="gramStart"/>
            <w:r w:rsidRPr="00765081">
              <w:rPr>
                <w:rFonts w:ascii="Times New Roman" w:hAnsi="Times New Roman" w:cs="Times New Roman"/>
                <w:b/>
                <w:sz w:val="24"/>
                <w:szCs w:val="24"/>
              </w:rPr>
              <w:t>–о</w:t>
            </w:r>
            <w:proofErr w:type="gramEnd"/>
            <w:r w:rsidRPr="00765081">
              <w:rPr>
                <w:rFonts w:ascii="Times New Roman" w:hAnsi="Times New Roman" w:cs="Times New Roman"/>
                <w:b/>
                <w:sz w:val="24"/>
                <w:szCs w:val="24"/>
              </w:rPr>
              <w:t>тличные няньки»?</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4) пятая;</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862"/>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 xml:space="preserve">4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Данный вид текста.</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 xml:space="preserve">2) научно-популярный;   </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862"/>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lastRenderedPageBreak/>
              <w:t xml:space="preserve">5 </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Используя информацию из текста, заполните таблицу. (Надо данные записывать цифрой).</w:t>
            </w:r>
          </w:p>
          <w:tbl>
            <w:tblPr>
              <w:tblStyle w:val="TableGrid"/>
              <w:tblW w:w="7938" w:type="dxa"/>
              <w:tblInd w:w="29" w:type="dxa"/>
              <w:tblLayout w:type="fixed"/>
              <w:tblCellMar>
                <w:top w:w="52" w:type="dxa"/>
                <w:left w:w="108" w:type="dxa"/>
                <w:right w:w="115" w:type="dxa"/>
              </w:tblCellMar>
              <w:tblLook w:val="04A0"/>
            </w:tblPr>
            <w:tblGrid>
              <w:gridCol w:w="5953"/>
              <w:gridCol w:w="1985"/>
            </w:tblGrid>
            <w:tr w:rsidR="00394C33" w:rsidRPr="00765081" w:rsidTr="00394C33">
              <w:trPr>
                <w:trHeight w:val="536"/>
              </w:trPr>
              <w:tc>
                <w:tcPr>
                  <w:tcW w:w="5953" w:type="dxa"/>
                  <w:tcBorders>
                    <w:top w:val="single" w:sz="4" w:space="0" w:color="000000"/>
                    <w:left w:val="single" w:sz="4" w:space="0" w:color="000000"/>
                    <w:bottom w:val="single" w:sz="4" w:space="0" w:color="000000"/>
                    <w:right w:val="single" w:sz="4" w:space="0" w:color="000000"/>
                  </w:tcBorders>
                  <w:vAlign w:val="center"/>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Вес императорского пингвина</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40 кг</w:t>
                  </w:r>
                </w:p>
              </w:tc>
            </w:tr>
            <w:tr w:rsidR="00394C33" w:rsidRPr="00765081" w:rsidTr="00394C33">
              <w:trPr>
                <w:trHeight w:val="538"/>
              </w:trPr>
              <w:tc>
                <w:tcPr>
                  <w:tcW w:w="5953" w:type="dxa"/>
                  <w:tcBorders>
                    <w:top w:val="single" w:sz="4" w:space="0" w:color="000000"/>
                    <w:left w:val="single" w:sz="4" w:space="0" w:color="000000"/>
                    <w:bottom w:val="single" w:sz="4" w:space="0" w:color="000000"/>
                    <w:right w:val="single" w:sz="4" w:space="0" w:color="000000"/>
                  </w:tcBorders>
                  <w:vAlign w:val="center"/>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Где пингвины проводят более половины жизни</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В воде </w:t>
                  </w:r>
                </w:p>
              </w:tc>
            </w:tr>
            <w:tr w:rsidR="00394C33" w:rsidRPr="00765081" w:rsidTr="00394C33">
              <w:trPr>
                <w:trHeight w:val="538"/>
              </w:trPr>
              <w:tc>
                <w:tcPr>
                  <w:tcW w:w="5953" w:type="dxa"/>
                  <w:tcBorders>
                    <w:top w:val="single" w:sz="4" w:space="0" w:color="000000"/>
                    <w:left w:val="single" w:sz="4" w:space="0" w:color="000000"/>
                    <w:bottom w:val="single" w:sz="4" w:space="0" w:color="000000"/>
                    <w:right w:val="single" w:sz="4" w:space="0" w:color="000000"/>
                  </w:tcBorders>
                  <w:vAlign w:val="center"/>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Скорость пингвина под водой</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15 км/ч </w:t>
                  </w:r>
                </w:p>
              </w:tc>
            </w:tr>
            <w:tr w:rsidR="00394C33" w:rsidRPr="00765081" w:rsidTr="00394C33">
              <w:trPr>
                <w:trHeight w:val="538"/>
              </w:trPr>
              <w:tc>
                <w:tcPr>
                  <w:tcW w:w="5953" w:type="dxa"/>
                  <w:tcBorders>
                    <w:top w:val="single" w:sz="4" w:space="0" w:color="000000"/>
                    <w:left w:val="single" w:sz="4" w:space="0" w:color="000000"/>
                    <w:bottom w:val="single" w:sz="4" w:space="0" w:color="000000"/>
                    <w:right w:val="single" w:sz="4" w:space="0" w:color="000000"/>
                  </w:tcBorders>
                  <w:vAlign w:val="center"/>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Могут ли пингвины летать</w:t>
                  </w:r>
                </w:p>
              </w:tc>
              <w:tc>
                <w:tcPr>
                  <w:tcW w:w="1985"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нет </w:t>
                  </w:r>
                </w:p>
              </w:tc>
            </w:tr>
          </w:tbl>
          <w:p w:rsidR="00394C33" w:rsidRPr="00765081" w:rsidRDefault="00394C33" w:rsidP="00394C33">
            <w:pPr>
              <w:rPr>
                <w:rFonts w:ascii="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4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1 баллу за каждый правильный ответ.</w:t>
            </w:r>
          </w:p>
        </w:tc>
      </w:tr>
      <w:tr w:rsidR="00394C33" w:rsidRPr="00765081" w:rsidTr="00394C33">
        <w:trPr>
          <w:trHeight w:val="42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b/>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8 баллов</w:t>
            </w:r>
          </w:p>
        </w:tc>
      </w:tr>
      <w:tr w:rsidR="00394C33" w:rsidRPr="00765081" w:rsidTr="00394C33">
        <w:trPr>
          <w:trHeight w:val="386"/>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1159"/>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1</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Отметьте правильный ответ группы слов, в которых все согласные звуки твёрдые.</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4) самка, лапа, кожа</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1116"/>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2</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bCs/>
                <w:sz w:val="24"/>
                <w:szCs w:val="24"/>
              </w:rPr>
            </w:pPr>
            <w:r w:rsidRPr="00765081">
              <w:rPr>
                <w:rFonts w:ascii="Times New Roman" w:hAnsi="Times New Roman" w:cs="Times New Roman"/>
                <w:b/>
                <w:sz w:val="24"/>
                <w:szCs w:val="24"/>
              </w:rPr>
              <w:t>Укажите количество букв и звуков.</w:t>
            </w:r>
          </w:p>
          <w:p w:rsidR="00394C33" w:rsidRPr="00765081" w:rsidRDefault="00394C33" w:rsidP="00394C33">
            <w:pPr>
              <w:rPr>
                <w:rFonts w:ascii="Times New Roman" w:hAnsi="Times New Roman" w:cs="Times New Roman"/>
                <w:sz w:val="24"/>
                <w:szCs w:val="24"/>
                <w:u w:val="single"/>
              </w:rPr>
            </w:pPr>
            <w:r w:rsidRPr="00765081">
              <w:rPr>
                <w:rFonts w:ascii="Times New Roman" w:hAnsi="Times New Roman" w:cs="Times New Roman"/>
                <w:b/>
                <w:iCs/>
                <w:sz w:val="24"/>
                <w:szCs w:val="24"/>
                <w:u w:val="single"/>
              </w:rPr>
              <w:t>Яйцо</w:t>
            </w:r>
            <w:r w:rsidRPr="00765081">
              <w:rPr>
                <w:rFonts w:ascii="Times New Roman" w:hAnsi="Times New Roman" w:cs="Times New Roman"/>
                <w:sz w:val="24"/>
                <w:szCs w:val="24"/>
                <w:u w:val="single"/>
              </w:rPr>
              <w:t xml:space="preserve">       4  букв,  5   звуков</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iCs/>
                <w:sz w:val="24"/>
                <w:szCs w:val="24"/>
              </w:rPr>
              <w:t>теряя</w:t>
            </w:r>
            <w:r w:rsidRPr="00765081">
              <w:rPr>
                <w:rFonts w:ascii="Times New Roman" w:hAnsi="Times New Roman" w:cs="Times New Roman"/>
                <w:iCs/>
                <w:sz w:val="24"/>
                <w:szCs w:val="24"/>
                <w:u w:val="single"/>
              </w:rPr>
              <w:t>_5   _</w:t>
            </w:r>
            <w:r w:rsidRPr="00765081">
              <w:rPr>
                <w:rFonts w:ascii="Times New Roman" w:hAnsi="Times New Roman" w:cs="Times New Roman"/>
                <w:sz w:val="24"/>
                <w:szCs w:val="24"/>
                <w:u w:val="single"/>
              </w:rPr>
              <w:t>букв, 6   звуков</w:t>
            </w:r>
          </w:p>
          <w:p w:rsidR="00394C33" w:rsidRPr="00765081" w:rsidRDefault="00394C33" w:rsidP="00394C33">
            <w:pPr>
              <w:rPr>
                <w:rFonts w:ascii="Times New Roman" w:hAnsi="Times New Roman" w:cs="Times New Roman"/>
                <w:sz w:val="24"/>
                <w:szCs w:val="24"/>
                <w:u w:val="single"/>
              </w:rPr>
            </w:pPr>
            <w:r w:rsidRPr="00765081">
              <w:rPr>
                <w:rFonts w:ascii="Times New Roman" w:hAnsi="Times New Roman" w:cs="Times New Roman"/>
                <w:b/>
                <w:iCs/>
                <w:sz w:val="24"/>
                <w:szCs w:val="24"/>
              </w:rPr>
              <w:t xml:space="preserve">линька    </w:t>
            </w:r>
            <w:r w:rsidRPr="00765081">
              <w:rPr>
                <w:rFonts w:ascii="Times New Roman" w:hAnsi="Times New Roman" w:cs="Times New Roman"/>
                <w:sz w:val="24"/>
                <w:szCs w:val="24"/>
                <w:u w:val="single"/>
              </w:rPr>
              <w:t xml:space="preserve">6     букв, 5     звуков </w:t>
            </w:r>
          </w:p>
          <w:p w:rsidR="00394C33" w:rsidRPr="00765081" w:rsidRDefault="00394C33" w:rsidP="00394C33">
            <w:pPr>
              <w:rPr>
                <w:rFonts w:ascii="Times New Roman"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3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0,5 баллу за каждый правильный ответ.</w:t>
            </w:r>
          </w:p>
        </w:tc>
      </w:tr>
      <w:tr w:rsidR="00394C33" w:rsidRPr="00765081" w:rsidTr="00394C33">
        <w:trPr>
          <w:trHeight w:val="1044"/>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3</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 xml:space="preserve">Буква </w:t>
            </w:r>
            <w:proofErr w:type="gramStart"/>
            <w:r w:rsidRPr="00765081">
              <w:rPr>
                <w:rFonts w:ascii="Times New Roman" w:hAnsi="Times New Roman" w:cs="Times New Roman"/>
                <w:b/>
                <w:sz w:val="24"/>
                <w:szCs w:val="24"/>
              </w:rPr>
              <w:t>–о</w:t>
            </w:r>
            <w:proofErr w:type="gramEnd"/>
            <w:r w:rsidRPr="00765081">
              <w:rPr>
                <w:rFonts w:ascii="Times New Roman" w:hAnsi="Times New Roman" w:cs="Times New Roman"/>
                <w:b/>
                <w:sz w:val="24"/>
                <w:szCs w:val="24"/>
              </w:rPr>
              <w:t>- пропущена в словах группы:</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color w:val="FF0000"/>
                <w:sz w:val="24"/>
                <w:szCs w:val="24"/>
              </w:rPr>
              <w:t>2) гол…</w:t>
            </w:r>
            <w:proofErr w:type="gramStart"/>
            <w:r w:rsidRPr="00765081">
              <w:rPr>
                <w:rFonts w:ascii="Times New Roman" w:hAnsi="Times New Roman" w:cs="Times New Roman"/>
                <w:b/>
                <w:color w:val="FF0000"/>
                <w:sz w:val="24"/>
                <w:szCs w:val="24"/>
              </w:rPr>
              <w:t>с</w:t>
            </w:r>
            <w:proofErr w:type="gramEnd"/>
            <w:r w:rsidRPr="00765081">
              <w:rPr>
                <w:rFonts w:ascii="Times New Roman" w:hAnsi="Times New Roman" w:cs="Times New Roman"/>
                <w:b/>
                <w:color w:val="FF0000"/>
                <w:sz w:val="24"/>
                <w:szCs w:val="24"/>
              </w:rPr>
              <w:t>, к…</w:t>
            </w:r>
            <w:proofErr w:type="spellStart"/>
            <w:r w:rsidRPr="00765081">
              <w:rPr>
                <w:rFonts w:ascii="Times New Roman" w:hAnsi="Times New Roman" w:cs="Times New Roman"/>
                <w:b/>
                <w:color w:val="FF0000"/>
                <w:sz w:val="24"/>
                <w:szCs w:val="24"/>
              </w:rPr>
              <w:t>лонии</w:t>
            </w:r>
            <w:proofErr w:type="spellEnd"/>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265"/>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4</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spacing w:line="360" w:lineRule="auto"/>
              <w:jc w:val="both"/>
              <w:rPr>
                <w:rFonts w:ascii="Times New Roman" w:hAnsi="Times New Roman" w:cs="Times New Roman"/>
                <w:sz w:val="24"/>
                <w:szCs w:val="24"/>
              </w:rPr>
            </w:pPr>
            <w:r w:rsidRPr="00765081">
              <w:rPr>
                <w:rFonts w:ascii="Times New Roman" w:hAnsi="Times New Roman" w:cs="Times New Roman"/>
                <w:b/>
                <w:sz w:val="24"/>
                <w:szCs w:val="24"/>
              </w:rPr>
              <w:t>Отметьте слово, имеющее следующий состав:</w:t>
            </w:r>
          </w:p>
          <w:p w:rsidR="00394C33" w:rsidRPr="00765081" w:rsidRDefault="00394C33" w:rsidP="00394C33">
            <w:pPr>
              <w:rPr>
                <w:rFonts w:ascii="Times New Roman" w:hAnsi="Times New Roman" w:cs="Times New Roman"/>
                <w:sz w:val="24"/>
                <w:szCs w:val="24"/>
                <w:bdr w:val="single" w:sz="4" w:space="0" w:color="auto" w:frame="1"/>
              </w:rPr>
            </w:pPr>
            <w:r w:rsidRPr="00765081">
              <w:rPr>
                <w:rFonts w:ascii="Times New Roman" w:hAnsi="Times New Roman" w:cs="Times New Roman"/>
                <w:sz w:val="24"/>
                <w:szCs w:val="24"/>
                <w:bdr w:val="single" w:sz="4" w:space="0" w:color="auto" w:frame="1"/>
              </w:rPr>
              <w:t xml:space="preserve"> корень </w:t>
            </w:r>
            <w:r w:rsidRPr="00765081">
              <w:rPr>
                <w:rFonts w:ascii="Times New Roman" w:hAnsi="Times New Roman" w:cs="Times New Roman"/>
                <w:sz w:val="24"/>
                <w:szCs w:val="24"/>
              </w:rPr>
              <w:t xml:space="preserve">-   </w:t>
            </w:r>
            <w:r w:rsidRPr="00765081">
              <w:rPr>
                <w:rFonts w:ascii="Times New Roman" w:hAnsi="Times New Roman" w:cs="Times New Roman"/>
                <w:sz w:val="24"/>
                <w:szCs w:val="24"/>
                <w:bdr w:val="single" w:sz="4" w:space="0" w:color="auto" w:frame="1"/>
              </w:rPr>
              <w:t>суффикс</w:t>
            </w:r>
            <w:r w:rsidRPr="00765081">
              <w:rPr>
                <w:rFonts w:ascii="Times New Roman" w:hAnsi="Times New Roman" w:cs="Times New Roman"/>
                <w:sz w:val="24"/>
                <w:szCs w:val="24"/>
              </w:rPr>
              <w:t>-</w:t>
            </w:r>
            <w:r w:rsidRPr="00765081">
              <w:rPr>
                <w:rFonts w:ascii="Times New Roman" w:hAnsi="Times New Roman" w:cs="Times New Roman"/>
                <w:sz w:val="24"/>
                <w:szCs w:val="24"/>
                <w:bdr w:val="single" w:sz="4" w:space="0" w:color="auto" w:frame="1"/>
              </w:rPr>
              <w:t>окончание</w:t>
            </w:r>
          </w:p>
          <w:p w:rsidR="00394C33" w:rsidRPr="00765081" w:rsidRDefault="00394C33" w:rsidP="0089011F">
            <w:pPr>
              <w:pStyle w:val="a5"/>
              <w:numPr>
                <w:ilvl w:val="0"/>
                <w:numId w:val="77"/>
              </w:numPr>
              <w:spacing w:line="360" w:lineRule="auto"/>
              <w:jc w:val="both"/>
              <w:rPr>
                <w:rFonts w:ascii="Times New Roman" w:hAnsi="Times New Roman" w:cs="Times New Roman"/>
                <w:b/>
                <w:sz w:val="24"/>
                <w:szCs w:val="24"/>
              </w:rPr>
            </w:pPr>
            <w:r w:rsidRPr="00765081">
              <w:rPr>
                <w:rFonts w:ascii="Times New Roman" w:hAnsi="Times New Roman" w:cs="Times New Roman"/>
                <w:b/>
                <w:color w:val="FF0000"/>
                <w:sz w:val="24"/>
                <w:szCs w:val="24"/>
              </w:rPr>
              <w:t>шажки;</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248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lastRenderedPageBreak/>
              <w:t>5</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Заполните таблицу, указав те признаки прилагательных, которые ты изучил (род, падеж, число):</w:t>
            </w:r>
          </w:p>
          <w:p w:rsidR="00394C33" w:rsidRPr="00765081" w:rsidRDefault="00394C33" w:rsidP="00394C33">
            <w:pPr>
              <w:pStyle w:val="af6"/>
              <w:rPr>
                <w:rFonts w:ascii="Times New Roman" w:hAnsi="Times New Roman" w:cs="Times New Roman"/>
                <w:b/>
                <w:sz w:val="24"/>
                <w:szCs w:val="24"/>
              </w:rPr>
            </w:pPr>
          </w:p>
          <w:tbl>
            <w:tblPr>
              <w:tblW w:w="809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4"/>
              <w:gridCol w:w="1363"/>
              <w:gridCol w:w="1050"/>
              <w:gridCol w:w="1563"/>
            </w:tblGrid>
            <w:tr w:rsidR="00394C33" w:rsidRPr="00765081" w:rsidTr="00394C33">
              <w:trPr>
                <w:trHeight w:val="341"/>
              </w:trPr>
              <w:tc>
                <w:tcPr>
                  <w:tcW w:w="4114"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Имя прилагательное</w:t>
                  </w:r>
                </w:p>
                <w:p w:rsidR="00394C33" w:rsidRPr="00765081" w:rsidRDefault="00394C33" w:rsidP="00394C33">
                  <w:pPr>
                    <w:pStyle w:val="af6"/>
                    <w:jc w:val="center"/>
                    <w:rPr>
                      <w:rFonts w:ascii="Times New Roman" w:hAnsi="Times New Roman" w:cs="Times New Roman"/>
                      <w:sz w:val="24"/>
                      <w:szCs w:val="24"/>
                    </w:rPr>
                  </w:pPr>
                  <w:r w:rsidRPr="00765081">
                    <w:rPr>
                      <w:rFonts w:ascii="Times New Roman" w:hAnsi="Times New Roman" w:cs="Times New Roman"/>
                      <w:b/>
                      <w:sz w:val="24"/>
                      <w:szCs w:val="24"/>
                      <w:lang w:eastAsia="ru-RU"/>
                    </w:rPr>
                    <w:t>(вместе с существительным).</w:t>
                  </w:r>
                </w:p>
              </w:tc>
              <w:tc>
                <w:tcPr>
                  <w:tcW w:w="1363"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Род</w:t>
                  </w:r>
                </w:p>
              </w:tc>
              <w:tc>
                <w:tcPr>
                  <w:tcW w:w="1050"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Падеж</w:t>
                  </w:r>
                </w:p>
              </w:tc>
              <w:tc>
                <w:tcPr>
                  <w:tcW w:w="1563" w:type="dxa"/>
                  <w:tcBorders>
                    <w:top w:val="single" w:sz="4" w:space="0" w:color="auto"/>
                    <w:left w:val="single" w:sz="4" w:space="0" w:color="auto"/>
                    <w:bottom w:val="single" w:sz="4" w:space="0" w:color="auto"/>
                    <w:right w:val="single" w:sz="4" w:space="0" w:color="auto"/>
                  </w:tcBorders>
                  <w:hideMark/>
                </w:tcPr>
                <w:p w:rsidR="00394C33" w:rsidRPr="00765081" w:rsidRDefault="00394C33" w:rsidP="00394C33">
                  <w:pPr>
                    <w:spacing w:before="100" w:beforeAutospacing="1" w:after="100" w:afterAutospacing="1" w:line="360" w:lineRule="auto"/>
                    <w:jc w:val="center"/>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Число</w:t>
                  </w:r>
                </w:p>
              </w:tc>
            </w:tr>
            <w:tr w:rsidR="00394C33" w:rsidRPr="00765081" w:rsidTr="00394C33">
              <w:trPr>
                <w:trHeight w:val="384"/>
              </w:trPr>
              <w:tc>
                <w:tcPr>
                  <w:tcW w:w="4114"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В водной  (стихии)</w:t>
                  </w:r>
                </w:p>
              </w:tc>
              <w:tc>
                <w:tcPr>
                  <w:tcW w:w="13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proofErr w:type="gramStart"/>
                  <w:r w:rsidRPr="00765081">
                    <w:rPr>
                      <w:rFonts w:ascii="Times New Roman" w:eastAsia="Times New Roman" w:hAnsi="Times New Roman" w:cs="Times New Roman"/>
                      <w:b/>
                      <w:color w:val="FF0000"/>
                      <w:sz w:val="24"/>
                      <w:szCs w:val="24"/>
                    </w:rPr>
                    <w:t>ж</w:t>
                  </w:r>
                  <w:proofErr w:type="gramEnd"/>
                  <w:r w:rsidRPr="00765081">
                    <w:rPr>
                      <w:rFonts w:ascii="Times New Roman" w:eastAsia="Times New Roman" w:hAnsi="Times New Roman" w:cs="Times New Roman"/>
                      <w:b/>
                      <w:color w:val="FF0000"/>
                      <w:sz w:val="24"/>
                      <w:szCs w:val="24"/>
                    </w:rPr>
                    <w:t>.р.</w:t>
                  </w:r>
                </w:p>
              </w:tc>
              <w:tc>
                <w:tcPr>
                  <w:tcW w:w="105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Т.п.</w:t>
                  </w:r>
                </w:p>
              </w:tc>
              <w:tc>
                <w:tcPr>
                  <w:tcW w:w="15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ед.</w:t>
                  </w:r>
                  <w:proofErr w:type="gramStart"/>
                  <w:r w:rsidRPr="00765081">
                    <w:rPr>
                      <w:rFonts w:ascii="Times New Roman" w:eastAsia="Times New Roman" w:hAnsi="Times New Roman" w:cs="Times New Roman"/>
                      <w:b/>
                      <w:color w:val="FF0000"/>
                      <w:sz w:val="24"/>
                      <w:szCs w:val="24"/>
                    </w:rPr>
                    <w:t>ч</w:t>
                  </w:r>
                  <w:proofErr w:type="gramEnd"/>
                  <w:r w:rsidRPr="00765081">
                    <w:rPr>
                      <w:rFonts w:ascii="Times New Roman" w:eastAsia="Times New Roman" w:hAnsi="Times New Roman" w:cs="Times New Roman"/>
                      <w:b/>
                      <w:color w:val="FF0000"/>
                      <w:sz w:val="24"/>
                      <w:szCs w:val="24"/>
                    </w:rPr>
                    <w:t>.</w:t>
                  </w:r>
                </w:p>
              </w:tc>
            </w:tr>
            <w:tr w:rsidR="00394C33" w:rsidRPr="00765081" w:rsidTr="00394C33">
              <w:trPr>
                <w:trHeight w:val="392"/>
              </w:trPr>
              <w:tc>
                <w:tcPr>
                  <w:tcW w:w="4114"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Арктического (лета)</w:t>
                  </w:r>
                </w:p>
              </w:tc>
              <w:tc>
                <w:tcPr>
                  <w:tcW w:w="13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с.р.</w:t>
                  </w:r>
                </w:p>
              </w:tc>
              <w:tc>
                <w:tcPr>
                  <w:tcW w:w="105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Р.п.</w:t>
                  </w:r>
                </w:p>
              </w:tc>
              <w:tc>
                <w:tcPr>
                  <w:tcW w:w="15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ед.</w:t>
                  </w:r>
                  <w:proofErr w:type="gramStart"/>
                  <w:r w:rsidRPr="00765081">
                    <w:rPr>
                      <w:rFonts w:ascii="Times New Roman" w:eastAsia="Times New Roman" w:hAnsi="Times New Roman" w:cs="Times New Roman"/>
                      <w:b/>
                      <w:color w:val="FF0000"/>
                      <w:sz w:val="24"/>
                      <w:szCs w:val="24"/>
                    </w:rPr>
                    <w:t>ч</w:t>
                  </w:r>
                  <w:proofErr w:type="gramEnd"/>
                  <w:r w:rsidRPr="00765081">
                    <w:rPr>
                      <w:rFonts w:ascii="Times New Roman" w:eastAsia="Times New Roman" w:hAnsi="Times New Roman" w:cs="Times New Roman"/>
                      <w:b/>
                      <w:color w:val="FF0000"/>
                      <w:sz w:val="24"/>
                      <w:szCs w:val="24"/>
                    </w:rPr>
                    <w:t>.</w:t>
                  </w:r>
                </w:p>
              </w:tc>
            </w:tr>
            <w:tr w:rsidR="00394C33" w:rsidRPr="00765081" w:rsidTr="00394C33">
              <w:trPr>
                <w:trHeight w:val="392"/>
              </w:trPr>
              <w:tc>
                <w:tcPr>
                  <w:tcW w:w="4114"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sz w:val="24"/>
                      <w:szCs w:val="24"/>
                    </w:rPr>
                  </w:pPr>
                  <w:r w:rsidRPr="00765081">
                    <w:rPr>
                      <w:rFonts w:ascii="Times New Roman" w:eastAsia="Times New Roman" w:hAnsi="Times New Roman" w:cs="Times New Roman"/>
                      <w:b/>
                      <w:sz w:val="24"/>
                      <w:szCs w:val="24"/>
                    </w:rPr>
                    <w:t>Крупный (пингвин)</w:t>
                  </w:r>
                </w:p>
              </w:tc>
              <w:tc>
                <w:tcPr>
                  <w:tcW w:w="13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rPr>
                      <w:rFonts w:ascii="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м.р.</w:t>
                  </w:r>
                </w:p>
              </w:tc>
              <w:tc>
                <w:tcPr>
                  <w:tcW w:w="1050"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И.п.</w:t>
                  </w:r>
                </w:p>
              </w:tc>
              <w:tc>
                <w:tcPr>
                  <w:tcW w:w="1563"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spacing w:after="0" w:line="360" w:lineRule="auto"/>
                    <w:jc w:val="both"/>
                    <w:rPr>
                      <w:rFonts w:ascii="Times New Roman" w:eastAsia="Times New Roman" w:hAnsi="Times New Roman" w:cs="Times New Roman"/>
                      <w:b/>
                      <w:color w:val="FF0000"/>
                      <w:sz w:val="24"/>
                      <w:szCs w:val="24"/>
                    </w:rPr>
                  </w:pPr>
                  <w:r w:rsidRPr="00765081">
                    <w:rPr>
                      <w:rFonts w:ascii="Times New Roman" w:eastAsia="Times New Roman" w:hAnsi="Times New Roman" w:cs="Times New Roman"/>
                      <w:b/>
                      <w:color w:val="FF0000"/>
                      <w:sz w:val="24"/>
                      <w:szCs w:val="24"/>
                    </w:rPr>
                    <w:t>ед</w:t>
                  </w:r>
                  <w:proofErr w:type="gramStart"/>
                  <w:r w:rsidRPr="00765081">
                    <w:rPr>
                      <w:rFonts w:ascii="Times New Roman" w:eastAsia="Times New Roman" w:hAnsi="Times New Roman" w:cs="Times New Roman"/>
                      <w:b/>
                      <w:color w:val="FF0000"/>
                      <w:sz w:val="24"/>
                      <w:szCs w:val="24"/>
                    </w:rPr>
                    <w:t>.ч</w:t>
                  </w:r>
                  <w:proofErr w:type="gramEnd"/>
                </w:p>
              </w:tc>
            </w:tr>
          </w:tbl>
          <w:p w:rsidR="00394C33" w:rsidRPr="00765081" w:rsidRDefault="00394C33" w:rsidP="00394C33">
            <w:pPr>
              <w:rPr>
                <w:rFonts w:ascii="Times New Roman"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4 балла</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2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sz w:val="24"/>
                <w:szCs w:val="24"/>
              </w:rPr>
            </w:pPr>
            <w:r w:rsidRPr="00765081">
              <w:rPr>
                <w:rFonts w:ascii="Times New Roman" w:hAnsi="Times New Roman" w:cs="Times New Roman"/>
                <w:b/>
                <w:sz w:val="24"/>
                <w:szCs w:val="24"/>
              </w:rPr>
              <w:t>10 баллов</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1</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spacing w:after="61" w:line="266" w:lineRule="auto"/>
              <w:jc w:val="both"/>
              <w:rPr>
                <w:rFonts w:ascii="Times New Roman" w:hAnsi="Times New Roman" w:cs="Times New Roman"/>
                <w:sz w:val="24"/>
                <w:szCs w:val="24"/>
              </w:rPr>
            </w:pPr>
            <w:r w:rsidRPr="00765081">
              <w:rPr>
                <w:rFonts w:ascii="Times New Roman" w:hAnsi="Times New Roman" w:cs="Times New Roman"/>
                <w:b/>
                <w:sz w:val="24"/>
                <w:szCs w:val="24"/>
              </w:rPr>
              <w:t xml:space="preserve">Решите задачу. </w:t>
            </w:r>
          </w:p>
          <w:p w:rsidR="00394C33" w:rsidRPr="00765081" w:rsidRDefault="00394C33" w:rsidP="00394C33">
            <w:pPr>
              <w:pStyle w:val="Default"/>
            </w:pPr>
            <w:r w:rsidRPr="00765081">
              <w:t xml:space="preserve">Скорость императорского пингвина по воде 20 км/ч, а скорость белухи 45 км/ч. Кто быстрее и </w:t>
            </w:r>
            <w:proofErr w:type="gramStart"/>
            <w:r w:rsidRPr="00765081">
              <w:t>на сколько</w:t>
            </w:r>
            <w:proofErr w:type="gramEnd"/>
            <w:r w:rsidRPr="00765081">
              <w:t xml:space="preserve"> доплывет до айсберга, если расстояние от берега до айсберга 180 км? </w:t>
            </w:r>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Отметьте правильное решение задачи:</w:t>
            </w:r>
          </w:p>
          <w:p w:rsidR="00394C33" w:rsidRPr="00765081" w:rsidRDefault="00394C33" w:rsidP="0089011F">
            <w:pPr>
              <w:pStyle w:val="Default"/>
              <w:numPr>
                <w:ilvl w:val="0"/>
                <w:numId w:val="77"/>
              </w:numPr>
              <w:rPr>
                <w:b/>
                <w:color w:val="FF0000"/>
              </w:rPr>
            </w:pPr>
            <w:r w:rsidRPr="00765081">
              <w:rPr>
                <w:b/>
                <w:color w:val="FF0000"/>
              </w:rPr>
              <w:t>180: 20 -180:45  = 5   (ч)</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2</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Укажите, какая запись соответствует числу 3 400 020?</w:t>
            </w:r>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Отметьте правильное решение задачи:</w:t>
            </w:r>
          </w:p>
          <w:p w:rsidR="00394C33" w:rsidRPr="00765081" w:rsidRDefault="00394C33" w:rsidP="00394C33">
            <w:pPr>
              <w:tabs>
                <w:tab w:val="left" w:pos="540"/>
              </w:tabs>
              <w:rPr>
                <w:rFonts w:ascii="Times New Roman" w:hAnsi="Times New Roman" w:cs="Times New Roman"/>
                <w:b/>
                <w:color w:val="FF0000"/>
                <w:sz w:val="24"/>
                <w:szCs w:val="24"/>
              </w:rPr>
            </w:pPr>
            <w:r w:rsidRPr="00765081">
              <w:rPr>
                <w:rFonts w:ascii="Times New Roman" w:hAnsi="Times New Roman" w:cs="Times New Roman"/>
                <w:b/>
                <w:noProof/>
                <w:color w:val="FF0000"/>
                <w:sz w:val="24"/>
                <w:szCs w:val="24"/>
              </w:rPr>
              <w:t xml:space="preserve">3) </w:t>
            </w:r>
            <w:r w:rsidRPr="00765081">
              <w:rPr>
                <w:rFonts w:ascii="Times New Roman" w:hAnsi="Times New Roman" w:cs="Times New Roman"/>
                <w:b/>
                <w:color w:val="FF0000"/>
                <w:sz w:val="24"/>
                <w:szCs w:val="24"/>
              </w:rPr>
              <w:t>три миллиона четыреста тысяч двадцать;</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3</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Изучите таблицу и заполните её.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8"/>
              <w:gridCol w:w="1859"/>
              <w:gridCol w:w="1859"/>
              <w:gridCol w:w="1859"/>
            </w:tblGrid>
            <w:tr w:rsidR="00394C33" w:rsidRPr="00765081" w:rsidTr="00394C33">
              <w:trPr>
                <w:trHeight w:val="346"/>
              </w:trPr>
              <w:tc>
                <w:tcPr>
                  <w:tcW w:w="1858" w:type="dxa"/>
                  <w:vMerge w:val="restart"/>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Название</w:t>
                  </w:r>
                </w:p>
              </w:tc>
              <w:tc>
                <w:tcPr>
                  <w:tcW w:w="5576" w:type="dxa"/>
                  <w:gridSpan w:val="3"/>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Вес животного в (</w:t>
                  </w:r>
                  <w:proofErr w:type="gramStart"/>
                  <w:r w:rsidRPr="00765081">
                    <w:rPr>
                      <w:rFonts w:ascii="Times New Roman" w:hAnsi="Times New Roman" w:cs="Times New Roman"/>
                      <w:sz w:val="24"/>
                      <w:szCs w:val="24"/>
                    </w:rPr>
                    <w:t>кг</w:t>
                  </w:r>
                  <w:proofErr w:type="gramEnd"/>
                  <w:r w:rsidRPr="00765081">
                    <w:rPr>
                      <w:rFonts w:ascii="Times New Roman" w:hAnsi="Times New Roman" w:cs="Times New Roman"/>
                      <w:sz w:val="24"/>
                      <w:szCs w:val="24"/>
                    </w:rPr>
                    <w:t>)</w:t>
                  </w:r>
                </w:p>
              </w:tc>
            </w:tr>
            <w:tr w:rsidR="00394C33" w:rsidRPr="00765081" w:rsidTr="00394C33">
              <w:trPr>
                <w:trHeight w:val="158"/>
              </w:trPr>
              <w:tc>
                <w:tcPr>
                  <w:tcW w:w="1858" w:type="dxa"/>
                  <w:vMerge/>
                  <w:vAlign w:val="center"/>
                </w:tcPr>
                <w:p w:rsidR="00394C33" w:rsidRPr="00765081" w:rsidRDefault="00394C33" w:rsidP="00394C33">
                  <w:pPr>
                    <w:spacing w:after="0" w:line="240" w:lineRule="auto"/>
                    <w:jc w:val="center"/>
                    <w:rPr>
                      <w:rFonts w:ascii="Times New Roman" w:hAnsi="Times New Roman" w:cs="Times New Roman"/>
                      <w:sz w:val="24"/>
                      <w:szCs w:val="24"/>
                    </w:rPr>
                  </w:pPr>
                </w:p>
              </w:tc>
              <w:tc>
                <w:tcPr>
                  <w:tcW w:w="1859"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1 животное</w:t>
                  </w:r>
                </w:p>
              </w:tc>
              <w:tc>
                <w:tcPr>
                  <w:tcW w:w="1859"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3 животных</w:t>
                  </w:r>
                </w:p>
              </w:tc>
              <w:tc>
                <w:tcPr>
                  <w:tcW w:w="1859"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5 животных</w:t>
                  </w:r>
                </w:p>
              </w:tc>
            </w:tr>
            <w:tr w:rsidR="00394C33" w:rsidRPr="00765081" w:rsidTr="00394C33">
              <w:trPr>
                <w:trHeight w:val="346"/>
              </w:trPr>
              <w:tc>
                <w:tcPr>
                  <w:tcW w:w="1858"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Пингвин</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sz w:val="24"/>
                      <w:szCs w:val="24"/>
                    </w:rPr>
                  </w:pPr>
                  <w:r w:rsidRPr="00765081">
                    <w:rPr>
                      <w:rFonts w:ascii="Times New Roman" w:hAnsi="Times New Roman" w:cs="Times New Roman"/>
                      <w:b/>
                      <w:sz w:val="24"/>
                      <w:szCs w:val="24"/>
                    </w:rPr>
                    <w:t>40 кг</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120кг</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200кг</w:t>
                  </w:r>
                </w:p>
              </w:tc>
            </w:tr>
            <w:tr w:rsidR="00394C33" w:rsidRPr="00765081" w:rsidTr="00394C33">
              <w:trPr>
                <w:trHeight w:val="346"/>
              </w:trPr>
              <w:tc>
                <w:tcPr>
                  <w:tcW w:w="1858"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Дельфин</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140кг</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sz w:val="24"/>
                      <w:szCs w:val="24"/>
                    </w:rPr>
                  </w:pPr>
                  <w:r w:rsidRPr="00765081">
                    <w:rPr>
                      <w:rFonts w:ascii="Times New Roman" w:hAnsi="Times New Roman" w:cs="Times New Roman"/>
                      <w:b/>
                      <w:sz w:val="24"/>
                      <w:szCs w:val="24"/>
                    </w:rPr>
                    <w:t>420 кг</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700кг</w:t>
                  </w:r>
                </w:p>
              </w:tc>
            </w:tr>
            <w:tr w:rsidR="00394C33" w:rsidRPr="00765081" w:rsidTr="00394C33">
              <w:trPr>
                <w:trHeight w:val="346"/>
              </w:trPr>
              <w:tc>
                <w:tcPr>
                  <w:tcW w:w="1858" w:type="dxa"/>
                  <w:vAlign w:val="center"/>
                </w:tcPr>
                <w:p w:rsidR="00394C33" w:rsidRPr="00765081" w:rsidRDefault="00394C33" w:rsidP="00394C33">
                  <w:pPr>
                    <w:spacing w:after="0" w:line="240" w:lineRule="auto"/>
                    <w:jc w:val="center"/>
                    <w:rPr>
                      <w:rFonts w:ascii="Times New Roman" w:hAnsi="Times New Roman" w:cs="Times New Roman"/>
                      <w:sz w:val="24"/>
                      <w:szCs w:val="24"/>
                    </w:rPr>
                  </w:pPr>
                  <w:r w:rsidRPr="00765081">
                    <w:rPr>
                      <w:rFonts w:ascii="Times New Roman" w:hAnsi="Times New Roman" w:cs="Times New Roman"/>
                      <w:sz w:val="24"/>
                      <w:szCs w:val="24"/>
                    </w:rPr>
                    <w:t>Чайка</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13кг</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39 кг</w:t>
                  </w:r>
                </w:p>
              </w:tc>
              <w:tc>
                <w:tcPr>
                  <w:tcW w:w="1859" w:type="dxa"/>
                  <w:vAlign w:val="center"/>
                </w:tcPr>
                <w:p w:rsidR="00394C33" w:rsidRPr="00765081" w:rsidRDefault="00394C33" w:rsidP="00394C33">
                  <w:pPr>
                    <w:spacing w:after="0" w:line="240" w:lineRule="auto"/>
                    <w:jc w:val="center"/>
                    <w:rPr>
                      <w:rFonts w:ascii="Times New Roman" w:hAnsi="Times New Roman" w:cs="Times New Roman"/>
                      <w:b/>
                      <w:sz w:val="24"/>
                      <w:szCs w:val="24"/>
                    </w:rPr>
                  </w:pPr>
                  <w:r w:rsidRPr="00765081">
                    <w:rPr>
                      <w:rFonts w:ascii="Times New Roman" w:hAnsi="Times New Roman" w:cs="Times New Roman"/>
                      <w:b/>
                      <w:sz w:val="24"/>
                      <w:szCs w:val="24"/>
                    </w:rPr>
                    <w:t>65 кг</w:t>
                  </w:r>
                </w:p>
              </w:tc>
            </w:tr>
          </w:tbl>
          <w:p w:rsidR="00394C33" w:rsidRPr="00765081" w:rsidRDefault="00394C33" w:rsidP="00394C33">
            <w:pPr>
              <w:rPr>
                <w:rFonts w:ascii="Times New Roman"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3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0,5 баллу за каждый правильный ответ.</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4</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both"/>
              <w:rPr>
                <w:rFonts w:ascii="Times New Roman" w:hAnsi="Times New Roman" w:cs="Times New Roman"/>
                <w:b/>
                <w:sz w:val="24"/>
                <w:szCs w:val="24"/>
              </w:rPr>
            </w:pPr>
            <w:r w:rsidRPr="00765081">
              <w:rPr>
                <w:rFonts w:ascii="Times New Roman" w:hAnsi="Times New Roman" w:cs="Times New Roman"/>
                <w:b/>
                <w:sz w:val="24"/>
                <w:szCs w:val="24"/>
              </w:rPr>
              <w:t>На участке леса квадратной формы поставили заграждение. Какова площадь этого участка, если длина забора 32 метра?</w:t>
            </w:r>
          </w:p>
          <w:p w:rsidR="00394C33" w:rsidRPr="00765081" w:rsidRDefault="00394C33" w:rsidP="00394C33">
            <w:pPr>
              <w:jc w:val="both"/>
              <w:rPr>
                <w:rFonts w:ascii="Times New Roman" w:hAnsi="Times New Roman" w:cs="Times New Roman"/>
                <w:b/>
                <w:color w:val="FF0000"/>
                <w:sz w:val="24"/>
                <w:szCs w:val="24"/>
              </w:rPr>
            </w:pPr>
          </w:p>
          <w:p w:rsidR="00394C33" w:rsidRPr="00765081" w:rsidRDefault="00394C33" w:rsidP="00394C33">
            <w:pPr>
              <w:jc w:val="both"/>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Решение:1) 32</w:t>
            </w:r>
            <w:proofErr w:type="gramStart"/>
            <w:r w:rsidRPr="00765081">
              <w:rPr>
                <w:rFonts w:ascii="Times New Roman" w:hAnsi="Times New Roman" w:cs="Times New Roman"/>
                <w:b/>
                <w:color w:val="FF0000"/>
                <w:sz w:val="24"/>
                <w:szCs w:val="24"/>
              </w:rPr>
              <w:t xml:space="preserve"> :</w:t>
            </w:r>
            <w:proofErr w:type="gramEnd"/>
            <w:r w:rsidRPr="00765081">
              <w:rPr>
                <w:rFonts w:ascii="Times New Roman" w:hAnsi="Times New Roman" w:cs="Times New Roman"/>
                <w:b/>
                <w:color w:val="FF0000"/>
                <w:sz w:val="24"/>
                <w:szCs w:val="24"/>
              </w:rPr>
              <w:t>4=8 (м.)-1 сторона участка</w:t>
            </w:r>
          </w:p>
          <w:p w:rsidR="00394C33" w:rsidRPr="00765081" w:rsidRDefault="00394C33" w:rsidP="00394C33">
            <w:pPr>
              <w:jc w:val="both"/>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 xml:space="preserve">                  2) 8 х8 =64 (м </w:t>
            </w:r>
            <w:r w:rsidRPr="00765081">
              <w:rPr>
                <w:rFonts w:ascii="Times New Roman" w:hAnsi="Times New Roman" w:cs="Times New Roman"/>
                <w:b/>
                <w:color w:val="FF0000"/>
                <w:sz w:val="24"/>
                <w:szCs w:val="24"/>
                <w:vertAlign w:val="superscript"/>
              </w:rPr>
              <w:t>2)-</w:t>
            </w:r>
            <w:r w:rsidRPr="00765081">
              <w:rPr>
                <w:rFonts w:ascii="Times New Roman" w:hAnsi="Times New Roman" w:cs="Times New Roman"/>
                <w:b/>
                <w:color w:val="FF0000"/>
                <w:sz w:val="24"/>
                <w:szCs w:val="24"/>
                <w:lang w:val="en-US"/>
              </w:rPr>
              <w:t>S</w:t>
            </w:r>
            <w:r w:rsidRPr="00765081">
              <w:rPr>
                <w:rFonts w:ascii="Times New Roman" w:hAnsi="Times New Roman" w:cs="Times New Roman"/>
                <w:b/>
                <w:color w:val="FF0000"/>
                <w:sz w:val="24"/>
                <w:szCs w:val="24"/>
              </w:rPr>
              <w:t xml:space="preserve"> участка</w:t>
            </w:r>
          </w:p>
          <w:p w:rsidR="00394C33" w:rsidRPr="00765081" w:rsidRDefault="00394C33" w:rsidP="00394C33">
            <w:pPr>
              <w:jc w:val="both"/>
              <w:rPr>
                <w:rFonts w:ascii="Times New Roman" w:hAnsi="Times New Roman" w:cs="Times New Roman"/>
                <w:b/>
                <w:i/>
                <w:color w:val="FF0000"/>
                <w:sz w:val="24"/>
                <w:szCs w:val="24"/>
              </w:rPr>
            </w:pPr>
            <w:r w:rsidRPr="00765081">
              <w:rPr>
                <w:rFonts w:ascii="Times New Roman" w:hAnsi="Times New Roman" w:cs="Times New Roman"/>
                <w:b/>
                <w:color w:val="FF0000"/>
                <w:sz w:val="24"/>
                <w:szCs w:val="24"/>
              </w:rPr>
              <w:t xml:space="preserve">Ответ: </w:t>
            </w:r>
            <w:r w:rsidRPr="00765081">
              <w:rPr>
                <w:rFonts w:ascii="Times New Roman" w:hAnsi="Times New Roman" w:cs="Times New Roman"/>
                <w:b/>
                <w:color w:val="FF0000"/>
                <w:sz w:val="24"/>
                <w:szCs w:val="24"/>
                <w:lang w:val="en-US"/>
              </w:rPr>
              <w:t>S</w:t>
            </w:r>
            <w:r w:rsidRPr="00765081">
              <w:rPr>
                <w:rFonts w:ascii="Times New Roman" w:hAnsi="Times New Roman" w:cs="Times New Roman"/>
                <w:b/>
                <w:color w:val="FF0000"/>
                <w:sz w:val="24"/>
                <w:szCs w:val="24"/>
              </w:rPr>
              <w:t xml:space="preserve"> =64 м </w:t>
            </w:r>
            <w:r w:rsidRPr="00765081">
              <w:rPr>
                <w:rFonts w:ascii="Times New Roman" w:hAnsi="Times New Roman" w:cs="Times New Roman"/>
                <w:b/>
                <w:color w:val="FF0000"/>
                <w:sz w:val="24"/>
                <w:szCs w:val="24"/>
                <w:vertAlign w:val="superscript"/>
              </w:rPr>
              <w:t>2</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2 балла,</w:t>
            </w:r>
          </w:p>
          <w:p w:rsidR="00394C33" w:rsidRPr="00765081" w:rsidRDefault="00394C33" w:rsidP="00394C33">
            <w:pPr>
              <w:spacing w:after="63"/>
              <w:rPr>
                <w:rFonts w:ascii="Times New Roman" w:hAnsi="Times New Roman" w:cs="Times New Roman"/>
                <w:sz w:val="24"/>
                <w:szCs w:val="24"/>
              </w:rPr>
            </w:pPr>
            <w:r w:rsidRPr="00765081">
              <w:rPr>
                <w:rFonts w:ascii="Times New Roman" w:hAnsi="Times New Roman" w:cs="Times New Roman"/>
                <w:b/>
                <w:sz w:val="24"/>
                <w:szCs w:val="24"/>
              </w:rPr>
              <w:t xml:space="preserve">1 балл – </w:t>
            </w:r>
            <w:r w:rsidRPr="00765081">
              <w:rPr>
                <w:rFonts w:ascii="Times New Roman" w:hAnsi="Times New Roman" w:cs="Times New Roman"/>
                <w:sz w:val="24"/>
                <w:szCs w:val="24"/>
              </w:rPr>
              <w:t xml:space="preserve">допущена одна вычислительная ошибка. </w:t>
            </w:r>
          </w:p>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b/>
                <w:sz w:val="24"/>
                <w:szCs w:val="24"/>
              </w:rPr>
              <w:t>7 баллов</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center"/>
              <w:rPr>
                <w:rFonts w:ascii="Times New Roman" w:hAnsi="Times New Roman" w:cs="Times New Roman"/>
                <w:b/>
                <w:sz w:val="24"/>
                <w:szCs w:val="24"/>
              </w:rPr>
            </w:pPr>
            <w:r w:rsidRPr="00765081">
              <w:rPr>
                <w:rFonts w:ascii="Times New Roman" w:hAnsi="Times New Roman" w:cs="Times New Roman"/>
                <w:b/>
                <w:sz w:val="24"/>
                <w:szCs w:val="24"/>
              </w:rPr>
              <w:t>Окружающий мир</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1</w:t>
            </w:r>
          </w:p>
          <w:p w:rsidR="00394C33" w:rsidRPr="00765081" w:rsidRDefault="00394C33" w:rsidP="00394C33">
            <w:pPr>
              <w:ind w:right="34"/>
              <w:jc w:val="center"/>
              <w:rPr>
                <w:rFonts w:ascii="Times New Roman" w:hAnsi="Times New Roman" w:cs="Times New Roman"/>
                <w:b/>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К какой группе животных можно отнести северного оленя по способу питания? Отметьте правильный ответ.</w:t>
            </w:r>
          </w:p>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b/>
                <w:color w:val="FF0000"/>
                <w:sz w:val="24"/>
                <w:szCs w:val="24"/>
              </w:rPr>
              <w:t>1) хищники;</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2</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spacing w:after="9" w:line="266" w:lineRule="auto"/>
              <w:rPr>
                <w:rFonts w:ascii="Times New Roman" w:hAnsi="Times New Roman" w:cs="Times New Roman"/>
                <w:sz w:val="24"/>
                <w:szCs w:val="24"/>
              </w:rPr>
            </w:pPr>
            <w:r w:rsidRPr="00765081">
              <w:rPr>
                <w:rFonts w:ascii="Times New Roman" w:hAnsi="Times New Roman" w:cs="Times New Roman"/>
                <w:b/>
                <w:sz w:val="24"/>
                <w:szCs w:val="24"/>
              </w:rPr>
              <w:t>Выберите растения, которыми питается северный олень. Отметьте правильный ответ.</w:t>
            </w:r>
          </w:p>
          <w:p w:rsidR="00394C33" w:rsidRPr="00765081" w:rsidRDefault="00394C33" w:rsidP="00394C33">
            <w:pPr>
              <w:tabs>
                <w:tab w:val="left" w:pos="15"/>
              </w:tabs>
              <w:ind w:right="-45"/>
              <w:rPr>
                <w:rFonts w:ascii="Times New Roman" w:hAnsi="Times New Roman" w:cs="Times New Roman"/>
                <w:b/>
                <w:sz w:val="24"/>
                <w:szCs w:val="24"/>
              </w:rPr>
            </w:pPr>
            <w:r w:rsidRPr="00765081">
              <w:rPr>
                <w:rFonts w:ascii="Times New Roman" w:hAnsi="Times New Roman" w:cs="Times New Roman"/>
                <w:b/>
                <w:color w:val="FF0000"/>
                <w:sz w:val="24"/>
                <w:szCs w:val="24"/>
              </w:rPr>
              <w:t>2) рыба;</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3</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Что накапливает летом олень в организме, чтобы не протянуть </w:t>
            </w:r>
            <w:proofErr w:type="spellStart"/>
            <w:r w:rsidRPr="00765081">
              <w:rPr>
                <w:rFonts w:ascii="Times New Roman" w:hAnsi="Times New Roman" w:cs="Times New Roman"/>
                <w:b/>
                <w:sz w:val="24"/>
                <w:szCs w:val="24"/>
              </w:rPr>
              <w:t>ноги</w:t>
            </w:r>
            <w:proofErr w:type="gramStart"/>
            <w:r w:rsidRPr="00765081">
              <w:rPr>
                <w:rFonts w:ascii="Times New Roman" w:hAnsi="Times New Roman" w:cs="Times New Roman"/>
                <w:b/>
                <w:sz w:val="24"/>
                <w:szCs w:val="24"/>
              </w:rPr>
              <w:t>?О</w:t>
            </w:r>
            <w:proofErr w:type="gramEnd"/>
            <w:r w:rsidRPr="00765081">
              <w:rPr>
                <w:rFonts w:ascii="Times New Roman" w:hAnsi="Times New Roman" w:cs="Times New Roman"/>
                <w:b/>
                <w:sz w:val="24"/>
                <w:szCs w:val="24"/>
              </w:rPr>
              <w:t>тметьте</w:t>
            </w:r>
            <w:proofErr w:type="spellEnd"/>
            <w:r w:rsidRPr="00765081">
              <w:rPr>
                <w:rFonts w:ascii="Times New Roman" w:hAnsi="Times New Roman" w:cs="Times New Roman"/>
                <w:b/>
                <w:sz w:val="24"/>
                <w:szCs w:val="24"/>
              </w:rPr>
              <w:t xml:space="preserve"> правильный ответ.</w:t>
            </w:r>
          </w:p>
          <w:p w:rsidR="00394C33" w:rsidRPr="00765081" w:rsidRDefault="00394C33" w:rsidP="0089011F">
            <w:pPr>
              <w:pStyle w:val="a5"/>
              <w:numPr>
                <w:ilvl w:val="0"/>
                <w:numId w:val="78"/>
              </w:numPr>
              <w:tabs>
                <w:tab w:val="left" w:pos="15"/>
              </w:tabs>
              <w:ind w:right="-45"/>
              <w:rPr>
                <w:rFonts w:ascii="Times New Roman" w:hAnsi="Times New Roman" w:cs="Times New Roman"/>
                <w:b/>
                <w:sz w:val="24"/>
                <w:szCs w:val="24"/>
              </w:rPr>
            </w:pPr>
            <w:r w:rsidRPr="00765081">
              <w:rPr>
                <w:rFonts w:ascii="Times New Roman" w:hAnsi="Times New Roman" w:cs="Times New Roman"/>
                <w:b/>
                <w:color w:val="FF0000"/>
                <w:sz w:val="24"/>
                <w:szCs w:val="24"/>
              </w:rPr>
              <w:t>вес</w:t>
            </w:r>
            <w:proofErr w:type="gramStart"/>
            <w:r w:rsidRPr="00765081">
              <w:rPr>
                <w:rFonts w:ascii="Times New Roman" w:hAnsi="Times New Roman" w:cs="Times New Roman"/>
                <w:b/>
                <w:color w:val="FF0000"/>
                <w:sz w:val="24"/>
                <w:szCs w:val="24"/>
              </w:rPr>
              <w:t xml:space="preserve"> .</w:t>
            </w:r>
            <w:proofErr w:type="gramEnd"/>
            <w:r w:rsidRPr="00765081">
              <w:rPr>
                <w:rFonts w:ascii="Times New Roman" w:hAnsi="Times New Roman" w:cs="Times New Roman"/>
                <w:b/>
                <w:sz w:val="24"/>
                <w:szCs w:val="24"/>
              </w:rPr>
              <w:tab/>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b/>
                <w:sz w:val="24"/>
                <w:szCs w:val="24"/>
              </w:rPr>
            </w:pPr>
            <w:r w:rsidRPr="00765081">
              <w:rPr>
                <w:rFonts w:ascii="Times New Roman" w:hAnsi="Times New Roman" w:cs="Times New Roman"/>
                <w:b/>
                <w:sz w:val="24"/>
                <w:szCs w:val="24"/>
              </w:rPr>
              <w:t>4</w:t>
            </w: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rPr>
                <w:rFonts w:ascii="Times New Roman" w:hAnsi="Times New Roman" w:cs="Times New Roman"/>
                <w:b/>
                <w:sz w:val="24"/>
                <w:szCs w:val="24"/>
              </w:rPr>
            </w:pPr>
            <w:r w:rsidRPr="00765081">
              <w:rPr>
                <w:rFonts w:ascii="Times New Roman" w:hAnsi="Times New Roman" w:cs="Times New Roman"/>
                <w:b/>
                <w:sz w:val="24"/>
                <w:szCs w:val="24"/>
              </w:rPr>
              <w:t xml:space="preserve">Укажите для каждого из классов животных из первого столбца характерные </w:t>
            </w:r>
            <w:r w:rsidRPr="00765081">
              <w:rPr>
                <w:rFonts w:ascii="Times New Roman" w:hAnsi="Times New Roman" w:cs="Times New Roman"/>
                <w:b/>
                <w:sz w:val="24"/>
                <w:szCs w:val="24"/>
                <w:u w:val="single"/>
              </w:rPr>
              <w:t>осенние  явления</w:t>
            </w:r>
            <w:r w:rsidRPr="00765081">
              <w:rPr>
                <w:rFonts w:ascii="Times New Roman" w:hAnsi="Times New Roman" w:cs="Times New Roman"/>
                <w:b/>
                <w:sz w:val="24"/>
                <w:szCs w:val="24"/>
              </w:rPr>
              <w:t xml:space="preserve"> в их жизни из второго.</w:t>
            </w:r>
          </w:p>
          <w:p w:rsidR="00394C33" w:rsidRPr="00765081" w:rsidRDefault="00394C33" w:rsidP="00394C33">
            <w:pPr>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А) _____4______, Б) ______5______, В) _____6______</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3 балла,</w:t>
            </w:r>
          </w:p>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sz w:val="24"/>
                <w:szCs w:val="24"/>
              </w:rPr>
              <w:t>по 1 баллу за каждый правильный ответ.</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6 баллов</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right"/>
              <w:rPr>
                <w:rFonts w:ascii="Times New Roman" w:hAnsi="Times New Roman" w:cs="Times New Roman"/>
                <w:b/>
                <w:sz w:val="24"/>
                <w:szCs w:val="24"/>
              </w:rPr>
            </w:pPr>
            <w:r w:rsidRPr="00765081">
              <w:rPr>
                <w:rFonts w:ascii="Times New Roman" w:hAnsi="Times New Roman" w:cs="Times New Roman"/>
                <w:b/>
                <w:sz w:val="24"/>
                <w:szCs w:val="24"/>
              </w:rPr>
              <w:t>Основная часть (Базовая) Всего: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31 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center"/>
              <w:rPr>
                <w:rFonts w:ascii="Times New Roman" w:hAnsi="Times New Roman" w:cs="Times New Roman"/>
                <w:b/>
                <w:sz w:val="24"/>
                <w:szCs w:val="24"/>
              </w:rPr>
            </w:pPr>
            <w:r w:rsidRPr="00765081">
              <w:rPr>
                <w:rFonts w:ascii="Times New Roman" w:hAnsi="Times New Roman" w:cs="Times New Roman"/>
                <w:b/>
                <w:sz w:val="24"/>
                <w:szCs w:val="24"/>
              </w:rPr>
              <w:t>Дополнительная часть (повышенная)</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 w:val="left" w:pos="2115"/>
              </w:tabs>
              <w:ind w:right="-45"/>
              <w:rPr>
                <w:rFonts w:ascii="Times New Roman" w:hAnsi="Times New Roman" w:cs="Times New Roman"/>
                <w:b/>
                <w:sz w:val="24"/>
                <w:szCs w:val="24"/>
              </w:rPr>
            </w:pPr>
            <w:r w:rsidRPr="00765081">
              <w:rPr>
                <w:rFonts w:ascii="Times New Roman" w:hAnsi="Times New Roman" w:cs="Times New Roman"/>
                <w:b/>
                <w:sz w:val="24"/>
                <w:szCs w:val="24"/>
              </w:rPr>
              <w:tab/>
              <w:t>Укажи предложение, в котором знаки препинания поставлены неверно. Отметьте правильный ответ.</w:t>
            </w:r>
          </w:p>
          <w:p w:rsidR="00394C33" w:rsidRPr="00765081" w:rsidRDefault="00394C33" w:rsidP="0089011F">
            <w:pPr>
              <w:pStyle w:val="a5"/>
              <w:numPr>
                <w:ilvl w:val="0"/>
                <w:numId w:val="79"/>
              </w:numPr>
              <w:jc w:val="both"/>
              <w:rPr>
                <w:rFonts w:ascii="Times New Roman" w:hAnsi="Times New Roman" w:cs="Times New Roman"/>
                <w:b/>
                <w:color w:val="FF0000"/>
                <w:sz w:val="24"/>
                <w:szCs w:val="24"/>
              </w:rPr>
            </w:pPr>
            <w:r w:rsidRPr="00765081">
              <w:rPr>
                <w:rFonts w:ascii="Times New Roman" w:hAnsi="Times New Roman" w:cs="Times New Roman"/>
                <w:b/>
                <w:color w:val="FF0000"/>
                <w:sz w:val="24"/>
                <w:szCs w:val="24"/>
              </w:rPr>
              <w:t>Лес был гремучим, и страшным.</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jc w:val="both"/>
              <w:rPr>
                <w:rFonts w:ascii="Times New Roman" w:hAnsi="Times New Roman" w:cs="Times New Roman"/>
                <w:b/>
                <w:sz w:val="24"/>
                <w:szCs w:val="24"/>
              </w:rPr>
            </w:pPr>
            <w:r w:rsidRPr="00765081">
              <w:rPr>
                <w:rFonts w:ascii="Times New Roman" w:hAnsi="Times New Roman" w:cs="Times New Roman"/>
                <w:b/>
                <w:sz w:val="24"/>
                <w:szCs w:val="24"/>
              </w:rPr>
              <w:t>Эти часы  спешат на 1 ч 05 мин.</w:t>
            </w:r>
          </w:p>
          <w:p w:rsidR="00394C33" w:rsidRPr="00765081" w:rsidRDefault="00394C33" w:rsidP="00394C33">
            <w:pPr>
              <w:jc w:val="both"/>
              <w:rPr>
                <w:rFonts w:ascii="Times New Roman" w:hAnsi="Times New Roman" w:cs="Times New Roman"/>
                <w:b/>
                <w:sz w:val="24"/>
                <w:szCs w:val="24"/>
              </w:rPr>
            </w:pPr>
            <w:r w:rsidRPr="00765081">
              <w:rPr>
                <w:rFonts w:ascii="Times New Roman" w:hAnsi="Times New Roman" w:cs="Times New Roman"/>
                <w:b/>
                <w:sz w:val="24"/>
                <w:szCs w:val="24"/>
              </w:rPr>
              <w:t>Укажите правильное время.</w:t>
            </w:r>
          </w:p>
          <w:p w:rsidR="00394C33" w:rsidRPr="00765081" w:rsidRDefault="00394C33" w:rsidP="00394C33">
            <w:pPr>
              <w:tabs>
                <w:tab w:val="left" w:pos="15"/>
              </w:tabs>
              <w:ind w:right="-45"/>
              <w:rPr>
                <w:rFonts w:ascii="Times New Roman" w:hAnsi="Times New Roman" w:cs="Times New Roman"/>
                <w:b/>
                <w:sz w:val="24"/>
                <w:szCs w:val="24"/>
              </w:rPr>
            </w:pPr>
            <w:r w:rsidRPr="00765081">
              <w:rPr>
                <w:rFonts w:ascii="Times New Roman" w:hAnsi="Times New Roman" w:cs="Times New Roman"/>
                <w:b/>
                <w:color w:val="FF0000"/>
                <w:sz w:val="24"/>
                <w:szCs w:val="24"/>
              </w:rPr>
              <w:t>в) 9 ч 05 мин;</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Напишите, как вы понимаете значение выделенного слова в предложении:</w:t>
            </w:r>
          </w:p>
          <w:p w:rsidR="00394C33" w:rsidRPr="00765081" w:rsidRDefault="00394C33" w:rsidP="00394C33">
            <w:pPr>
              <w:rPr>
                <w:rFonts w:ascii="Times New Roman" w:hAnsi="Times New Roman" w:cs="Times New Roman"/>
                <w:b/>
                <w:sz w:val="24"/>
                <w:szCs w:val="24"/>
              </w:rPr>
            </w:pPr>
            <w:r w:rsidRPr="00765081">
              <w:rPr>
                <w:rFonts w:ascii="Times New Roman" w:hAnsi="Times New Roman" w:cs="Times New Roman"/>
                <w:sz w:val="24"/>
                <w:szCs w:val="24"/>
              </w:rPr>
              <w:t xml:space="preserve">«Летать эти </w:t>
            </w:r>
            <w:r w:rsidRPr="00765081">
              <w:rPr>
                <w:rFonts w:ascii="Times New Roman" w:hAnsi="Times New Roman" w:cs="Times New Roman"/>
                <w:b/>
                <w:sz w:val="24"/>
                <w:szCs w:val="24"/>
              </w:rPr>
              <w:t>древние</w:t>
            </w:r>
            <w:r w:rsidRPr="00765081">
              <w:rPr>
                <w:rFonts w:ascii="Times New Roman" w:hAnsi="Times New Roman" w:cs="Times New Roman"/>
                <w:sz w:val="24"/>
                <w:szCs w:val="24"/>
              </w:rPr>
              <w:t xml:space="preserve"> птицы не могут, но зато отлично плавают»</w:t>
            </w:r>
            <w:r w:rsidRPr="00765081">
              <w:rPr>
                <w:rFonts w:ascii="Times New Roman" w:hAnsi="Times New Roman" w:cs="Times New Roman"/>
                <w:b/>
                <w:sz w:val="24"/>
                <w:szCs w:val="24"/>
              </w:rPr>
              <w:t>.</w:t>
            </w:r>
          </w:p>
          <w:p w:rsidR="00394C33" w:rsidRPr="00765081" w:rsidRDefault="00394C33" w:rsidP="00394C33">
            <w:pPr>
              <w:rPr>
                <w:rFonts w:ascii="Times New Roman" w:hAnsi="Times New Roman" w:cs="Times New Roman"/>
                <w:b/>
                <w:bCs/>
                <w:color w:val="FF0000"/>
                <w:sz w:val="24"/>
                <w:szCs w:val="24"/>
              </w:rPr>
            </w:pPr>
            <w:r w:rsidRPr="00765081">
              <w:rPr>
                <w:rFonts w:ascii="Times New Roman" w:hAnsi="Times New Roman" w:cs="Times New Roman"/>
                <w:b/>
                <w:sz w:val="24"/>
                <w:szCs w:val="24"/>
              </w:rPr>
              <w:t xml:space="preserve">Древние – </w:t>
            </w:r>
            <w:r w:rsidRPr="00765081">
              <w:rPr>
                <w:rFonts w:ascii="Times New Roman" w:hAnsi="Times New Roman" w:cs="Times New Roman"/>
                <w:b/>
                <w:sz w:val="24"/>
                <w:szCs w:val="24"/>
                <w:u w:val="single"/>
              </w:rPr>
              <w:t xml:space="preserve">значит, </w:t>
            </w:r>
            <w:r w:rsidRPr="00765081">
              <w:rPr>
                <w:rFonts w:ascii="Times New Roman" w:hAnsi="Times New Roman" w:cs="Times New Roman"/>
                <w:b/>
                <w:color w:val="FF0000"/>
                <w:sz w:val="24"/>
                <w:szCs w:val="24"/>
                <w:u w:val="single"/>
              </w:rPr>
              <w:t>старые, давнишние</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1балл</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tabs>
                <w:tab w:val="left" w:pos="15"/>
              </w:tabs>
              <w:ind w:right="-45"/>
              <w:jc w:val="right"/>
              <w:rPr>
                <w:rFonts w:ascii="Times New Roman" w:hAnsi="Times New Roman" w:cs="Times New Roman"/>
                <w:sz w:val="24"/>
                <w:szCs w:val="24"/>
              </w:rPr>
            </w:pPr>
            <w:r w:rsidRPr="00765081">
              <w:rPr>
                <w:rFonts w:ascii="Times New Roman" w:hAnsi="Times New Roman" w:cs="Times New Roman"/>
                <w:b/>
                <w:sz w:val="24"/>
                <w:szCs w:val="24"/>
              </w:rPr>
              <w:t>Максимально:</w:t>
            </w: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r w:rsidRPr="00765081">
              <w:rPr>
                <w:rFonts w:ascii="Times New Roman" w:hAnsi="Times New Roman" w:cs="Times New Roman"/>
                <w:b/>
                <w:sz w:val="24"/>
                <w:szCs w:val="24"/>
              </w:rPr>
              <w:t>3 балла</w:t>
            </w:r>
          </w:p>
        </w:tc>
      </w:tr>
      <w:tr w:rsidR="00394C33" w:rsidRPr="00765081" w:rsidTr="00394C33">
        <w:trPr>
          <w:trHeight w:val="403"/>
        </w:trPr>
        <w:tc>
          <w:tcPr>
            <w:tcW w:w="993" w:type="dxa"/>
            <w:tcBorders>
              <w:top w:val="single" w:sz="4" w:space="0" w:color="000000"/>
              <w:left w:val="single" w:sz="4" w:space="0" w:color="000000"/>
              <w:bottom w:val="single" w:sz="4" w:space="0" w:color="000000"/>
              <w:right w:val="single" w:sz="4" w:space="0" w:color="000000"/>
            </w:tcBorders>
          </w:tcPr>
          <w:p w:rsidR="00394C33" w:rsidRPr="00765081" w:rsidRDefault="00394C33" w:rsidP="00394C33">
            <w:pPr>
              <w:ind w:right="34"/>
              <w:jc w:val="cente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Максимальный балл за всю работы —34 балла</w:t>
            </w:r>
          </w:p>
          <w:p w:rsidR="00394C33" w:rsidRPr="00765081" w:rsidRDefault="00394C33" w:rsidP="00394C33">
            <w:pPr>
              <w:pStyle w:val="af6"/>
              <w:rPr>
                <w:rFonts w:ascii="Times New Roman" w:hAnsi="Times New Roman" w:cs="Times New Roman"/>
                <w:b/>
                <w:sz w:val="24"/>
                <w:szCs w:val="24"/>
              </w:rPr>
            </w:pPr>
            <w:proofErr w:type="gramStart"/>
            <w:r w:rsidRPr="00765081">
              <w:rPr>
                <w:rFonts w:ascii="Times New Roman" w:hAnsi="Times New Roman" w:cs="Times New Roman"/>
                <w:b/>
                <w:sz w:val="24"/>
                <w:szCs w:val="24"/>
              </w:rPr>
              <w:t xml:space="preserve">(за задания базового уровня сложности — 31 балл, </w:t>
            </w:r>
            <w:proofErr w:type="gramEnd"/>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lastRenderedPageBreak/>
              <w:t>повышенной сложности — 3 балла).</w:t>
            </w:r>
          </w:p>
          <w:p w:rsidR="00394C33" w:rsidRPr="00765081" w:rsidRDefault="00394C33" w:rsidP="00394C33">
            <w:pPr>
              <w:jc w:val="right"/>
              <w:rPr>
                <w:rFonts w:ascii="Times New Roman" w:hAnsi="Times New Roman" w:cs="Times New Roman"/>
                <w:b/>
                <w:sz w:val="24"/>
                <w:szCs w:val="24"/>
              </w:rPr>
            </w:pPr>
          </w:p>
          <w:p w:rsidR="00394C33" w:rsidRPr="00765081" w:rsidRDefault="00394C33" w:rsidP="00394C33">
            <w:pPr>
              <w:tabs>
                <w:tab w:val="left" w:pos="15"/>
              </w:tabs>
              <w:ind w:right="-45"/>
              <w:rPr>
                <w:rFonts w:ascii="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394C33" w:rsidRPr="00765081" w:rsidRDefault="00394C33" w:rsidP="00394C33">
            <w:pPr>
              <w:rPr>
                <w:rFonts w:ascii="Times New Roman" w:hAnsi="Times New Roman" w:cs="Times New Roman"/>
                <w:sz w:val="24"/>
                <w:szCs w:val="24"/>
              </w:rPr>
            </w:pPr>
          </w:p>
        </w:tc>
      </w:tr>
    </w:tbl>
    <w:p w:rsidR="00394C33" w:rsidRPr="00765081" w:rsidRDefault="00394C33" w:rsidP="00394C33">
      <w:pPr>
        <w:pStyle w:val="af6"/>
        <w:jc w:val="center"/>
        <w:rPr>
          <w:rFonts w:ascii="Times New Roman" w:hAnsi="Times New Roman" w:cs="Times New Roman"/>
          <w:b/>
          <w:sz w:val="24"/>
          <w:szCs w:val="24"/>
        </w:rPr>
      </w:pPr>
    </w:p>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Перевод в пятибалльную шкалу осуществляется по соответствующей схеме.</w:t>
      </w:r>
    </w:p>
    <w:p w:rsidR="00394C33" w:rsidRPr="00765081" w:rsidRDefault="00394C33" w:rsidP="00394C33">
      <w:pPr>
        <w:pStyle w:val="af6"/>
        <w:rPr>
          <w:rFonts w:ascii="Times New Roman" w:hAnsi="Times New Roman" w:cs="Times New Roman"/>
          <w:sz w:val="24"/>
          <w:szCs w:val="24"/>
        </w:rPr>
      </w:pPr>
    </w:p>
    <w:tbl>
      <w:tblPr>
        <w:tblW w:w="9000" w:type="dxa"/>
        <w:jc w:val="center"/>
        <w:tblCellSpacing w:w="7" w:type="dxa"/>
        <w:tblCellMar>
          <w:top w:w="45" w:type="dxa"/>
          <w:left w:w="45" w:type="dxa"/>
          <w:bottom w:w="45" w:type="dxa"/>
          <w:right w:w="45" w:type="dxa"/>
        </w:tblCellMar>
        <w:tblLook w:val="00A0"/>
      </w:tblPr>
      <w:tblGrid>
        <w:gridCol w:w="3003"/>
        <w:gridCol w:w="3153"/>
        <w:gridCol w:w="2844"/>
      </w:tblGrid>
      <w:tr w:rsidR="00394C33" w:rsidRPr="00765081" w:rsidTr="00394C33">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jc w:val="center"/>
              <w:rPr>
                <w:rFonts w:ascii="Times New Roman" w:hAnsi="Times New Roman" w:cs="Times New Roman"/>
                <w:sz w:val="24"/>
                <w:szCs w:val="24"/>
              </w:rPr>
            </w:pPr>
            <w:r w:rsidRPr="00765081">
              <w:rPr>
                <w:rFonts w:ascii="Times New Roman" w:hAnsi="Times New Roman" w:cs="Times New Roman"/>
                <w:sz w:val="24"/>
                <w:szCs w:val="24"/>
              </w:rPr>
              <w:t>Качество освоения программы</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jc w:val="center"/>
              <w:rPr>
                <w:rFonts w:ascii="Times New Roman" w:hAnsi="Times New Roman" w:cs="Times New Roman"/>
                <w:sz w:val="24"/>
                <w:szCs w:val="24"/>
              </w:rPr>
            </w:pPr>
            <w:r w:rsidRPr="00765081">
              <w:rPr>
                <w:rFonts w:ascii="Times New Roman" w:hAnsi="Times New Roman" w:cs="Times New Roman"/>
                <w:sz w:val="24"/>
                <w:szCs w:val="24"/>
              </w:rPr>
              <w:t>Уровень достижений</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jc w:val="center"/>
              <w:rPr>
                <w:rFonts w:ascii="Times New Roman" w:hAnsi="Times New Roman" w:cs="Times New Roman"/>
                <w:sz w:val="24"/>
                <w:szCs w:val="24"/>
              </w:rPr>
            </w:pPr>
            <w:r w:rsidRPr="00765081">
              <w:rPr>
                <w:rFonts w:ascii="Times New Roman" w:hAnsi="Times New Roman" w:cs="Times New Roman"/>
                <w:sz w:val="24"/>
                <w:szCs w:val="24"/>
              </w:rPr>
              <w:t>Отметка в 5 балльной шкале</w:t>
            </w:r>
          </w:p>
        </w:tc>
      </w:tr>
      <w:tr w:rsidR="00394C33" w:rsidRPr="00765081" w:rsidTr="00394C33">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90-100%</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высокий</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«5»</w:t>
            </w:r>
          </w:p>
        </w:tc>
      </w:tr>
      <w:tr w:rsidR="00394C33" w:rsidRPr="00765081" w:rsidTr="00394C33">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66 -89%</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повышенный</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«4»</w:t>
            </w:r>
          </w:p>
        </w:tc>
      </w:tr>
      <w:tr w:rsidR="00394C33" w:rsidRPr="00765081" w:rsidTr="00394C33">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50 -65 %</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средний</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«3»</w:t>
            </w:r>
          </w:p>
        </w:tc>
      </w:tr>
      <w:tr w:rsidR="00394C33" w:rsidRPr="00765081" w:rsidTr="00394C33">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меньше 50%</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ниже среднего</w:t>
            </w:r>
          </w:p>
        </w:tc>
        <w:tc>
          <w:tcPr>
            <w:tcW w:w="9000" w:type="dxa"/>
            <w:tcBorders>
              <w:top w:val="single" w:sz="6" w:space="0" w:color="000000"/>
              <w:left w:val="single" w:sz="6" w:space="0" w:color="000000"/>
              <w:bottom w:val="single" w:sz="6" w:space="0" w:color="000000"/>
              <w:right w:val="single" w:sz="6" w:space="0" w:color="000000"/>
            </w:tcBorders>
            <w:vAlign w:val="center"/>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«2»</w:t>
            </w:r>
          </w:p>
        </w:tc>
      </w:tr>
    </w:tbl>
    <w:p w:rsidR="00394C33" w:rsidRPr="00765081" w:rsidRDefault="00394C33" w:rsidP="00394C33">
      <w:pPr>
        <w:rPr>
          <w:rFonts w:ascii="Times New Roman" w:hAnsi="Times New Roman" w:cs="Times New Roman"/>
          <w:b/>
          <w:sz w:val="24"/>
          <w:szCs w:val="24"/>
        </w:rPr>
      </w:pPr>
    </w:p>
    <w:p w:rsidR="00394C33" w:rsidRPr="00765081" w:rsidRDefault="00394C33" w:rsidP="00394C33">
      <w:pPr>
        <w:pStyle w:val="af6"/>
        <w:rPr>
          <w:rFonts w:ascii="Times New Roman" w:eastAsia="Calibri" w:hAnsi="Times New Roman" w:cs="Times New Roman"/>
          <w:b/>
          <w:sz w:val="24"/>
          <w:szCs w:val="24"/>
        </w:rPr>
      </w:pPr>
      <w:r w:rsidRPr="00765081">
        <w:rPr>
          <w:rFonts w:ascii="Times New Roman" w:hAnsi="Times New Roman" w:cs="Times New Roman"/>
          <w:b/>
          <w:sz w:val="24"/>
          <w:szCs w:val="24"/>
        </w:rPr>
        <w:t>Оценка «5» - 31-34</w:t>
      </w:r>
      <w:r w:rsidRPr="00765081">
        <w:rPr>
          <w:rFonts w:ascii="Times New Roman" w:eastAsia="Calibri" w:hAnsi="Times New Roman" w:cs="Times New Roman"/>
          <w:b/>
          <w:sz w:val="24"/>
          <w:szCs w:val="24"/>
        </w:rPr>
        <w:t xml:space="preserve"> баллов</w:t>
      </w:r>
    </w:p>
    <w:p w:rsidR="00394C33" w:rsidRPr="00765081" w:rsidRDefault="00394C33" w:rsidP="00394C33">
      <w:pPr>
        <w:pStyle w:val="af6"/>
        <w:rPr>
          <w:rFonts w:ascii="Times New Roman" w:eastAsia="Calibri" w:hAnsi="Times New Roman" w:cs="Times New Roman"/>
          <w:b/>
          <w:sz w:val="24"/>
          <w:szCs w:val="24"/>
        </w:rPr>
      </w:pPr>
      <w:r w:rsidRPr="00765081">
        <w:rPr>
          <w:rFonts w:ascii="Times New Roman" w:hAnsi="Times New Roman" w:cs="Times New Roman"/>
          <w:b/>
          <w:sz w:val="24"/>
          <w:szCs w:val="24"/>
        </w:rPr>
        <w:t>Оценка «4» - 23 -30</w:t>
      </w:r>
      <w:r w:rsidRPr="00765081">
        <w:rPr>
          <w:rFonts w:ascii="Times New Roman" w:eastAsia="Calibri" w:hAnsi="Times New Roman" w:cs="Times New Roman"/>
          <w:b/>
          <w:sz w:val="24"/>
          <w:szCs w:val="24"/>
        </w:rPr>
        <w:t xml:space="preserve"> баллов</w:t>
      </w:r>
    </w:p>
    <w:p w:rsidR="00394C33" w:rsidRPr="00765081" w:rsidRDefault="00394C33" w:rsidP="00394C33">
      <w:pPr>
        <w:pStyle w:val="af6"/>
        <w:rPr>
          <w:rFonts w:ascii="Times New Roman" w:eastAsia="Calibri" w:hAnsi="Times New Roman" w:cs="Times New Roman"/>
          <w:b/>
          <w:sz w:val="24"/>
          <w:szCs w:val="24"/>
        </w:rPr>
      </w:pPr>
      <w:r w:rsidRPr="00765081">
        <w:rPr>
          <w:rFonts w:ascii="Times New Roman" w:hAnsi="Times New Roman" w:cs="Times New Roman"/>
          <w:b/>
          <w:sz w:val="24"/>
          <w:szCs w:val="24"/>
        </w:rPr>
        <w:t>Оценка «3» - 17-22</w:t>
      </w:r>
      <w:r w:rsidRPr="00765081">
        <w:rPr>
          <w:rFonts w:ascii="Times New Roman" w:eastAsia="Calibri" w:hAnsi="Times New Roman" w:cs="Times New Roman"/>
          <w:b/>
          <w:sz w:val="24"/>
          <w:szCs w:val="24"/>
        </w:rPr>
        <w:t xml:space="preserve"> баллов </w:t>
      </w:r>
    </w:p>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Оценка «2» - менее 17 баллов</w:t>
      </w:r>
    </w:p>
    <w:p w:rsidR="00394C33" w:rsidRPr="00765081" w:rsidRDefault="00394C33" w:rsidP="00394C33">
      <w:pPr>
        <w:jc w:val="center"/>
        <w:rPr>
          <w:rFonts w:ascii="Times New Roman" w:hAnsi="Times New Roman" w:cs="Times New Roman"/>
          <w:b/>
          <w:sz w:val="24"/>
          <w:szCs w:val="24"/>
        </w:rPr>
      </w:pPr>
    </w:p>
    <w:p w:rsidR="00394C33" w:rsidRPr="00765081" w:rsidRDefault="00394C33" w:rsidP="00394C33">
      <w:pPr>
        <w:jc w:val="center"/>
        <w:rPr>
          <w:rFonts w:ascii="Times New Roman" w:hAnsi="Times New Roman" w:cs="Times New Roman"/>
          <w:b/>
          <w:sz w:val="24"/>
          <w:szCs w:val="24"/>
        </w:rPr>
      </w:pPr>
      <w:r w:rsidRPr="00765081">
        <w:rPr>
          <w:rFonts w:ascii="Times New Roman" w:hAnsi="Times New Roman" w:cs="Times New Roman"/>
          <w:b/>
          <w:sz w:val="24"/>
          <w:szCs w:val="24"/>
        </w:rPr>
        <w:t xml:space="preserve">Анализ выполнения комплексной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5"/>
        <w:gridCol w:w="2089"/>
        <w:gridCol w:w="2157"/>
      </w:tblGrid>
      <w:tr w:rsidR="00394C33" w:rsidRPr="00765081" w:rsidTr="00394C33">
        <w:trPr>
          <w:trHeight w:val="345"/>
        </w:trPr>
        <w:tc>
          <w:tcPr>
            <w:tcW w:w="0" w:type="auto"/>
            <w:tcBorders>
              <w:top w:val="single" w:sz="4" w:space="0" w:color="auto"/>
              <w:left w:val="single" w:sz="4" w:space="0" w:color="auto"/>
              <w:bottom w:val="single" w:sz="4" w:space="0" w:color="auto"/>
              <w:right w:val="single" w:sz="4" w:space="0" w:color="auto"/>
            </w:tcBorders>
            <w:vAlign w:val="center"/>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Контролируемый элемент</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Чел.</w:t>
            </w: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Всего в классе</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Писали работу</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rPr>
          <w:trHeight w:val="637"/>
        </w:trPr>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 xml:space="preserve">Выполнили без ошибок в комплексной работе задания базового уровня </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Выполнили без ошибок в комплексной работе задания повышенного уровня</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Всю комплексную работу выполнили без ошибок</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15– 31 баллов – освоили базовый уровень</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31– 34 баллов – освоили базовый и повышенный уровни</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lastRenderedPageBreak/>
              <w:t>Менее 15 баллов – не освоили базовый уровень</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Получили дополнительные баллы за самостоятельное выполнение работы</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Литературное чтение</w:t>
            </w: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Правильно выполнили задания:</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№5</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Допустили ошибки </w:t>
            </w:r>
            <w:proofErr w:type="gramStart"/>
            <w:r w:rsidRPr="00765081">
              <w:rPr>
                <w:rFonts w:ascii="Times New Roman" w:hAnsi="Times New Roman" w:cs="Times New Roman"/>
                <w:b/>
                <w:sz w:val="24"/>
                <w:szCs w:val="24"/>
              </w:rPr>
              <w:t>на</w:t>
            </w:r>
            <w:proofErr w:type="gramEnd"/>
            <w:r w:rsidRPr="00765081">
              <w:rPr>
                <w:rFonts w:ascii="Times New Roman" w:hAnsi="Times New Roman" w:cs="Times New Roman"/>
                <w:b/>
                <w:sz w:val="24"/>
                <w:szCs w:val="24"/>
              </w:rPr>
              <w:t>:</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№5</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Русский язык</w:t>
            </w: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Правильно выполнили задания:</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tabs>
                <w:tab w:val="center" w:pos="936"/>
              </w:tabs>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№5</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Допустили ошибки </w:t>
            </w:r>
            <w:proofErr w:type="gramStart"/>
            <w:r w:rsidRPr="00765081">
              <w:rPr>
                <w:rFonts w:ascii="Times New Roman" w:hAnsi="Times New Roman" w:cs="Times New Roman"/>
                <w:b/>
                <w:sz w:val="24"/>
                <w:szCs w:val="24"/>
              </w:rPr>
              <w:t>на</w:t>
            </w:r>
            <w:proofErr w:type="gramEnd"/>
            <w:r w:rsidRPr="00765081">
              <w:rPr>
                <w:rFonts w:ascii="Times New Roman" w:hAnsi="Times New Roman" w:cs="Times New Roman"/>
                <w:b/>
                <w:sz w:val="24"/>
                <w:szCs w:val="24"/>
              </w:rPr>
              <w:t>:</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№5</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Математика</w:t>
            </w: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Правильно выполнили задания:</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 xml:space="preserve">Правильно выполнили задание №1 </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lastRenderedPageBreak/>
              <w:t xml:space="preserve">                  Допустили ошибки </w:t>
            </w:r>
            <w:proofErr w:type="gramStart"/>
            <w:r w:rsidRPr="00765081">
              <w:rPr>
                <w:rFonts w:ascii="Times New Roman" w:hAnsi="Times New Roman" w:cs="Times New Roman"/>
                <w:b/>
                <w:sz w:val="24"/>
                <w:szCs w:val="24"/>
              </w:rPr>
              <w:t>на</w:t>
            </w:r>
            <w:proofErr w:type="gramEnd"/>
            <w:r w:rsidRPr="00765081">
              <w:rPr>
                <w:rFonts w:ascii="Times New Roman" w:hAnsi="Times New Roman" w:cs="Times New Roman"/>
                <w:b/>
                <w:sz w:val="24"/>
                <w:szCs w:val="24"/>
              </w:rPr>
              <w:t>:</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 xml:space="preserve">№1 </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jc w:val="center"/>
              <w:rPr>
                <w:rFonts w:ascii="Times New Roman" w:hAnsi="Times New Roman" w:cs="Times New Roman"/>
                <w:b/>
                <w:sz w:val="24"/>
                <w:szCs w:val="24"/>
              </w:rPr>
            </w:pPr>
          </w:p>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Окружающий мир</w:t>
            </w: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b/>
                <w:sz w:val="24"/>
                <w:szCs w:val="24"/>
              </w:rPr>
              <w:t xml:space="preserve">               Правильно выполнили задания</w:t>
            </w:r>
            <w:r w:rsidRPr="00765081">
              <w:rPr>
                <w:rFonts w:ascii="Times New Roman" w:hAnsi="Times New Roman" w:cs="Times New Roman"/>
                <w:sz w:val="24"/>
                <w:szCs w:val="24"/>
              </w:rPr>
              <w:t>:</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Допустили ошибки </w:t>
            </w:r>
            <w:proofErr w:type="gramStart"/>
            <w:r w:rsidRPr="00765081">
              <w:rPr>
                <w:rFonts w:ascii="Times New Roman" w:hAnsi="Times New Roman" w:cs="Times New Roman"/>
                <w:b/>
                <w:sz w:val="24"/>
                <w:szCs w:val="24"/>
              </w:rPr>
              <w:t>на</w:t>
            </w:r>
            <w:proofErr w:type="gramEnd"/>
            <w:r w:rsidRPr="00765081">
              <w:rPr>
                <w:rFonts w:ascii="Times New Roman" w:hAnsi="Times New Roman" w:cs="Times New Roman"/>
                <w:b/>
                <w:sz w:val="24"/>
                <w:szCs w:val="24"/>
              </w:rPr>
              <w:t>:</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№4</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jc w:val="center"/>
              <w:rPr>
                <w:rFonts w:ascii="Times New Roman" w:hAnsi="Times New Roman" w:cs="Times New Roman"/>
                <w:b/>
                <w:sz w:val="24"/>
                <w:szCs w:val="24"/>
              </w:rPr>
            </w:pPr>
            <w:r w:rsidRPr="00765081">
              <w:rPr>
                <w:rFonts w:ascii="Times New Roman" w:hAnsi="Times New Roman" w:cs="Times New Roman"/>
                <w:b/>
                <w:sz w:val="24"/>
                <w:szCs w:val="24"/>
              </w:rPr>
              <w:t>Дополнительная часть</w:t>
            </w: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Правильно выполнили задания:</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9571" w:type="dxa"/>
            <w:gridSpan w:val="3"/>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b/>
                <w:sz w:val="24"/>
                <w:szCs w:val="24"/>
              </w:rPr>
            </w:pPr>
            <w:r w:rsidRPr="00765081">
              <w:rPr>
                <w:rFonts w:ascii="Times New Roman" w:hAnsi="Times New Roman" w:cs="Times New Roman"/>
                <w:b/>
                <w:sz w:val="24"/>
                <w:szCs w:val="24"/>
              </w:rPr>
              <w:t xml:space="preserve">                    Допустили ошибки </w:t>
            </w:r>
            <w:proofErr w:type="gramStart"/>
            <w:r w:rsidRPr="00765081">
              <w:rPr>
                <w:rFonts w:ascii="Times New Roman" w:hAnsi="Times New Roman" w:cs="Times New Roman"/>
                <w:b/>
                <w:sz w:val="24"/>
                <w:szCs w:val="24"/>
              </w:rPr>
              <w:t>на</w:t>
            </w:r>
            <w:proofErr w:type="gramEnd"/>
            <w:r w:rsidRPr="00765081">
              <w:rPr>
                <w:rFonts w:ascii="Times New Roman" w:hAnsi="Times New Roman" w:cs="Times New Roman"/>
                <w:b/>
                <w:sz w:val="24"/>
                <w:szCs w:val="24"/>
              </w:rPr>
              <w:t>:</w:t>
            </w: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№1</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№2</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r w:rsidR="00394C33" w:rsidRPr="00765081" w:rsidTr="00394C33">
        <w:tc>
          <w:tcPr>
            <w:tcW w:w="5325"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r w:rsidRPr="00765081">
              <w:rPr>
                <w:rFonts w:ascii="Times New Roman" w:hAnsi="Times New Roman" w:cs="Times New Roman"/>
                <w:sz w:val="24"/>
                <w:szCs w:val="24"/>
              </w:rPr>
              <w:t>№3</w:t>
            </w:r>
          </w:p>
        </w:tc>
        <w:tc>
          <w:tcPr>
            <w:tcW w:w="2089"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4C33" w:rsidRPr="00765081" w:rsidRDefault="00394C33" w:rsidP="00394C33">
            <w:pPr>
              <w:pStyle w:val="af6"/>
              <w:rPr>
                <w:rFonts w:ascii="Times New Roman" w:hAnsi="Times New Roman" w:cs="Times New Roman"/>
                <w:sz w:val="24"/>
                <w:szCs w:val="24"/>
              </w:rPr>
            </w:pPr>
          </w:p>
        </w:tc>
      </w:tr>
    </w:tbl>
    <w:p w:rsidR="00394C33" w:rsidRPr="00765081" w:rsidRDefault="00394C33" w:rsidP="00394C33">
      <w:pPr>
        <w:rPr>
          <w:rFonts w:ascii="Times New Roman" w:hAnsi="Times New Roman" w:cs="Times New Roman"/>
          <w:b/>
          <w:sz w:val="24"/>
          <w:szCs w:val="24"/>
        </w:rPr>
      </w:pPr>
    </w:p>
    <w:p w:rsidR="007B7F00" w:rsidRPr="00765081" w:rsidRDefault="007B7F00" w:rsidP="007B7F00">
      <w:pPr>
        <w:spacing w:after="200" w:line="276" w:lineRule="auto"/>
        <w:rPr>
          <w:rFonts w:ascii="Times New Roman" w:eastAsia="Times New Roman" w:hAnsi="Times New Roman" w:cs="Times New Roman"/>
          <w:sz w:val="24"/>
          <w:szCs w:val="24"/>
        </w:rPr>
      </w:pPr>
    </w:p>
    <w:p w:rsidR="007B7F00" w:rsidRPr="00765081" w:rsidRDefault="007B7F00" w:rsidP="007B7F00">
      <w:pPr>
        <w:shd w:val="clear" w:color="auto" w:fill="FFFFFF"/>
        <w:spacing w:after="0" w:line="240" w:lineRule="auto"/>
        <w:rPr>
          <w:rFonts w:ascii="Times New Roman" w:eastAsia="Times New Roman" w:hAnsi="Times New Roman" w:cs="Times New Roman"/>
          <w:bCs/>
          <w:color w:val="000000"/>
          <w:sz w:val="24"/>
          <w:szCs w:val="24"/>
          <w:lang w:eastAsia="ru-RU"/>
        </w:rPr>
      </w:pPr>
    </w:p>
    <w:p w:rsidR="007B7F00" w:rsidRPr="00765081" w:rsidRDefault="007B7F00" w:rsidP="007B7F00">
      <w:pPr>
        <w:spacing w:after="0" w:line="240" w:lineRule="auto"/>
        <w:rPr>
          <w:rFonts w:ascii="Times New Roman" w:eastAsia="Times New Roman" w:hAnsi="Times New Roman" w:cs="Times New Roman"/>
          <w:b/>
          <w:bCs/>
          <w:color w:val="000000"/>
          <w:sz w:val="24"/>
          <w:szCs w:val="24"/>
          <w:lang w:eastAsia="ru-RU"/>
        </w:rPr>
      </w:pPr>
    </w:p>
    <w:p w:rsidR="006B297A" w:rsidRPr="00765081" w:rsidRDefault="006B297A" w:rsidP="00BB14C5">
      <w:pPr>
        <w:rPr>
          <w:rFonts w:ascii="Times New Roman" w:hAnsi="Times New Roman" w:cs="Times New Roman"/>
          <w:sz w:val="24"/>
          <w:szCs w:val="24"/>
        </w:rPr>
      </w:pPr>
    </w:p>
    <w:p w:rsidR="006B297A" w:rsidRPr="00765081" w:rsidRDefault="006B297A" w:rsidP="00BB14C5">
      <w:pPr>
        <w:rPr>
          <w:rFonts w:ascii="Times New Roman" w:hAnsi="Times New Roman" w:cs="Times New Roman"/>
          <w:sz w:val="24"/>
          <w:szCs w:val="24"/>
        </w:rPr>
      </w:pPr>
    </w:p>
    <w:p w:rsidR="00BB14C5" w:rsidRPr="00765081" w:rsidRDefault="00BB14C5" w:rsidP="00BB14C5">
      <w:pPr>
        <w:spacing w:after="0" w:line="240" w:lineRule="auto"/>
        <w:jc w:val="both"/>
        <w:rPr>
          <w:rFonts w:ascii="Times New Roman" w:eastAsia="Times New Roman" w:hAnsi="Times New Roman" w:cs="Times New Roman"/>
          <w:color w:val="333333"/>
          <w:sz w:val="24"/>
          <w:szCs w:val="24"/>
          <w:lang w:eastAsia="ru-RU"/>
        </w:rPr>
      </w:pPr>
    </w:p>
    <w:p w:rsidR="00E52C90" w:rsidRPr="00765081" w:rsidRDefault="00E52C90" w:rsidP="00B90487">
      <w:pPr>
        <w:tabs>
          <w:tab w:val="left" w:pos="0"/>
          <w:tab w:val="left" w:pos="709"/>
          <w:tab w:val="left" w:pos="3326"/>
        </w:tabs>
        <w:spacing w:after="0" w:line="240" w:lineRule="auto"/>
        <w:rPr>
          <w:rFonts w:ascii="Times New Roman" w:hAnsi="Times New Roman" w:cs="Times New Roman"/>
          <w:sz w:val="24"/>
          <w:szCs w:val="24"/>
        </w:rPr>
      </w:pPr>
    </w:p>
    <w:sectPr w:rsidR="00E52C90" w:rsidRPr="00765081" w:rsidSect="008A18C1">
      <w:pgSz w:w="16838" w:h="11906" w:orient="landscape"/>
      <w:pgMar w:top="993" w:right="709"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choolBookSanPin">
    <w:altName w:val="Calibri"/>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nsid w:val="00957089"/>
    <w:multiLevelType w:val="multilevel"/>
    <w:tmpl w:val="356A7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0E051B0"/>
    <w:multiLevelType w:val="multilevel"/>
    <w:tmpl w:val="01AC6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2017E79"/>
    <w:multiLevelType w:val="hybridMultilevel"/>
    <w:tmpl w:val="63A62E2E"/>
    <w:lvl w:ilvl="0" w:tplc="9CA84638">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4D1C5B"/>
    <w:multiLevelType w:val="hybridMultilevel"/>
    <w:tmpl w:val="5FA48A8A"/>
    <w:lvl w:ilvl="0" w:tplc="EC32D9A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04E27E62"/>
    <w:multiLevelType w:val="hybridMultilevel"/>
    <w:tmpl w:val="8002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B11215"/>
    <w:multiLevelType w:val="hybridMultilevel"/>
    <w:tmpl w:val="3CF28BC0"/>
    <w:lvl w:ilvl="0" w:tplc="8D0EB47A">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8F57D3"/>
    <w:multiLevelType w:val="multilevel"/>
    <w:tmpl w:val="FB90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8351CE4"/>
    <w:multiLevelType w:val="hybridMultilevel"/>
    <w:tmpl w:val="A75276E8"/>
    <w:lvl w:ilvl="0" w:tplc="7966D35A">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54258E"/>
    <w:multiLevelType w:val="multilevel"/>
    <w:tmpl w:val="C6F42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130025"/>
    <w:multiLevelType w:val="multilevel"/>
    <w:tmpl w:val="8EA6EB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5552D8"/>
    <w:multiLevelType w:val="multilevel"/>
    <w:tmpl w:val="ECFE824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EFA350A"/>
    <w:multiLevelType w:val="hybridMultilevel"/>
    <w:tmpl w:val="FE862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F43396C"/>
    <w:multiLevelType w:val="hybridMultilevel"/>
    <w:tmpl w:val="9A567A4C"/>
    <w:lvl w:ilvl="0" w:tplc="F0A46686">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A06CE1"/>
    <w:multiLevelType w:val="multilevel"/>
    <w:tmpl w:val="8DD464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66562D"/>
    <w:multiLevelType w:val="multilevel"/>
    <w:tmpl w:val="6B74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57A2D7C"/>
    <w:multiLevelType w:val="hybridMultilevel"/>
    <w:tmpl w:val="B9068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C311C7"/>
    <w:multiLevelType w:val="multilevel"/>
    <w:tmpl w:val="5CB4C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95B66D1"/>
    <w:multiLevelType w:val="multilevel"/>
    <w:tmpl w:val="696AA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A235C2A"/>
    <w:multiLevelType w:val="hybridMultilevel"/>
    <w:tmpl w:val="0A385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AD04844"/>
    <w:multiLevelType w:val="multilevel"/>
    <w:tmpl w:val="5DEC7A6E"/>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0F5BA2"/>
    <w:multiLevelType w:val="multilevel"/>
    <w:tmpl w:val="1D48B07C"/>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1C3EAD"/>
    <w:multiLevelType w:val="hybridMultilevel"/>
    <w:tmpl w:val="6212B42C"/>
    <w:lvl w:ilvl="0" w:tplc="31F86FF4">
      <w:start w:val="1"/>
      <w:numFmt w:val="decimal"/>
      <w:pStyle w:val="1"/>
      <w:lvlText w:val="%1."/>
      <w:lvlJc w:val="left"/>
      <w:pPr>
        <w:ind w:left="5605"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E2658BE"/>
    <w:multiLevelType w:val="multilevel"/>
    <w:tmpl w:val="622EF96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212D7AB5"/>
    <w:multiLevelType w:val="hybridMultilevel"/>
    <w:tmpl w:val="8A7A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1C67168"/>
    <w:multiLevelType w:val="hybridMultilevel"/>
    <w:tmpl w:val="BCEAD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25E2053"/>
    <w:multiLevelType w:val="multilevel"/>
    <w:tmpl w:val="69E4D2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91B3DE1"/>
    <w:multiLevelType w:val="multilevel"/>
    <w:tmpl w:val="47AE5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A431EA"/>
    <w:multiLevelType w:val="hybridMultilevel"/>
    <w:tmpl w:val="154C8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F1047B8"/>
    <w:multiLevelType w:val="multilevel"/>
    <w:tmpl w:val="1F5A1C2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30881445"/>
    <w:multiLevelType w:val="multilevel"/>
    <w:tmpl w:val="B796A44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308A580F"/>
    <w:multiLevelType w:val="hybridMultilevel"/>
    <w:tmpl w:val="6BE47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3F27F4E"/>
    <w:multiLevelType w:val="multilevel"/>
    <w:tmpl w:val="717620E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355F4182"/>
    <w:multiLevelType w:val="hybridMultilevel"/>
    <w:tmpl w:val="82380B30"/>
    <w:lvl w:ilvl="0" w:tplc="F1D894EA">
      <w:start w:val="1"/>
      <w:numFmt w:val="decimal"/>
      <w:lvlText w:val="%1)"/>
      <w:lvlJc w:val="left"/>
      <w:pPr>
        <w:ind w:left="720" w:hanging="360"/>
      </w:pPr>
      <w:rPr>
        <w:rFonts w:eastAsia="Times New Roman"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1D3F9B"/>
    <w:multiLevelType w:val="multilevel"/>
    <w:tmpl w:val="D9F0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6940E2D"/>
    <w:multiLevelType w:val="hybridMultilevel"/>
    <w:tmpl w:val="DA0EE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8850A9B"/>
    <w:multiLevelType w:val="hybridMultilevel"/>
    <w:tmpl w:val="BFE2F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8B6561C"/>
    <w:multiLevelType w:val="hybridMultilevel"/>
    <w:tmpl w:val="3CF28BC0"/>
    <w:lvl w:ilvl="0" w:tplc="8D0EB47A">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902416C"/>
    <w:multiLevelType w:val="multilevel"/>
    <w:tmpl w:val="16D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9A40F9C"/>
    <w:multiLevelType w:val="multilevel"/>
    <w:tmpl w:val="2C7A958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3A1A3BEB"/>
    <w:multiLevelType w:val="hybridMultilevel"/>
    <w:tmpl w:val="DA0EE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EB26321"/>
    <w:multiLevelType w:val="multilevel"/>
    <w:tmpl w:val="44F251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6E46CE"/>
    <w:multiLevelType w:val="multilevel"/>
    <w:tmpl w:val="2A08C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71A7ADB"/>
    <w:multiLevelType w:val="hybridMultilevel"/>
    <w:tmpl w:val="DE4A6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8A11CEA"/>
    <w:multiLevelType w:val="multilevel"/>
    <w:tmpl w:val="EB802B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8CC6EDB"/>
    <w:multiLevelType w:val="multilevel"/>
    <w:tmpl w:val="3FBA462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9FD30E0"/>
    <w:multiLevelType w:val="multilevel"/>
    <w:tmpl w:val="8258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A5F6BBB"/>
    <w:multiLevelType w:val="multilevel"/>
    <w:tmpl w:val="742AE20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4C03510B"/>
    <w:multiLevelType w:val="multilevel"/>
    <w:tmpl w:val="ADBC8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1126B3F"/>
    <w:multiLevelType w:val="hybridMultilevel"/>
    <w:tmpl w:val="162AD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1B2507C"/>
    <w:multiLevelType w:val="multilevel"/>
    <w:tmpl w:val="FB94181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526A7869"/>
    <w:multiLevelType w:val="multilevel"/>
    <w:tmpl w:val="4C4209F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5289231C"/>
    <w:multiLevelType w:val="multilevel"/>
    <w:tmpl w:val="39C22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3524015"/>
    <w:multiLevelType w:val="hybridMultilevel"/>
    <w:tmpl w:val="8002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4812FA0"/>
    <w:multiLevelType w:val="multilevel"/>
    <w:tmpl w:val="A83C8E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48775A7"/>
    <w:multiLevelType w:val="hybridMultilevel"/>
    <w:tmpl w:val="691A9FD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53175C6"/>
    <w:multiLevelType w:val="multilevel"/>
    <w:tmpl w:val="228A664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56887A25"/>
    <w:multiLevelType w:val="multilevel"/>
    <w:tmpl w:val="76F2AC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57897693"/>
    <w:multiLevelType w:val="hybridMultilevel"/>
    <w:tmpl w:val="6366CF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EC62B54"/>
    <w:multiLevelType w:val="hybridMultilevel"/>
    <w:tmpl w:val="E2A8DBF8"/>
    <w:lvl w:ilvl="0" w:tplc="57F487A8">
      <w:start w:val="6"/>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F8B11F7"/>
    <w:multiLevelType w:val="multilevel"/>
    <w:tmpl w:val="A4A01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44041E"/>
    <w:multiLevelType w:val="multilevel"/>
    <w:tmpl w:val="49E2C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910528E"/>
    <w:multiLevelType w:val="multilevel"/>
    <w:tmpl w:val="C83C5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99A0B1D"/>
    <w:multiLevelType w:val="multilevel"/>
    <w:tmpl w:val="F11A1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A36596F"/>
    <w:multiLevelType w:val="hybridMultilevel"/>
    <w:tmpl w:val="C03E9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ACC5DCB"/>
    <w:multiLevelType w:val="multilevel"/>
    <w:tmpl w:val="F742536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6DEB29B8"/>
    <w:multiLevelType w:val="hybridMultilevel"/>
    <w:tmpl w:val="BCFC835A"/>
    <w:lvl w:ilvl="0" w:tplc="A3709A4E">
      <w:start w:val="1"/>
      <w:numFmt w:val="decimal"/>
      <w:pStyle w:val="31"/>
      <w:lvlText w:val="%1."/>
      <w:lvlJc w:val="lef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722F4903"/>
    <w:multiLevelType w:val="hybridMultilevel"/>
    <w:tmpl w:val="E31EA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41E0403"/>
    <w:multiLevelType w:val="multilevel"/>
    <w:tmpl w:val="42DC61D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78C02455"/>
    <w:multiLevelType w:val="hybridMultilevel"/>
    <w:tmpl w:val="F2CC1616"/>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75">
    <w:nsid w:val="79B144B5"/>
    <w:multiLevelType w:val="hybridMultilevel"/>
    <w:tmpl w:val="DDD25124"/>
    <w:lvl w:ilvl="0" w:tplc="9B5A365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A67239D"/>
    <w:multiLevelType w:val="hybridMultilevel"/>
    <w:tmpl w:val="5208599E"/>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77">
    <w:nsid w:val="7BE31884"/>
    <w:multiLevelType w:val="multilevel"/>
    <w:tmpl w:val="7736B9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C713BFB"/>
    <w:multiLevelType w:val="hybridMultilevel"/>
    <w:tmpl w:val="12C43E70"/>
    <w:lvl w:ilvl="0" w:tplc="58E4964A">
      <w:start w:val="1"/>
      <w:numFmt w:val="decimal"/>
      <w:lvlText w:val="%1."/>
      <w:lvlJc w:val="left"/>
      <w:pPr>
        <w:ind w:left="720" w:hanging="360"/>
      </w:pPr>
      <w:rPr>
        <w:rFonts w:ascii="Times New Roman" w:hAnsi="Times New Roman" w:cs="Times New Roman"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9"/>
  </w:num>
  <w:num w:numId="3">
    <w:abstractNumId w:val="12"/>
  </w:num>
  <w:num w:numId="4">
    <w:abstractNumId w:val="51"/>
  </w:num>
  <w:num w:numId="5">
    <w:abstractNumId w:val="43"/>
  </w:num>
  <w:num w:numId="6">
    <w:abstractNumId w:val="44"/>
  </w:num>
  <w:num w:numId="7">
    <w:abstractNumId w:val="73"/>
  </w:num>
  <w:num w:numId="8">
    <w:abstractNumId w:val="16"/>
  </w:num>
  <w:num w:numId="9">
    <w:abstractNumId w:val="62"/>
  </w:num>
  <w:num w:numId="10">
    <w:abstractNumId w:val="66"/>
  </w:num>
  <w:num w:numId="11">
    <w:abstractNumId w:val="65"/>
  </w:num>
  <w:num w:numId="12">
    <w:abstractNumId w:val="32"/>
  </w:num>
  <w:num w:numId="13">
    <w:abstractNumId w:val="59"/>
  </w:num>
  <w:num w:numId="14">
    <w:abstractNumId w:val="53"/>
  </w:num>
  <w:num w:numId="15">
    <w:abstractNumId w:val="68"/>
  </w:num>
  <w:num w:numId="16">
    <w:abstractNumId w:val="57"/>
  </w:num>
  <w:num w:numId="17">
    <w:abstractNumId w:val="15"/>
  </w:num>
  <w:num w:numId="18">
    <w:abstractNumId w:val="77"/>
  </w:num>
  <w:num w:numId="19">
    <w:abstractNumId w:val="14"/>
  </w:num>
  <w:num w:numId="20">
    <w:abstractNumId w:val="46"/>
  </w:num>
  <w:num w:numId="21">
    <w:abstractNumId w:val="22"/>
  </w:num>
  <w:num w:numId="22">
    <w:abstractNumId w:val="19"/>
  </w:num>
  <w:num w:numId="23">
    <w:abstractNumId w:val="47"/>
  </w:num>
  <w:num w:numId="24">
    <w:abstractNumId w:val="63"/>
  </w:num>
  <w:num w:numId="25">
    <w:abstractNumId w:val="48"/>
  </w:num>
  <w:num w:numId="26">
    <w:abstractNumId w:val="33"/>
  </w:num>
  <w:num w:numId="27">
    <w:abstractNumId w:val="54"/>
  </w:num>
  <w:num w:numId="28">
    <w:abstractNumId w:val="76"/>
  </w:num>
  <w:num w:numId="29">
    <w:abstractNumId w:val="17"/>
  </w:num>
  <w:num w:numId="30">
    <w:abstractNumId w:val="24"/>
  </w:num>
  <w:num w:numId="31">
    <w:abstractNumId w:val="29"/>
  </w:num>
  <w:num w:numId="32">
    <w:abstractNumId w:val="30"/>
  </w:num>
  <w:num w:numId="33">
    <w:abstractNumId w:val="74"/>
  </w:num>
  <w:num w:numId="34">
    <w:abstractNumId w:val="52"/>
  </w:num>
  <w:num w:numId="35">
    <w:abstractNumId w:val="35"/>
  </w:num>
  <w:num w:numId="36">
    <w:abstractNumId w:val="49"/>
  </w:num>
  <w:num w:numId="37">
    <w:abstractNumId w:val="28"/>
  </w:num>
  <w:num w:numId="38">
    <w:abstractNumId w:val="61"/>
  </w:num>
  <w:num w:numId="39">
    <w:abstractNumId w:val="56"/>
  </w:num>
  <w:num w:numId="40">
    <w:abstractNumId w:val="31"/>
  </w:num>
  <w:num w:numId="41">
    <w:abstractNumId w:val="34"/>
  </w:num>
  <w:num w:numId="42">
    <w:abstractNumId w:val="55"/>
  </w:num>
  <w:num w:numId="43">
    <w:abstractNumId w:val="37"/>
  </w:num>
  <w:num w:numId="44">
    <w:abstractNumId w:val="70"/>
  </w:num>
  <w:num w:numId="45">
    <w:abstractNumId w:val="75"/>
  </w:num>
  <w:num w:numId="46">
    <w:abstractNumId w:val="78"/>
  </w:num>
  <w:num w:numId="47">
    <w:abstractNumId w:val="64"/>
  </w:num>
  <w:num w:numId="48">
    <w:abstractNumId w:val="71"/>
  </w:num>
  <w:num w:numId="49">
    <w:abstractNumId w:val="27"/>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num>
  <w:num w:numId="65">
    <w:abstractNumId w:val="42"/>
  </w:num>
  <w:num w:numId="66">
    <w:abstractNumId w:val="11"/>
  </w:num>
  <w:num w:numId="67">
    <w:abstractNumId w:val="58"/>
  </w:num>
  <w:num w:numId="68">
    <w:abstractNumId w:val="8"/>
  </w:num>
  <w:num w:numId="69">
    <w:abstractNumId w:val="5"/>
  </w:num>
  <w:num w:numId="70">
    <w:abstractNumId w:val="3"/>
  </w:num>
  <w:num w:numId="71">
    <w:abstractNumId w:val="2"/>
  </w:num>
  <w:num w:numId="72">
    <w:abstractNumId w:val="4"/>
  </w:num>
  <w:num w:numId="73">
    <w:abstractNumId w:val="1"/>
  </w:num>
  <w:num w:numId="74">
    <w:abstractNumId w:val="0"/>
  </w:num>
  <w:num w:numId="75">
    <w:abstractNumId w:val="41"/>
  </w:num>
  <w:num w:numId="76">
    <w:abstractNumId w:val="21"/>
  </w:num>
  <w:num w:numId="77">
    <w:abstractNumId w:val="13"/>
  </w:num>
  <w:num w:numId="78">
    <w:abstractNumId w:val="38"/>
  </w:num>
  <w:num w:numId="79">
    <w:abstractNumId w:val="18"/>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215D9"/>
    <w:rsid w:val="000301D9"/>
    <w:rsid w:val="0004034E"/>
    <w:rsid w:val="00047611"/>
    <w:rsid w:val="00047B3E"/>
    <w:rsid w:val="00086D60"/>
    <w:rsid w:val="000F706F"/>
    <w:rsid w:val="001F0A5D"/>
    <w:rsid w:val="00347D4A"/>
    <w:rsid w:val="00382DC6"/>
    <w:rsid w:val="00394C33"/>
    <w:rsid w:val="004750F9"/>
    <w:rsid w:val="00541C25"/>
    <w:rsid w:val="00552D3C"/>
    <w:rsid w:val="005A4237"/>
    <w:rsid w:val="006B297A"/>
    <w:rsid w:val="007438FA"/>
    <w:rsid w:val="00765081"/>
    <w:rsid w:val="007B5670"/>
    <w:rsid w:val="007B7F00"/>
    <w:rsid w:val="007E281A"/>
    <w:rsid w:val="008215D9"/>
    <w:rsid w:val="0089011F"/>
    <w:rsid w:val="008A18C1"/>
    <w:rsid w:val="008B4AEC"/>
    <w:rsid w:val="00956D16"/>
    <w:rsid w:val="00A72BAF"/>
    <w:rsid w:val="00B74AC8"/>
    <w:rsid w:val="00B90487"/>
    <w:rsid w:val="00B928D0"/>
    <w:rsid w:val="00BB14C5"/>
    <w:rsid w:val="00C54376"/>
    <w:rsid w:val="00E52C90"/>
    <w:rsid w:val="00F61DF0"/>
    <w:rsid w:val="00FC4C3C"/>
    <w:rsid w:val="00FC5C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B5670"/>
  </w:style>
  <w:style w:type="paragraph" w:styleId="10">
    <w:name w:val="heading 1"/>
    <w:basedOn w:val="a1"/>
    <w:next w:val="a1"/>
    <w:link w:val="11"/>
    <w:uiPriority w:val="9"/>
    <w:qFormat/>
    <w:rsid w:val="008A18C1"/>
    <w:pPr>
      <w:keepNext/>
      <w:keepLines/>
      <w:spacing w:before="240" w:after="0"/>
      <w:outlineLvl w:val="0"/>
    </w:pPr>
    <w:rPr>
      <w:rFonts w:ascii="Calibri Light" w:eastAsia="Times New Roman" w:hAnsi="Calibri Light" w:cs="Times New Roman"/>
      <w:b/>
      <w:bCs/>
      <w:color w:val="2E74B5"/>
      <w:sz w:val="28"/>
      <w:szCs w:val="28"/>
      <w:lang w:val="en-US"/>
    </w:rPr>
  </w:style>
  <w:style w:type="paragraph" w:styleId="21">
    <w:name w:val="heading 2"/>
    <w:basedOn w:val="a1"/>
    <w:next w:val="a1"/>
    <w:link w:val="22"/>
    <w:unhideWhenUsed/>
    <w:qFormat/>
    <w:rsid w:val="008A18C1"/>
    <w:pPr>
      <w:keepNext/>
      <w:keepLines/>
      <w:spacing w:before="40" w:after="0"/>
      <w:outlineLvl w:val="1"/>
    </w:pPr>
    <w:rPr>
      <w:rFonts w:ascii="Calibri Light" w:eastAsia="Times New Roman" w:hAnsi="Calibri Light" w:cs="Times New Roman"/>
      <w:b/>
      <w:bCs/>
      <w:color w:val="5B9BD5"/>
      <w:sz w:val="26"/>
      <w:szCs w:val="26"/>
      <w:lang w:val="en-US"/>
    </w:rPr>
  </w:style>
  <w:style w:type="paragraph" w:styleId="32">
    <w:name w:val="heading 3"/>
    <w:basedOn w:val="a1"/>
    <w:next w:val="a1"/>
    <w:link w:val="33"/>
    <w:unhideWhenUsed/>
    <w:qFormat/>
    <w:rsid w:val="008A18C1"/>
    <w:pPr>
      <w:keepNext/>
      <w:keepLines/>
      <w:spacing w:before="40" w:after="0"/>
      <w:outlineLvl w:val="2"/>
    </w:pPr>
    <w:rPr>
      <w:rFonts w:ascii="Calibri Light" w:eastAsia="Times New Roman" w:hAnsi="Calibri Light" w:cs="Times New Roman"/>
      <w:b/>
      <w:bCs/>
      <w:color w:val="5B9BD5"/>
      <w:lang w:val="en-US"/>
    </w:rPr>
  </w:style>
  <w:style w:type="paragraph" w:styleId="4">
    <w:name w:val="heading 4"/>
    <w:basedOn w:val="a1"/>
    <w:next w:val="a1"/>
    <w:link w:val="40"/>
    <w:unhideWhenUsed/>
    <w:qFormat/>
    <w:rsid w:val="008A18C1"/>
    <w:pPr>
      <w:keepNext/>
      <w:keepLines/>
      <w:spacing w:before="40" w:after="0"/>
      <w:outlineLvl w:val="3"/>
    </w:pPr>
    <w:rPr>
      <w:rFonts w:ascii="Calibri Light" w:eastAsia="Times New Roman" w:hAnsi="Calibri Light" w:cs="Times New Roman"/>
      <w:b/>
      <w:bCs/>
      <w:i/>
      <w:iCs/>
      <w:color w:val="5B9BD5"/>
      <w:lang w:val="en-US"/>
    </w:rPr>
  </w:style>
  <w:style w:type="paragraph" w:styleId="5">
    <w:name w:val="heading 5"/>
    <w:basedOn w:val="a1"/>
    <w:next w:val="a1"/>
    <w:link w:val="50"/>
    <w:unhideWhenUsed/>
    <w:qFormat/>
    <w:rsid w:val="00541C25"/>
    <w:pPr>
      <w:keepNext/>
      <w:keepLines/>
      <w:spacing w:before="40" w:after="0"/>
      <w:outlineLvl w:val="4"/>
    </w:pPr>
    <w:rPr>
      <w:rFonts w:ascii="Cambria" w:eastAsia="Times New Roman" w:hAnsi="Cambria" w:cs="Times New Roman"/>
      <w:color w:val="243F60"/>
      <w:lang w:val="en-US"/>
    </w:rPr>
  </w:style>
  <w:style w:type="paragraph" w:styleId="6">
    <w:name w:val="heading 6"/>
    <w:basedOn w:val="a1"/>
    <w:next w:val="a1"/>
    <w:link w:val="60"/>
    <w:unhideWhenUsed/>
    <w:qFormat/>
    <w:rsid w:val="00541C25"/>
    <w:pPr>
      <w:keepNext/>
      <w:keepLines/>
      <w:spacing w:before="40" w:after="0"/>
      <w:outlineLvl w:val="5"/>
    </w:pPr>
    <w:rPr>
      <w:rFonts w:ascii="Cambria" w:eastAsia="Times New Roman" w:hAnsi="Cambria" w:cs="Times New Roman"/>
      <w:i/>
      <w:iCs/>
      <w:color w:val="243F60"/>
      <w:lang w:val="en-US"/>
    </w:rPr>
  </w:style>
  <w:style w:type="paragraph" w:styleId="7">
    <w:name w:val="heading 7"/>
    <w:basedOn w:val="a1"/>
    <w:next w:val="a1"/>
    <w:link w:val="70"/>
    <w:unhideWhenUsed/>
    <w:qFormat/>
    <w:rsid w:val="00541C25"/>
    <w:pPr>
      <w:keepNext/>
      <w:keepLines/>
      <w:spacing w:before="40" w:after="0"/>
      <w:outlineLvl w:val="6"/>
    </w:pPr>
    <w:rPr>
      <w:rFonts w:ascii="Cambria" w:eastAsia="Times New Roman" w:hAnsi="Cambria" w:cs="Times New Roman"/>
      <w:i/>
      <w:iCs/>
      <w:color w:val="404040"/>
      <w:lang w:val="en-US"/>
    </w:rPr>
  </w:style>
  <w:style w:type="paragraph" w:styleId="8">
    <w:name w:val="heading 8"/>
    <w:basedOn w:val="a1"/>
    <w:next w:val="a1"/>
    <w:link w:val="80"/>
    <w:unhideWhenUsed/>
    <w:qFormat/>
    <w:rsid w:val="00541C25"/>
    <w:pPr>
      <w:keepNext/>
      <w:keepLines/>
      <w:spacing w:before="40" w:after="0"/>
      <w:outlineLvl w:val="7"/>
    </w:pPr>
    <w:rPr>
      <w:rFonts w:ascii="Cambria" w:eastAsia="Times New Roman" w:hAnsi="Cambria" w:cs="Times New Roman"/>
      <w:color w:val="4F81BD"/>
      <w:sz w:val="20"/>
      <w:szCs w:val="20"/>
      <w:lang w:val="en-US"/>
    </w:rPr>
  </w:style>
  <w:style w:type="paragraph" w:styleId="9">
    <w:name w:val="heading 9"/>
    <w:basedOn w:val="a1"/>
    <w:next w:val="a1"/>
    <w:link w:val="90"/>
    <w:unhideWhenUsed/>
    <w:qFormat/>
    <w:rsid w:val="00541C25"/>
    <w:pPr>
      <w:keepNext/>
      <w:keepLines/>
      <w:spacing w:before="40" w:after="0"/>
      <w:outlineLvl w:val="8"/>
    </w:pPr>
    <w:rPr>
      <w:rFonts w:ascii="Cambria" w:eastAsia="Times New Roman" w:hAnsi="Cambria" w:cs="Times New Roman"/>
      <w:i/>
      <w:iCs/>
      <w:color w:val="404040"/>
      <w:sz w:val="20"/>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8215D9"/>
    <w:pPr>
      <w:ind w:left="720"/>
      <w:contextualSpacing/>
    </w:pPr>
  </w:style>
  <w:style w:type="character" w:customStyle="1" w:styleId="a6">
    <w:name w:val="Абзац списка Знак"/>
    <w:link w:val="a5"/>
    <w:uiPriority w:val="1"/>
    <w:locked/>
    <w:rsid w:val="008215D9"/>
  </w:style>
  <w:style w:type="character" w:styleId="a7">
    <w:name w:val="Hyperlink"/>
    <w:basedOn w:val="a2"/>
    <w:unhideWhenUsed/>
    <w:rsid w:val="004750F9"/>
    <w:rPr>
      <w:color w:val="0563C1" w:themeColor="hyperlink"/>
      <w:u w:val="single"/>
    </w:rPr>
  </w:style>
  <w:style w:type="paragraph" w:customStyle="1" w:styleId="110">
    <w:name w:val="Заголовок 11"/>
    <w:basedOn w:val="a1"/>
    <w:next w:val="a1"/>
    <w:uiPriority w:val="1"/>
    <w:qFormat/>
    <w:rsid w:val="008A18C1"/>
    <w:pPr>
      <w:keepNext/>
      <w:keepLines/>
      <w:spacing w:before="480" w:after="200" w:line="276" w:lineRule="auto"/>
      <w:outlineLvl w:val="0"/>
    </w:pPr>
    <w:rPr>
      <w:rFonts w:ascii="Calibri Light" w:eastAsia="Times New Roman" w:hAnsi="Calibri Light" w:cs="Times New Roman"/>
      <w:b/>
      <w:bCs/>
      <w:color w:val="2E74B5"/>
      <w:sz w:val="28"/>
      <w:szCs w:val="28"/>
      <w:lang w:val="en-US"/>
    </w:rPr>
  </w:style>
  <w:style w:type="paragraph" w:customStyle="1" w:styleId="210">
    <w:name w:val="Заголовок 21"/>
    <w:basedOn w:val="a1"/>
    <w:next w:val="a1"/>
    <w:uiPriority w:val="1"/>
    <w:unhideWhenUsed/>
    <w:qFormat/>
    <w:rsid w:val="008A18C1"/>
    <w:pPr>
      <w:keepNext/>
      <w:keepLines/>
      <w:spacing w:before="200" w:after="200" w:line="276" w:lineRule="auto"/>
      <w:outlineLvl w:val="1"/>
    </w:pPr>
    <w:rPr>
      <w:rFonts w:ascii="Calibri Light" w:eastAsia="Times New Roman" w:hAnsi="Calibri Light" w:cs="Times New Roman"/>
      <w:b/>
      <w:bCs/>
      <w:color w:val="5B9BD5"/>
      <w:sz w:val="26"/>
      <w:szCs w:val="26"/>
      <w:lang w:val="en-US"/>
    </w:rPr>
  </w:style>
  <w:style w:type="paragraph" w:customStyle="1" w:styleId="310">
    <w:name w:val="Заголовок 31"/>
    <w:basedOn w:val="a1"/>
    <w:next w:val="a1"/>
    <w:uiPriority w:val="1"/>
    <w:unhideWhenUsed/>
    <w:qFormat/>
    <w:rsid w:val="008A18C1"/>
    <w:pPr>
      <w:keepNext/>
      <w:keepLines/>
      <w:spacing w:before="200" w:after="200" w:line="276" w:lineRule="auto"/>
      <w:outlineLvl w:val="2"/>
    </w:pPr>
    <w:rPr>
      <w:rFonts w:ascii="Calibri Light" w:eastAsia="Times New Roman" w:hAnsi="Calibri Light" w:cs="Times New Roman"/>
      <w:b/>
      <w:bCs/>
      <w:color w:val="5B9BD5"/>
      <w:lang w:val="en-US"/>
    </w:rPr>
  </w:style>
  <w:style w:type="paragraph" w:customStyle="1" w:styleId="41">
    <w:name w:val="Заголовок 41"/>
    <w:basedOn w:val="a1"/>
    <w:next w:val="a1"/>
    <w:uiPriority w:val="1"/>
    <w:unhideWhenUsed/>
    <w:qFormat/>
    <w:rsid w:val="008A18C1"/>
    <w:pPr>
      <w:keepNext/>
      <w:keepLines/>
      <w:spacing w:before="200" w:after="200" w:line="276" w:lineRule="auto"/>
      <w:outlineLvl w:val="3"/>
    </w:pPr>
    <w:rPr>
      <w:rFonts w:ascii="Calibri Light" w:eastAsia="Times New Roman" w:hAnsi="Calibri Light" w:cs="Times New Roman"/>
      <w:b/>
      <w:bCs/>
      <w:i/>
      <w:iCs/>
      <w:color w:val="5B9BD5"/>
      <w:lang w:val="en-US"/>
    </w:rPr>
  </w:style>
  <w:style w:type="numbering" w:customStyle="1" w:styleId="12">
    <w:name w:val="Нет списка1"/>
    <w:next w:val="a4"/>
    <w:uiPriority w:val="99"/>
    <w:semiHidden/>
    <w:unhideWhenUsed/>
    <w:rsid w:val="008A18C1"/>
  </w:style>
  <w:style w:type="paragraph" w:styleId="a8">
    <w:name w:val="Normal (Web)"/>
    <w:basedOn w:val="a1"/>
    <w:uiPriority w:val="99"/>
    <w:unhideWhenUsed/>
    <w:rsid w:val="008A18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2"/>
    <w:uiPriority w:val="22"/>
    <w:qFormat/>
    <w:rsid w:val="008A18C1"/>
    <w:rPr>
      <w:b/>
      <w:bCs/>
    </w:rPr>
  </w:style>
  <w:style w:type="character" w:customStyle="1" w:styleId="placeholder-mask">
    <w:name w:val="placeholder-mask"/>
    <w:basedOn w:val="a2"/>
    <w:rsid w:val="008A18C1"/>
  </w:style>
  <w:style w:type="character" w:customStyle="1" w:styleId="placeholder">
    <w:name w:val="placeholder"/>
    <w:basedOn w:val="a2"/>
    <w:rsid w:val="008A18C1"/>
  </w:style>
  <w:style w:type="character" w:styleId="aa">
    <w:name w:val="Emphasis"/>
    <w:basedOn w:val="a2"/>
    <w:uiPriority w:val="20"/>
    <w:qFormat/>
    <w:rsid w:val="008A18C1"/>
    <w:rPr>
      <w:i/>
      <w:iCs/>
    </w:rPr>
  </w:style>
  <w:style w:type="table" w:styleId="ab">
    <w:name w:val="Table Grid"/>
    <w:basedOn w:val="a3"/>
    <w:uiPriority w:val="59"/>
    <w:rsid w:val="008A1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2"/>
    <w:link w:val="10"/>
    <w:rsid w:val="008A18C1"/>
    <w:rPr>
      <w:rFonts w:ascii="Calibri Light" w:eastAsia="Times New Roman" w:hAnsi="Calibri Light" w:cs="Times New Roman"/>
      <w:b/>
      <w:bCs/>
      <w:color w:val="2E74B5"/>
      <w:sz w:val="28"/>
      <w:szCs w:val="28"/>
      <w:lang w:val="en-US"/>
    </w:rPr>
  </w:style>
  <w:style w:type="character" w:customStyle="1" w:styleId="22">
    <w:name w:val="Заголовок 2 Знак"/>
    <w:basedOn w:val="a2"/>
    <w:link w:val="21"/>
    <w:rsid w:val="008A18C1"/>
    <w:rPr>
      <w:rFonts w:ascii="Calibri Light" w:eastAsia="Times New Roman" w:hAnsi="Calibri Light" w:cs="Times New Roman"/>
      <w:b/>
      <w:bCs/>
      <w:color w:val="5B9BD5"/>
      <w:sz w:val="26"/>
      <w:szCs w:val="26"/>
      <w:lang w:val="en-US"/>
    </w:rPr>
  </w:style>
  <w:style w:type="character" w:customStyle="1" w:styleId="33">
    <w:name w:val="Заголовок 3 Знак"/>
    <w:basedOn w:val="a2"/>
    <w:link w:val="32"/>
    <w:rsid w:val="008A18C1"/>
    <w:rPr>
      <w:rFonts w:ascii="Calibri Light" w:eastAsia="Times New Roman" w:hAnsi="Calibri Light" w:cs="Times New Roman"/>
      <w:b/>
      <w:bCs/>
      <w:color w:val="5B9BD5"/>
      <w:lang w:val="en-US"/>
    </w:rPr>
  </w:style>
  <w:style w:type="character" w:customStyle="1" w:styleId="40">
    <w:name w:val="Заголовок 4 Знак"/>
    <w:basedOn w:val="a2"/>
    <w:link w:val="4"/>
    <w:rsid w:val="008A18C1"/>
    <w:rPr>
      <w:rFonts w:ascii="Calibri Light" w:eastAsia="Times New Roman" w:hAnsi="Calibri Light" w:cs="Times New Roman"/>
      <w:b/>
      <w:bCs/>
      <w:i/>
      <w:iCs/>
      <w:color w:val="5B9BD5"/>
      <w:lang w:val="en-US"/>
    </w:rPr>
  </w:style>
  <w:style w:type="paragraph" w:styleId="ac">
    <w:name w:val="header"/>
    <w:basedOn w:val="a1"/>
    <w:link w:val="ad"/>
    <w:uiPriority w:val="99"/>
    <w:unhideWhenUsed/>
    <w:rsid w:val="008A18C1"/>
    <w:pPr>
      <w:tabs>
        <w:tab w:val="center" w:pos="4680"/>
        <w:tab w:val="right" w:pos="9360"/>
      </w:tabs>
      <w:spacing w:after="200" w:line="276" w:lineRule="auto"/>
    </w:pPr>
    <w:rPr>
      <w:lang w:val="en-US"/>
    </w:rPr>
  </w:style>
  <w:style w:type="character" w:customStyle="1" w:styleId="ad">
    <w:name w:val="Верхний колонтитул Знак"/>
    <w:basedOn w:val="a2"/>
    <w:link w:val="ac"/>
    <w:uiPriority w:val="99"/>
    <w:rsid w:val="008A18C1"/>
    <w:rPr>
      <w:lang w:val="en-US"/>
    </w:rPr>
  </w:style>
  <w:style w:type="paragraph" w:styleId="ae">
    <w:name w:val="Normal Indent"/>
    <w:basedOn w:val="a1"/>
    <w:uiPriority w:val="99"/>
    <w:unhideWhenUsed/>
    <w:rsid w:val="008A18C1"/>
    <w:pPr>
      <w:spacing w:after="200" w:line="276" w:lineRule="auto"/>
      <w:ind w:left="720"/>
    </w:pPr>
    <w:rPr>
      <w:lang w:val="en-US"/>
    </w:rPr>
  </w:style>
  <w:style w:type="paragraph" w:customStyle="1" w:styleId="13">
    <w:name w:val="Подзаголовок1"/>
    <w:basedOn w:val="a1"/>
    <w:next w:val="a1"/>
    <w:uiPriority w:val="11"/>
    <w:qFormat/>
    <w:rsid w:val="008A18C1"/>
    <w:pPr>
      <w:numPr>
        <w:ilvl w:val="1"/>
      </w:numPr>
      <w:spacing w:after="200" w:line="276" w:lineRule="auto"/>
      <w:ind w:left="86"/>
    </w:pPr>
    <w:rPr>
      <w:rFonts w:ascii="Calibri Light" w:eastAsia="Times New Roman" w:hAnsi="Calibri Light" w:cs="Times New Roman"/>
      <w:i/>
      <w:iCs/>
      <w:color w:val="5B9BD5"/>
      <w:spacing w:val="15"/>
      <w:sz w:val="24"/>
      <w:szCs w:val="24"/>
      <w:lang w:val="en-US"/>
    </w:rPr>
  </w:style>
  <w:style w:type="character" w:customStyle="1" w:styleId="af">
    <w:name w:val="Подзаголовок Знак"/>
    <w:basedOn w:val="a2"/>
    <w:link w:val="af0"/>
    <w:uiPriority w:val="11"/>
    <w:rsid w:val="008A18C1"/>
    <w:rPr>
      <w:rFonts w:ascii="Calibri Light" w:eastAsia="Times New Roman" w:hAnsi="Calibri Light" w:cs="Times New Roman"/>
      <w:i/>
      <w:iCs/>
      <w:color w:val="5B9BD5"/>
      <w:spacing w:val="15"/>
      <w:sz w:val="24"/>
      <w:szCs w:val="24"/>
      <w:lang w:val="en-US"/>
    </w:rPr>
  </w:style>
  <w:style w:type="paragraph" w:customStyle="1" w:styleId="14">
    <w:name w:val="Название1"/>
    <w:basedOn w:val="a1"/>
    <w:next w:val="a1"/>
    <w:uiPriority w:val="10"/>
    <w:qFormat/>
    <w:rsid w:val="008A18C1"/>
    <w:pPr>
      <w:pBdr>
        <w:bottom w:val="single" w:sz="8" w:space="4" w:color="5B9BD5"/>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f1">
    <w:name w:val="Название Знак"/>
    <w:basedOn w:val="a2"/>
    <w:link w:val="af2"/>
    <w:rsid w:val="008A18C1"/>
    <w:rPr>
      <w:rFonts w:ascii="Calibri Light" w:eastAsia="Times New Roman" w:hAnsi="Calibri Light" w:cs="Times New Roman"/>
      <w:color w:val="323E4F"/>
      <w:spacing w:val="5"/>
      <w:kern w:val="28"/>
      <w:sz w:val="52"/>
      <w:szCs w:val="52"/>
      <w:lang w:val="en-US"/>
    </w:rPr>
  </w:style>
  <w:style w:type="paragraph" w:customStyle="1" w:styleId="15">
    <w:name w:val="Название объекта1"/>
    <w:basedOn w:val="a1"/>
    <w:next w:val="a1"/>
    <w:uiPriority w:val="35"/>
    <w:semiHidden/>
    <w:unhideWhenUsed/>
    <w:qFormat/>
    <w:rsid w:val="008A18C1"/>
    <w:pPr>
      <w:spacing w:after="200" w:line="240" w:lineRule="auto"/>
    </w:pPr>
    <w:rPr>
      <w:b/>
      <w:bCs/>
      <w:color w:val="5B9BD5"/>
      <w:sz w:val="18"/>
      <w:szCs w:val="18"/>
      <w:lang w:val="en-US"/>
    </w:rPr>
  </w:style>
  <w:style w:type="paragraph" w:styleId="af3">
    <w:name w:val="footer"/>
    <w:basedOn w:val="a1"/>
    <w:link w:val="af4"/>
    <w:uiPriority w:val="99"/>
    <w:unhideWhenUsed/>
    <w:rsid w:val="008A18C1"/>
    <w:pPr>
      <w:tabs>
        <w:tab w:val="center" w:pos="4677"/>
        <w:tab w:val="right" w:pos="9355"/>
      </w:tabs>
      <w:spacing w:after="0" w:line="240" w:lineRule="auto"/>
    </w:pPr>
    <w:rPr>
      <w:lang w:val="en-US"/>
    </w:rPr>
  </w:style>
  <w:style w:type="character" w:customStyle="1" w:styleId="af4">
    <w:name w:val="Нижний колонтитул Знак"/>
    <w:basedOn w:val="a2"/>
    <w:link w:val="af3"/>
    <w:uiPriority w:val="99"/>
    <w:rsid w:val="008A18C1"/>
    <w:rPr>
      <w:lang w:val="en-US"/>
    </w:rPr>
  </w:style>
  <w:style w:type="character" w:customStyle="1" w:styleId="16">
    <w:name w:val="Просмотренная гиперссылка1"/>
    <w:basedOn w:val="a2"/>
    <w:uiPriority w:val="99"/>
    <w:semiHidden/>
    <w:unhideWhenUsed/>
    <w:rsid w:val="008A18C1"/>
    <w:rPr>
      <w:color w:val="954F72"/>
      <w:u w:val="single"/>
    </w:rPr>
  </w:style>
  <w:style w:type="table" w:customStyle="1" w:styleId="211">
    <w:name w:val="Сетка таблицы21"/>
    <w:basedOn w:val="a3"/>
    <w:rsid w:val="008A18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1"/>
    <w:rsid w:val="008A18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2"/>
    <w:rsid w:val="008A18C1"/>
  </w:style>
  <w:style w:type="character" w:customStyle="1" w:styleId="c7">
    <w:name w:val="c7"/>
    <w:basedOn w:val="a2"/>
    <w:rsid w:val="008A18C1"/>
  </w:style>
  <w:style w:type="character" w:customStyle="1" w:styleId="c3">
    <w:name w:val="c3"/>
    <w:basedOn w:val="a2"/>
    <w:rsid w:val="008A18C1"/>
  </w:style>
  <w:style w:type="character" w:customStyle="1" w:styleId="c0">
    <w:name w:val="c0"/>
    <w:basedOn w:val="a2"/>
    <w:rsid w:val="008A18C1"/>
  </w:style>
  <w:style w:type="character" w:customStyle="1" w:styleId="111">
    <w:name w:val="Заголовок 1 Знак1"/>
    <w:basedOn w:val="a2"/>
    <w:uiPriority w:val="9"/>
    <w:rsid w:val="008A18C1"/>
    <w:rPr>
      <w:rFonts w:asciiTheme="majorHAnsi" w:eastAsiaTheme="majorEastAsia" w:hAnsiTheme="majorHAnsi" w:cstheme="majorBidi"/>
      <w:color w:val="2E74B5" w:themeColor="accent1" w:themeShade="BF"/>
      <w:sz w:val="32"/>
      <w:szCs w:val="32"/>
    </w:rPr>
  </w:style>
  <w:style w:type="character" w:customStyle="1" w:styleId="212">
    <w:name w:val="Заголовок 2 Знак1"/>
    <w:basedOn w:val="a2"/>
    <w:uiPriority w:val="9"/>
    <w:semiHidden/>
    <w:rsid w:val="008A18C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2"/>
    <w:uiPriority w:val="9"/>
    <w:semiHidden/>
    <w:rsid w:val="008A18C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2"/>
    <w:uiPriority w:val="9"/>
    <w:semiHidden/>
    <w:rsid w:val="008A18C1"/>
    <w:rPr>
      <w:rFonts w:asciiTheme="majorHAnsi" w:eastAsiaTheme="majorEastAsia" w:hAnsiTheme="majorHAnsi" w:cstheme="majorBidi"/>
      <w:i/>
      <w:iCs/>
      <w:color w:val="2E74B5" w:themeColor="accent1" w:themeShade="BF"/>
    </w:rPr>
  </w:style>
  <w:style w:type="paragraph" w:styleId="af0">
    <w:name w:val="Subtitle"/>
    <w:basedOn w:val="a1"/>
    <w:next w:val="a1"/>
    <w:link w:val="af"/>
    <w:uiPriority w:val="11"/>
    <w:qFormat/>
    <w:rsid w:val="008A18C1"/>
    <w:pPr>
      <w:numPr>
        <w:ilvl w:val="1"/>
      </w:numPr>
    </w:pPr>
    <w:rPr>
      <w:rFonts w:ascii="Calibri Light" w:eastAsia="Times New Roman" w:hAnsi="Calibri Light" w:cs="Times New Roman"/>
      <w:i/>
      <w:iCs/>
      <w:color w:val="5B9BD5"/>
      <w:spacing w:val="15"/>
      <w:sz w:val="24"/>
      <w:szCs w:val="24"/>
      <w:lang w:val="en-US"/>
    </w:rPr>
  </w:style>
  <w:style w:type="character" w:customStyle="1" w:styleId="17">
    <w:name w:val="Подзаголовок Знак1"/>
    <w:basedOn w:val="a2"/>
    <w:uiPriority w:val="11"/>
    <w:rsid w:val="008A18C1"/>
    <w:rPr>
      <w:rFonts w:eastAsiaTheme="minorEastAsia"/>
      <w:color w:val="5A5A5A" w:themeColor="text1" w:themeTint="A5"/>
      <w:spacing w:val="15"/>
    </w:rPr>
  </w:style>
  <w:style w:type="paragraph" w:styleId="af2">
    <w:name w:val="Title"/>
    <w:basedOn w:val="a1"/>
    <w:next w:val="a1"/>
    <w:link w:val="af1"/>
    <w:qFormat/>
    <w:rsid w:val="008A18C1"/>
    <w:pPr>
      <w:spacing w:after="0" w:line="240" w:lineRule="auto"/>
      <w:contextualSpacing/>
    </w:pPr>
    <w:rPr>
      <w:rFonts w:ascii="Calibri Light" w:eastAsia="Times New Roman" w:hAnsi="Calibri Light" w:cs="Times New Roman"/>
      <w:color w:val="323E4F"/>
      <w:spacing w:val="5"/>
      <w:kern w:val="28"/>
      <w:sz w:val="52"/>
      <w:szCs w:val="52"/>
      <w:lang w:val="en-US"/>
    </w:rPr>
  </w:style>
  <w:style w:type="character" w:customStyle="1" w:styleId="18">
    <w:name w:val="Название Знак1"/>
    <w:basedOn w:val="a2"/>
    <w:rsid w:val="008A18C1"/>
    <w:rPr>
      <w:rFonts w:asciiTheme="majorHAnsi" w:eastAsiaTheme="majorEastAsia" w:hAnsiTheme="majorHAnsi" w:cstheme="majorBidi"/>
      <w:spacing w:val="-10"/>
      <w:kern w:val="28"/>
      <w:sz w:val="56"/>
      <w:szCs w:val="56"/>
    </w:rPr>
  </w:style>
  <w:style w:type="character" w:styleId="af5">
    <w:name w:val="FollowedHyperlink"/>
    <w:basedOn w:val="a2"/>
    <w:uiPriority w:val="99"/>
    <w:semiHidden/>
    <w:unhideWhenUsed/>
    <w:rsid w:val="008A18C1"/>
    <w:rPr>
      <w:color w:val="954F72" w:themeColor="followedHyperlink"/>
      <w:u w:val="single"/>
    </w:rPr>
  </w:style>
  <w:style w:type="numbering" w:customStyle="1" w:styleId="23">
    <w:name w:val="Нет списка2"/>
    <w:next w:val="a4"/>
    <w:uiPriority w:val="99"/>
    <w:semiHidden/>
    <w:unhideWhenUsed/>
    <w:rsid w:val="008A18C1"/>
  </w:style>
  <w:style w:type="paragraph" w:customStyle="1" w:styleId="31">
    <w:name w:val="3номер"/>
    <w:basedOn w:val="a1"/>
    <w:link w:val="34"/>
    <w:qFormat/>
    <w:rsid w:val="008A18C1"/>
    <w:pPr>
      <w:numPr>
        <w:numId w:val="48"/>
      </w:numPr>
      <w:tabs>
        <w:tab w:val="left" w:pos="0"/>
        <w:tab w:val="left" w:pos="851"/>
      </w:tabs>
      <w:spacing w:after="0" w:line="240" w:lineRule="auto"/>
      <w:jc w:val="both"/>
    </w:pPr>
    <w:rPr>
      <w:rFonts w:ascii="Times New Roman" w:eastAsia="Calibri" w:hAnsi="Times New Roman" w:cs="Times New Roman"/>
      <w:b/>
      <w:sz w:val="24"/>
      <w:szCs w:val="24"/>
    </w:rPr>
  </w:style>
  <w:style w:type="character" w:customStyle="1" w:styleId="34">
    <w:name w:val="3номер Знак"/>
    <w:link w:val="31"/>
    <w:rsid w:val="008A18C1"/>
    <w:rPr>
      <w:rFonts w:ascii="Times New Roman" w:eastAsia="Calibri" w:hAnsi="Times New Roman" w:cs="Times New Roman"/>
      <w:b/>
      <w:sz w:val="24"/>
      <w:szCs w:val="24"/>
    </w:rPr>
  </w:style>
  <w:style w:type="paragraph" w:customStyle="1" w:styleId="19">
    <w:name w:val="1"/>
    <w:basedOn w:val="a1"/>
    <w:link w:val="1a"/>
    <w:qFormat/>
    <w:rsid w:val="008A18C1"/>
    <w:pPr>
      <w:tabs>
        <w:tab w:val="left" w:pos="993"/>
      </w:tabs>
      <w:spacing w:after="0" w:line="240" w:lineRule="auto"/>
      <w:jc w:val="both"/>
    </w:pPr>
    <w:rPr>
      <w:rFonts w:ascii="Times New Roman" w:eastAsia="Times New Roman" w:hAnsi="Times New Roman" w:cs="Times New Roman"/>
      <w:bCs/>
      <w:sz w:val="24"/>
      <w:szCs w:val="28"/>
      <w:lang w:eastAsia="ru-RU"/>
    </w:rPr>
  </w:style>
  <w:style w:type="character" w:customStyle="1" w:styleId="1a">
    <w:name w:val="1 Знак"/>
    <w:link w:val="19"/>
    <w:rsid w:val="008A18C1"/>
    <w:rPr>
      <w:rFonts w:ascii="Times New Roman" w:eastAsia="Times New Roman" w:hAnsi="Times New Roman" w:cs="Times New Roman"/>
      <w:bCs/>
      <w:sz w:val="24"/>
      <w:szCs w:val="28"/>
      <w:lang w:eastAsia="ru-RU"/>
    </w:rPr>
  </w:style>
  <w:style w:type="paragraph" w:customStyle="1" w:styleId="1">
    <w:name w:val="1_Номер"/>
    <w:basedOn w:val="a5"/>
    <w:link w:val="1b"/>
    <w:qFormat/>
    <w:rsid w:val="008A18C1"/>
    <w:pPr>
      <w:numPr>
        <w:numId w:val="49"/>
      </w:numPr>
      <w:spacing w:after="0" w:line="240" w:lineRule="auto"/>
      <w:jc w:val="both"/>
    </w:pPr>
    <w:rPr>
      <w:rFonts w:ascii="Times New Roman" w:eastAsia="Calibri" w:hAnsi="Times New Roman" w:cs="Times New Roman"/>
      <w:b/>
      <w:sz w:val="24"/>
      <w:szCs w:val="24"/>
    </w:rPr>
  </w:style>
  <w:style w:type="character" w:customStyle="1" w:styleId="1b">
    <w:name w:val="1_Номер Знак"/>
    <w:link w:val="1"/>
    <w:rsid w:val="008A18C1"/>
    <w:rPr>
      <w:rFonts w:ascii="Times New Roman" w:eastAsia="Calibri" w:hAnsi="Times New Roman" w:cs="Times New Roman"/>
      <w:b/>
      <w:sz w:val="24"/>
      <w:szCs w:val="24"/>
    </w:rPr>
  </w:style>
  <w:style w:type="table" w:customStyle="1" w:styleId="1c">
    <w:name w:val="Сетка таблицы1"/>
    <w:basedOn w:val="a3"/>
    <w:next w:val="ab"/>
    <w:uiPriority w:val="59"/>
    <w:rsid w:val="008A18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2"/>
    <w:rsid w:val="008A18C1"/>
    <w:rPr>
      <w:rFonts w:ascii="TimesNewRomanPSMT" w:hAnsi="TimesNewRomanPSMT" w:hint="default"/>
      <w:b w:val="0"/>
      <w:bCs w:val="0"/>
      <w:i w:val="0"/>
      <w:iCs w:val="0"/>
      <w:color w:val="000000"/>
      <w:sz w:val="22"/>
      <w:szCs w:val="22"/>
    </w:rPr>
  </w:style>
  <w:style w:type="paragraph" w:customStyle="1" w:styleId="NoSpacing1">
    <w:name w:val="No Spacing1"/>
    <w:next w:val="af6"/>
    <w:link w:val="af7"/>
    <w:uiPriority w:val="1"/>
    <w:qFormat/>
    <w:rsid w:val="008A18C1"/>
    <w:pPr>
      <w:spacing w:after="0" w:line="240" w:lineRule="auto"/>
      <w:ind w:firstLine="284"/>
      <w:jc w:val="both"/>
    </w:pPr>
  </w:style>
  <w:style w:type="character" w:customStyle="1" w:styleId="af7">
    <w:name w:val="Без интервала Знак"/>
    <w:aliases w:val="основа Знак,No Spacing Знак"/>
    <w:basedOn w:val="a2"/>
    <w:link w:val="NoSpacing1"/>
    <w:rsid w:val="008A18C1"/>
    <w:rPr>
      <w:rFonts w:ascii="Calibri" w:eastAsia="Calibri" w:hAnsi="Calibri" w:cs="Times New Roman"/>
      <w:sz w:val="22"/>
      <w:szCs w:val="22"/>
      <w:lang w:eastAsia="en-US"/>
    </w:rPr>
  </w:style>
  <w:style w:type="paragraph" w:customStyle="1" w:styleId="ParagraphStyle">
    <w:name w:val="Paragraph Style"/>
    <w:rsid w:val="008A18C1"/>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Paragraph">
    <w:name w:val="Table Paragraph"/>
    <w:basedOn w:val="a1"/>
    <w:uiPriority w:val="1"/>
    <w:qFormat/>
    <w:rsid w:val="008A18C1"/>
    <w:pPr>
      <w:widowControl w:val="0"/>
      <w:autoSpaceDE w:val="0"/>
      <w:autoSpaceDN w:val="0"/>
      <w:spacing w:before="86" w:after="0" w:line="240" w:lineRule="auto"/>
      <w:ind w:left="76"/>
    </w:pPr>
    <w:rPr>
      <w:rFonts w:ascii="Times New Roman" w:eastAsia="Times New Roman" w:hAnsi="Times New Roman" w:cs="Times New Roman"/>
    </w:rPr>
  </w:style>
  <w:style w:type="character" w:customStyle="1" w:styleId="1d">
    <w:name w:val="Неразрешенное упоминание1"/>
    <w:basedOn w:val="a2"/>
    <w:uiPriority w:val="99"/>
    <w:semiHidden/>
    <w:unhideWhenUsed/>
    <w:rsid w:val="008A18C1"/>
    <w:rPr>
      <w:color w:val="605E5C"/>
      <w:shd w:val="clear" w:color="auto" w:fill="E1DFDD"/>
    </w:rPr>
  </w:style>
  <w:style w:type="paragraph" w:styleId="af8">
    <w:name w:val="Body Text"/>
    <w:basedOn w:val="a1"/>
    <w:link w:val="af9"/>
    <w:unhideWhenUsed/>
    <w:qFormat/>
    <w:rsid w:val="008A18C1"/>
    <w:pPr>
      <w:spacing w:after="120" w:line="240" w:lineRule="auto"/>
    </w:pPr>
    <w:rPr>
      <w:rFonts w:ascii="Times New Roman" w:eastAsia="Times New Roman" w:hAnsi="Times New Roman" w:cs="Times New Roman"/>
      <w:b/>
      <w:bCs/>
      <w:color w:val="000000"/>
      <w:sz w:val="20"/>
      <w:szCs w:val="34"/>
      <w:lang w:eastAsia="ru-RU"/>
    </w:rPr>
  </w:style>
  <w:style w:type="character" w:customStyle="1" w:styleId="af9">
    <w:name w:val="Основной текст Знак"/>
    <w:basedOn w:val="a2"/>
    <w:link w:val="af8"/>
    <w:rsid w:val="008A18C1"/>
    <w:rPr>
      <w:rFonts w:ascii="Times New Roman" w:eastAsia="Times New Roman" w:hAnsi="Times New Roman" w:cs="Times New Roman"/>
      <w:b/>
      <w:bCs/>
      <w:color w:val="000000"/>
      <w:sz w:val="20"/>
      <w:szCs w:val="34"/>
      <w:lang w:eastAsia="ru-RU"/>
    </w:rPr>
  </w:style>
  <w:style w:type="paragraph" w:styleId="af6">
    <w:name w:val="No Spacing"/>
    <w:aliases w:val="основа,No Spacing"/>
    <w:uiPriority w:val="1"/>
    <w:qFormat/>
    <w:rsid w:val="008A18C1"/>
    <w:pPr>
      <w:spacing w:after="0" w:line="240" w:lineRule="auto"/>
    </w:pPr>
  </w:style>
  <w:style w:type="table" w:customStyle="1" w:styleId="24">
    <w:name w:val="Сетка таблицы2"/>
    <w:basedOn w:val="a3"/>
    <w:next w:val="ab"/>
    <w:uiPriority w:val="39"/>
    <w:rsid w:val="00B928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2"/>
    <w:link w:val="5"/>
    <w:rsid w:val="00541C25"/>
    <w:rPr>
      <w:rFonts w:ascii="Cambria" w:eastAsia="Times New Roman" w:hAnsi="Cambria" w:cs="Times New Roman"/>
      <w:color w:val="243F60"/>
      <w:lang w:val="en-US"/>
    </w:rPr>
  </w:style>
  <w:style w:type="character" w:customStyle="1" w:styleId="60">
    <w:name w:val="Заголовок 6 Знак"/>
    <w:basedOn w:val="a2"/>
    <w:link w:val="6"/>
    <w:rsid w:val="00541C25"/>
    <w:rPr>
      <w:rFonts w:ascii="Cambria" w:eastAsia="Times New Roman" w:hAnsi="Cambria" w:cs="Times New Roman"/>
      <w:i/>
      <w:iCs/>
      <w:color w:val="243F60"/>
      <w:lang w:val="en-US"/>
    </w:rPr>
  </w:style>
  <w:style w:type="character" w:customStyle="1" w:styleId="70">
    <w:name w:val="Заголовок 7 Знак"/>
    <w:basedOn w:val="a2"/>
    <w:link w:val="7"/>
    <w:rsid w:val="00541C25"/>
    <w:rPr>
      <w:rFonts w:ascii="Cambria" w:eastAsia="Times New Roman" w:hAnsi="Cambria" w:cs="Times New Roman"/>
      <w:i/>
      <w:iCs/>
      <w:color w:val="404040"/>
      <w:lang w:val="en-US"/>
    </w:rPr>
  </w:style>
  <w:style w:type="character" w:customStyle="1" w:styleId="80">
    <w:name w:val="Заголовок 8 Знак"/>
    <w:basedOn w:val="a2"/>
    <w:link w:val="8"/>
    <w:rsid w:val="00541C25"/>
    <w:rPr>
      <w:rFonts w:ascii="Cambria" w:eastAsia="Times New Roman" w:hAnsi="Cambria" w:cs="Times New Roman"/>
      <w:color w:val="4F81BD"/>
      <w:sz w:val="20"/>
      <w:szCs w:val="20"/>
      <w:lang w:val="en-US"/>
    </w:rPr>
  </w:style>
  <w:style w:type="character" w:customStyle="1" w:styleId="90">
    <w:name w:val="Заголовок 9 Знак"/>
    <w:basedOn w:val="a2"/>
    <w:link w:val="9"/>
    <w:rsid w:val="00541C25"/>
    <w:rPr>
      <w:rFonts w:ascii="Cambria" w:eastAsia="Times New Roman" w:hAnsi="Cambria" w:cs="Times New Roman"/>
      <w:i/>
      <w:iCs/>
      <w:color w:val="404040"/>
      <w:sz w:val="20"/>
      <w:szCs w:val="20"/>
      <w:lang w:val="en-US"/>
    </w:rPr>
  </w:style>
  <w:style w:type="numbering" w:customStyle="1" w:styleId="35">
    <w:name w:val="Нет списка3"/>
    <w:next w:val="a4"/>
    <w:uiPriority w:val="99"/>
    <w:semiHidden/>
    <w:unhideWhenUsed/>
    <w:rsid w:val="00541C25"/>
  </w:style>
  <w:style w:type="table" w:customStyle="1" w:styleId="36">
    <w:name w:val="Сетка таблицы3"/>
    <w:basedOn w:val="a3"/>
    <w:next w:val="ab"/>
    <w:uiPriority w:val="59"/>
    <w:rsid w:val="00541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1"/>
    <w:link w:val="afb"/>
    <w:uiPriority w:val="99"/>
    <w:unhideWhenUsed/>
    <w:rsid w:val="00541C25"/>
    <w:pPr>
      <w:spacing w:after="0" w:line="240" w:lineRule="auto"/>
    </w:pPr>
    <w:rPr>
      <w:rFonts w:ascii="Segoe UI" w:hAnsi="Segoe UI" w:cs="Segoe UI"/>
      <w:sz w:val="18"/>
      <w:szCs w:val="18"/>
    </w:rPr>
  </w:style>
  <w:style w:type="character" w:customStyle="1" w:styleId="afb">
    <w:name w:val="Текст выноски Знак"/>
    <w:basedOn w:val="a2"/>
    <w:link w:val="afa"/>
    <w:uiPriority w:val="99"/>
    <w:rsid w:val="00541C25"/>
    <w:rPr>
      <w:rFonts w:ascii="Segoe UI" w:hAnsi="Segoe UI" w:cs="Segoe UI"/>
      <w:sz w:val="18"/>
      <w:szCs w:val="18"/>
    </w:rPr>
  </w:style>
  <w:style w:type="character" w:customStyle="1" w:styleId="25">
    <w:name w:val="Неразрешенное упоминание2"/>
    <w:basedOn w:val="a2"/>
    <w:uiPriority w:val="99"/>
    <w:semiHidden/>
    <w:unhideWhenUsed/>
    <w:rsid w:val="00541C25"/>
    <w:rPr>
      <w:color w:val="605E5C"/>
      <w:shd w:val="clear" w:color="auto" w:fill="E1DFDD"/>
    </w:rPr>
  </w:style>
  <w:style w:type="paragraph" w:customStyle="1" w:styleId="51">
    <w:name w:val="Заголовок 51"/>
    <w:basedOn w:val="a1"/>
    <w:next w:val="a1"/>
    <w:uiPriority w:val="9"/>
    <w:semiHidden/>
    <w:unhideWhenUsed/>
    <w:qFormat/>
    <w:rsid w:val="00541C25"/>
    <w:pPr>
      <w:keepNext/>
      <w:keepLines/>
      <w:spacing w:before="200" w:after="0" w:line="276" w:lineRule="auto"/>
      <w:outlineLvl w:val="4"/>
    </w:pPr>
    <w:rPr>
      <w:rFonts w:ascii="Cambria" w:eastAsia="Times New Roman" w:hAnsi="Cambria" w:cs="Times New Roman"/>
      <w:color w:val="243F60"/>
      <w:lang w:val="en-US"/>
    </w:rPr>
  </w:style>
  <w:style w:type="paragraph" w:customStyle="1" w:styleId="61">
    <w:name w:val="Заголовок 61"/>
    <w:basedOn w:val="a1"/>
    <w:next w:val="a1"/>
    <w:uiPriority w:val="9"/>
    <w:semiHidden/>
    <w:unhideWhenUsed/>
    <w:qFormat/>
    <w:rsid w:val="00541C25"/>
    <w:pPr>
      <w:keepNext/>
      <w:keepLines/>
      <w:spacing w:before="200" w:after="0" w:line="276" w:lineRule="auto"/>
      <w:outlineLvl w:val="5"/>
    </w:pPr>
    <w:rPr>
      <w:rFonts w:ascii="Cambria" w:eastAsia="Times New Roman" w:hAnsi="Cambria" w:cs="Times New Roman"/>
      <w:i/>
      <w:iCs/>
      <w:color w:val="243F60"/>
      <w:lang w:val="en-US"/>
    </w:rPr>
  </w:style>
  <w:style w:type="paragraph" w:customStyle="1" w:styleId="71">
    <w:name w:val="Заголовок 71"/>
    <w:basedOn w:val="a1"/>
    <w:next w:val="a1"/>
    <w:uiPriority w:val="9"/>
    <w:semiHidden/>
    <w:unhideWhenUsed/>
    <w:qFormat/>
    <w:rsid w:val="00541C25"/>
    <w:pPr>
      <w:keepNext/>
      <w:keepLines/>
      <w:spacing w:before="200" w:after="0" w:line="276" w:lineRule="auto"/>
      <w:outlineLvl w:val="6"/>
    </w:pPr>
    <w:rPr>
      <w:rFonts w:ascii="Cambria" w:eastAsia="Times New Roman" w:hAnsi="Cambria" w:cs="Times New Roman"/>
      <w:i/>
      <w:iCs/>
      <w:color w:val="404040"/>
      <w:lang w:val="en-US"/>
    </w:rPr>
  </w:style>
  <w:style w:type="paragraph" w:customStyle="1" w:styleId="81">
    <w:name w:val="Заголовок 81"/>
    <w:basedOn w:val="a1"/>
    <w:next w:val="a1"/>
    <w:uiPriority w:val="9"/>
    <w:semiHidden/>
    <w:unhideWhenUsed/>
    <w:qFormat/>
    <w:rsid w:val="00541C25"/>
    <w:pPr>
      <w:keepNext/>
      <w:keepLines/>
      <w:spacing w:before="200" w:after="0" w:line="276" w:lineRule="auto"/>
      <w:outlineLvl w:val="7"/>
    </w:pPr>
    <w:rPr>
      <w:rFonts w:ascii="Cambria" w:eastAsia="Times New Roman" w:hAnsi="Cambria" w:cs="Times New Roman"/>
      <w:color w:val="4F81BD"/>
      <w:sz w:val="20"/>
      <w:szCs w:val="20"/>
      <w:lang w:val="en-US"/>
    </w:rPr>
  </w:style>
  <w:style w:type="paragraph" w:customStyle="1" w:styleId="91">
    <w:name w:val="Заголовок 91"/>
    <w:basedOn w:val="a1"/>
    <w:next w:val="a1"/>
    <w:uiPriority w:val="9"/>
    <w:semiHidden/>
    <w:unhideWhenUsed/>
    <w:qFormat/>
    <w:rsid w:val="00541C25"/>
    <w:pPr>
      <w:keepNext/>
      <w:keepLines/>
      <w:spacing w:before="200" w:after="0" w:line="276" w:lineRule="auto"/>
      <w:outlineLvl w:val="8"/>
    </w:pPr>
    <w:rPr>
      <w:rFonts w:ascii="Cambria" w:eastAsia="Times New Roman" w:hAnsi="Cambria" w:cs="Times New Roman"/>
      <w:i/>
      <w:iCs/>
      <w:color w:val="404040"/>
      <w:sz w:val="20"/>
      <w:szCs w:val="20"/>
      <w:lang w:val="en-US"/>
    </w:rPr>
  </w:style>
  <w:style w:type="numbering" w:customStyle="1" w:styleId="112">
    <w:name w:val="Нет списка11"/>
    <w:next w:val="a4"/>
    <w:uiPriority w:val="99"/>
    <w:semiHidden/>
    <w:unhideWhenUsed/>
    <w:rsid w:val="00541C25"/>
  </w:style>
  <w:style w:type="paragraph" w:customStyle="1" w:styleId="1e">
    <w:name w:val="Заголовок1"/>
    <w:basedOn w:val="a1"/>
    <w:next w:val="a1"/>
    <w:uiPriority w:val="10"/>
    <w:qFormat/>
    <w:rsid w:val="00541C2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paragraph" w:styleId="26">
    <w:name w:val="Body Text 2"/>
    <w:basedOn w:val="a1"/>
    <w:link w:val="27"/>
    <w:uiPriority w:val="99"/>
    <w:unhideWhenUsed/>
    <w:rsid w:val="00541C25"/>
    <w:pPr>
      <w:spacing w:after="120" w:line="480" w:lineRule="auto"/>
    </w:pPr>
    <w:rPr>
      <w:rFonts w:eastAsia="Times New Roman"/>
      <w:lang w:val="en-US"/>
    </w:rPr>
  </w:style>
  <w:style w:type="character" w:customStyle="1" w:styleId="27">
    <w:name w:val="Основной текст 2 Знак"/>
    <w:basedOn w:val="a2"/>
    <w:link w:val="26"/>
    <w:uiPriority w:val="99"/>
    <w:rsid w:val="00541C25"/>
    <w:rPr>
      <w:rFonts w:eastAsia="Times New Roman"/>
      <w:lang w:val="en-US"/>
    </w:rPr>
  </w:style>
  <w:style w:type="paragraph" w:styleId="37">
    <w:name w:val="Body Text 3"/>
    <w:basedOn w:val="a1"/>
    <w:link w:val="38"/>
    <w:unhideWhenUsed/>
    <w:rsid w:val="00541C25"/>
    <w:pPr>
      <w:spacing w:after="120" w:line="276" w:lineRule="auto"/>
    </w:pPr>
    <w:rPr>
      <w:rFonts w:eastAsia="Times New Roman"/>
      <w:sz w:val="16"/>
      <w:szCs w:val="16"/>
      <w:lang w:val="en-US"/>
    </w:rPr>
  </w:style>
  <w:style w:type="character" w:customStyle="1" w:styleId="38">
    <w:name w:val="Основной текст 3 Знак"/>
    <w:basedOn w:val="a2"/>
    <w:link w:val="37"/>
    <w:rsid w:val="00541C25"/>
    <w:rPr>
      <w:rFonts w:eastAsia="Times New Roman"/>
      <w:sz w:val="16"/>
      <w:szCs w:val="16"/>
      <w:lang w:val="en-US"/>
    </w:rPr>
  </w:style>
  <w:style w:type="paragraph" w:styleId="afc">
    <w:name w:val="List"/>
    <w:basedOn w:val="a1"/>
    <w:uiPriority w:val="99"/>
    <w:unhideWhenUsed/>
    <w:rsid w:val="00541C25"/>
    <w:pPr>
      <w:spacing w:after="200" w:line="276" w:lineRule="auto"/>
      <w:ind w:left="360" w:hanging="360"/>
      <w:contextualSpacing/>
    </w:pPr>
    <w:rPr>
      <w:rFonts w:eastAsia="Times New Roman"/>
      <w:lang w:val="en-US"/>
    </w:rPr>
  </w:style>
  <w:style w:type="paragraph" w:styleId="28">
    <w:name w:val="List 2"/>
    <w:basedOn w:val="a1"/>
    <w:uiPriority w:val="99"/>
    <w:unhideWhenUsed/>
    <w:rsid w:val="00541C25"/>
    <w:pPr>
      <w:spacing w:after="200" w:line="276" w:lineRule="auto"/>
      <w:ind w:left="720" w:hanging="360"/>
      <w:contextualSpacing/>
    </w:pPr>
    <w:rPr>
      <w:rFonts w:eastAsia="Times New Roman"/>
      <w:lang w:val="en-US"/>
    </w:rPr>
  </w:style>
  <w:style w:type="paragraph" w:styleId="39">
    <w:name w:val="List 3"/>
    <w:basedOn w:val="a1"/>
    <w:uiPriority w:val="99"/>
    <w:unhideWhenUsed/>
    <w:rsid w:val="00541C25"/>
    <w:pPr>
      <w:spacing w:after="200" w:line="276" w:lineRule="auto"/>
      <w:ind w:left="1080" w:hanging="360"/>
      <w:contextualSpacing/>
    </w:pPr>
    <w:rPr>
      <w:rFonts w:eastAsia="Times New Roman"/>
      <w:lang w:val="en-US"/>
    </w:rPr>
  </w:style>
  <w:style w:type="paragraph" w:styleId="a0">
    <w:name w:val="List Bullet"/>
    <w:basedOn w:val="a1"/>
    <w:uiPriority w:val="99"/>
    <w:unhideWhenUsed/>
    <w:rsid w:val="00541C25"/>
    <w:pPr>
      <w:numPr>
        <w:numId w:val="69"/>
      </w:numPr>
      <w:tabs>
        <w:tab w:val="clear" w:pos="360"/>
      </w:tabs>
      <w:spacing w:after="200" w:line="276" w:lineRule="auto"/>
      <w:ind w:left="720"/>
      <w:contextualSpacing/>
    </w:pPr>
    <w:rPr>
      <w:rFonts w:eastAsia="Times New Roman"/>
      <w:lang w:val="en-US"/>
    </w:rPr>
  </w:style>
  <w:style w:type="paragraph" w:styleId="20">
    <w:name w:val="List Bullet 2"/>
    <w:basedOn w:val="a1"/>
    <w:uiPriority w:val="99"/>
    <w:unhideWhenUsed/>
    <w:rsid w:val="00541C25"/>
    <w:pPr>
      <w:numPr>
        <w:numId w:val="70"/>
      </w:numPr>
      <w:tabs>
        <w:tab w:val="clear" w:pos="720"/>
      </w:tabs>
      <w:spacing w:after="200" w:line="276" w:lineRule="auto"/>
      <w:ind w:left="644"/>
      <w:contextualSpacing/>
    </w:pPr>
    <w:rPr>
      <w:rFonts w:eastAsia="Times New Roman"/>
      <w:lang w:val="en-US"/>
    </w:rPr>
  </w:style>
  <w:style w:type="paragraph" w:styleId="30">
    <w:name w:val="List Bullet 3"/>
    <w:basedOn w:val="a1"/>
    <w:uiPriority w:val="99"/>
    <w:unhideWhenUsed/>
    <w:rsid w:val="00541C25"/>
    <w:pPr>
      <w:numPr>
        <w:numId w:val="71"/>
      </w:numPr>
      <w:tabs>
        <w:tab w:val="clear" w:pos="1080"/>
      </w:tabs>
      <w:spacing w:after="200" w:line="276" w:lineRule="auto"/>
      <w:ind w:left="644"/>
      <w:contextualSpacing/>
    </w:pPr>
    <w:rPr>
      <w:rFonts w:eastAsia="Times New Roman"/>
      <w:lang w:val="en-US"/>
    </w:rPr>
  </w:style>
  <w:style w:type="paragraph" w:styleId="a">
    <w:name w:val="List Number"/>
    <w:basedOn w:val="a1"/>
    <w:uiPriority w:val="99"/>
    <w:unhideWhenUsed/>
    <w:rsid w:val="00541C25"/>
    <w:pPr>
      <w:numPr>
        <w:numId w:val="72"/>
      </w:numPr>
      <w:tabs>
        <w:tab w:val="clear" w:pos="360"/>
      </w:tabs>
      <w:spacing w:after="200" w:line="276" w:lineRule="auto"/>
      <w:ind w:left="644"/>
      <w:contextualSpacing/>
    </w:pPr>
    <w:rPr>
      <w:rFonts w:eastAsia="Times New Roman"/>
      <w:lang w:val="en-US"/>
    </w:rPr>
  </w:style>
  <w:style w:type="paragraph" w:styleId="2">
    <w:name w:val="List Number 2"/>
    <w:basedOn w:val="a1"/>
    <w:uiPriority w:val="99"/>
    <w:unhideWhenUsed/>
    <w:rsid w:val="00541C25"/>
    <w:pPr>
      <w:numPr>
        <w:numId w:val="73"/>
      </w:numPr>
      <w:tabs>
        <w:tab w:val="clear" w:pos="720"/>
      </w:tabs>
      <w:spacing w:after="200" w:line="276" w:lineRule="auto"/>
      <w:ind w:left="644"/>
      <w:contextualSpacing/>
    </w:pPr>
    <w:rPr>
      <w:rFonts w:eastAsia="Times New Roman"/>
      <w:lang w:val="en-US"/>
    </w:rPr>
  </w:style>
  <w:style w:type="paragraph" w:styleId="3">
    <w:name w:val="List Number 3"/>
    <w:basedOn w:val="a1"/>
    <w:uiPriority w:val="99"/>
    <w:unhideWhenUsed/>
    <w:rsid w:val="00541C25"/>
    <w:pPr>
      <w:numPr>
        <w:numId w:val="74"/>
      </w:numPr>
      <w:tabs>
        <w:tab w:val="clear" w:pos="1080"/>
      </w:tabs>
      <w:spacing w:after="200" w:line="276" w:lineRule="auto"/>
      <w:ind w:left="501"/>
      <w:contextualSpacing/>
    </w:pPr>
    <w:rPr>
      <w:rFonts w:eastAsia="Times New Roman"/>
      <w:lang w:val="en-US"/>
    </w:rPr>
  </w:style>
  <w:style w:type="paragraph" w:styleId="afd">
    <w:name w:val="List Continue"/>
    <w:basedOn w:val="a1"/>
    <w:uiPriority w:val="99"/>
    <w:unhideWhenUsed/>
    <w:rsid w:val="00541C25"/>
    <w:pPr>
      <w:spacing w:after="120" w:line="276" w:lineRule="auto"/>
      <w:ind w:left="360"/>
      <w:contextualSpacing/>
    </w:pPr>
    <w:rPr>
      <w:rFonts w:eastAsia="Times New Roman"/>
      <w:lang w:val="en-US"/>
    </w:rPr>
  </w:style>
  <w:style w:type="paragraph" w:styleId="29">
    <w:name w:val="List Continue 2"/>
    <w:basedOn w:val="a1"/>
    <w:uiPriority w:val="99"/>
    <w:unhideWhenUsed/>
    <w:rsid w:val="00541C25"/>
    <w:pPr>
      <w:spacing w:after="120" w:line="276" w:lineRule="auto"/>
      <w:ind w:left="720"/>
      <w:contextualSpacing/>
    </w:pPr>
    <w:rPr>
      <w:rFonts w:eastAsia="Times New Roman"/>
      <w:lang w:val="en-US"/>
    </w:rPr>
  </w:style>
  <w:style w:type="paragraph" w:styleId="3a">
    <w:name w:val="List Continue 3"/>
    <w:basedOn w:val="a1"/>
    <w:uiPriority w:val="99"/>
    <w:unhideWhenUsed/>
    <w:rsid w:val="00541C25"/>
    <w:pPr>
      <w:spacing w:after="120" w:line="276" w:lineRule="auto"/>
      <w:ind w:left="1080"/>
      <w:contextualSpacing/>
    </w:pPr>
    <w:rPr>
      <w:rFonts w:eastAsia="Times New Roman"/>
      <w:lang w:val="en-US"/>
    </w:rPr>
  </w:style>
  <w:style w:type="paragraph" w:customStyle="1" w:styleId="1f">
    <w:name w:val="Текст макроса1"/>
    <w:next w:val="afe"/>
    <w:link w:val="aff"/>
    <w:uiPriority w:val="99"/>
    <w:unhideWhenUsed/>
    <w:rsid w:val="00541C25"/>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sz w:val="20"/>
      <w:szCs w:val="20"/>
      <w:lang w:val="en-US"/>
    </w:rPr>
  </w:style>
  <w:style w:type="character" w:customStyle="1" w:styleId="aff">
    <w:name w:val="Текст макроса Знак"/>
    <w:basedOn w:val="a2"/>
    <w:link w:val="1f"/>
    <w:uiPriority w:val="99"/>
    <w:rsid w:val="00541C25"/>
    <w:rPr>
      <w:rFonts w:ascii="Courier" w:eastAsia="Times New Roman" w:hAnsi="Courier"/>
      <w:sz w:val="20"/>
      <w:szCs w:val="20"/>
      <w:lang w:val="en-US"/>
    </w:rPr>
  </w:style>
  <w:style w:type="paragraph" w:customStyle="1" w:styleId="213">
    <w:name w:val="Цитата 21"/>
    <w:basedOn w:val="a1"/>
    <w:next w:val="a1"/>
    <w:uiPriority w:val="29"/>
    <w:qFormat/>
    <w:rsid w:val="00541C25"/>
    <w:pPr>
      <w:spacing w:after="200" w:line="276" w:lineRule="auto"/>
    </w:pPr>
    <w:rPr>
      <w:rFonts w:eastAsia="Times New Roman"/>
      <w:i/>
      <w:iCs/>
      <w:color w:val="000000"/>
      <w:lang w:val="en-US"/>
    </w:rPr>
  </w:style>
  <w:style w:type="character" w:customStyle="1" w:styleId="2a">
    <w:name w:val="Цитата 2 Знак"/>
    <w:basedOn w:val="a2"/>
    <w:link w:val="2b"/>
    <w:uiPriority w:val="29"/>
    <w:rsid w:val="00541C25"/>
    <w:rPr>
      <w:rFonts w:eastAsia="Times New Roman"/>
      <w:i/>
      <w:iCs/>
      <w:color w:val="000000"/>
      <w:lang w:val="en-US"/>
    </w:rPr>
  </w:style>
  <w:style w:type="paragraph" w:customStyle="1" w:styleId="1f0">
    <w:name w:val="Выделенная цитата1"/>
    <w:basedOn w:val="a1"/>
    <w:next w:val="a1"/>
    <w:uiPriority w:val="30"/>
    <w:qFormat/>
    <w:rsid w:val="00541C25"/>
    <w:pPr>
      <w:pBdr>
        <w:bottom w:val="single" w:sz="4" w:space="4" w:color="4F81BD"/>
      </w:pBdr>
      <w:spacing w:before="200" w:after="280" w:line="276" w:lineRule="auto"/>
      <w:ind w:left="936" w:right="936"/>
    </w:pPr>
    <w:rPr>
      <w:rFonts w:eastAsia="Times New Roman"/>
      <w:b/>
      <w:bCs/>
      <w:i/>
      <w:iCs/>
      <w:color w:val="4F81BD"/>
      <w:lang w:val="en-US"/>
    </w:rPr>
  </w:style>
  <w:style w:type="character" w:customStyle="1" w:styleId="aff0">
    <w:name w:val="Выделенная цитата Знак"/>
    <w:basedOn w:val="a2"/>
    <w:link w:val="aff1"/>
    <w:uiPriority w:val="30"/>
    <w:rsid w:val="00541C25"/>
    <w:rPr>
      <w:rFonts w:eastAsia="Times New Roman"/>
      <w:b/>
      <w:bCs/>
      <w:i/>
      <w:iCs/>
      <w:color w:val="4F81BD"/>
      <w:lang w:val="en-US"/>
    </w:rPr>
  </w:style>
  <w:style w:type="character" w:customStyle="1" w:styleId="1f1">
    <w:name w:val="Слабое выделение1"/>
    <w:basedOn w:val="a2"/>
    <w:uiPriority w:val="19"/>
    <w:qFormat/>
    <w:rsid w:val="00541C25"/>
    <w:rPr>
      <w:i/>
      <w:iCs/>
      <w:color w:val="808080"/>
    </w:rPr>
  </w:style>
  <w:style w:type="character" w:customStyle="1" w:styleId="1f2">
    <w:name w:val="Сильное выделение1"/>
    <w:basedOn w:val="a2"/>
    <w:uiPriority w:val="21"/>
    <w:qFormat/>
    <w:rsid w:val="00541C25"/>
    <w:rPr>
      <w:b/>
      <w:bCs/>
      <w:i/>
      <w:iCs/>
      <w:color w:val="4F81BD"/>
    </w:rPr>
  </w:style>
  <w:style w:type="character" w:customStyle="1" w:styleId="1f3">
    <w:name w:val="Слабая ссылка1"/>
    <w:basedOn w:val="a2"/>
    <w:uiPriority w:val="31"/>
    <w:qFormat/>
    <w:rsid w:val="00541C25"/>
    <w:rPr>
      <w:smallCaps/>
      <w:color w:val="C0504D"/>
      <w:u w:val="single"/>
    </w:rPr>
  </w:style>
  <w:style w:type="character" w:customStyle="1" w:styleId="1f4">
    <w:name w:val="Сильная ссылка1"/>
    <w:basedOn w:val="a2"/>
    <w:uiPriority w:val="32"/>
    <w:qFormat/>
    <w:rsid w:val="00541C25"/>
    <w:rPr>
      <w:b/>
      <w:bCs/>
      <w:smallCaps/>
      <w:color w:val="C0504D"/>
      <w:spacing w:val="5"/>
      <w:u w:val="single"/>
    </w:rPr>
  </w:style>
  <w:style w:type="character" w:styleId="aff2">
    <w:name w:val="Book Title"/>
    <w:basedOn w:val="a2"/>
    <w:uiPriority w:val="33"/>
    <w:qFormat/>
    <w:rsid w:val="00541C25"/>
    <w:rPr>
      <w:b/>
      <w:bCs/>
      <w:smallCaps/>
      <w:spacing w:val="5"/>
    </w:rPr>
  </w:style>
  <w:style w:type="paragraph" w:styleId="aff3">
    <w:name w:val="TOC Heading"/>
    <w:basedOn w:val="10"/>
    <w:next w:val="a1"/>
    <w:uiPriority w:val="39"/>
    <w:semiHidden/>
    <w:unhideWhenUsed/>
    <w:qFormat/>
    <w:rsid w:val="00541C25"/>
    <w:pPr>
      <w:spacing w:before="480" w:line="276" w:lineRule="auto"/>
      <w:outlineLvl w:val="9"/>
    </w:pPr>
  </w:style>
  <w:style w:type="table" w:customStyle="1" w:styleId="113">
    <w:name w:val="Сетка таблицы11"/>
    <w:basedOn w:val="a3"/>
    <w:next w:val="ab"/>
    <w:uiPriority w:val="59"/>
    <w:rsid w:val="00541C25"/>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ветлая заливка1"/>
    <w:basedOn w:val="a3"/>
    <w:next w:val="aff4"/>
    <w:uiPriority w:val="60"/>
    <w:rsid w:val="00541C25"/>
    <w:pPr>
      <w:spacing w:after="0" w:line="240" w:lineRule="auto"/>
    </w:pPr>
    <w:rPr>
      <w:rFonts w:eastAsia="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541C25"/>
    <w:pPr>
      <w:spacing w:after="0" w:line="240" w:lineRule="auto"/>
    </w:pPr>
    <w:rPr>
      <w:rFonts w:eastAsia="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541C25"/>
    <w:pPr>
      <w:spacing w:after="0" w:line="240" w:lineRule="auto"/>
    </w:pPr>
    <w:rPr>
      <w:rFonts w:eastAsia="Times New Roman"/>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541C25"/>
    <w:pPr>
      <w:spacing w:after="0" w:line="240" w:lineRule="auto"/>
    </w:pPr>
    <w:rPr>
      <w:rFonts w:eastAsia="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541C25"/>
    <w:pPr>
      <w:spacing w:after="0" w:line="240" w:lineRule="auto"/>
    </w:pPr>
    <w:rPr>
      <w:rFonts w:eastAsia="Times New Roman"/>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541C25"/>
    <w:pPr>
      <w:spacing w:after="0" w:line="240" w:lineRule="auto"/>
    </w:pPr>
    <w:rPr>
      <w:rFonts w:eastAsia="Times New Roman"/>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541C25"/>
    <w:pPr>
      <w:spacing w:after="0" w:line="240" w:lineRule="auto"/>
    </w:pPr>
    <w:rPr>
      <w:rFonts w:eastAsia="Times New Roman"/>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6">
    <w:name w:val="Светлый список1"/>
    <w:basedOn w:val="a3"/>
    <w:next w:val="aff5"/>
    <w:uiPriority w:val="61"/>
    <w:rsid w:val="00541C25"/>
    <w:pPr>
      <w:spacing w:after="0" w:line="240" w:lineRule="auto"/>
    </w:pPr>
    <w:rPr>
      <w:rFonts w:eastAsia="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541C25"/>
    <w:pPr>
      <w:spacing w:after="0" w:line="240" w:lineRule="auto"/>
    </w:pPr>
    <w:rPr>
      <w:rFonts w:eastAsia="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541C25"/>
    <w:pPr>
      <w:spacing w:after="0" w:line="240" w:lineRule="auto"/>
    </w:pPr>
    <w:rPr>
      <w:rFonts w:eastAsia="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541C25"/>
    <w:pPr>
      <w:spacing w:after="0" w:line="240" w:lineRule="auto"/>
    </w:pPr>
    <w:rPr>
      <w:rFonts w:eastAsia="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541C25"/>
    <w:pPr>
      <w:spacing w:after="0" w:line="240" w:lineRule="auto"/>
    </w:pPr>
    <w:rPr>
      <w:rFonts w:eastAsia="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541C25"/>
    <w:pPr>
      <w:spacing w:after="0" w:line="240" w:lineRule="auto"/>
    </w:pPr>
    <w:rPr>
      <w:rFonts w:eastAsia="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541C25"/>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7">
    <w:name w:val="Светлая сетка1"/>
    <w:basedOn w:val="a3"/>
    <w:next w:val="aff6"/>
    <w:uiPriority w:val="62"/>
    <w:rsid w:val="00541C25"/>
    <w:pPr>
      <w:spacing w:after="0" w:line="240" w:lineRule="auto"/>
    </w:pPr>
    <w:rPr>
      <w:rFonts w:eastAsia="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541C25"/>
    <w:pPr>
      <w:spacing w:after="0" w:line="240" w:lineRule="auto"/>
    </w:pPr>
    <w:rPr>
      <w:rFonts w:eastAsia="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541C25"/>
    <w:pPr>
      <w:spacing w:after="0" w:line="240" w:lineRule="auto"/>
    </w:pPr>
    <w:rPr>
      <w:rFonts w:eastAsia="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541C25"/>
    <w:pPr>
      <w:spacing w:after="0" w:line="240" w:lineRule="auto"/>
    </w:pPr>
    <w:rPr>
      <w:rFonts w:eastAsia="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541C25"/>
    <w:pPr>
      <w:spacing w:after="0" w:line="240" w:lineRule="auto"/>
    </w:pPr>
    <w:rPr>
      <w:rFonts w:eastAsia="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541C25"/>
    <w:pPr>
      <w:spacing w:after="0" w:line="240" w:lineRule="auto"/>
    </w:pPr>
    <w:rPr>
      <w:rFonts w:eastAsia="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541C25"/>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4">
    <w:name w:val="Средняя заливка 11"/>
    <w:basedOn w:val="a3"/>
    <w:next w:val="1f8"/>
    <w:uiPriority w:val="63"/>
    <w:rsid w:val="00541C25"/>
    <w:pPr>
      <w:spacing w:after="0" w:line="240" w:lineRule="auto"/>
    </w:pPr>
    <w:rPr>
      <w:rFonts w:eastAsia="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541C25"/>
    <w:pPr>
      <w:spacing w:after="0" w:line="240" w:lineRule="auto"/>
    </w:pPr>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541C25"/>
    <w:pPr>
      <w:spacing w:after="0" w:line="240" w:lineRule="auto"/>
    </w:pPr>
    <w:rPr>
      <w:rFonts w:eastAsia="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541C25"/>
    <w:pPr>
      <w:spacing w:after="0" w:line="240" w:lineRule="auto"/>
    </w:pPr>
    <w:rPr>
      <w:rFonts w:eastAsia="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541C25"/>
    <w:pPr>
      <w:spacing w:after="0" w:line="240" w:lineRule="auto"/>
    </w:pPr>
    <w:rPr>
      <w:rFonts w:eastAsia="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541C25"/>
    <w:pPr>
      <w:spacing w:after="0" w:line="240" w:lineRule="auto"/>
    </w:pPr>
    <w:rPr>
      <w:rFonts w:eastAsia="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541C25"/>
    <w:pPr>
      <w:spacing w:after="0" w:line="240" w:lineRule="auto"/>
    </w:pPr>
    <w:rPr>
      <w:rFonts w:eastAsia="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4">
    <w:name w:val="Средняя заливка 21"/>
    <w:basedOn w:val="a3"/>
    <w:next w:val="2c"/>
    <w:uiPriority w:val="64"/>
    <w:rsid w:val="00541C25"/>
    <w:pPr>
      <w:spacing w:after="0" w:line="240" w:lineRule="auto"/>
    </w:pPr>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541C25"/>
    <w:pPr>
      <w:spacing w:after="0" w:line="240" w:lineRule="auto"/>
    </w:pPr>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541C25"/>
    <w:pPr>
      <w:spacing w:after="0" w:line="240" w:lineRule="auto"/>
    </w:pPr>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541C25"/>
    <w:pPr>
      <w:spacing w:after="0" w:line="240" w:lineRule="auto"/>
    </w:pPr>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541C25"/>
    <w:pPr>
      <w:spacing w:after="0" w:line="240" w:lineRule="auto"/>
    </w:pPr>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541C25"/>
    <w:pPr>
      <w:spacing w:after="0" w:line="240" w:lineRule="auto"/>
    </w:pPr>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541C25"/>
    <w:pPr>
      <w:spacing w:after="0" w:line="240" w:lineRule="auto"/>
    </w:pPr>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
    <w:name w:val="Средний список 11"/>
    <w:basedOn w:val="a3"/>
    <w:next w:val="1f9"/>
    <w:uiPriority w:val="65"/>
    <w:rsid w:val="00541C25"/>
    <w:pPr>
      <w:spacing w:after="0" w:line="240" w:lineRule="auto"/>
    </w:pPr>
    <w:rPr>
      <w:rFonts w:eastAsia="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541C25"/>
    <w:pPr>
      <w:spacing w:after="0" w:line="240" w:lineRule="auto"/>
    </w:pPr>
    <w:rPr>
      <w:rFonts w:eastAsia="Times New Roman"/>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541C25"/>
    <w:pPr>
      <w:spacing w:after="0" w:line="240" w:lineRule="auto"/>
    </w:pPr>
    <w:rPr>
      <w:rFonts w:eastAsia="Times New Roman"/>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541C25"/>
    <w:pPr>
      <w:spacing w:after="0" w:line="240" w:lineRule="auto"/>
    </w:pPr>
    <w:rPr>
      <w:rFonts w:eastAsia="Times New Roman"/>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541C25"/>
    <w:pPr>
      <w:spacing w:after="0" w:line="240" w:lineRule="auto"/>
    </w:pPr>
    <w:rPr>
      <w:rFonts w:eastAsia="Times New Roman"/>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541C25"/>
    <w:pPr>
      <w:spacing w:after="0" w:line="240" w:lineRule="auto"/>
    </w:pPr>
    <w:rPr>
      <w:rFonts w:eastAsia="Times New Roman"/>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541C25"/>
    <w:pPr>
      <w:spacing w:after="0" w:line="240" w:lineRule="auto"/>
    </w:pPr>
    <w:rPr>
      <w:rFonts w:eastAsia="Times New Roman"/>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5">
    <w:name w:val="Средний список 21"/>
    <w:basedOn w:val="a3"/>
    <w:next w:val="2d"/>
    <w:uiPriority w:val="66"/>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6">
    <w:name w:val="Средняя сетка 11"/>
    <w:basedOn w:val="a3"/>
    <w:next w:val="1fa"/>
    <w:uiPriority w:val="67"/>
    <w:rsid w:val="00541C25"/>
    <w:pPr>
      <w:spacing w:after="0" w:line="240" w:lineRule="auto"/>
    </w:pPr>
    <w:rPr>
      <w:rFonts w:eastAsia="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541C25"/>
    <w:pPr>
      <w:spacing w:after="0" w:line="240" w:lineRule="auto"/>
    </w:pPr>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541C25"/>
    <w:pPr>
      <w:spacing w:after="0" w:line="240" w:lineRule="auto"/>
    </w:pPr>
    <w:rPr>
      <w:rFonts w:eastAsia="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541C25"/>
    <w:pPr>
      <w:spacing w:after="0" w:line="240" w:lineRule="auto"/>
    </w:pPr>
    <w:rPr>
      <w:rFonts w:eastAsia="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541C25"/>
    <w:pPr>
      <w:spacing w:after="0" w:line="240" w:lineRule="auto"/>
    </w:pPr>
    <w:rPr>
      <w:rFonts w:eastAsia="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541C25"/>
    <w:pPr>
      <w:spacing w:after="0" w:line="240" w:lineRule="auto"/>
    </w:pPr>
    <w:rPr>
      <w:rFonts w:eastAsia="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541C25"/>
    <w:pPr>
      <w:spacing w:after="0" w:line="240" w:lineRule="auto"/>
    </w:pPr>
    <w:rPr>
      <w:rFonts w:eastAsia="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6">
    <w:name w:val="Средняя сетка 21"/>
    <w:basedOn w:val="a3"/>
    <w:next w:val="2e"/>
    <w:uiPriority w:val="68"/>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541C25"/>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2">
    <w:name w:val="Средняя сетка 31"/>
    <w:basedOn w:val="a3"/>
    <w:next w:val="3b"/>
    <w:uiPriority w:val="69"/>
    <w:rsid w:val="00541C25"/>
    <w:pPr>
      <w:spacing w:after="0" w:line="240" w:lineRule="auto"/>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541C25"/>
    <w:pPr>
      <w:spacing w:after="0" w:line="240" w:lineRule="auto"/>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541C25"/>
    <w:pPr>
      <w:spacing w:after="0" w:line="240" w:lineRule="auto"/>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541C25"/>
    <w:pPr>
      <w:spacing w:after="0" w:line="240" w:lineRule="auto"/>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541C25"/>
    <w:pPr>
      <w:spacing w:after="0" w:line="240" w:lineRule="auto"/>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541C25"/>
    <w:pPr>
      <w:spacing w:after="0" w:line="240" w:lineRule="auto"/>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541C25"/>
    <w:pPr>
      <w:spacing w:after="0" w:line="240" w:lineRule="auto"/>
    </w:pPr>
    <w:rPr>
      <w:rFonts w:eastAsia="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b">
    <w:name w:val="Темный список1"/>
    <w:basedOn w:val="a3"/>
    <w:next w:val="aff7"/>
    <w:uiPriority w:val="70"/>
    <w:rsid w:val="00541C25"/>
    <w:pPr>
      <w:spacing w:after="0" w:line="240" w:lineRule="auto"/>
    </w:pPr>
    <w:rPr>
      <w:rFonts w:eastAsia="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541C25"/>
    <w:pPr>
      <w:spacing w:after="0" w:line="240" w:lineRule="auto"/>
    </w:pPr>
    <w:rPr>
      <w:rFonts w:eastAsia="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541C25"/>
    <w:pPr>
      <w:spacing w:after="0" w:line="240" w:lineRule="auto"/>
    </w:pPr>
    <w:rPr>
      <w:rFonts w:eastAsia="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541C25"/>
    <w:pPr>
      <w:spacing w:after="0" w:line="240" w:lineRule="auto"/>
    </w:pPr>
    <w:rPr>
      <w:rFonts w:eastAsia="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541C25"/>
    <w:pPr>
      <w:spacing w:after="0" w:line="240" w:lineRule="auto"/>
    </w:pPr>
    <w:rPr>
      <w:rFonts w:eastAsia="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541C25"/>
    <w:pPr>
      <w:spacing w:after="0" w:line="240" w:lineRule="auto"/>
    </w:pPr>
    <w:rPr>
      <w:rFonts w:eastAsia="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541C25"/>
    <w:pPr>
      <w:spacing w:after="0" w:line="240" w:lineRule="auto"/>
    </w:pPr>
    <w:rPr>
      <w:rFonts w:eastAsia="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c">
    <w:name w:val="Цветная заливка1"/>
    <w:basedOn w:val="a3"/>
    <w:next w:val="aff8"/>
    <w:uiPriority w:val="71"/>
    <w:rsid w:val="00541C25"/>
    <w:pPr>
      <w:spacing w:after="0" w:line="240" w:lineRule="auto"/>
    </w:pPr>
    <w:rPr>
      <w:rFonts w:eastAsia="Times New Roman"/>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541C25"/>
    <w:pPr>
      <w:spacing w:after="0" w:line="240" w:lineRule="auto"/>
    </w:pPr>
    <w:rPr>
      <w:rFonts w:eastAsia="Times New Roman"/>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541C25"/>
    <w:pPr>
      <w:spacing w:after="0" w:line="240" w:lineRule="auto"/>
    </w:pPr>
    <w:rPr>
      <w:rFonts w:eastAsia="Times New Roman"/>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541C25"/>
    <w:pPr>
      <w:spacing w:after="0" w:line="240" w:lineRule="auto"/>
    </w:pPr>
    <w:rPr>
      <w:rFonts w:eastAsia="Times New Roman"/>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541C25"/>
    <w:pPr>
      <w:spacing w:after="0" w:line="240" w:lineRule="auto"/>
    </w:pPr>
    <w:rPr>
      <w:rFonts w:eastAsia="Times New Roman"/>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541C25"/>
    <w:pPr>
      <w:spacing w:after="0" w:line="240" w:lineRule="auto"/>
    </w:pPr>
    <w:rPr>
      <w:rFonts w:eastAsia="Times New Roman"/>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541C25"/>
    <w:pPr>
      <w:spacing w:after="0" w:line="240" w:lineRule="auto"/>
    </w:pPr>
    <w:rPr>
      <w:rFonts w:eastAsia="Times New Roman"/>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d">
    <w:name w:val="Цветной список1"/>
    <w:basedOn w:val="a3"/>
    <w:next w:val="aff9"/>
    <w:uiPriority w:val="72"/>
    <w:rsid w:val="00541C25"/>
    <w:pPr>
      <w:spacing w:after="0" w:line="240" w:lineRule="auto"/>
    </w:pPr>
    <w:rPr>
      <w:rFonts w:eastAsia="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541C25"/>
    <w:pPr>
      <w:spacing w:after="0" w:line="240" w:lineRule="auto"/>
    </w:pPr>
    <w:rPr>
      <w:rFonts w:eastAsia="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541C25"/>
    <w:pPr>
      <w:spacing w:after="0" w:line="240" w:lineRule="auto"/>
    </w:pPr>
    <w:rPr>
      <w:rFonts w:eastAsia="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541C25"/>
    <w:pPr>
      <w:spacing w:after="0" w:line="240" w:lineRule="auto"/>
    </w:pPr>
    <w:rPr>
      <w:rFonts w:eastAsia="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541C25"/>
    <w:pPr>
      <w:spacing w:after="0" w:line="240" w:lineRule="auto"/>
    </w:pPr>
    <w:rPr>
      <w:rFonts w:eastAsia="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541C25"/>
    <w:pPr>
      <w:spacing w:after="0" w:line="240" w:lineRule="auto"/>
    </w:pPr>
    <w:rPr>
      <w:rFonts w:eastAsia="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541C25"/>
    <w:pPr>
      <w:spacing w:after="0" w:line="240" w:lineRule="auto"/>
    </w:pPr>
    <w:rPr>
      <w:rFonts w:eastAsia="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e">
    <w:name w:val="Цветная сетка1"/>
    <w:basedOn w:val="a3"/>
    <w:next w:val="affa"/>
    <w:uiPriority w:val="73"/>
    <w:rsid w:val="00541C25"/>
    <w:pPr>
      <w:spacing w:after="0" w:line="240" w:lineRule="auto"/>
    </w:pPr>
    <w:rPr>
      <w:rFonts w:eastAsia="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541C25"/>
    <w:pPr>
      <w:spacing w:after="0" w:line="240" w:lineRule="auto"/>
    </w:pPr>
    <w:rPr>
      <w:rFonts w:eastAsia="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541C25"/>
    <w:pPr>
      <w:spacing w:after="0" w:line="240" w:lineRule="auto"/>
    </w:pPr>
    <w:rPr>
      <w:rFonts w:eastAsia="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541C25"/>
    <w:pPr>
      <w:spacing w:after="0" w:line="240" w:lineRule="auto"/>
    </w:pPr>
    <w:rPr>
      <w:rFonts w:eastAsia="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541C25"/>
    <w:pPr>
      <w:spacing w:after="0" w:line="240" w:lineRule="auto"/>
    </w:pPr>
    <w:rPr>
      <w:rFonts w:eastAsia="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541C25"/>
    <w:pPr>
      <w:spacing w:after="0" w:line="240" w:lineRule="auto"/>
    </w:pPr>
    <w:rPr>
      <w:rFonts w:eastAsia="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541C25"/>
    <w:pPr>
      <w:spacing w:after="0" w:line="240" w:lineRule="auto"/>
    </w:pPr>
    <w:rPr>
      <w:rFonts w:eastAsia="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110">
    <w:name w:val="Нет списка111"/>
    <w:next w:val="a4"/>
    <w:uiPriority w:val="99"/>
    <w:semiHidden/>
    <w:unhideWhenUsed/>
    <w:rsid w:val="00541C25"/>
  </w:style>
  <w:style w:type="table" w:customStyle="1" w:styleId="1111">
    <w:name w:val="Сетка таблицы111"/>
    <w:basedOn w:val="a3"/>
    <w:next w:val="ab"/>
    <w:rsid w:val="00541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сетка 1 светлая — акцент 61"/>
    <w:basedOn w:val="a3"/>
    <w:next w:val="-162"/>
    <w:uiPriority w:val="46"/>
    <w:rsid w:val="00541C25"/>
    <w:pPr>
      <w:spacing w:after="0" w:line="240" w:lineRule="auto"/>
    </w:pPr>
    <w:rPr>
      <w:rFonts w:eastAsia="Calibri"/>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1ff">
    <w:name w:val="Сетка таблицы светлая1"/>
    <w:basedOn w:val="a3"/>
    <w:next w:val="2f"/>
    <w:uiPriority w:val="40"/>
    <w:rsid w:val="00541C25"/>
    <w:pPr>
      <w:spacing w:after="0" w:line="240" w:lineRule="auto"/>
    </w:pPr>
    <w:rPr>
      <w:rFonts w:eastAsia="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62">
    <w:name w:val="Таблица-сетка 1 светлая — акцент 62"/>
    <w:basedOn w:val="a3"/>
    <w:uiPriority w:val="46"/>
    <w:rsid w:val="00541C25"/>
    <w:pPr>
      <w:spacing w:after="0" w:line="240" w:lineRule="auto"/>
    </w:pPr>
    <w:rPr>
      <w:rFonts w:eastAsia="Times New Roman"/>
      <w:lang w:val="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
    <w:name w:val="Сетка таблицы светлая2"/>
    <w:basedOn w:val="a3"/>
    <w:uiPriority w:val="99"/>
    <w:semiHidden/>
    <w:unhideWhenUsed/>
    <w:rsid w:val="00541C25"/>
    <w:pPr>
      <w:spacing w:after="0" w:line="240" w:lineRule="auto"/>
    </w:pPr>
    <w:rPr>
      <w:rFonts w:eastAsia="Times New Roman"/>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541C25"/>
  </w:style>
  <w:style w:type="table" w:customStyle="1" w:styleId="220">
    <w:name w:val="Сетка таблицы22"/>
    <w:basedOn w:val="a3"/>
    <w:next w:val="ab"/>
    <w:uiPriority w:val="39"/>
    <w:rsid w:val="00541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Основной"/>
    <w:basedOn w:val="a1"/>
    <w:link w:val="affc"/>
    <w:rsid w:val="00541C2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c">
    <w:name w:val="Основной Знак"/>
    <w:link w:val="affb"/>
    <w:rsid w:val="00541C25"/>
    <w:rPr>
      <w:rFonts w:ascii="NewtonCSanPin" w:eastAsia="Times New Roman" w:hAnsi="NewtonCSanPin" w:cs="Times New Roman"/>
      <w:color w:val="000000"/>
      <w:sz w:val="21"/>
      <w:szCs w:val="21"/>
      <w:lang w:eastAsia="ru-RU"/>
    </w:rPr>
  </w:style>
  <w:style w:type="paragraph" w:customStyle="1" w:styleId="42">
    <w:name w:val="Заг 4"/>
    <w:basedOn w:val="a1"/>
    <w:rsid w:val="00541C25"/>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Zag11">
    <w:name w:val="Zag_11"/>
    <w:rsid w:val="00541C25"/>
  </w:style>
  <w:style w:type="paragraph" w:customStyle="1" w:styleId="affd">
    <w:name w:val="Буллит"/>
    <w:basedOn w:val="a1"/>
    <w:link w:val="affe"/>
    <w:rsid w:val="00541C25"/>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ffe">
    <w:name w:val="Буллит Знак"/>
    <w:basedOn w:val="a2"/>
    <w:link w:val="affd"/>
    <w:rsid w:val="00541C25"/>
    <w:rPr>
      <w:rFonts w:ascii="NewtonCSanPin" w:eastAsia="Times New Roman" w:hAnsi="NewtonCSanPin" w:cs="Times New Roman"/>
      <w:color w:val="000000"/>
      <w:sz w:val="21"/>
      <w:szCs w:val="21"/>
      <w:lang w:eastAsia="ru-RU"/>
    </w:rPr>
  </w:style>
  <w:style w:type="paragraph" w:customStyle="1" w:styleId="afff">
    <w:name w:val="Буллит Курсив"/>
    <w:basedOn w:val="affd"/>
    <w:link w:val="afff0"/>
    <w:uiPriority w:val="99"/>
    <w:rsid w:val="00541C25"/>
    <w:rPr>
      <w:i/>
      <w:iCs/>
    </w:rPr>
  </w:style>
  <w:style w:type="character" w:customStyle="1" w:styleId="afff0">
    <w:name w:val="Буллит Курсив Знак"/>
    <w:link w:val="afff"/>
    <w:uiPriority w:val="99"/>
    <w:rsid w:val="00541C25"/>
    <w:rPr>
      <w:rFonts w:ascii="NewtonCSanPin" w:eastAsia="Times New Roman" w:hAnsi="NewtonCSanPin" w:cs="Times New Roman"/>
      <w:i/>
      <w:iCs/>
      <w:color w:val="000000"/>
      <w:sz w:val="21"/>
      <w:szCs w:val="21"/>
      <w:lang w:eastAsia="ru-RU"/>
    </w:rPr>
  </w:style>
  <w:style w:type="paragraph" w:customStyle="1" w:styleId="ConsPlusNormal">
    <w:name w:val="ConsPlusNormal"/>
    <w:rsid w:val="00541C25"/>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110">
    <w:name w:val="Нет списка1111"/>
    <w:next w:val="a4"/>
    <w:uiPriority w:val="99"/>
    <w:semiHidden/>
    <w:unhideWhenUsed/>
    <w:rsid w:val="00541C25"/>
  </w:style>
  <w:style w:type="paragraph" w:customStyle="1" w:styleId="afff1">
    <w:name w:val="Курсив"/>
    <w:basedOn w:val="affb"/>
    <w:rsid w:val="00541C25"/>
    <w:rPr>
      <w:i/>
      <w:iCs/>
    </w:rPr>
  </w:style>
  <w:style w:type="paragraph" w:customStyle="1" w:styleId="formattext">
    <w:name w:val="formattext"/>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basedOn w:val="a2"/>
    <w:rsid w:val="00541C25"/>
  </w:style>
  <w:style w:type="paragraph" w:customStyle="1" w:styleId="c5c0">
    <w:name w:val="c5 c0"/>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5">
    <w:name w:val="c0 c5"/>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11">
    <w:name w:val="Сетка таблицы1111"/>
    <w:basedOn w:val="a3"/>
    <w:next w:val="ab"/>
    <w:rsid w:val="00541C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b"/>
    <w:rsid w:val="00541C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3"/>
    <w:next w:val="ab"/>
    <w:uiPriority w:val="59"/>
    <w:rsid w:val="00541C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2">
    <w:name w:val="annotation text"/>
    <w:basedOn w:val="a1"/>
    <w:link w:val="afff3"/>
    <w:uiPriority w:val="99"/>
    <w:rsid w:val="00541C25"/>
    <w:pPr>
      <w:spacing w:after="0" w:line="240" w:lineRule="auto"/>
    </w:pPr>
    <w:rPr>
      <w:rFonts w:ascii="Times New Roman" w:eastAsia="Times New Roman" w:hAnsi="Times New Roman" w:cs="Times New Roman"/>
      <w:sz w:val="20"/>
      <w:szCs w:val="20"/>
      <w:lang w:eastAsia="ru-RU"/>
    </w:rPr>
  </w:style>
  <w:style w:type="character" w:customStyle="1" w:styleId="afff3">
    <w:name w:val="Текст примечания Знак"/>
    <w:basedOn w:val="a2"/>
    <w:link w:val="afff2"/>
    <w:uiPriority w:val="99"/>
    <w:rsid w:val="00541C25"/>
    <w:rPr>
      <w:rFonts w:ascii="Times New Roman" w:eastAsia="Times New Roman" w:hAnsi="Times New Roman" w:cs="Times New Roman"/>
      <w:sz w:val="20"/>
      <w:szCs w:val="20"/>
      <w:lang w:eastAsia="ru-RU"/>
    </w:rPr>
  </w:style>
  <w:style w:type="paragraph" w:customStyle="1" w:styleId="Zag3">
    <w:name w:val="Zag_3"/>
    <w:basedOn w:val="a1"/>
    <w:rsid w:val="00541C2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1ff0">
    <w:name w:val="Гиперссылка1"/>
    <w:basedOn w:val="a2"/>
    <w:uiPriority w:val="99"/>
    <w:unhideWhenUsed/>
    <w:rsid w:val="00541C25"/>
    <w:rPr>
      <w:color w:val="0000FF"/>
      <w:u w:val="single"/>
    </w:rPr>
  </w:style>
  <w:style w:type="paragraph" w:customStyle="1" w:styleId="Default">
    <w:name w:val="Default"/>
    <w:rsid w:val="00541C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nhideWhenUsed/>
    <w:qFormat/>
    <w:rsid w:val="00541C25"/>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2f0">
    <w:name w:val="Гиперссылка2"/>
    <w:basedOn w:val="a2"/>
    <w:uiPriority w:val="99"/>
    <w:unhideWhenUsed/>
    <w:rsid w:val="00541C25"/>
    <w:rPr>
      <w:color w:val="0000FF"/>
      <w:u w:val="single"/>
    </w:rPr>
  </w:style>
  <w:style w:type="table" w:customStyle="1" w:styleId="43">
    <w:name w:val="Сетка таблицы4"/>
    <w:basedOn w:val="a3"/>
    <w:next w:val="ab"/>
    <w:uiPriority w:val="39"/>
    <w:rsid w:val="00541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Основной текст с отступом Знак1"/>
    <w:basedOn w:val="a2"/>
    <w:uiPriority w:val="99"/>
    <w:semiHidden/>
    <w:rsid w:val="00541C25"/>
  </w:style>
  <w:style w:type="paragraph" w:styleId="afff4">
    <w:name w:val="Document Map"/>
    <w:basedOn w:val="a1"/>
    <w:link w:val="afff5"/>
    <w:uiPriority w:val="99"/>
    <w:semiHidden/>
    <w:unhideWhenUsed/>
    <w:rsid w:val="00541C25"/>
    <w:pPr>
      <w:spacing w:after="0" w:line="240" w:lineRule="auto"/>
    </w:pPr>
    <w:rPr>
      <w:rFonts w:ascii="Times New Roman" w:eastAsia="Times New Roman" w:hAnsi="Times New Roman" w:cs="Times New Roman"/>
      <w:sz w:val="24"/>
      <w:szCs w:val="24"/>
      <w:lang w:eastAsia="ru-RU"/>
    </w:rPr>
  </w:style>
  <w:style w:type="character" w:customStyle="1" w:styleId="afff5">
    <w:name w:val="Схема документа Знак"/>
    <w:basedOn w:val="a2"/>
    <w:link w:val="afff4"/>
    <w:uiPriority w:val="99"/>
    <w:semiHidden/>
    <w:rsid w:val="00541C25"/>
    <w:rPr>
      <w:rFonts w:ascii="Times New Roman" w:eastAsia="Times New Roman" w:hAnsi="Times New Roman" w:cs="Times New Roman"/>
      <w:sz w:val="24"/>
      <w:szCs w:val="24"/>
      <w:lang w:eastAsia="ru-RU"/>
    </w:rPr>
  </w:style>
  <w:style w:type="character" w:customStyle="1" w:styleId="c12">
    <w:name w:val="c12"/>
    <w:basedOn w:val="a2"/>
    <w:uiPriority w:val="99"/>
    <w:rsid w:val="00541C25"/>
  </w:style>
  <w:style w:type="paragraph" w:customStyle="1" w:styleId="c14">
    <w:name w:val="c14"/>
    <w:basedOn w:val="a1"/>
    <w:uiPriority w:val="99"/>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541C25"/>
  </w:style>
  <w:style w:type="paragraph" w:customStyle="1" w:styleId="c9c18">
    <w:name w:val="c9 c18"/>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2">
    <w:name w:val="Абзац списка1"/>
    <w:basedOn w:val="a1"/>
    <w:rsid w:val="00541C25"/>
    <w:pPr>
      <w:spacing w:after="200" w:line="276" w:lineRule="auto"/>
      <w:ind w:left="720"/>
      <w:contextualSpacing/>
    </w:pPr>
    <w:rPr>
      <w:rFonts w:ascii="Calibri" w:eastAsia="Times New Roman" w:hAnsi="Calibri" w:cs="Times New Roman"/>
    </w:rPr>
  </w:style>
  <w:style w:type="character" w:customStyle="1" w:styleId="ff1">
    <w:name w:val="ff1"/>
    <w:basedOn w:val="a2"/>
    <w:rsid w:val="00541C25"/>
  </w:style>
  <w:style w:type="paragraph" w:customStyle="1" w:styleId="c4">
    <w:name w:val="c4"/>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3"/>
    <w:next w:val="ab"/>
    <w:uiPriority w:val="39"/>
    <w:rsid w:val="00541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1">
    <w:name w:val="Заголовок 2 Знак2"/>
    <w:basedOn w:val="a2"/>
    <w:uiPriority w:val="9"/>
    <w:semiHidden/>
    <w:rsid w:val="00541C25"/>
    <w:rPr>
      <w:rFonts w:ascii="Calibri Light" w:eastAsia="Times New Roman" w:hAnsi="Calibri Light" w:cs="Times New Roman"/>
      <w:color w:val="2E74B5"/>
      <w:sz w:val="26"/>
      <w:szCs w:val="26"/>
    </w:rPr>
  </w:style>
  <w:style w:type="character" w:customStyle="1" w:styleId="320">
    <w:name w:val="Заголовок 3 Знак2"/>
    <w:basedOn w:val="a2"/>
    <w:uiPriority w:val="9"/>
    <w:semiHidden/>
    <w:rsid w:val="00541C25"/>
    <w:rPr>
      <w:rFonts w:ascii="Calibri Light" w:eastAsia="Times New Roman" w:hAnsi="Calibri Light" w:cs="Times New Roman"/>
      <w:color w:val="1F4D78"/>
      <w:sz w:val="24"/>
      <w:szCs w:val="24"/>
    </w:rPr>
  </w:style>
  <w:style w:type="character" w:customStyle="1" w:styleId="510">
    <w:name w:val="Заголовок 5 Знак1"/>
    <w:basedOn w:val="a2"/>
    <w:uiPriority w:val="9"/>
    <w:semiHidden/>
    <w:rsid w:val="00541C25"/>
    <w:rPr>
      <w:rFonts w:ascii="Calibri Light" w:eastAsia="Times New Roman" w:hAnsi="Calibri Light" w:cs="Times New Roman"/>
      <w:color w:val="2E74B5"/>
    </w:rPr>
  </w:style>
  <w:style w:type="character" w:customStyle="1" w:styleId="610">
    <w:name w:val="Заголовок 6 Знак1"/>
    <w:basedOn w:val="a2"/>
    <w:uiPriority w:val="9"/>
    <w:semiHidden/>
    <w:rsid w:val="00541C25"/>
    <w:rPr>
      <w:rFonts w:ascii="Calibri Light" w:eastAsia="Times New Roman" w:hAnsi="Calibri Light" w:cs="Times New Roman"/>
      <w:color w:val="1F4D78"/>
    </w:rPr>
  </w:style>
  <w:style w:type="character" w:customStyle="1" w:styleId="710">
    <w:name w:val="Заголовок 7 Знак1"/>
    <w:basedOn w:val="a2"/>
    <w:uiPriority w:val="9"/>
    <w:semiHidden/>
    <w:rsid w:val="00541C25"/>
    <w:rPr>
      <w:rFonts w:ascii="Calibri Light" w:eastAsia="Times New Roman" w:hAnsi="Calibri Light" w:cs="Times New Roman"/>
      <w:i/>
      <w:iCs/>
      <w:color w:val="1F4D78"/>
    </w:rPr>
  </w:style>
  <w:style w:type="character" w:customStyle="1" w:styleId="810">
    <w:name w:val="Заголовок 8 Знак1"/>
    <w:basedOn w:val="a2"/>
    <w:uiPriority w:val="9"/>
    <w:semiHidden/>
    <w:rsid w:val="00541C25"/>
    <w:rPr>
      <w:rFonts w:ascii="Calibri Light" w:eastAsia="Times New Roman" w:hAnsi="Calibri Light" w:cs="Times New Roman"/>
      <w:color w:val="272727"/>
      <w:sz w:val="21"/>
      <w:szCs w:val="21"/>
    </w:rPr>
  </w:style>
  <w:style w:type="character" w:customStyle="1" w:styleId="910">
    <w:name w:val="Заголовок 9 Знак1"/>
    <w:basedOn w:val="a2"/>
    <w:uiPriority w:val="9"/>
    <w:semiHidden/>
    <w:rsid w:val="00541C25"/>
    <w:rPr>
      <w:rFonts w:ascii="Calibri Light" w:eastAsia="Times New Roman" w:hAnsi="Calibri Light" w:cs="Times New Roman"/>
      <w:i/>
      <w:iCs/>
      <w:color w:val="272727"/>
      <w:sz w:val="21"/>
      <w:szCs w:val="21"/>
    </w:rPr>
  </w:style>
  <w:style w:type="character" w:customStyle="1" w:styleId="1ff3">
    <w:name w:val="Заголовок Знак1"/>
    <w:basedOn w:val="a2"/>
    <w:uiPriority w:val="10"/>
    <w:rsid w:val="00541C25"/>
    <w:rPr>
      <w:rFonts w:ascii="Calibri Light" w:eastAsia="Times New Roman" w:hAnsi="Calibri Light" w:cs="Times New Roman"/>
      <w:spacing w:val="-10"/>
      <w:kern w:val="28"/>
      <w:sz w:val="56"/>
      <w:szCs w:val="56"/>
    </w:rPr>
  </w:style>
  <w:style w:type="paragraph" w:styleId="afe">
    <w:name w:val="macro"/>
    <w:link w:val="1ff4"/>
    <w:uiPriority w:val="99"/>
    <w:unhideWhenUsed/>
    <w:rsid w:val="00541C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1ff4">
    <w:name w:val="Текст макроса Знак1"/>
    <w:basedOn w:val="a2"/>
    <w:link w:val="afe"/>
    <w:uiPriority w:val="99"/>
    <w:rsid w:val="00541C25"/>
    <w:rPr>
      <w:rFonts w:ascii="Consolas" w:hAnsi="Consolas"/>
      <w:sz w:val="20"/>
      <w:szCs w:val="20"/>
    </w:rPr>
  </w:style>
  <w:style w:type="paragraph" w:styleId="2b">
    <w:name w:val="Quote"/>
    <w:basedOn w:val="a1"/>
    <w:next w:val="a1"/>
    <w:link w:val="2a"/>
    <w:uiPriority w:val="29"/>
    <w:qFormat/>
    <w:rsid w:val="00541C25"/>
    <w:pPr>
      <w:spacing w:before="200"/>
      <w:ind w:left="864" w:right="864"/>
      <w:jc w:val="center"/>
    </w:pPr>
    <w:rPr>
      <w:rFonts w:eastAsia="Times New Roman"/>
      <w:i/>
      <w:iCs/>
      <w:color w:val="000000"/>
      <w:lang w:val="en-US"/>
    </w:rPr>
  </w:style>
  <w:style w:type="character" w:customStyle="1" w:styleId="218">
    <w:name w:val="Цитата 2 Знак1"/>
    <w:basedOn w:val="a2"/>
    <w:uiPriority w:val="29"/>
    <w:rsid w:val="00541C25"/>
    <w:rPr>
      <w:i/>
      <w:iCs/>
      <w:color w:val="404040" w:themeColor="text1" w:themeTint="BF"/>
    </w:rPr>
  </w:style>
  <w:style w:type="paragraph" w:customStyle="1" w:styleId="2f1">
    <w:name w:val="Выделенная цитата2"/>
    <w:basedOn w:val="a1"/>
    <w:next w:val="a1"/>
    <w:uiPriority w:val="30"/>
    <w:qFormat/>
    <w:rsid w:val="00541C25"/>
    <w:pPr>
      <w:pBdr>
        <w:top w:val="single" w:sz="4" w:space="10" w:color="5B9BD5"/>
        <w:bottom w:val="single" w:sz="4" w:space="10" w:color="5B9BD5"/>
      </w:pBdr>
      <w:spacing w:before="360" w:after="360"/>
      <w:ind w:left="864" w:right="864"/>
      <w:jc w:val="center"/>
    </w:pPr>
    <w:rPr>
      <w:rFonts w:eastAsia="Times New Roman"/>
      <w:b/>
      <w:bCs/>
      <w:i/>
      <w:iCs/>
      <w:color w:val="4F81BD"/>
      <w:lang w:val="en-US"/>
    </w:rPr>
  </w:style>
  <w:style w:type="character" w:customStyle="1" w:styleId="1ff5">
    <w:name w:val="Выделенная цитата Знак1"/>
    <w:basedOn w:val="a2"/>
    <w:uiPriority w:val="30"/>
    <w:rsid w:val="00541C25"/>
    <w:rPr>
      <w:i/>
      <w:iCs/>
      <w:color w:val="5B9BD5"/>
    </w:rPr>
  </w:style>
  <w:style w:type="character" w:customStyle="1" w:styleId="2f2">
    <w:name w:val="Слабое выделение2"/>
    <w:basedOn w:val="a2"/>
    <w:uiPriority w:val="19"/>
    <w:qFormat/>
    <w:rsid w:val="00541C25"/>
    <w:rPr>
      <w:i/>
      <w:iCs/>
      <w:color w:val="404040"/>
    </w:rPr>
  </w:style>
  <w:style w:type="character" w:customStyle="1" w:styleId="2f3">
    <w:name w:val="Сильное выделение2"/>
    <w:basedOn w:val="a2"/>
    <w:uiPriority w:val="21"/>
    <w:qFormat/>
    <w:rsid w:val="00541C25"/>
    <w:rPr>
      <w:i/>
      <w:iCs/>
      <w:color w:val="5B9BD5"/>
    </w:rPr>
  </w:style>
  <w:style w:type="character" w:customStyle="1" w:styleId="2f4">
    <w:name w:val="Слабая ссылка2"/>
    <w:basedOn w:val="a2"/>
    <w:uiPriority w:val="31"/>
    <w:qFormat/>
    <w:rsid w:val="00541C25"/>
    <w:rPr>
      <w:smallCaps/>
      <w:color w:val="5A5A5A"/>
    </w:rPr>
  </w:style>
  <w:style w:type="character" w:customStyle="1" w:styleId="2f5">
    <w:name w:val="Сильная ссылка2"/>
    <w:basedOn w:val="a2"/>
    <w:uiPriority w:val="32"/>
    <w:qFormat/>
    <w:rsid w:val="00541C25"/>
    <w:rPr>
      <w:b/>
      <w:bCs/>
      <w:smallCaps/>
      <w:color w:val="5B9BD5"/>
      <w:spacing w:val="5"/>
    </w:rPr>
  </w:style>
  <w:style w:type="table" w:customStyle="1" w:styleId="2f6">
    <w:name w:val="Светлая заливка2"/>
    <w:basedOn w:val="a3"/>
    <w:next w:val="aff4"/>
    <w:uiPriority w:val="60"/>
    <w:unhideWhenUsed/>
    <w:rsid w:val="00541C25"/>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ветлая заливка - Акцент 12"/>
    <w:basedOn w:val="a3"/>
    <w:next w:val="-1"/>
    <w:uiPriority w:val="60"/>
    <w:unhideWhenUsed/>
    <w:rsid w:val="00541C25"/>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20">
    <w:name w:val="Светлая заливка - Акцент 22"/>
    <w:basedOn w:val="a3"/>
    <w:next w:val="-2"/>
    <w:uiPriority w:val="60"/>
    <w:unhideWhenUsed/>
    <w:rsid w:val="00541C25"/>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Светлая заливка - Акцент 32"/>
    <w:basedOn w:val="a3"/>
    <w:next w:val="-3"/>
    <w:uiPriority w:val="60"/>
    <w:unhideWhenUsed/>
    <w:rsid w:val="00541C25"/>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Светлая заливка - Акцент 42"/>
    <w:basedOn w:val="a3"/>
    <w:next w:val="-4"/>
    <w:uiPriority w:val="60"/>
    <w:unhideWhenUsed/>
    <w:rsid w:val="00541C25"/>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Светлая заливка - Акцент 52"/>
    <w:basedOn w:val="a3"/>
    <w:next w:val="-5"/>
    <w:uiPriority w:val="60"/>
    <w:unhideWhenUsed/>
    <w:rsid w:val="00541C25"/>
    <w:pPr>
      <w:spacing w:after="0" w:line="240" w:lineRule="auto"/>
    </w:pPr>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620">
    <w:name w:val="Светлая заливка - Акцент 62"/>
    <w:basedOn w:val="a3"/>
    <w:next w:val="-6"/>
    <w:uiPriority w:val="60"/>
    <w:unhideWhenUsed/>
    <w:rsid w:val="00541C25"/>
    <w:pPr>
      <w:spacing w:after="0" w:line="240" w:lineRule="auto"/>
    </w:pPr>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7">
    <w:name w:val="Светлый список2"/>
    <w:basedOn w:val="a3"/>
    <w:next w:val="aff5"/>
    <w:uiPriority w:val="61"/>
    <w:unhideWhenUsed/>
    <w:rsid w:val="00541C25"/>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ый список - Акцент 12"/>
    <w:basedOn w:val="a3"/>
    <w:next w:val="-10"/>
    <w:uiPriority w:val="61"/>
    <w:unhideWhenUsed/>
    <w:rsid w:val="00541C2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21">
    <w:name w:val="Светлый список - Акцент 22"/>
    <w:basedOn w:val="a3"/>
    <w:next w:val="-20"/>
    <w:uiPriority w:val="61"/>
    <w:unhideWhenUsed/>
    <w:rsid w:val="00541C25"/>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Светлый список - Акцент 32"/>
    <w:basedOn w:val="a3"/>
    <w:next w:val="-30"/>
    <w:uiPriority w:val="61"/>
    <w:unhideWhenUsed/>
    <w:rsid w:val="00541C25"/>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Светлый список - Акцент 42"/>
    <w:basedOn w:val="a3"/>
    <w:next w:val="-40"/>
    <w:uiPriority w:val="61"/>
    <w:unhideWhenUsed/>
    <w:rsid w:val="00541C25"/>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Светлый список - Акцент 52"/>
    <w:basedOn w:val="a3"/>
    <w:next w:val="-50"/>
    <w:uiPriority w:val="61"/>
    <w:unhideWhenUsed/>
    <w:rsid w:val="00541C25"/>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621">
    <w:name w:val="Светлый список - Акцент 62"/>
    <w:basedOn w:val="a3"/>
    <w:next w:val="-60"/>
    <w:uiPriority w:val="61"/>
    <w:unhideWhenUsed/>
    <w:rsid w:val="00541C25"/>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8">
    <w:name w:val="Светлая сетка2"/>
    <w:basedOn w:val="a3"/>
    <w:next w:val="aff6"/>
    <w:uiPriority w:val="62"/>
    <w:unhideWhenUsed/>
    <w:rsid w:val="00541C25"/>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Светлая сетка - Акцент 12"/>
    <w:basedOn w:val="a3"/>
    <w:next w:val="-12"/>
    <w:uiPriority w:val="62"/>
    <w:unhideWhenUsed/>
    <w:rsid w:val="00541C2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22">
    <w:name w:val="Светлая сетка - Акцент 22"/>
    <w:basedOn w:val="a3"/>
    <w:next w:val="-22"/>
    <w:uiPriority w:val="62"/>
    <w:unhideWhenUsed/>
    <w:rsid w:val="00541C25"/>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Светлая сетка - Акцент 32"/>
    <w:basedOn w:val="a3"/>
    <w:next w:val="-32"/>
    <w:uiPriority w:val="62"/>
    <w:unhideWhenUsed/>
    <w:rsid w:val="00541C25"/>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Светлая сетка - Акцент 42"/>
    <w:basedOn w:val="a3"/>
    <w:next w:val="-42"/>
    <w:uiPriority w:val="62"/>
    <w:unhideWhenUsed/>
    <w:rsid w:val="00541C25"/>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Светлая сетка - Акцент 52"/>
    <w:basedOn w:val="a3"/>
    <w:next w:val="-52"/>
    <w:uiPriority w:val="62"/>
    <w:unhideWhenUsed/>
    <w:rsid w:val="00541C25"/>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22">
    <w:name w:val="Светлая сетка - Акцент 62"/>
    <w:basedOn w:val="a3"/>
    <w:next w:val="-62"/>
    <w:uiPriority w:val="62"/>
    <w:unhideWhenUsed/>
    <w:rsid w:val="00541C25"/>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Средняя заливка 12"/>
    <w:basedOn w:val="a3"/>
    <w:next w:val="1f8"/>
    <w:uiPriority w:val="63"/>
    <w:unhideWhenUsed/>
    <w:rsid w:val="00541C25"/>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Средняя заливка 1 - Акцент 12"/>
    <w:basedOn w:val="a3"/>
    <w:next w:val="1-1"/>
    <w:uiPriority w:val="63"/>
    <w:unhideWhenUsed/>
    <w:rsid w:val="00541C25"/>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220">
    <w:name w:val="Средняя заливка 1 - Акцент 22"/>
    <w:basedOn w:val="a3"/>
    <w:next w:val="1-2"/>
    <w:uiPriority w:val="63"/>
    <w:unhideWhenUsed/>
    <w:rsid w:val="00541C25"/>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Средняя заливка 1 - Акцент 32"/>
    <w:basedOn w:val="a3"/>
    <w:next w:val="1-3"/>
    <w:uiPriority w:val="63"/>
    <w:unhideWhenUsed/>
    <w:rsid w:val="00541C25"/>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Средняя заливка 1 - Акцент 42"/>
    <w:basedOn w:val="a3"/>
    <w:next w:val="1-4"/>
    <w:uiPriority w:val="63"/>
    <w:unhideWhenUsed/>
    <w:rsid w:val="00541C25"/>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Средняя заливка 1 - Акцент 52"/>
    <w:basedOn w:val="a3"/>
    <w:next w:val="1-5"/>
    <w:uiPriority w:val="63"/>
    <w:unhideWhenUsed/>
    <w:rsid w:val="00541C25"/>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620">
    <w:name w:val="Средняя заливка 1 - Акцент 62"/>
    <w:basedOn w:val="a3"/>
    <w:next w:val="1-6"/>
    <w:uiPriority w:val="63"/>
    <w:unhideWhenUsed/>
    <w:rsid w:val="00541C25"/>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2">
    <w:name w:val="Средняя заливка 22"/>
    <w:basedOn w:val="a3"/>
    <w:next w:val="2c"/>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Средняя заливка 2 - Акцент 12"/>
    <w:basedOn w:val="a3"/>
    <w:next w:val="2-1"/>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Средняя заливка 2 - Акцент 22"/>
    <w:basedOn w:val="a3"/>
    <w:next w:val="2-2"/>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Средняя заливка 2 - Акцент 32"/>
    <w:basedOn w:val="a3"/>
    <w:next w:val="2-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Средняя заливка 2 - Акцент 42"/>
    <w:basedOn w:val="a3"/>
    <w:next w:val="2-4"/>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Средняя заливка 2 - Акцент 52"/>
    <w:basedOn w:val="a3"/>
    <w:next w:val="2-5"/>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Средняя заливка 2 - Акцент 62"/>
    <w:basedOn w:val="a3"/>
    <w:next w:val="2-6"/>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редний список 12"/>
    <w:basedOn w:val="a3"/>
    <w:next w:val="1f9"/>
    <w:uiPriority w:val="65"/>
    <w:unhideWhenUsed/>
    <w:rsid w:val="00541C25"/>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 - Акцент 12"/>
    <w:basedOn w:val="a3"/>
    <w:next w:val="1-10"/>
    <w:uiPriority w:val="65"/>
    <w:unhideWhenUsed/>
    <w:rsid w:val="00541C25"/>
    <w:pPr>
      <w:spacing w:after="0" w:line="240" w:lineRule="auto"/>
    </w:pPr>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221">
    <w:name w:val="Средний список 1 - Акцент 22"/>
    <w:basedOn w:val="a3"/>
    <w:next w:val="1-20"/>
    <w:uiPriority w:val="65"/>
    <w:unhideWhenUsed/>
    <w:rsid w:val="00541C25"/>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Средний список 1 - Акцент 32"/>
    <w:basedOn w:val="a3"/>
    <w:next w:val="1-30"/>
    <w:uiPriority w:val="65"/>
    <w:unhideWhenUsed/>
    <w:rsid w:val="00541C25"/>
    <w:pPr>
      <w:spacing w:after="0" w:line="240" w:lineRule="auto"/>
    </w:pPr>
    <w:rPr>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Средний список 1 - Акцент 42"/>
    <w:basedOn w:val="a3"/>
    <w:next w:val="1-40"/>
    <w:uiPriority w:val="65"/>
    <w:unhideWhenUsed/>
    <w:rsid w:val="00541C25"/>
    <w:pPr>
      <w:spacing w:after="0" w:line="240" w:lineRule="auto"/>
    </w:pPr>
    <w:rPr>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Средний список 1 - Акцент 52"/>
    <w:basedOn w:val="a3"/>
    <w:next w:val="1-50"/>
    <w:uiPriority w:val="65"/>
    <w:unhideWhenUsed/>
    <w:rsid w:val="00541C25"/>
    <w:pPr>
      <w:spacing w:after="0" w:line="240" w:lineRule="auto"/>
    </w:pPr>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621">
    <w:name w:val="Средний список 1 - Акцент 62"/>
    <w:basedOn w:val="a3"/>
    <w:next w:val="1-60"/>
    <w:uiPriority w:val="65"/>
    <w:unhideWhenUsed/>
    <w:rsid w:val="00541C25"/>
    <w:pPr>
      <w:spacing w:after="0" w:line="240" w:lineRule="auto"/>
    </w:pPr>
    <w:rPr>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3">
    <w:name w:val="Средний список 22"/>
    <w:basedOn w:val="a3"/>
    <w:next w:val="2d"/>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Средний список 2 - Акцент 12"/>
    <w:basedOn w:val="a3"/>
    <w:next w:val="2-1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221">
    <w:name w:val="Средний список 2 - Акцент 22"/>
    <w:basedOn w:val="a3"/>
    <w:next w:val="2-2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Средний список 2 - Акцент 32"/>
    <w:basedOn w:val="a3"/>
    <w:next w:val="2-3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Средний список 2 - Акцент 42"/>
    <w:basedOn w:val="a3"/>
    <w:next w:val="2-4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Средний список 2 - Акцент 52"/>
    <w:basedOn w:val="a3"/>
    <w:next w:val="2-5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621">
    <w:name w:val="Средний список 2 - Акцент 62"/>
    <w:basedOn w:val="a3"/>
    <w:next w:val="2-6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Средняя сетка 12"/>
    <w:basedOn w:val="a3"/>
    <w:next w:val="1fa"/>
    <w:uiPriority w:val="67"/>
    <w:unhideWhenUsed/>
    <w:rsid w:val="00541C25"/>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Средняя сетка 1 - Акцент 12"/>
    <w:basedOn w:val="a3"/>
    <w:next w:val="1-12"/>
    <w:uiPriority w:val="67"/>
    <w:unhideWhenUsed/>
    <w:rsid w:val="00541C25"/>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222">
    <w:name w:val="Средняя сетка 1 - Акцент 22"/>
    <w:basedOn w:val="a3"/>
    <w:next w:val="1-22"/>
    <w:uiPriority w:val="67"/>
    <w:unhideWhenUsed/>
    <w:rsid w:val="00541C25"/>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Средняя сетка 1 - Акцент 32"/>
    <w:basedOn w:val="a3"/>
    <w:next w:val="1-32"/>
    <w:uiPriority w:val="67"/>
    <w:unhideWhenUsed/>
    <w:rsid w:val="00541C25"/>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Средняя сетка 1 - Акцент 42"/>
    <w:basedOn w:val="a3"/>
    <w:next w:val="1-42"/>
    <w:uiPriority w:val="67"/>
    <w:unhideWhenUsed/>
    <w:rsid w:val="00541C25"/>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Средняя сетка 1 - Акцент 52"/>
    <w:basedOn w:val="a3"/>
    <w:next w:val="1-52"/>
    <w:uiPriority w:val="67"/>
    <w:unhideWhenUsed/>
    <w:rsid w:val="00541C25"/>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622">
    <w:name w:val="Средняя сетка 1 - Акцент 62"/>
    <w:basedOn w:val="a3"/>
    <w:next w:val="1-62"/>
    <w:uiPriority w:val="67"/>
    <w:unhideWhenUsed/>
    <w:rsid w:val="00541C25"/>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4">
    <w:name w:val="Средняя сетка 22"/>
    <w:basedOn w:val="a3"/>
    <w:next w:val="2e"/>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Средняя сетка 2 - Акцент 12"/>
    <w:basedOn w:val="a3"/>
    <w:next w:val="2-1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222">
    <w:name w:val="Средняя сетка 2 - Акцент 22"/>
    <w:basedOn w:val="a3"/>
    <w:next w:val="2-2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Средняя сетка 2 - Акцент 32"/>
    <w:basedOn w:val="a3"/>
    <w:next w:val="2-3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Средняя сетка 2 - Акцент 42"/>
    <w:basedOn w:val="a3"/>
    <w:next w:val="2-4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Средняя сетка 2 - Акцент 52"/>
    <w:basedOn w:val="a3"/>
    <w:next w:val="2-5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622">
    <w:name w:val="Средняя сетка 2 - Акцент 62"/>
    <w:basedOn w:val="a3"/>
    <w:next w:val="2-6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1">
    <w:name w:val="Средняя сетка 32"/>
    <w:basedOn w:val="a3"/>
    <w:next w:val="3b"/>
    <w:uiPriority w:val="69"/>
    <w:unhideWhenUsed/>
    <w:rsid w:val="00541C2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Средняя сетка 3 - Акцент 12"/>
    <w:basedOn w:val="a3"/>
    <w:next w:val="3-1"/>
    <w:uiPriority w:val="69"/>
    <w:unhideWhenUsed/>
    <w:rsid w:val="00541C2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2">
    <w:name w:val="Средняя сетка 3 - Акцент 22"/>
    <w:basedOn w:val="a3"/>
    <w:next w:val="3-2"/>
    <w:uiPriority w:val="69"/>
    <w:unhideWhenUsed/>
    <w:rsid w:val="00541C2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Средняя сетка 3 - Акцент 32"/>
    <w:basedOn w:val="a3"/>
    <w:next w:val="3-3"/>
    <w:uiPriority w:val="69"/>
    <w:unhideWhenUsed/>
    <w:rsid w:val="00541C2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Средняя сетка 3 - Акцент 42"/>
    <w:basedOn w:val="a3"/>
    <w:next w:val="3-4"/>
    <w:uiPriority w:val="69"/>
    <w:unhideWhenUsed/>
    <w:rsid w:val="00541C2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Средняя сетка 3 - Акцент 52"/>
    <w:basedOn w:val="a3"/>
    <w:next w:val="3-5"/>
    <w:uiPriority w:val="69"/>
    <w:unhideWhenUsed/>
    <w:rsid w:val="00541C2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2">
    <w:name w:val="Средняя сетка 3 - Акцент 62"/>
    <w:basedOn w:val="a3"/>
    <w:next w:val="3-6"/>
    <w:uiPriority w:val="69"/>
    <w:unhideWhenUsed/>
    <w:rsid w:val="00541C2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9">
    <w:name w:val="Темный список2"/>
    <w:basedOn w:val="a3"/>
    <w:next w:val="aff7"/>
    <w:uiPriority w:val="70"/>
    <w:unhideWhenUsed/>
    <w:rsid w:val="00541C25"/>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Темный список - Акцент 12"/>
    <w:basedOn w:val="a3"/>
    <w:next w:val="-13"/>
    <w:uiPriority w:val="70"/>
    <w:unhideWhenUsed/>
    <w:rsid w:val="00541C25"/>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223">
    <w:name w:val="Темный список - Акцент 22"/>
    <w:basedOn w:val="a3"/>
    <w:next w:val="-23"/>
    <w:uiPriority w:val="70"/>
    <w:unhideWhenUsed/>
    <w:rsid w:val="00541C25"/>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Темный список - Акцент 32"/>
    <w:basedOn w:val="a3"/>
    <w:next w:val="-33"/>
    <w:uiPriority w:val="70"/>
    <w:unhideWhenUsed/>
    <w:rsid w:val="00541C25"/>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Темный список - Акцент 42"/>
    <w:basedOn w:val="a3"/>
    <w:next w:val="-43"/>
    <w:uiPriority w:val="70"/>
    <w:unhideWhenUsed/>
    <w:rsid w:val="00541C25"/>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Темный список - Акцент 52"/>
    <w:basedOn w:val="a3"/>
    <w:next w:val="-53"/>
    <w:uiPriority w:val="70"/>
    <w:unhideWhenUsed/>
    <w:rsid w:val="00541C25"/>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623">
    <w:name w:val="Темный список - Акцент 62"/>
    <w:basedOn w:val="a3"/>
    <w:next w:val="-63"/>
    <w:uiPriority w:val="70"/>
    <w:unhideWhenUsed/>
    <w:rsid w:val="00541C25"/>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a">
    <w:name w:val="Цветная заливка2"/>
    <w:basedOn w:val="a3"/>
    <w:next w:val="aff8"/>
    <w:uiPriority w:val="71"/>
    <w:unhideWhenUsed/>
    <w:rsid w:val="00541C25"/>
    <w:pPr>
      <w:spacing w:after="0" w:line="240" w:lineRule="auto"/>
    </w:pPr>
    <w:rPr>
      <w:color w:val="000000"/>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Цветная заливка - Акцент 12"/>
    <w:basedOn w:val="a3"/>
    <w:next w:val="-14"/>
    <w:uiPriority w:val="71"/>
    <w:unhideWhenUsed/>
    <w:rsid w:val="00541C25"/>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224">
    <w:name w:val="Цветная заливка - Акцент 22"/>
    <w:basedOn w:val="a3"/>
    <w:next w:val="-24"/>
    <w:uiPriority w:val="71"/>
    <w:unhideWhenUsed/>
    <w:rsid w:val="00541C25"/>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Цветная заливка - Акцент 32"/>
    <w:basedOn w:val="a3"/>
    <w:next w:val="-34"/>
    <w:uiPriority w:val="71"/>
    <w:unhideWhenUsed/>
    <w:rsid w:val="00541C25"/>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Цветная заливка - Акцент 42"/>
    <w:basedOn w:val="a3"/>
    <w:next w:val="-44"/>
    <w:uiPriority w:val="71"/>
    <w:unhideWhenUsed/>
    <w:rsid w:val="00541C25"/>
    <w:pPr>
      <w:spacing w:after="0" w:line="240" w:lineRule="auto"/>
    </w:pPr>
    <w:rPr>
      <w:color w:val="000000"/>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Цветная заливка - Акцент 52"/>
    <w:basedOn w:val="a3"/>
    <w:next w:val="-54"/>
    <w:uiPriority w:val="71"/>
    <w:unhideWhenUsed/>
    <w:rsid w:val="00541C25"/>
    <w:pPr>
      <w:spacing w:after="0" w:line="240" w:lineRule="auto"/>
    </w:pPr>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24">
    <w:name w:val="Цветная заливка - Акцент 62"/>
    <w:basedOn w:val="a3"/>
    <w:next w:val="-64"/>
    <w:uiPriority w:val="71"/>
    <w:unhideWhenUsed/>
    <w:rsid w:val="00541C25"/>
    <w:pPr>
      <w:spacing w:after="0" w:line="240" w:lineRule="auto"/>
    </w:pPr>
    <w:rPr>
      <w:color w:val="000000"/>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b">
    <w:name w:val="Цветной список2"/>
    <w:basedOn w:val="a3"/>
    <w:next w:val="aff9"/>
    <w:uiPriority w:val="72"/>
    <w:unhideWhenUsed/>
    <w:rsid w:val="00541C25"/>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Цветной список - Акцент 12"/>
    <w:basedOn w:val="a3"/>
    <w:next w:val="-15"/>
    <w:uiPriority w:val="72"/>
    <w:unhideWhenUsed/>
    <w:rsid w:val="00541C25"/>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5">
    <w:name w:val="Цветной список - Акцент 22"/>
    <w:basedOn w:val="a3"/>
    <w:next w:val="-25"/>
    <w:uiPriority w:val="72"/>
    <w:unhideWhenUsed/>
    <w:rsid w:val="00541C25"/>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Цветной список - Акцент 32"/>
    <w:basedOn w:val="a3"/>
    <w:next w:val="-35"/>
    <w:uiPriority w:val="72"/>
    <w:unhideWhenUsed/>
    <w:rsid w:val="00541C25"/>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Цветной список - Акцент 42"/>
    <w:basedOn w:val="a3"/>
    <w:next w:val="-45"/>
    <w:uiPriority w:val="72"/>
    <w:unhideWhenUsed/>
    <w:rsid w:val="00541C25"/>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Цветной список - Акцент 52"/>
    <w:basedOn w:val="a3"/>
    <w:next w:val="-55"/>
    <w:uiPriority w:val="72"/>
    <w:unhideWhenUsed/>
    <w:rsid w:val="00541C25"/>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625">
    <w:name w:val="Цветной список - Акцент 62"/>
    <w:basedOn w:val="a3"/>
    <w:next w:val="-65"/>
    <w:uiPriority w:val="72"/>
    <w:unhideWhenUsed/>
    <w:rsid w:val="00541C25"/>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c">
    <w:name w:val="Цветная сетка2"/>
    <w:basedOn w:val="a3"/>
    <w:next w:val="affa"/>
    <w:uiPriority w:val="73"/>
    <w:unhideWhenUsed/>
    <w:rsid w:val="00541C25"/>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Цветная сетка - Акцент 12"/>
    <w:basedOn w:val="a3"/>
    <w:next w:val="-16"/>
    <w:uiPriority w:val="73"/>
    <w:unhideWhenUsed/>
    <w:rsid w:val="00541C25"/>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26">
    <w:name w:val="Цветная сетка - Акцент 22"/>
    <w:basedOn w:val="a3"/>
    <w:next w:val="-26"/>
    <w:uiPriority w:val="73"/>
    <w:unhideWhenUsed/>
    <w:rsid w:val="00541C25"/>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Цветная сетка - Акцент 32"/>
    <w:basedOn w:val="a3"/>
    <w:next w:val="-36"/>
    <w:uiPriority w:val="73"/>
    <w:unhideWhenUsed/>
    <w:rsid w:val="00541C25"/>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Цветная сетка - Акцент 42"/>
    <w:basedOn w:val="a3"/>
    <w:next w:val="-46"/>
    <w:uiPriority w:val="73"/>
    <w:unhideWhenUsed/>
    <w:rsid w:val="00541C25"/>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Цветная сетка - Акцент 52"/>
    <w:basedOn w:val="a3"/>
    <w:next w:val="-56"/>
    <w:uiPriority w:val="73"/>
    <w:unhideWhenUsed/>
    <w:rsid w:val="00541C25"/>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626">
    <w:name w:val="Цветная сетка - Акцент 62"/>
    <w:basedOn w:val="a3"/>
    <w:next w:val="-66"/>
    <w:uiPriority w:val="73"/>
    <w:unhideWhenUsed/>
    <w:rsid w:val="00541C25"/>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2fd">
    <w:name w:val="Название объекта2"/>
    <w:basedOn w:val="a1"/>
    <w:next w:val="a1"/>
    <w:uiPriority w:val="35"/>
    <w:semiHidden/>
    <w:unhideWhenUsed/>
    <w:qFormat/>
    <w:rsid w:val="00541C25"/>
    <w:pPr>
      <w:spacing w:after="200" w:line="240" w:lineRule="auto"/>
    </w:pPr>
    <w:rPr>
      <w:b/>
      <w:bCs/>
      <w:color w:val="5B9BD5"/>
      <w:sz w:val="18"/>
      <w:szCs w:val="18"/>
      <w:lang w:val="en-US"/>
    </w:rPr>
  </w:style>
  <w:style w:type="character" w:customStyle="1" w:styleId="fontstyle21">
    <w:name w:val="fontstyle21"/>
    <w:basedOn w:val="a2"/>
    <w:rsid w:val="00541C25"/>
    <w:rPr>
      <w:rFonts w:ascii="SchoolBookSanPin" w:hAnsi="SchoolBookSanPin" w:hint="default"/>
      <w:b w:val="0"/>
      <w:bCs w:val="0"/>
      <w:i w:val="0"/>
      <w:iCs w:val="0"/>
      <w:color w:val="242021"/>
      <w:sz w:val="20"/>
      <w:szCs w:val="20"/>
    </w:rPr>
  </w:style>
  <w:style w:type="character" w:customStyle="1" w:styleId="fontstyle31">
    <w:name w:val="fontstyle31"/>
    <w:basedOn w:val="a2"/>
    <w:rsid w:val="00541C25"/>
    <w:rPr>
      <w:rFonts w:ascii="PiGraphA" w:hAnsi="PiGraphA" w:hint="default"/>
      <w:b w:val="0"/>
      <w:bCs w:val="0"/>
      <w:i w:val="0"/>
      <w:iCs w:val="0"/>
      <w:color w:val="242021"/>
      <w:sz w:val="14"/>
      <w:szCs w:val="14"/>
    </w:rPr>
  </w:style>
  <w:style w:type="character" w:customStyle="1" w:styleId="fontstyle41">
    <w:name w:val="fontstyle41"/>
    <w:basedOn w:val="a2"/>
    <w:rsid w:val="00541C25"/>
    <w:rPr>
      <w:rFonts w:ascii="SchoolBookSanPin" w:hAnsi="SchoolBookSanPin" w:hint="default"/>
      <w:b w:val="0"/>
      <w:bCs w:val="0"/>
      <w:i w:val="0"/>
      <w:iCs w:val="0"/>
      <w:color w:val="242021"/>
      <w:sz w:val="20"/>
      <w:szCs w:val="20"/>
    </w:rPr>
  </w:style>
  <w:style w:type="character" w:customStyle="1" w:styleId="1ff6">
    <w:name w:val="Основной шрифт абзаца1"/>
    <w:rsid w:val="00541C25"/>
  </w:style>
  <w:style w:type="paragraph" w:styleId="afff6">
    <w:name w:val="Body Text Indent"/>
    <w:basedOn w:val="a1"/>
    <w:link w:val="afff7"/>
    <w:rsid w:val="00541C25"/>
    <w:pPr>
      <w:suppressAutoHyphens/>
      <w:spacing w:after="0" w:line="240" w:lineRule="auto"/>
      <w:jc w:val="both"/>
    </w:pPr>
    <w:rPr>
      <w:rFonts w:ascii="Times New Roman" w:eastAsia="Times New Roman" w:hAnsi="Times New Roman" w:cs="Times New Roman"/>
      <w:sz w:val="24"/>
      <w:szCs w:val="24"/>
      <w:lang w:eastAsia="zh-CN"/>
    </w:rPr>
  </w:style>
  <w:style w:type="character" w:customStyle="1" w:styleId="afff7">
    <w:name w:val="Основной текст с отступом Знак"/>
    <w:basedOn w:val="a2"/>
    <w:link w:val="afff6"/>
    <w:rsid w:val="00541C25"/>
    <w:rPr>
      <w:rFonts w:ascii="Times New Roman" w:eastAsia="Times New Roman" w:hAnsi="Times New Roman" w:cs="Times New Roman"/>
      <w:sz w:val="24"/>
      <w:szCs w:val="24"/>
      <w:lang w:eastAsia="zh-CN"/>
    </w:rPr>
  </w:style>
  <w:style w:type="paragraph" w:customStyle="1" w:styleId="322">
    <w:name w:val="Основной текст 32"/>
    <w:basedOn w:val="a1"/>
    <w:rsid w:val="00541C25"/>
    <w:pPr>
      <w:widowControl w:val="0"/>
      <w:suppressAutoHyphens/>
      <w:spacing w:after="0" w:line="240" w:lineRule="auto"/>
    </w:pPr>
    <w:rPr>
      <w:rFonts w:ascii="Times New Roman" w:eastAsia="Times New Roman" w:hAnsi="Times New Roman" w:cs="Times New Roman"/>
      <w:lang w:eastAsia="zh-CN"/>
    </w:rPr>
  </w:style>
  <w:style w:type="paragraph" w:styleId="2fe">
    <w:name w:val="Body Text Indent 2"/>
    <w:basedOn w:val="a1"/>
    <w:link w:val="2ff"/>
    <w:rsid w:val="00541C25"/>
    <w:pPr>
      <w:spacing w:after="0" w:line="240" w:lineRule="auto"/>
      <w:ind w:firstLine="720"/>
      <w:jc w:val="both"/>
    </w:pPr>
    <w:rPr>
      <w:rFonts w:ascii="Times New Roman" w:eastAsia="Times New Roman" w:hAnsi="Times New Roman" w:cs="Times New Roman"/>
      <w:sz w:val="24"/>
      <w:szCs w:val="24"/>
    </w:rPr>
  </w:style>
  <w:style w:type="character" w:customStyle="1" w:styleId="2ff">
    <w:name w:val="Основной текст с отступом 2 Знак"/>
    <w:basedOn w:val="a2"/>
    <w:link w:val="2fe"/>
    <w:rsid w:val="00541C25"/>
    <w:rPr>
      <w:rFonts w:ascii="Times New Roman" w:eastAsia="Times New Roman" w:hAnsi="Times New Roman" w:cs="Times New Roman"/>
      <w:sz w:val="24"/>
      <w:szCs w:val="24"/>
    </w:rPr>
  </w:style>
  <w:style w:type="paragraph" w:styleId="afff8">
    <w:name w:val="Block Text"/>
    <w:basedOn w:val="a1"/>
    <w:rsid w:val="00541C25"/>
    <w:pPr>
      <w:shd w:val="clear" w:color="auto" w:fill="FFFFFF"/>
      <w:spacing w:after="0" w:line="252" w:lineRule="exact"/>
      <w:ind w:left="14" w:right="-5" w:firstLine="166"/>
    </w:pPr>
    <w:rPr>
      <w:rFonts w:ascii="Times New Roman" w:eastAsia="Times New Roman" w:hAnsi="Times New Roman" w:cs="Times New Roman"/>
      <w:lang w:eastAsia="ru-RU"/>
    </w:rPr>
  </w:style>
  <w:style w:type="paragraph" w:styleId="3c">
    <w:name w:val="Body Text Indent 3"/>
    <w:basedOn w:val="a1"/>
    <w:link w:val="3d"/>
    <w:rsid w:val="00541C25"/>
    <w:pPr>
      <w:tabs>
        <w:tab w:val="left" w:pos="284"/>
      </w:tabs>
      <w:spacing w:after="0" w:line="240" w:lineRule="auto"/>
      <w:ind w:left="142"/>
    </w:pPr>
    <w:rPr>
      <w:rFonts w:ascii="Times New Roman" w:eastAsia="Times New Roman" w:hAnsi="Times New Roman" w:cs="Times New Roman"/>
      <w:sz w:val="24"/>
      <w:szCs w:val="24"/>
      <w:lang w:eastAsia="ru-RU"/>
    </w:rPr>
  </w:style>
  <w:style w:type="character" w:customStyle="1" w:styleId="3d">
    <w:name w:val="Основной текст с отступом 3 Знак"/>
    <w:basedOn w:val="a2"/>
    <w:link w:val="3c"/>
    <w:rsid w:val="00541C25"/>
    <w:rPr>
      <w:rFonts w:ascii="Times New Roman" w:eastAsia="Times New Roman" w:hAnsi="Times New Roman" w:cs="Times New Roman"/>
      <w:sz w:val="24"/>
      <w:szCs w:val="24"/>
      <w:lang w:eastAsia="ru-RU"/>
    </w:rPr>
  </w:style>
  <w:style w:type="paragraph" w:customStyle="1" w:styleId="3e">
    <w:name w:val="Заголовок 3+"/>
    <w:basedOn w:val="a1"/>
    <w:rsid w:val="00541C25"/>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1ff7">
    <w:name w:val="Стиль1"/>
    <w:basedOn w:val="a1"/>
    <w:rsid w:val="00541C25"/>
    <w:pPr>
      <w:spacing w:after="0" w:line="360" w:lineRule="auto"/>
      <w:jc w:val="both"/>
    </w:pPr>
    <w:rPr>
      <w:rFonts w:ascii="Times New Roman" w:eastAsia="Calibri" w:hAnsi="Times New Roman" w:cs="Times New Roman"/>
      <w:sz w:val="24"/>
      <w:szCs w:val="24"/>
      <w:lang w:eastAsia="ru-RU"/>
    </w:rPr>
  </w:style>
  <w:style w:type="character" w:customStyle="1" w:styleId="afff9">
    <w:name w:val="Основной текст + Полужирный"/>
    <w:rsid w:val="00541C25"/>
    <w:rPr>
      <w:rFonts w:ascii="Times New Roman" w:hAnsi="Times New Roman" w:cs="Times New Roman"/>
      <w:b/>
      <w:bCs/>
      <w:spacing w:val="0"/>
      <w:sz w:val="17"/>
      <w:szCs w:val="17"/>
    </w:rPr>
  </w:style>
  <w:style w:type="character" w:customStyle="1" w:styleId="3f">
    <w:name w:val="Основной текст (3)_"/>
    <w:link w:val="314"/>
    <w:rsid w:val="00541C25"/>
    <w:rPr>
      <w:rFonts w:ascii="Bookman Old Style" w:hAnsi="Bookman Old Style"/>
      <w:sz w:val="15"/>
      <w:szCs w:val="15"/>
      <w:shd w:val="clear" w:color="auto" w:fill="FFFFFF"/>
    </w:rPr>
  </w:style>
  <w:style w:type="paragraph" w:customStyle="1" w:styleId="314">
    <w:name w:val="Основной текст (3)1"/>
    <w:basedOn w:val="a1"/>
    <w:link w:val="3f"/>
    <w:rsid w:val="00541C25"/>
    <w:pPr>
      <w:shd w:val="clear" w:color="auto" w:fill="FFFFFF"/>
      <w:spacing w:after="240" w:line="86" w:lineRule="exact"/>
      <w:jc w:val="both"/>
    </w:pPr>
    <w:rPr>
      <w:rFonts w:ascii="Bookman Old Style" w:hAnsi="Bookman Old Style"/>
      <w:sz w:val="15"/>
      <w:szCs w:val="15"/>
    </w:rPr>
  </w:style>
  <w:style w:type="character" w:customStyle="1" w:styleId="3f0">
    <w:name w:val="Основной текст (3)"/>
    <w:basedOn w:val="3f"/>
    <w:rsid w:val="00541C25"/>
    <w:rPr>
      <w:rFonts w:ascii="Bookman Old Style" w:hAnsi="Bookman Old Style"/>
      <w:sz w:val="15"/>
      <w:szCs w:val="15"/>
      <w:shd w:val="clear" w:color="auto" w:fill="FFFFFF"/>
    </w:rPr>
  </w:style>
  <w:style w:type="character" w:customStyle="1" w:styleId="38pt">
    <w:name w:val="Основной текст (3) + 8 pt"/>
    <w:rsid w:val="00541C25"/>
    <w:rPr>
      <w:rFonts w:ascii="Bookman Old Style" w:hAnsi="Bookman Old Style"/>
      <w:sz w:val="16"/>
      <w:szCs w:val="16"/>
      <w:shd w:val="clear" w:color="auto" w:fill="FFFFFF"/>
    </w:rPr>
  </w:style>
  <w:style w:type="character" w:customStyle="1" w:styleId="82">
    <w:name w:val="Основной текст (8)_"/>
    <w:link w:val="811"/>
    <w:rsid w:val="00541C25"/>
    <w:rPr>
      <w:rFonts w:ascii="Bookman Old Style" w:hAnsi="Bookman Old Style"/>
      <w:sz w:val="16"/>
      <w:szCs w:val="16"/>
      <w:shd w:val="clear" w:color="auto" w:fill="FFFFFF"/>
    </w:rPr>
  </w:style>
  <w:style w:type="paragraph" w:customStyle="1" w:styleId="811">
    <w:name w:val="Основной текст (8)1"/>
    <w:basedOn w:val="a1"/>
    <w:link w:val="82"/>
    <w:rsid w:val="00541C25"/>
    <w:pPr>
      <w:shd w:val="clear" w:color="auto" w:fill="FFFFFF"/>
      <w:spacing w:after="60" w:line="130" w:lineRule="exact"/>
      <w:jc w:val="both"/>
    </w:pPr>
    <w:rPr>
      <w:rFonts w:ascii="Bookman Old Style" w:hAnsi="Bookman Old Style"/>
      <w:sz w:val="16"/>
      <w:szCs w:val="16"/>
    </w:rPr>
  </w:style>
  <w:style w:type="character" w:customStyle="1" w:styleId="83">
    <w:name w:val="Основной текст (8)"/>
    <w:basedOn w:val="82"/>
    <w:rsid w:val="00541C25"/>
    <w:rPr>
      <w:rFonts w:ascii="Bookman Old Style" w:hAnsi="Bookman Old Style"/>
      <w:sz w:val="16"/>
      <w:szCs w:val="16"/>
      <w:shd w:val="clear" w:color="auto" w:fill="FFFFFF"/>
    </w:rPr>
  </w:style>
  <w:style w:type="character" w:customStyle="1" w:styleId="87">
    <w:name w:val="Основной текст (8) + 7"/>
    <w:aliases w:val="5 pt2"/>
    <w:rsid w:val="00541C25"/>
    <w:rPr>
      <w:rFonts w:ascii="Bookman Old Style" w:hAnsi="Bookman Old Style"/>
      <w:sz w:val="15"/>
      <w:szCs w:val="15"/>
      <w:shd w:val="clear" w:color="auto" w:fill="FFFFFF"/>
    </w:rPr>
  </w:style>
  <w:style w:type="character" w:customStyle="1" w:styleId="9pt">
    <w:name w:val="Основной текст + 9 pt"/>
    <w:rsid w:val="00541C25"/>
    <w:rPr>
      <w:rFonts w:ascii="Times New Roman" w:hAnsi="Times New Roman" w:cs="Times New Roman"/>
      <w:i/>
      <w:iCs/>
      <w:spacing w:val="0"/>
      <w:sz w:val="18"/>
      <w:szCs w:val="18"/>
    </w:rPr>
  </w:style>
  <w:style w:type="character" w:customStyle="1" w:styleId="1ff8">
    <w:name w:val="Основной текст + Полужирный1"/>
    <w:rsid w:val="00541C25"/>
    <w:rPr>
      <w:rFonts w:ascii="Times New Roman" w:hAnsi="Times New Roman" w:cs="Times New Roman"/>
      <w:b/>
      <w:bCs/>
      <w:spacing w:val="0"/>
      <w:sz w:val="17"/>
      <w:szCs w:val="17"/>
    </w:rPr>
  </w:style>
  <w:style w:type="character" w:customStyle="1" w:styleId="200">
    <w:name w:val="Основной текст (20)_"/>
    <w:link w:val="201"/>
    <w:rsid w:val="00541C25"/>
    <w:rPr>
      <w:spacing w:val="10"/>
      <w:sz w:val="15"/>
      <w:szCs w:val="15"/>
      <w:shd w:val="clear" w:color="auto" w:fill="FFFFFF"/>
    </w:rPr>
  </w:style>
  <w:style w:type="paragraph" w:customStyle="1" w:styleId="201">
    <w:name w:val="Основной текст (20)"/>
    <w:basedOn w:val="a1"/>
    <w:link w:val="200"/>
    <w:rsid w:val="00541C25"/>
    <w:pPr>
      <w:shd w:val="clear" w:color="auto" w:fill="FFFFFF"/>
      <w:spacing w:before="60" w:after="420" w:line="240" w:lineRule="atLeast"/>
    </w:pPr>
    <w:rPr>
      <w:spacing w:val="10"/>
      <w:sz w:val="15"/>
      <w:szCs w:val="15"/>
    </w:rPr>
  </w:style>
  <w:style w:type="character" w:customStyle="1" w:styleId="208">
    <w:name w:val="Основной текст (20) + 8"/>
    <w:aliases w:val="5 pt1,Полужирный,Интервал 0 pt"/>
    <w:rsid w:val="00541C25"/>
    <w:rPr>
      <w:b/>
      <w:bCs/>
      <w:spacing w:val="0"/>
      <w:sz w:val="17"/>
      <w:szCs w:val="17"/>
      <w:shd w:val="clear" w:color="auto" w:fill="FFFFFF"/>
    </w:rPr>
  </w:style>
  <w:style w:type="paragraph" w:customStyle="1" w:styleId="Style3">
    <w:name w:val="Style3"/>
    <w:basedOn w:val="a1"/>
    <w:rsid w:val="00541C2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1"/>
    <w:rsid w:val="00541C25"/>
    <w:pPr>
      <w:widowControl w:val="0"/>
      <w:autoSpaceDE w:val="0"/>
      <w:autoSpaceDN w:val="0"/>
      <w:adjustRightInd w:val="0"/>
      <w:spacing w:after="0" w:line="202" w:lineRule="exact"/>
      <w:ind w:firstLine="298"/>
      <w:jc w:val="both"/>
    </w:pPr>
    <w:rPr>
      <w:rFonts w:ascii="Arial" w:eastAsia="Times New Roman" w:hAnsi="Arial" w:cs="Arial"/>
      <w:sz w:val="24"/>
      <w:szCs w:val="24"/>
      <w:lang w:eastAsia="ru-RU"/>
    </w:rPr>
  </w:style>
  <w:style w:type="paragraph" w:customStyle="1" w:styleId="Style7">
    <w:name w:val="Style7"/>
    <w:basedOn w:val="a1"/>
    <w:rsid w:val="00541C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6">
    <w:name w:val="Style16"/>
    <w:basedOn w:val="a1"/>
    <w:rsid w:val="00541C25"/>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10">
    <w:name w:val="Font Style21"/>
    <w:rsid w:val="00541C25"/>
    <w:rPr>
      <w:rFonts w:ascii="Times New Roman" w:hAnsi="Times New Roman" w:cs="Times New Roman"/>
      <w:sz w:val="20"/>
      <w:szCs w:val="20"/>
    </w:rPr>
  </w:style>
  <w:style w:type="character" w:customStyle="1" w:styleId="FontStyle22">
    <w:name w:val="Font Style22"/>
    <w:rsid w:val="00541C25"/>
    <w:rPr>
      <w:rFonts w:ascii="Arial" w:hAnsi="Arial" w:cs="Arial"/>
      <w:b/>
      <w:bCs/>
      <w:sz w:val="18"/>
      <w:szCs w:val="18"/>
    </w:rPr>
  </w:style>
  <w:style w:type="paragraph" w:customStyle="1" w:styleId="Zag2">
    <w:name w:val="Zag_2"/>
    <w:basedOn w:val="a1"/>
    <w:rsid w:val="00541C2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apple-converted-space">
    <w:name w:val="apple-converted-space"/>
    <w:rsid w:val="00541C25"/>
    <w:rPr>
      <w:rFonts w:cs="Times New Roman"/>
    </w:rPr>
  </w:style>
  <w:style w:type="paragraph" w:customStyle="1" w:styleId="afffa">
    <w:name w:val="А_основной"/>
    <w:basedOn w:val="a1"/>
    <w:link w:val="afffb"/>
    <w:qFormat/>
    <w:rsid w:val="00541C25"/>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541C25"/>
    <w:rPr>
      <w:rFonts w:ascii="Times New Roman" w:eastAsia="Calibri" w:hAnsi="Times New Roman" w:cs="Times New Roman"/>
      <w:sz w:val="28"/>
      <w:szCs w:val="28"/>
    </w:rPr>
  </w:style>
  <w:style w:type="paragraph" w:customStyle="1" w:styleId="afffc">
    <w:name w:val="Базовый"/>
    <w:rsid w:val="00541C25"/>
    <w:pPr>
      <w:suppressAutoHyphens/>
      <w:spacing w:after="200" w:line="276" w:lineRule="auto"/>
    </w:pPr>
    <w:rPr>
      <w:rFonts w:ascii="Calibri" w:eastAsia="SimSun" w:hAnsi="Calibri" w:cs="Calibri"/>
      <w:color w:val="00000A"/>
    </w:rPr>
  </w:style>
  <w:style w:type="table" w:customStyle="1" w:styleId="123">
    <w:name w:val="Сетка таблицы12"/>
    <w:basedOn w:val="a3"/>
    <w:next w:val="a3"/>
    <w:uiPriority w:val="59"/>
    <w:rsid w:val="00541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0">
    <w:name w:val="Абзац списка2"/>
    <w:basedOn w:val="a1"/>
    <w:qFormat/>
    <w:rsid w:val="00541C25"/>
    <w:pPr>
      <w:spacing w:after="200" w:line="276" w:lineRule="auto"/>
      <w:ind w:left="720"/>
      <w:contextualSpacing/>
    </w:pPr>
    <w:rPr>
      <w:rFonts w:ascii="Calibri" w:eastAsia="Times New Roman" w:hAnsi="Calibri" w:cs="Times New Roman"/>
    </w:rPr>
  </w:style>
  <w:style w:type="paragraph" w:customStyle="1" w:styleId="1ff9">
    <w:name w:val="Обычный1"/>
    <w:rsid w:val="00541C25"/>
    <w:pPr>
      <w:spacing w:after="200" w:line="276" w:lineRule="auto"/>
    </w:pPr>
    <w:rPr>
      <w:rFonts w:ascii="Calibri" w:eastAsia="Calibri" w:hAnsi="Calibri" w:cs="Calibri"/>
      <w:lang w:eastAsia="ru-RU"/>
    </w:rPr>
  </w:style>
  <w:style w:type="paragraph" w:customStyle="1" w:styleId="117">
    <w:name w:val="Абзац списка11"/>
    <w:basedOn w:val="a1"/>
    <w:rsid w:val="00541C25"/>
    <w:pPr>
      <w:suppressAutoHyphens/>
      <w:spacing w:after="0" w:line="240" w:lineRule="auto"/>
      <w:ind w:left="720"/>
    </w:pPr>
    <w:rPr>
      <w:rFonts w:ascii="Times New Roman" w:eastAsia="Times New Roman" w:hAnsi="Times New Roman" w:cs="Times New Roman"/>
      <w:sz w:val="24"/>
      <w:szCs w:val="24"/>
      <w:lang w:eastAsia="zh-CN"/>
    </w:rPr>
  </w:style>
  <w:style w:type="table" w:customStyle="1" w:styleId="TableGrid">
    <w:name w:val="TableGrid"/>
    <w:rsid w:val="00541C25"/>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d">
    <w:name w:val="Знак"/>
    <w:basedOn w:val="a1"/>
    <w:rsid w:val="00541C25"/>
    <w:pPr>
      <w:spacing w:line="240" w:lineRule="exact"/>
    </w:pPr>
    <w:rPr>
      <w:rFonts w:ascii="Verdana" w:eastAsia="Times New Roman" w:hAnsi="Verdana" w:cs="Verdana"/>
      <w:sz w:val="20"/>
      <w:szCs w:val="20"/>
      <w:lang w:val="en-US"/>
    </w:rPr>
  </w:style>
  <w:style w:type="paragraph" w:customStyle="1" w:styleId="afffe">
    <w:name w:val="Содержимое таблицы"/>
    <w:basedOn w:val="a1"/>
    <w:rsid w:val="00541C25"/>
    <w:pPr>
      <w:suppressLineNumbers/>
      <w:suppressAutoHyphens/>
      <w:spacing w:after="200" w:line="276" w:lineRule="auto"/>
    </w:pPr>
    <w:rPr>
      <w:rFonts w:ascii="Calibri" w:eastAsia="SimSun" w:hAnsi="Calibri" w:cs="Calibri"/>
      <w:kern w:val="1"/>
      <w:lang w:eastAsia="ar-SA"/>
    </w:rPr>
  </w:style>
  <w:style w:type="paragraph" w:styleId="aff1">
    <w:name w:val="Intense Quote"/>
    <w:basedOn w:val="a1"/>
    <w:next w:val="a1"/>
    <w:link w:val="aff0"/>
    <w:uiPriority w:val="30"/>
    <w:qFormat/>
    <w:rsid w:val="00541C25"/>
    <w:pPr>
      <w:pBdr>
        <w:top w:val="single" w:sz="4" w:space="10" w:color="5B9BD5" w:themeColor="accent1"/>
        <w:bottom w:val="single" w:sz="4" w:space="10" w:color="5B9BD5" w:themeColor="accent1"/>
      </w:pBdr>
      <w:spacing w:before="360" w:after="360"/>
      <w:ind w:left="864" w:right="864"/>
      <w:jc w:val="center"/>
    </w:pPr>
    <w:rPr>
      <w:rFonts w:eastAsia="Times New Roman"/>
      <w:b/>
      <w:bCs/>
      <w:i/>
      <w:iCs/>
      <w:color w:val="4F81BD"/>
      <w:lang w:val="en-US"/>
    </w:rPr>
  </w:style>
  <w:style w:type="character" w:customStyle="1" w:styleId="2ff1">
    <w:name w:val="Выделенная цитата Знак2"/>
    <w:basedOn w:val="a2"/>
    <w:uiPriority w:val="30"/>
    <w:rsid w:val="00541C25"/>
    <w:rPr>
      <w:i/>
      <w:iCs/>
      <w:color w:val="5B9BD5" w:themeColor="accent1"/>
    </w:rPr>
  </w:style>
  <w:style w:type="table" w:styleId="aff4">
    <w:name w:val="Light Shading"/>
    <w:basedOn w:val="a3"/>
    <w:uiPriority w:val="60"/>
    <w:unhideWhenUsed/>
    <w:rsid w:val="00541C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unhideWhenUsed/>
    <w:rsid w:val="00541C2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unhideWhenUsed/>
    <w:rsid w:val="00541C25"/>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unhideWhenUsed/>
    <w:rsid w:val="00541C25"/>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unhideWhenUsed/>
    <w:rsid w:val="00541C25"/>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unhideWhenUsed/>
    <w:rsid w:val="00541C25"/>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unhideWhenUsed/>
    <w:rsid w:val="00541C25"/>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5">
    <w:name w:val="Light List"/>
    <w:basedOn w:val="a3"/>
    <w:uiPriority w:val="61"/>
    <w:unhideWhenUsed/>
    <w:rsid w:val="00541C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unhideWhenUsed/>
    <w:rsid w:val="00541C25"/>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unhideWhenUsed/>
    <w:rsid w:val="00541C2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unhideWhenUsed/>
    <w:rsid w:val="00541C25"/>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unhideWhenUsed/>
    <w:rsid w:val="00541C2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unhideWhenUsed/>
    <w:rsid w:val="00541C25"/>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unhideWhenUsed/>
    <w:rsid w:val="00541C25"/>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6">
    <w:name w:val="Light Grid"/>
    <w:basedOn w:val="a3"/>
    <w:uiPriority w:val="62"/>
    <w:unhideWhenUsed/>
    <w:rsid w:val="00541C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unhideWhenUsed/>
    <w:rsid w:val="00541C25"/>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unhideWhenUsed/>
    <w:rsid w:val="00541C2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unhideWhenUsed/>
    <w:rsid w:val="00541C25"/>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unhideWhenUsed/>
    <w:rsid w:val="00541C2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unhideWhenUsed/>
    <w:rsid w:val="00541C25"/>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unhideWhenUsed/>
    <w:rsid w:val="00541C25"/>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f8">
    <w:name w:val="Medium Shading 1"/>
    <w:basedOn w:val="a3"/>
    <w:uiPriority w:val="63"/>
    <w:unhideWhenUsed/>
    <w:rsid w:val="00541C2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unhideWhenUsed/>
    <w:rsid w:val="00541C25"/>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unhideWhenUsed/>
    <w:rsid w:val="00541C25"/>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unhideWhenUsed/>
    <w:rsid w:val="00541C25"/>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unhideWhenUsed/>
    <w:rsid w:val="00541C25"/>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unhideWhenUsed/>
    <w:rsid w:val="00541C25"/>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unhideWhenUsed/>
    <w:rsid w:val="00541C25"/>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c">
    <w:name w:val="Medium Shading 2"/>
    <w:basedOn w:val="a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unhideWhenUsed/>
    <w:rsid w:val="00541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9">
    <w:name w:val="Medium List 1"/>
    <w:basedOn w:val="a3"/>
    <w:uiPriority w:val="65"/>
    <w:unhideWhenUsed/>
    <w:rsid w:val="00541C2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unhideWhenUsed/>
    <w:rsid w:val="00541C25"/>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unhideWhenUsed/>
    <w:rsid w:val="00541C25"/>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unhideWhenUsed/>
    <w:rsid w:val="00541C25"/>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unhideWhenUsed/>
    <w:rsid w:val="00541C25"/>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unhideWhenUsed/>
    <w:rsid w:val="00541C25"/>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unhideWhenUsed/>
    <w:rsid w:val="00541C25"/>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d">
    <w:name w:val="Medium List 2"/>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a">
    <w:name w:val="Medium Grid 1"/>
    <w:basedOn w:val="a3"/>
    <w:uiPriority w:val="67"/>
    <w:unhideWhenUsed/>
    <w:rsid w:val="00541C2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unhideWhenUsed/>
    <w:rsid w:val="00541C25"/>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unhideWhenUsed/>
    <w:rsid w:val="00541C25"/>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unhideWhenUsed/>
    <w:rsid w:val="00541C25"/>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unhideWhenUsed/>
    <w:rsid w:val="00541C25"/>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unhideWhenUsed/>
    <w:rsid w:val="00541C25"/>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unhideWhenUsed/>
    <w:rsid w:val="00541C25"/>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e">
    <w:name w:val="Medium Grid 2"/>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b">
    <w:name w:val="Medium Grid 3"/>
    <w:basedOn w:val="a3"/>
    <w:uiPriority w:val="69"/>
    <w:unhideWhenUsed/>
    <w:rsid w:val="00541C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unhideWhenUsed/>
    <w:rsid w:val="00541C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unhideWhenUsed/>
    <w:rsid w:val="00541C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unhideWhenUsed/>
    <w:rsid w:val="00541C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unhideWhenUsed/>
    <w:rsid w:val="00541C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unhideWhenUsed/>
    <w:rsid w:val="00541C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unhideWhenUsed/>
    <w:rsid w:val="00541C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7">
    <w:name w:val="Dark List"/>
    <w:basedOn w:val="a3"/>
    <w:uiPriority w:val="70"/>
    <w:unhideWhenUsed/>
    <w:rsid w:val="00541C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unhideWhenUsed/>
    <w:rsid w:val="00541C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unhideWhenUsed/>
    <w:rsid w:val="00541C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unhideWhenUsed/>
    <w:rsid w:val="00541C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unhideWhenUsed/>
    <w:rsid w:val="00541C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unhideWhenUsed/>
    <w:rsid w:val="00541C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unhideWhenUsed/>
    <w:rsid w:val="00541C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8">
    <w:name w:val="Colorful Shading"/>
    <w:basedOn w:val="a3"/>
    <w:uiPriority w:val="71"/>
    <w:unhideWhenUsed/>
    <w:rsid w:val="00541C25"/>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unhideWhenUsed/>
    <w:rsid w:val="00541C25"/>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unhideWhenUsed/>
    <w:rsid w:val="00541C25"/>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unhideWhenUsed/>
    <w:rsid w:val="00541C25"/>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unhideWhenUsed/>
    <w:rsid w:val="00541C25"/>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unhideWhenUsed/>
    <w:rsid w:val="00541C25"/>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unhideWhenUsed/>
    <w:rsid w:val="00541C25"/>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9">
    <w:name w:val="Colorful List"/>
    <w:basedOn w:val="a3"/>
    <w:uiPriority w:val="72"/>
    <w:unhideWhenUsed/>
    <w:rsid w:val="00541C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unhideWhenUsed/>
    <w:rsid w:val="00541C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unhideWhenUsed/>
    <w:rsid w:val="00541C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unhideWhenUsed/>
    <w:rsid w:val="00541C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unhideWhenUsed/>
    <w:rsid w:val="00541C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unhideWhenUsed/>
    <w:rsid w:val="00541C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unhideWhenUsed/>
    <w:rsid w:val="00541C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a">
    <w:name w:val="Colorful Grid"/>
    <w:basedOn w:val="a3"/>
    <w:uiPriority w:val="73"/>
    <w:unhideWhenUsed/>
    <w:rsid w:val="00541C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unhideWhenUsed/>
    <w:rsid w:val="00541C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unhideWhenUsed/>
    <w:rsid w:val="00541C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unhideWhenUsed/>
    <w:rsid w:val="00541C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unhideWhenUsed/>
    <w:rsid w:val="00541C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unhideWhenUsed/>
    <w:rsid w:val="00541C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unhideWhenUsed/>
    <w:rsid w:val="00541C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
    <w:name w:val="Subtle Emphasis"/>
    <w:basedOn w:val="a2"/>
    <w:uiPriority w:val="19"/>
    <w:qFormat/>
    <w:rsid w:val="00541C25"/>
    <w:rPr>
      <w:i/>
      <w:iCs/>
      <w:color w:val="404040" w:themeColor="text1" w:themeTint="BF"/>
    </w:rPr>
  </w:style>
  <w:style w:type="character" w:styleId="affff0">
    <w:name w:val="Intense Emphasis"/>
    <w:basedOn w:val="a2"/>
    <w:uiPriority w:val="21"/>
    <w:qFormat/>
    <w:rsid w:val="00541C25"/>
    <w:rPr>
      <w:i/>
      <w:iCs/>
      <w:color w:val="5B9BD5" w:themeColor="accent1"/>
    </w:rPr>
  </w:style>
  <w:style w:type="character" w:styleId="affff1">
    <w:name w:val="Subtle Reference"/>
    <w:basedOn w:val="a2"/>
    <w:uiPriority w:val="31"/>
    <w:qFormat/>
    <w:rsid w:val="00541C25"/>
    <w:rPr>
      <w:smallCaps/>
      <w:color w:val="5A5A5A" w:themeColor="text1" w:themeTint="A5"/>
    </w:rPr>
  </w:style>
  <w:style w:type="character" w:styleId="affff2">
    <w:name w:val="Intense Reference"/>
    <w:basedOn w:val="a2"/>
    <w:uiPriority w:val="32"/>
    <w:qFormat/>
    <w:rsid w:val="00541C25"/>
    <w:rPr>
      <w:b/>
      <w:bCs/>
      <w:smallCaps/>
      <w:color w:val="5B9BD5" w:themeColor="accent1"/>
      <w:spacing w:val="5"/>
    </w:rPr>
  </w:style>
  <w:style w:type="table" w:customStyle="1" w:styleId="130">
    <w:name w:val="Сетка таблицы13"/>
    <w:basedOn w:val="a3"/>
    <w:next w:val="ab"/>
    <w:uiPriority w:val="59"/>
    <w:rsid w:val="007B7F00"/>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b"/>
    <w:uiPriority w:val="39"/>
    <w:rsid w:val="00956D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956D16"/>
    <w:pPr>
      <w:spacing w:after="0" w:line="240" w:lineRule="auto"/>
    </w:pPr>
    <w:rPr>
      <w:rFonts w:eastAsia="Times New Roman"/>
      <w:lang w:eastAsia="ru-RU"/>
    </w:rPr>
    <w:tblPr>
      <w:tblCellMar>
        <w:top w:w="0" w:type="dxa"/>
        <w:left w:w="0" w:type="dxa"/>
        <w:bottom w:w="0" w:type="dxa"/>
        <w:right w:w="0" w:type="dxa"/>
      </w:tblCellMar>
    </w:tblPr>
  </w:style>
  <w:style w:type="paragraph" w:styleId="affff3">
    <w:name w:val="caption"/>
    <w:basedOn w:val="a1"/>
    <w:next w:val="a1"/>
    <w:uiPriority w:val="35"/>
    <w:semiHidden/>
    <w:unhideWhenUsed/>
    <w:qFormat/>
    <w:rsid w:val="00394C33"/>
    <w:pPr>
      <w:spacing w:after="200" w:line="240" w:lineRule="auto"/>
    </w:pPr>
    <w:rPr>
      <w:b/>
      <w:bCs/>
      <w:color w:val="5B9BD5"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basedOn w:val="a1"/>
    <w:next w:val="a1"/>
    <w:link w:val="11"/>
    <w:uiPriority w:val="9"/>
    <w:qFormat/>
    <w:rsid w:val="008A18C1"/>
    <w:pPr>
      <w:keepNext/>
      <w:keepLines/>
      <w:spacing w:before="240" w:after="0"/>
      <w:outlineLvl w:val="0"/>
    </w:pPr>
    <w:rPr>
      <w:rFonts w:ascii="Calibri Light" w:eastAsia="Times New Roman" w:hAnsi="Calibri Light" w:cs="Times New Roman"/>
      <w:b/>
      <w:bCs/>
      <w:color w:val="2E74B5"/>
      <w:sz w:val="28"/>
      <w:szCs w:val="28"/>
      <w:lang w:val="en-US"/>
    </w:rPr>
  </w:style>
  <w:style w:type="paragraph" w:styleId="21">
    <w:name w:val="heading 2"/>
    <w:basedOn w:val="a1"/>
    <w:next w:val="a1"/>
    <w:link w:val="22"/>
    <w:unhideWhenUsed/>
    <w:qFormat/>
    <w:rsid w:val="008A18C1"/>
    <w:pPr>
      <w:keepNext/>
      <w:keepLines/>
      <w:spacing w:before="40" w:after="0"/>
      <w:outlineLvl w:val="1"/>
    </w:pPr>
    <w:rPr>
      <w:rFonts w:ascii="Calibri Light" w:eastAsia="Times New Roman" w:hAnsi="Calibri Light" w:cs="Times New Roman"/>
      <w:b/>
      <w:bCs/>
      <w:color w:val="5B9BD5"/>
      <w:sz w:val="26"/>
      <w:szCs w:val="26"/>
      <w:lang w:val="en-US"/>
    </w:rPr>
  </w:style>
  <w:style w:type="paragraph" w:styleId="32">
    <w:name w:val="heading 3"/>
    <w:basedOn w:val="a1"/>
    <w:next w:val="a1"/>
    <w:link w:val="33"/>
    <w:unhideWhenUsed/>
    <w:qFormat/>
    <w:rsid w:val="008A18C1"/>
    <w:pPr>
      <w:keepNext/>
      <w:keepLines/>
      <w:spacing w:before="40" w:after="0"/>
      <w:outlineLvl w:val="2"/>
    </w:pPr>
    <w:rPr>
      <w:rFonts w:ascii="Calibri Light" w:eastAsia="Times New Roman" w:hAnsi="Calibri Light" w:cs="Times New Roman"/>
      <w:b/>
      <w:bCs/>
      <w:color w:val="5B9BD5"/>
      <w:lang w:val="en-US"/>
    </w:rPr>
  </w:style>
  <w:style w:type="paragraph" w:styleId="4">
    <w:name w:val="heading 4"/>
    <w:basedOn w:val="a1"/>
    <w:next w:val="a1"/>
    <w:link w:val="40"/>
    <w:unhideWhenUsed/>
    <w:qFormat/>
    <w:rsid w:val="008A18C1"/>
    <w:pPr>
      <w:keepNext/>
      <w:keepLines/>
      <w:spacing w:before="40" w:after="0"/>
      <w:outlineLvl w:val="3"/>
    </w:pPr>
    <w:rPr>
      <w:rFonts w:ascii="Calibri Light" w:eastAsia="Times New Roman" w:hAnsi="Calibri Light" w:cs="Times New Roman"/>
      <w:b/>
      <w:bCs/>
      <w:i/>
      <w:iCs/>
      <w:color w:val="5B9BD5"/>
      <w:lang w:val="en-US"/>
    </w:rPr>
  </w:style>
  <w:style w:type="paragraph" w:styleId="5">
    <w:name w:val="heading 5"/>
    <w:basedOn w:val="a1"/>
    <w:next w:val="a1"/>
    <w:link w:val="50"/>
    <w:unhideWhenUsed/>
    <w:qFormat/>
    <w:rsid w:val="00541C25"/>
    <w:pPr>
      <w:keepNext/>
      <w:keepLines/>
      <w:spacing w:before="40" w:after="0"/>
      <w:outlineLvl w:val="4"/>
    </w:pPr>
    <w:rPr>
      <w:rFonts w:ascii="Cambria" w:eastAsia="Times New Roman" w:hAnsi="Cambria" w:cs="Times New Roman"/>
      <w:color w:val="243F60"/>
      <w:lang w:val="en-US"/>
    </w:rPr>
  </w:style>
  <w:style w:type="paragraph" w:styleId="6">
    <w:name w:val="heading 6"/>
    <w:basedOn w:val="a1"/>
    <w:next w:val="a1"/>
    <w:link w:val="60"/>
    <w:unhideWhenUsed/>
    <w:qFormat/>
    <w:rsid w:val="00541C25"/>
    <w:pPr>
      <w:keepNext/>
      <w:keepLines/>
      <w:spacing w:before="40" w:after="0"/>
      <w:outlineLvl w:val="5"/>
    </w:pPr>
    <w:rPr>
      <w:rFonts w:ascii="Cambria" w:eastAsia="Times New Roman" w:hAnsi="Cambria" w:cs="Times New Roman"/>
      <w:i/>
      <w:iCs/>
      <w:color w:val="243F60"/>
      <w:lang w:val="en-US"/>
    </w:rPr>
  </w:style>
  <w:style w:type="paragraph" w:styleId="7">
    <w:name w:val="heading 7"/>
    <w:basedOn w:val="a1"/>
    <w:next w:val="a1"/>
    <w:link w:val="70"/>
    <w:unhideWhenUsed/>
    <w:qFormat/>
    <w:rsid w:val="00541C25"/>
    <w:pPr>
      <w:keepNext/>
      <w:keepLines/>
      <w:spacing w:before="40" w:after="0"/>
      <w:outlineLvl w:val="6"/>
    </w:pPr>
    <w:rPr>
      <w:rFonts w:ascii="Cambria" w:eastAsia="Times New Roman" w:hAnsi="Cambria" w:cs="Times New Roman"/>
      <w:i/>
      <w:iCs/>
      <w:color w:val="404040"/>
      <w:lang w:val="en-US"/>
    </w:rPr>
  </w:style>
  <w:style w:type="paragraph" w:styleId="8">
    <w:name w:val="heading 8"/>
    <w:basedOn w:val="a1"/>
    <w:next w:val="a1"/>
    <w:link w:val="80"/>
    <w:unhideWhenUsed/>
    <w:qFormat/>
    <w:rsid w:val="00541C25"/>
    <w:pPr>
      <w:keepNext/>
      <w:keepLines/>
      <w:spacing w:before="40" w:after="0"/>
      <w:outlineLvl w:val="7"/>
    </w:pPr>
    <w:rPr>
      <w:rFonts w:ascii="Cambria" w:eastAsia="Times New Roman" w:hAnsi="Cambria" w:cs="Times New Roman"/>
      <w:color w:val="4F81BD"/>
      <w:sz w:val="20"/>
      <w:szCs w:val="20"/>
      <w:lang w:val="en-US"/>
    </w:rPr>
  </w:style>
  <w:style w:type="paragraph" w:styleId="9">
    <w:name w:val="heading 9"/>
    <w:basedOn w:val="a1"/>
    <w:next w:val="a1"/>
    <w:link w:val="90"/>
    <w:unhideWhenUsed/>
    <w:qFormat/>
    <w:rsid w:val="00541C25"/>
    <w:pPr>
      <w:keepNext/>
      <w:keepLines/>
      <w:spacing w:before="40" w:after="0"/>
      <w:outlineLvl w:val="8"/>
    </w:pPr>
    <w:rPr>
      <w:rFonts w:ascii="Cambria" w:eastAsia="Times New Roman" w:hAnsi="Cambria" w:cs="Times New Roman"/>
      <w:i/>
      <w:iCs/>
      <w:color w:val="404040"/>
      <w:sz w:val="20"/>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8215D9"/>
    <w:pPr>
      <w:ind w:left="720"/>
      <w:contextualSpacing/>
    </w:pPr>
  </w:style>
  <w:style w:type="character" w:customStyle="1" w:styleId="a6">
    <w:name w:val="Абзац списка Знак"/>
    <w:link w:val="a5"/>
    <w:uiPriority w:val="1"/>
    <w:locked/>
    <w:rsid w:val="008215D9"/>
  </w:style>
  <w:style w:type="character" w:styleId="a7">
    <w:name w:val="Hyperlink"/>
    <w:basedOn w:val="a2"/>
    <w:unhideWhenUsed/>
    <w:rsid w:val="004750F9"/>
    <w:rPr>
      <w:color w:val="0563C1" w:themeColor="hyperlink"/>
      <w:u w:val="single"/>
    </w:rPr>
  </w:style>
  <w:style w:type="paragraph" w:customStyle="1" w:styleId="110">
    <w:name w:val="Заголовок 11"/>
    <w:basedOn w:val="a1"/>
    <w:next w:val="a1"/>
    <w:uiPriority w:val="1"/>
    <w:qFormat/>
    <w:rsid w:val="008A18C1"/>
    <w:pPr>
      <w:keepNext/>
      <w:keepLines/>
      <w:spacing w:before="480" w:after="200" w:line="276" w:lineRule="auto"/>
      <w:outlineLvl w:val="0"/>
    </w:pPr>
    <w:rPr>
      <w:rFonts w:ascii="Calibri Light" w:eastAsia="Times New Roman" w:hAnsi="Calibri Light" w:cs="Times New Roman"/>
      <w:b/>
      <w:bCs/>
      <w:color w:val="2E74B5"/>
      <w:sz w:val="28"/>
      <w:szCs w:val="28"/>
      <w:lang w:val="en-US"/>
    </w:rPr>
  </w:style>
  <w:style w:type="paragraph" w:customStyle="1" w:styleId="210">
    <w:name w:val="Заголовок 21"/>
    <w:basedOn w:val="a1"/>
    <w:next w:val="a1"/>
    <w:uiPriority w:val="1"/>
    <w:unhideWhenUsed/>
    <w:qFormat/>
    <w:rsid w:val="008A18C1"/>
    <w:pPr>
      <w:keepNext/>
      <w:keepLines/>
      <w:spacing w:before="200" w:after="200" w:line="276" w:lineRule="auto"/>
      <w:outlineLvl w:val="1"/>
    </w:pPr>
    <w:rPr>
      <w:rFonts w:ascii="Calibri Light" w:eastAsia="Times New Roman" w:hAnsi="Calibri Light" w:cs="Times New Roman"/>
      <w:b/>
      <w:bCs/>
      <w:color w:val="5B9BD5"/>
      <w:sz w:val="26"/>
      <w:szCs w:val="26"/>
      <w:lang w:val="en-US"/>
    </w:rPr>
  </w:style>
  <w:style w:type="paragraph" w:customStyle="1" w:styleId="310">
    <w:name w:val="Заголовок 31"/>
    <w:basedOn w:val="a1"/>
    <w:next w:val="a1"/>
    <w:uiPriority w:val="1"/>
    <w:unhideWhenUsed/>
    <w:qFormat/>
    <w:rsid w:val="008A18C1"/>
    <w:pPr>
      <w:keepNext/>
      <w:keepLines/>
      <w:spacing w:before="200" w:after="200" w:line="276" w:lineRule="auto"/>
      <w:outlineLvl w:val="2"/>
    </w:pPr>
    <w:rPr>
      <w:rFonts w:ascii="Calibri Light" w:eastAsia="Times New Roman" w:hAnsi="Calibri Light" w:cs="Times New Roman"/>
      <w:b/>
      <w:bCs/>
      <w:color w:val="5B9BD5"/>
      <w:lang w:val="en-US"/>
    </w:rPr>
  </w:style>
  <w:style w:type="paragraph" w:customStyle="1" w:styleId="41">
    <w:name w:val="Заголовок 41"/>
    <w:basedOn w:val="a1"/>
    <w:next w:val="a1"/>
    <w:uiPriority w:val="1"/>
    <w:unhideWhenUsed/>
    <w:qFormat/>
    <w:rsid w:val="008A18C1"/>
    <w:pPr>
      <w:keepNext/>
      <w:keepLines/>
      <w:spacing w:before="200" w:after="200" w:line="276" w:lineRule="auto"/>
      <w:outlineLvl w:val="3"/>
    </w:pPr>
    <w:rPr>
      <w:rFonts w:ascii="Calibri Light" w:eastAsia="Times New Roman" w:hAnsi="Calibri Light" w:cs="Times New Roman"/>
      <w:b/>
      <w:bCs/>
      <w:i/>
      <w:iCs/>
      <w:color w:val="5B9BD5"/>
      <w:lang w:val="en-US"/>
    </w:rPr>
  </w:style>
  <w:style w:type="numbering" w:customStyle="1" w:styleId="12">
    <w:name w:val="Нет списка1"/>
    <w:next w:val="a4"/>
    <w:uiPriority w:val="99"/>
    <w:semiHidden/>
    <w:unhideWhenUsed/>
    <w:rsid w:val="008A18C1"/>
  </w:style>
  <w:style w:type="paragraph" w:styleId="a8">
    <w:name w:val="Normal (Web)"/>
    <w:basedOn w:val="a1"/>
    <w:uiPriority w:val="99"/>
    <w:unhideWhenUsed/>
    <w:rsid w:val="008A18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2"/>
    <w:uiPriority w:val="22"/>
    <w:qFormat/>
    <w:rsid w:val="008A18C1"/>
    <w:rPr>
      <w:b/>
      <w:bCs/>
    </w:rPr>
  </w:style>
  <w:style w:type="character" w:customStyle="1" w:styleId="placeholder-mask">
    <w:name w:val="placeholder-mask"/>
    <w:basedOn w:val="a2"/>
    <w:rsid w:val="008A18C1"/>
  </w:style>
  <w:style w:type="character" w:customStyle="1" w:styleId="placeholder">
    <w:name w:val="placeholder"/>
    <w:basedOn w:val="a2"/>
    <w:rsid w:val="008A18C1"/>
  </w:style>
  <w:style w:type="character" w:styleId="aa">
    <w:name w:val="Emphasis"/>
    <w:basedOn w:val="a2"/>
    <w:uiPriority w:val="20"/>
    <w:qFormat/>
    <w:rsid w:val="008A18C1"/>
    <w:rPr>
      <w:i/>
      <w:iCs/>
    </w:rPr>
  </w:style>
  <w:style w:type="table" w:styleId="ab">
    <w:name w:val="Table Grid"/>
    <w:basedOn w:val="a3"/>
    <w:uiPriority w:val="59"/>
    <w:rsid w:val="008A1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2"/>
    <w:link w:val="10"/>
    <w:rsid w:val="008A18C1"/>
    <w:rPr>
      <w:rFonts w:ascii="Calibri Light" w:eastAsia="Times New Roman" w:hAnsi="Calibri Light" w:cs="Times New Roman"/>
      <w:b/>
      <w:bCs/>
      <w:color w:val="2E74B5"/>
      <w:sz w:val="28"/>
      <w:szCs w:val="28"/>
      <w:lang w:val="en-US"/>
    </w:rPr>
  </w:style>
  <w:style w:type="character" w:customStyle="1" w:styleId="22">
    <w:name w:val="Заголовок 2 Знак"/>
    <w:basedOn w:val="a2"/>
    <w:link w:val="21"/>
    <w:rsid w:val="008A18C1"/>
    <w:rPr>
      <w:rFonts w:ascii="Calibri Light" w:eastAsia="Times New Roman" w:hAnsi="Calibri Light" w:cs="Times New Roman"/>
      <w:b/>
      <w:bCs/>
      <w:color w:val="5B9BD5"/>
      <w:sz w:val="26"/>
      <w:szCs w:val="26"/>
      <w:lang w:val="en-US"/>
    </w:rPr>
  </w:style>
  <w:style w:type="character" w:customStyle="1" w:styleId="33">
    <w:name w:val="Заголовок 3 Знак"/>
    <w:basedOn w:val="a2"/>
    <w:link w:val="32"/>
    <w:rsid w:val="008A18C1"/>
    <w:rPr>
      <w:rFonts w:ascii="Calibri Light" w:eastAsia="Times New Roman" w:hAnsi="Calibri Light" w:cs="Times New Roman"/>
      <w:b/>
      <w:bCs/>
      <w:color w:val="5B9BD5"/>
      <w:lang w:val="en-US"/>
    </w:rPr>
  </w:style>
  <w:style w:type="character" w:customStyle="1" w:styleId="40">
    <w:name w:val="Заголовок 4 Знак"/>
    <w:basedOn w:val="a2"/>
    <w:link w:val="4"/>
    <w:rsid w:val="008A18C1"/>
    <w:rPr>
      <w:rFonts w:ascii="Calibri Light" w:eastAsia="Times New Roman" w:hAnsi="Calibri Light" w:cs="Times New Roman"/>
      <w:b/>
      <w:bCs/>
      <w:i/>
      <w:iCs/>
      <w:color w:val="5B9BD5"/>
      <w:lang w:val="en-US"/>
    </w:rPr>
  </w:style>
  <w:style w:type="paragraph" w:styleId="ac">
    <w:name w:val="header"/>
    <w:basedOn w:val="a1"/>
    <w:link w:val="ad"/>
    <w:uiPriority w:val="99"/>
    <w:unhideWhenUsed/>
    <w:rsid w:val="008A18C1"/>
    <w:pPr>
      <w:tabs>
        <w:tab w:val="center" w:pos="4680"/>
        <w:tab w:val="right" w:pos="9360"/>
      </w:tabs>
      <w:spacing w:after="200" w:line="276" w:lineRule="auto"/>
    </w:pPr>
    <w:rPr>
      <w:lang w:val="en-US"/>
    </w:rPr>
  </w:style>
  <w:style w:type="character" w:customStyle="1" w:styleId="ad">
    <w:name w:val="Верхний колонтитул Знак"/>
    <w:basedOn w:val="a2"/>
    <w:link w:val="ac"/>
    <w:uiPriority w:val="99"/>
    <w:rsid w:val="008A18C1"/>
    <w:rPr>
      <w:lang w:val="en-US"/>
    </w:rPr>
  </w:style>
  <w:style w:type="paragraph" w:styleId="ae">
    <w:name w:val="Normal Indent"/>
    <w:basedOn w:val="a1"/>
    <w:uiPriority w:val="99"/>
    <w:unhideWhenUsed/>
    <w:rsid w:val="008A18C1"/>
    <w:pPr>
      <w:spacing w:after="200" w:line="276" w:lineRule="auto"/>
      <w:ind w:left="720"/>
    </w:pPr>
    <w:rPr>
      <w:lang w:val="en-US"/>
    </w:rPr>
  </w:style>
  <w:style w:type="paragraph" w:customStyle="1" w:styleId="13">
    <w:name w:val="Подзаголовок1"/>
    <w:basedOn w:val="a1"/>
    <w:next w:val="a1"/>
    <w:uiPriority w:val="11"/>
    <w:qFormat/>
    <w:rsid w:val="008A18C1"/>
    <w:pPr>
      <w:numPr>
        <w:ilvl w:val="1"/>
      </w:numPr>
      <w:spacing w:after="200" w:line="276" w:lineRule="auto"/>
      <w:ind w:left="86"/>
    </w:pPr>
    <w:rPr>
      <w:rFonts w:ascii="Calibri Light" w:eastAsia="Times New Roman" w:hAnsi="Calibri Light" w:cs="Times New Roman"/>
      <w:i/>
      <w:iCs/>
      <w:color w:val="5B9BD5"/>
      <w:spacing w:val="15"/>
      <w:sz w:val="24"/>
      <w:szCs w:val="24"/>
      <w:lang w:val="en-US"/>
    </w:rPr>
  </w:style>
  <w:style w:type="character" w:customStyle="1" w:styleId="af">
    <w:name w:val="Подзаголовок Знак"/>
    <w:basedOn w:val="a2"/>
    <w:link w:val="af0"/>
    <w:uiPriority w:val="11"/>
    <w:rsid w:val="008A18C1"/>
    <w:rPr>
      <w:rFonts w:ascii="Calibri Light" w:eastAsia="Times New Roman" w:hAnsi="Calibri Light" w:cs="Times New Roman"/>
      <w:i/>
      <w:iCs/>
      <w:color w:val="5B9BD5"/>
      <w:spacing w:val="15"/>
      <w:sz w:val="24"/>
      <w:szCs w:val="24"/>
      <w:lang w:val="en-US"/>
    </w:rPr>
  </w:style>
  <w:style w:type="paragraph" w:customStyle="1" w:styleId="14">
    <w:name w:val="Название1"/>
    <w:basedOn w:val="a1"/>
    <w:next w:val="a1"/>
    <w:uiPriority w:val="10"/>
    <w:qFormat/>
    <w:rsid w:val="008A18C1"/>
    <w:pPr>
      <w:pBdr>
        <w:bottom w:val="single" w:sz="8" w:space="4" w:color="5B9BD5"/>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f1">
    <w:name w:val="Название Знак"/>
    <w:basedOn w:val="a2"/>
    <w:link w:val="af2"/>
    <w:rsid w:val="008A18C1"/>
    <w:rPr>
      <w:rFonts w:ascii="Calibri Light" w:eastAsia="Times New Roman" w:hAnsi="Calibri Light" w:cs="Times New Roman"/>
      <w:color w:val="323E4F"/>
      <w:spacing w:val="5"/>
      <w:kern w:val="28"/>
      <w:sz w:val="52"/>
      <w:szCs w:val="52"/>
      <w:lang w:val="en-US"/>
    </w:rPr>
  </w:style>
  <w:style w:type="paragraph" w:customStyle="1" w:styleId="15">
    <w:name w:val="Название объекта1"/>
    <w:basedOn w:val="a1"/>
    <w:next w:val="a1"/>
    <w:uiPriority w:val="35"/>
    <w:semiHidden/>
    <w:unhideWhenUsed/>
    <w:qFormat/>
    <w:rsid w:val="008A18C1"/>
    <w:pPr>
      <w:spacing w:after="200" w:line="240" w:lineRule="auto"/>
    </w:pPr>
    <w:rPr>
      <w:b/>
      <w:bCs/>
      <w:color w:val="5B9BD5"/>
      <w:sz w:val="18"/>
      <w:szCs w:val="18"/>
      <w:lang w:val="en-US"/>
    </w:rPr>
  </w:style>
  <w:style w:type="paragraph" w:styleId="af3">
    <w:name w:val="footer"/>
    <w:basedOn w:val="a1"/>
    <w:link w:val="af4"/>
    <w:uiPriority w:val="99"/>
    <w:unhideWhenUsed/>
    <w:rsid w:val="008A18C1"/>
    <w:pPr>
      <w:tabs>
        <w:tab w:val="center" w:pos="4677"/>
        <w:tab w:val="right" w:pos="9355"/>
      </w:tabs>
      <w:spacing w:after="0" w:line="240" w:lineRule="auto"/>
    </w:pPr>
    <w:rPr>
      <w:lang w:val="en-US"/>
    </w:rPr>
  </w:style>
  <w:style w:type="character" w:customStyle="1" w:styleId="af4">
    <w:name w:val="Нижний колонтитул Знак"/>
    <w:basedOn w:val="a2"/>
    <w:link w:val="af3"/>
    <w:uiPriority w:val="99"/>
    <w:rsid w:val="008A18C1"/>
    <w:rPr>
      <w:lang w:val="en-US"/>
    </w:rPr>
  </w:style>
  <w:style w:type="character" w:customStyle="1" w:styleId="16">
    <w:name w:val="Просмотренная гиперссылка1"/>
    <w:basedOn w:val="a2"/>
    <w:uiPriority w:val="99"/>
    <w:semiHidden/>
    <w:unhideWhenUsed/>
    <w:rsid w:val="008A18C1"/>
    <w:rPr>
      <w:color w:val="954F72"/>
      <w:u w:val="single"/>
    </w:rPr>
  </w:style>
  <w:style w:type="table" w:customStyle="1" w:styleId="211">
    <w:name w:val="Сетка таблицы21"/>
    <w:basedOn w:val="a3"/>
    <w:rsid w:val="008A18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1"/>
    <w:rsid w:val="008A18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2"/>
    <w:rsid w:val="008A18C1"/>
  </w:style>
  <w:style w:type="character" w:customStyle="1" w:styleId="c7">
    <w:name w:val="c7"/>
    <w:basedOn w:val="a2"/>
    <w:rsid w:val="008A18C1"/>
  </w:style>
  <w:style w:type="character" w:customStyle="1" w:styleId="c3">
    <w:name w:val="c3"/>
    <w:basedOn w:val="a2"/>
    <w:rsid w:val="008A18C1"/>
  </w:style>
  <w:style w:type="character" w:customStyle="1" w:styleId="c0">
    <w:name w:val="c0"/>
    <w:basedOn w:val="a2"/>
    <w:rsid w:val="008A18C1"/>
  </w:style>
  <w:style w:type="character" w:customStyle="1" w:styleId="111">
    <w:name w:val="Заголовок 1 Знак1"/>
    <w:basedOn w:val="a2"/>
    <w:uiPriority w:val="9"/>
    <w:rsid w:val="008A18C1"/>
    <w:rPr>
      <w:rFonts w:asciiTheme="majorHAnsi" w:eastAsiaTheme="majorEastAsia" w:hAnsiTheme="majorHAnsi" w:cstheme="majorBidi"/>
      <w:color w:val="2E74B5" w:themeColor="accent1" w:themeShade="BF"/>
      <w:sz w:val="32"/>
      <w:szCs w:val="32"/>
    </w:rPr>
  </w:style>
  <w:style w:type="character" w:customStyle="1" w:styleId="212">
    <w:name w:val="Заголовок 2 Знак1"/>
    <w:basedOn w:val="a2"/>
    <w:uiPriority w:val="9"/>
    <w:semiHidden/>
    <w:rsid w:val="008A18C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2"/>
    <w:uiPriority w:val="9"/>
    <w:semiHidden/>
    <w:rsid w:val="008A18C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2"/>
    <w:uiPriority w:val="9"/>
    <w:semiHidden/>
    <w:rsid w:val="008A18C1"/>
    <w:rPr>
      <w:rFonts w:asciiTheme="majorHAnsi" w:eastAsiaTheme="majorEastAsia" w:hAnsiTheme="majorHAnsi" w:cstheme="majorBidi"/>
      <w:i/>
      <w:iCs/>
      <w:color w:val="2E74B5" w:themeColor="accent1" w:themeShade="BF"/>
    </w:rPr>
  </w:style>
  <w:style w:type="paragraph" w:styleId="af0">
    <w:name w:val="Subtitle"/>
    <w:basedOn w:val="a1"/>
    <w:next w:val="a1"/>
    <w:link w:val="af"/>
    <w:uiPriority w:val="11"/>
    <w:qFormat/>
    <w:rsid w:val="008A18C1"/>
    <w:pPr>
      <w:numPr>
        <w:ilvl w:val="1"/>
      </w:numPr>
    </w:pPr>
    <w:rPr>
      <w:rFonts w:ascii="Calibri Light" w:eastAsia="Times New Roman" w:hAnsi="Calibri Light" w:cs="Times New Roman"/>
      <w:i/>
      <w:iCs/>
      <w:color w:val="5B9BD5"/>
      <w:spacing w:val="15"/>
      <w:sz w:val="24"/>
      <w:szCs w:val="24"/>
      <w:lang w:val="en-US"/>
    </w:rPr>
  </w:style>
  <w:style w:type="character" w:customStyle="1" w:styleId="17">
    <w:name w:val="Подзаголовок Знак1"/>
    <w:basedOn w:val="a2"/>
    <w:uiPriority w:val="11"/>
    <w:rsid w:val="008A18C1"/>
    <w:rPr>
      <w:rFonts w:eastAsiaTheme="minorEastAsia"/>
      <w:color w:val="5A5A5A" w:themeColor="text1" w:themeTint="A5"/>
      <w:spacing w:val="15"/>
    </w:rPr>
  </w:style>
  <w:style w:type="paragraph" w:styleId="af2">
    <w:name w:val="Title"/>
    <w:basedOn w:val="a1"/>
    <w:next w:val="a1"/>
    <w:link w:val="af1"/>
    <w:qFormat/>
    <w:rsid w:val="008A18C1"/>
    <w:pPr>
      <w:spacing w:after="0" w:line="240" w:lineRule="auto"/>
      <w:contextualSpacing/>
    </w:pPr>
    <w:rPr>
      <w:rFonts w:ascii="Calibri Light" w:eastAsia="Times New Roman" w:hAnsi="Calibri Light" w:cs="Times New Roman"/>
      <w:color w:val="323E4F"/>
      <w:spacing w:val="5"/>
      <w:kern w:val="28"/>
      <w:sz w:val="52"/>
      <w:szCs w:val="52"/>
      <w:lang w:val="en-US"/>
    </w:rPr>
  </w:style>
  <w:style w:type="character" w:customStyle="1" w:styleId="18">
    <w:name w:val="Название Знак1"/>
    <w:basedOn w:val="a2"/>
    <w:rsid w:val="008A18C1"/>
    <w:rPr>
      <w:rFonts w:asciiTheme="majorHAnsi" w:eastAsiaTheme="majorEastAsia" w:hAnsiTheme="majorHAnsi" w:cstheme="majorBidi"/>
      <w:spacing w:val="-10"/>
      <w:kern w:val="28"/>
      <w:sz w:val="56"/>
      <w:szCs w:val="56"/>
    </w:rPr>
  </w:style>
  <w:style w:type="character" w:styleId="af5">
    <w:name w:val="FollowedHyperlink"/>
    <w:basedOn w:val="a2"/>
    <w:uiPriority w:val="99"/>
    <w:semiHidden/>
    <w:unhideWhenUsed/>
    <w:rsid w:val="008A18C1"/>
    <w:rPr>
      <w:color w:val="954F72" w:themeColor="followedHyperlink"/>
      <w:u w:val="single"/>
    </w:rPr>
  </w:style>
  <w:style w:type="numbering" w:customStyle="1" w:styleId="23">
    <w:name w:val="Нет списка2"/>
    <w:next w:val="a4"/>
    <w:uiPriority w:val="99"/>
    <w:semiHidden/>
    <w:unhideWhenUsed/>
    <w:rsid w:val="008A18C1"/>
  </w:style>
  <w:style w:type="paragraph" w:customStyle="1" w:styleId="31">
    <w:name w:val="3номер"/>
    <w:basedOn w:val="a1"/>
    <w:link w:val="34"/>
    <w:qFormat/>
    <w:rsid w:val="008A18C1"/>
    <w:pPr>
      <w:numPr>
        <w:numId w:val="48"/>
      </w:numPr>
      <w:tabs>
        <w:tab w:val="left" w:pos="0"/>
        <w:tab w:val="left" w:pos="851"/>
      </w:tabs>
      <w:spacing w:after="0" w:line="240" w:lineRule="auto"/>
      <w:jc w:val="both"/>
    </w:pPr>
    <w:rPr>
      <w:rFonts w:ascii="Times New Roman" w:eastAsia="Calibri" w:hAnsi="Times New Roman" w:cs="Times New Roman"/>
      <w:b/>
      <w:sz w:val="24"/>
      <w:szCs w:val="24"/>
    </w:rPr>
  </w:style>
  <w:style w:type="character" w:customStyle="1" w:styleId="34">
    <w:name w:val="3номер Знак"/>
    <w:link w:val="31"/>
    <w:rsid w:val="008A18C1"/>
    <w:rPr>
      <w:rFonts w:ascii="Times New Roman" w:eastAsia="Calibri" w:hAnsi="Times New Roman" w:cs="Times New Roman"/>
      <w:b/>
      <w:sz w:val="24"/>
      <w:szCs w:val="24"/>
    </w:rPr>
  </w:style>
  <w:style w:type="paragraph" w:customStyle="1" w:styleId="19">
    <w:name w:val="1"/>
    <w:basedOn w:val="a1"/>
    <w:link w:val="1a"/>
    <w:qFormat/>
    <w:rsid w:val="008A18C1"/>
    <w:pPr>
      <w:tabs>
        <w:tab w:val="left" w:pos="993"/>
      </w:tabs>
      <w:spacing w:after="0" w:line="240" w:lineRule="auto"/>
      <w:jc w:val="both"/>
    </w:pPr>
    <w:rPr>
      <w:rFonts w:ascii="Times New Roman" w:eastAsia="Times New Roman" w:hAnsi="Times New Roman" w:cs="Times New Roman"/>
      <w:bCs/>
      <w:sz w:val="24"/>
      <w:szCs w:val="28"/>
      <w:lang w:eastAsia="ru-RU"/>
    </w:rPr>
  </w:style>
  <w:style w:type="character" w:customStyle="1" w:styleId="1a">
    <w:name w:val="1 Знак"/>
    <w:link w:val="19"/>
    <w:rsid w:val="008A18C1"/>
    <w:rPr>
      <w:rFonts w:ascii="Times New Roman" w:eastAsia="Times New Roman" w:hAnsi="Times New Roman" w:cs="Times New Roman"/>
      <w:bCs/>
      <w:sz w:val="24"/>
      <w:szCs w:val="28"/>
      <w:lang w:eastAsia="ru-RU"/>
    </w:rPr>
  </w:style>
  <w:style w:type="paragraph" w:customStyle="1" w:styleId="1">
    <w:name w:val="1_Номер"/>
    <w:basedOn w:val="a5"/>
    <w:link w:val="1b"/>
    <w:qFormat/>
    <w:rsid w:val="008A18C1"/>
    <w:pPr>
      <w:numPr>
        <w:numId w:val="49"/>
      </w:numPr>
      <w:spacing w:after="0" w:line="240" w:lineRule="auto"/>
      <w:jc w:val="both"/>
    </w:pPr>
    <w:rPr>
      <w:rFonts w:ascii="Times New Roman" w:eastAsia="Calibri" w:hAnsi="Times New Roman" w:cs="Times New Roman"/>
      <w:b/>
      <w:sz w:val="24"/>
      <w:szCs w:val="24"/>
    </w:rPr>
  </w:style>
  <w:style w:type="character" w:customStyle="1" w:styleId="1b">
    <w:name w:val="1_Номер Знак"/>
    <w:link w:val="1"/>
    <w:rsid w:val="008A18C1"/>
    <w:rPr>
      <w:rFonts w:ascii="Times New Roman" w:eastAsia="Calibri" w:hAnsi="Times New Roman" w:cs="Times New Roman"/>
      <w:b/>
      <w:sz w:val="24"/>
      <w:szCs w:val="24"/>
    </w:rPr>
  </w:style>
  <w:style w:type="table" w:customStyle="1" w:styleId="1c">
    <w:name w:val="Сетка таблицы1"/>
    <w:basedOn w:val="a3"/>
    <w:next w:val="ab"/>
    <w:uiPriority w:val="59"/>
    <w:rsid w:val="008A18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8A18C1"/>
    <w:rPr>
      <w:rFonts w:ascii="TimesNewRomanPSMT" w:hAnsi="TimesNewRomanPSMT" w:hint="default"/>
      <w:b w:val="0"/>
      <w:bCs w:val="0"/>
      <w:i w:val="0"/>
      <w:iCs w:val="0"/>
      <w:color w:val="000000"/>
      <w:sz w:val="22"/>
      <w:szCs w:val="22"/>
    </w:rPr>
  </w:style>
  <w:style w:type="paragraph" w:customStyle="1" w:styleId="NoSpacing1">
    <w:name w:val="No Spacing1"/>
    <w:next w:val="af6"/>
    <w:link w:val="af7"/>
    <w:uiPriority w:val="1"/>
    <w:qFormat/>
    <w:rsid w:val="008A18C1"/>
    <w:pPr>
      <w:spacing w:after="0" w:line="240" w:lineRule="auto"/>
      <w:ind w:firstLine="284"/>
      <w:jc w:val="both"/>
    </w:pPr>
  </w:style>
  <w:style w:type="character" w:customStyle="1" w:styleId="af7">
    <w:name w:val="Без интервала Знак"/>
    <w:aliases w:val="основа Знак,No Spacing Знак"/>
    <w:basedOn w:val="a2"/>
    <w:link w:val="NoSpacing1"/>
    <w:rsid w:val="008A18C1"/>
    <w:rPr>
      <w:rFonts w:ascii="Calibri" w:eastAsia="Calibri" w:hAnsi="Calibri" w:cs="Times New Roman"/>
      <w:sz w:val="22"/>
      <w:szCs w:val="22"/>
      <w:lang w:eastAsia="en-US"/>
    </w:rPr>
  </w:style>
  <w:style w:type="paragraph" w:customStyle="1" w:styleId="ParagraphStyle">
    <w:name w:val="Paragraph Style"/>
    <w:rsid w:val="008A18C1"/>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Paragraph">
    <w:name w:val="Table Paragraph"/>
    <w:basedOn w:val="a1"/>
    <w:uiPriority w:val="1"/>
    <w:qFormat/>
    <w:rsid w:val="008A18C1"/>
    <w:pPr>
      <w:widowControl w:val="0"/>
      <w:autoSpaceDE w:val="0"/>
      <w:autoSpaceDN w:val="0"/>
      <w:spacing w:before="86" w:after="0" w:line="240" w:lineRule="auto"/>
      <w:ind w:left="76"/>
    </w:pPr>
    <w:rPr>
      <w:rFonts w:ascii="Times New Roman" w:eastAsia="Times New Roman" w:hAnsi="Times New Roman" w:cs="Times New Roman"/>
    </w:rPr>
  </w:style>
  <w:style w:type="character" w:customStyle="1" w:styleId="1d">
    <w:name w:val="Неразрешенное упоминание1"/>
    <w:basedOn w:val="a2"/>
    <w:uiPriority w:val="99"/>
    <w:semiHidden/>
    <w:unhideWhenUsed/>
    <w:rsid w:val="008A18C1"/>
    <w:rPr>
      <w:color w:val="605E5C"/>
      <w:shd w:val="clear" w:color="auto" w:fill="E1DFDD"/>
    </w:rPr>
  </w:style>
  <w:style w:type="paragraph" w:styleId="af8">
    <w:name w:val="Body Text"/>
    <w:basedOn w:val="a1"/>
    <w:link w:val="af9"/>
    <w:unhideWhenUsed/>
    <w:qFormat/>
    <w:rsid w:val="008A18C1"/>
    <w:pPr>
      <w:spacing w:after="120" w:line="240" w:lineRule="auto"/>
    </w:pPr>
    <w:rPr>
      <w:rFonts w:ascii="Times New Roman" w:eastAsia="Times New Roman" w:hAnsi="Times New Roman" w:cs="Times New Roman"/>
      <w:b/>
      <w:bCs/>
      <w:color w:val="000000"/>
      <w:sz w:val="20"/>
      <w:szCs w:val="34"/>
      <w:lang w:eastAsia="ru-RU"/>
    </w:rPr>
  </w:style>
  <w:style w:type="character" w:customStyle="1" w:styleId="af9">
    <w:name w:val="Основной текст Знак"/>
    <w:basedOn w:val="a2"/>
    <w:link w:val="af8"/>
    <w:rsid w:val="008A18C1"/>
    <w:rPr>
      <w:rFonts w:ascii="Times New Roman" w:eastAsia="Times New Roman" w:hAnsi="Times New Roman" w:cs="Times New Roman"/>
      <w:b/>
      <w:bCs/>
      <w:color w:val="000000"/>
      <w:sz w:val="20"/>
      <w:szCs w:val="34"/>
      <w:lang w:eastAsia="ru-RU"/>
    </w:rPr>
  </w:style>
  <w:style w:type="paragraph" w:styleId="af6">
    <w:name w:val="No Spacing"/>
    <w:aliases w:val="основа,No Spacing"/>
    <w:uiPriority w:val="1"/>
    <w:qFormat/>
    <w:rsid w:val="008A18C1"/>
    <w:pPr>
      <w:spacing w:after="0" w:line="240" w:lineRule="auto"/>
    </w:pPr>
  </w:style>
  <w:style w:type="table" w:customStyle="1" w:styleId="24">
    <w:name w:val="Сетка таблицы2"/>
    <w:basedOn w:val="a3"/>
    <w:next w:val="ab"/>
    <w:uiPriority w:val="39"/>
    <w:rsid w:val="00B928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2"/>
    <w:link w:val="5"/>
    <w:rsid w:val="00541C25"/>
    <w:rPr>
      <w:rFonts w:ascii="Cambria" w:eastAsia="Times New Roman" w:hAnsi="Cambria" w:cs="Times New Roman"/>
      <w:color w:val="243F60"/>
      <w:lang w:val="en-US"/>
    </w:rPr>
  </w:style>
  <w:style w:type="character" w:customStyle="1" w:styleId="60">
    <w:name w:val="Заголовок 6 Знак"/>
    <w:basedOn w:val="a2"/>
    <w:link w:val="6"/>
    <w:rsid w:val="00541C25"/>
    <w:rPr>
      <w:rFonts w:ascii="Cambria" w:eastAsia="Times New Roman" w:hAnsi="Cambria" w:cs="Times New Roman"/>
      <w:i/>
      <w:iCs/>
      <w:color w:val="243F60"/>
      <w:lang w:val="en-US"/>
    </w:rPr>
  </w:style>
  <w:style w:type="character" w:customStyle="1" w:styleId="70">
    <w:name w:val="Заголовок 7 Знак"/>
    <w:basedOn w:val="a2"/>
    <w:link w:val="7"/>
    <w:rsid w:val="00541C25"/>
    <w:rPr>
      <w:rFonts w:ascii="Cambria" w:eastAsia="Times New Roman" w:hAnsi="Cambria" w:cs="Times New Roman"/>
      <w:i/>
      <w:iCs/>
      <w:color w:val="404040"/>
      <w:lang w:val="en-US"/>
    </w:rPr>
  </w:style>
  <w:style w:type="character" w:customStyle="1" w:styleId="80">
    <w:name w:val="Заголовок 8 Знак"/>
    <w:basedOn w:val="a2"/>
    <w:link w:val="8"/>
    <w:rsid w:val="00541C25"/>
    <w:rPr>
      <w:rFonts w:ascii="Cambria" w:eastAsia="Times New Roman" w:hAnsi="Cambria" w:cs="Times New Roman"/>
      <w:color w:val="4F81BD"/>
      <w:sz w:val="20"/>
      <w:szCs w:val="20"/>
      <w:lang w:val="en-US"/>
    </w:rPr>
  </w:style>
  <w:style w:type="character" w:customStyle="1" w:styleId="90">
    <w:name w:val="Заголовок 9 Знак"/>
    <w:basedOn w:val="a2"/>
    <w:link w:val="9"/>
    <w:rsid w:val="00541C25"/>
    <w:rPr>
      <w:rFonts w:ascii="Cambria" w:eastAsia="Times New Roman" w:hAnsi="Cambria" w:cs="Times New Roman"/>
      <w:i/>
      <w:iCs/>
      <w:color w:val="404040"/>
      <w:sz w:val="20"/>
      <w:szCs w:val="20"/>
      <w:lang w:val="en-US"/>
    </w:rPr>
  </w:style>
  <w:style w:type="numbering" w:customStyle="1" w:styleId="35">
    <w:name w:val="Нет списка3"/>
    <w:next w:val="a4"/>
    <w:uiPriority w:val="99"/>
    <w:semiHidden/>
    <w:unhideWhenUsed/>
    <w:rsid w:val="00541C25"/>
  </w:style>
  <w:style w:type="table" w:customStyle="1" w:styleId="36">
    <w:name w:val="Сетка таблицы3"/>
    <w:basedOn w:val="a3"/>
    <w:next w:val="ab"/>
    <w:uiPriority w:val="59"/>
    <w:rsid w:val="0054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1"/>
    <w:link w:val="afb"/>
    <w:uiPriority w:val="99"/>
    <w:unhideWhenUsed/>
    <w:rsid w:val="00541C25"/>
    <w:pPr>
      <w:spacing w:after="0" w:line="240" w:lineRule="auto"/>
    </w:pPr>
    <w:rPr>
      <w:rFonts w:ascii="Segoe UI" w:hAnsi="Segoe UI" w:cs="Segoe UI"/>
      <w:sz w:val="18"/>
      <w:szCs w:val="18"/>
    </w:rPr>
  </w:style>
  <w:style w:type="character" w:customStyle="1" w:styleId="afb">
    <w:name w:val="Текст выноски Знак"/>
    <w:basedOn w:val="a2"/>
    <w:link w:val="afa"/>
    <w:uiPriority w:val="99"/>
    <w:rsid w:val="00541C25"/>
    <w:rPr>
      <w:rFonts w:ascii="Segoe UI" w:hAnsi="Segoe UI" w:cs="Segoe UI"/>
      <w:sz w:val="18"/>
      <w:szCs w:val="18"/>
    </w:rPr>
  </w:style>
  <w:style w:type="character" w:customStyle="1" w:styleId="25">
    <w:name w:val="Неразрешенное упоминание2"/>
    <w:basedOn w:val="a2"/>
    <w:uiPriority w:val="99"/>
    <w:semiHidden/>
    <w:unhideWhenUsed/>
    <w:rsid w:val="00541C25"/>
    <w:rPr>
      <w:color w:val="605E5C"/>
      <w:shd w:val="clear" w:color="auto" w:fill="E1DFDD"/>
    </w:rPr>
  </w:style>
  <w:style w:type="paragraph" w:customStyle="1" w:styleId="51">
    <w:name w:val="Заголовок 51"/>
    <w:basedOn w:val="a1"/>
    <w:next w:val="a1"/>
    <w:uiPriority w:val="9"/>
    <w:semiHidden/>
    <w:unhideWhenUsed/>
    <w:qFormat/>
    <w:rsid w:val="00541C25"/>
    <w:pPr>
      <w:keepNext/>
      <w:keepLines/>
      <w:spacing w:before="200" w:after="0" w:line="276" w:lineRule="auto"/>
      <w:outlineLvl w:val="4"/>
    </w:pPr>
    <w:rPr>
      <w:rFonts w:ascii="Cambria" w:eastAsia="Times New Roman" w:hAnsi="Cambria" w:cs="Times New Roman"/>
      <w:color w:val="243F60"/>
      <w:lang w:val="en-US"/>
    </w:rPr>
  </w:style>
  <w:style w:type="paragraph" w:customStyle="1" w:styleId="61">
    <w:name w:val="Заголовок 61"/>
    <w:basedOn w:val="a1"/>
    <w:next w:val="a1"/>
    <w:uiPriority w:val="9"/>
    <w:semiHidden/>
    <w:unhideWhenUsed/>
    <w:qFormat/>
    <w:rsid w:val="00541C25"/>
    <w:pPr>
      <w:keepNext/>
      <w:keepLines/>
      <w:spacing w:before="200" w:after="0" w:line="276" w:lineRule="auto"/>
      <w:outlineLvl w:val="5"/>
    </w:pPr>
    <w:rPr>
      <w:rFonts w:ascii="Cambria" w:eastAsia="Times New Roman" w:hAnsi="Cambria" w:cs="Times New Roman"/>
      <w:i/>
      <w:iCs/>
      <w:color w:val="243F60"/>
      <w:lang w:val="en-US"/>
    </w:rPr>
  </w:style>
  <w:style w:type="paragraph" w:customStyle="1" w:styleId="71">
    <w:name w:val="Заголовок 71"/>
    <w:basedOn w:val="a1"/>
    <w:next w:val="a1"/>
    <w:uiPriority w:val="9"/>
    <w:semiHidden/>
    <w:unhideWhenUsed/>
    <w:qFormat/>
    <w:rsid w:val="00541C25"/>
    <w:pPr>
      <w:keepNext/>
      <w:keepLines/>
      <w:spacing w:before="200" w:after="0" w:line="276" w:lineRule="auto"/>
      <w:outlineLvl w:val="6"/>
    </w:pPr>
    <w:rPr>
      <w:rFonts w:ascii="Cambria" w:eastAsia="Times New Roman" w:hAnsi="Cambria" w:cs="Times New Roman"/>
      <w:i/>
      <w:iCs/>
      <w:color w:val="404040"/>
      <w:lang w:val="en-US"/>
    </w:rPr>
  </w:style>
  <w:style w:type="paragraph" w:customStyle="1" w:styleId="81">
    <w:name w:val="Заголовок 81"/>
    <w:basedOn w:val="a1"/>
    <w:next w:val="a1"/>
    <w:uiPriority w:val="9"/>
    <w:semiHidden/>
    <w:unhideWhenUsed/>
    <w:qFormat/>
    <w:rsid w:val="00541C25"/>
    <w:pPr>
      <w:keepNext/>
      <w:keepLines/>
      <w:spacing w:before="200" w:after="0" w:line="276" w:lineRule="auto"/>
      <w:outlineLvl w:val="7"/>
    </w:pPr>
    <w:rPr>
      <w:rFonts w:ascii="Cambria" w:eastAsia="Times New Roman" w:hAnsi="Cambria" w:cs="Times New Roman"/>
      <w:color w:val="4F81BD"/>
      <w:sz w:val="20"/>
      <w:szCs w:val="20"/>
      <w:lang w:val="en-US"/>
    </w:rPr>
  </w:style>
  <w:style w:type="paragraph" w:customStyle="1" w:styleId="91">
    <w:name w:val="Заголовок 91"/>
    <w:basedOn w:val="a1"/>
    <w:next w:val="a1"/>
    <w:uiPriority w:val="9"/>
    <w:semiHidden/>
    <w:unhideWhenUsed/>
    <w:qFormat/>
    <w:rsid w:val="00541C25"/>
    <w:pPr>
      <w:keepNext/>
      <w:keepLines/>
      <w:spacing w:before="200" w:after="0" w:line="276" w:lineRule="auto"/>
      <w:outlineLvl w:val="8"/>
    </w:pPr>
    <w:rPr>
      <w:rFonts w:ascii="Cambria" w:eastAsia="Times New Roman" w:hAnsi="Cambria" w:cs="Times New Roman"/>
      <w:i/>
      <w:iCs/>
      <w:color w:val="404040"/>
      <w:sz w:val="20"/>
      <w:szCs w:val="20"/>
      <w:lang w:val="en-US"/>
    </w:rPr>
  </w:style>
  <w:style w:type="numbering" w:customStyle="1" w:styleId="112">
    <w:name w:val="Нет списка11"/>
    <w:next w:val="a4"/>
    <w:uiPriority w:val="99"/>
    <w:semiHidden/>
    <w:unhideWhenUsed/>
    <w:rsid w:val="00541C25"/>
  </w:style>
  <w:style w:type="paragraph" w:customStyle="1" w:styleId="1e">
    <w:name w:val="Заголовок1"/>
    <w:basedOn w:val="a1"/>
    <w:next w:val="a1"/>
    <w:uiPriority w:val="10"/>
    <w:qFormat/>
    <w:rsid w:val="00541C2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paragraph" w:styleId="26">
    <w:name w:val="Body Text 2"/>
    <w:basedOn w:val="a1"/>
    <w:link w:val="27"/>
    <w:uiPriority w:val="99"/>
    <w:unhideWhenUsed/>
    <w:rsid w:val="00541C25"/>
    <w:pPr>
      <w:spacing w:after="120" w:line="480" w:lineRule="auto"/>
    </w:pPr>
    <w:rPr>
      <w:rFonts w:eastAsia="Times New Roman"/>
      <w:lang w:val="en-US"/>
    </w:rPr>
  </w:style>
  <w:style w:type="character" w:customStyle="1" w:styleId="27">
    <w:name w:val="Основной текст 2 Знак"/>
    <w:basedOn w:val="a2"/>
    <w:link w:val="26"/>
    <w:uiPriority w:val="99"/>
    <w:rsid w:val="00541C25"/>
    <w:rPr>
      <w:rFonts w:eastAsia="Times New Roman"/>
      <w:lang w:val="en-US"/>
    </w:rPr>
  </w:style>
  <w:style w:type="paragraph" w:styleId="37">
    <w:name w:val="Body Text 3"/>
    <w:basedOn w:val="a1"/>
    <w:link w:val="38"/>
    <w:unhideWhenUsed/>
    <w:rsid w:val="00541C25"/>
    <w:pPr>
      <w:spacing w:after="120" w:line="276" w:lineRule="auto"/>
    </w:pPr>
    <w:rPr>
      <w:rFonts w:eastAsia="Times New Roman"/>
      <w:sz w:val="16"/>
      <w:szCs w:val="16"/>
      <w:lang w:val="en-US"/>
    </w:rPr>
  </w:style>
  <w:style w:type="character" w:customStyle="1" w:styleId="38">
    <w:name w:val="Основной текст 3 Знак"/>
    <w:basedOn w:val="a2"/>
    <w:link w:val="37"/>
    <w:rsid w:val="00541C25"/>
    <w:rPr>
      <w:rFonts w:eastAsia="Times New Roman"/>
      <w:sz w:val="16"/>
      <w:szCs w:val="16"/>
      <w:lang w:val="en-US"/>
    </w:rPr>
  </w:style>
  <w:style w:type="paragraph" w:styleId="afc">
    <w:name w:val="List"/>
    <w:basedOn w:val="a1"/>
    <w:uiPriority w:val="99"/>
    <w:unhideWhenUsed/>
    <w:rsid w:val="00541C25"/>
    <w:pPr>
      <w:spacing w:after="200" w:line="276" w:lineRule="auto"/>
      <w:ind w:left="360" w:hanging="360"/>
      <w:contextualSpacing/>
    </w:pPr>
    <w:rPr>
      <w:rFonts w:eastAsia="Times New Roman"/>
      <w:lang w:val="en-US"/>
    </w:rPr>
  </w:style>
  <w:style w:type="paragraph" w:styleId="28">
    <w:name w:val="List 2"/>
    <w:basedOn w:val="a1"/>
    <w:uiPriority w:val="99"/>
    <w:unhideWhenUsed/>
    <w:rsid w:val="00541C25"/>
    <w:pPr>
      <w:spacing w:after="200" w:line="276" w:lineRule="auto"/>
      <w:ind w:left="720" w:hanging="360"/>
      <w:contextualSpacing/>
    </w:pPr>
    <w:rPr>
      <w:rFonts w:eastAsia="Times New Roman"/>
      <w:lang w:val="en-US"/>
    </w:rPr>
  </w:style>
  <w:style w:type="paragraph" w:styleId="39">
    <w:name w:val="List 3"/>
    <w:basedOn w:val="a1"/>
    <w:uiPriority w:val="99"/>
    <w:unhideWhenUsed/>
    <w:rsid w:val="00541C25"/>
    <w:pPr>
      <w:spacing w:after="200" w:line="276" w:lineRule="auto"/>
      <w:ind w:left="1080" w:hanging="360"/>
      <w:contextualSpacing/>
    </w:pPr>
    <w:rPr>
      <w:rFonts w:eastAsia="Times New Roman"/>
      <w:lang w:val="en-US"/>
    </w:rPr>
  </w:style>
  <w:style w:type="paragraph" w:styleId="a0">
    <w:name w:val="List Bullet"/>
    <w:basedOn w:val="a1"/>
    <w:uiPriority w:val="99"/>
    <w:unhideWhenUsed/>
    <w:rsid w:val="00541C25"/>
    <w:pPr>
      <w:numPr>
        <w:numId w:val="69"/>
      </w:numPr>
      <w:tabs>
        <w:tab w:val="clear" w:pos="360"/>
      </w:tabs>
      <w:spacing w:after="200" w:line="276" w:lineRule="auto"/>
      <w:ind w:left="720"/>
      <w:contextualSpacing/>
    </w:pPr>
    <w:rPr>
      <w:rFonts w:eastAsia="Times New Roman"/>
      <w:lang w:val="en-US"/>
    </w:rPr>
  </w:style>
  <w:style w:type="paragraph" w:styleId="20">
    <w:name w:val="List Bullet 2"/>
    <w:basedOn w:val="a1"/>
    <w:uiPriority w:val="99"/>
    <w:unhideWhenUsed/>
    <w:rsid w:val="00541C25"/>
    <w:pPr>
      <w:numPr>
        <w:numId w:val="70"/>
      </w:numPr>
      <w:tabs>
        <w:tab w:val="clear" w:pos="720"/>
      </w:tabs>
      <w:spacing w:after="200" w:line="276" w:lineRule="auto"/>
      <w:ind w:left="644"/>
      <w:contextualSpacing/>
    </w:pPr>
    <w:rPr>
      <w:rFonts w:eastAsia="Times New Roman"/>
      <w:lang w:val="en-US"/>
    </w:rPr>
  </w:style>
  <w:style w:type="paragraph" w:styleId="30">
    <w:name w:val="List Bullet 3"/>
    <w:basedOn w:val="a1"/>
    <w:uiPriority w:val="99"/>
    <w:unhideWhenUsed/>
    <w:rsid w:val="00541C25"/>
    <w:pPr>
      <w:numPr>
        <w:numId w:val="71"/>
      </w:numPr>
      <w:tabs>
        <w:tab w:val="clear" w:pos="1080"/>
      </w:tabs>
      <w:spacing w:after="200" w:line="276" w:lineRule="auto"/>
      <w:ind w:left="644"/>
      <w:contextualSpacing/>
    </w:pPr>
    <w:rPr>
      <w:rFonts w:eastAsia="Times New Roman"/>
      <w:lang w:val="en-US"/>
    </w:rPr>
  </w:style>
  <w:style w:type="paragraph" w:styleId="a">
    <w:name w:val="List Number"/>
    <w:basedOn w:val="a1"/>
    <w:uiPriority w:val="99"/>
    <w:unhideWhenUsed/>
    <w:rsid w:val="00541C25"/>
    <w:pPr>
      <w:numPr>
        <w:numId w:val="72"/>
      </w:numPr>
      <w:tabs>
        <w:tab w:val="clear" w:pos="360"/>
      </w:tabs>
      <w:spacing w:after="200" w:line="276" w:lineRule="auto"/>
      <w:ind w:left="644"/>
      <w:contextualSpacing/>
    </w:pPr>
    <w:rPr>
      <w:rFonts w:eastAsia="Times New Roman"/>
      <w:lang w:val="en-US"/>
    </w:rPr>
  </w:style>
  <w:style w:type="paragraph" w:styleId="2">
    <w:name w:val="List Number 2"/>
    <w:basedOn w:val="a1"/>
    <w:uiPriority w:val="99"/>
    <w:unhideWhenUsed/>
    <w:rsid w:val="00541C25"/>
    <w:pPr>
      <w:numPr>
        <w:numId w:val="73"/>
      </w:numPr>
      <w:tabs>
        <w:tab w:val="clear" w:pos="720"/>
      </w:tabs>
      <w:spacing w:after="200" w:line="276" w:lineRule="auto"/>
      <w:ind w:left="644"/>
      <w:contextualSpacing/>
    </w:pPr>
    <w:rPr>
      <w:rFonts w:eastAsia="Times New Roman"/>
      <w:lang w:val="en-US"/>
    </w:rPr>
  </w:style>
  <w:style w:type="paragraph" w:styleId="3">
    <w:name w:val="List Number 3"/>
    <w:basedOn w:val="a1"/>
    <w:uiPriority w:val="99"/>
    <w:unhideWhenUsed/>
    <w:rsid w:val="00541C25"/>
    <w:pPr>
      <w:numPr>
        <w:numId w:val="74"/>
      </w:numPr>
      <w:tabs>
        <w:tab w:val="clear" w:pos="1080"/>
      </w:tabs>
      <w:spacing w:after="200" w:line="276" w:lineRule="auto"/>
      <w:ind w:left="501"/>
      <w:contextualSpacing/>
    </w:pPr>
    <w:rPr>
      <w:rFonts w:eastAsia="Times New Roman"/>
      <w:lang w:val="en-US"/>
    </w:rPr>
  </w:style>
  <w:style w:type="paragraph" w:styleId="afd">
    <w:name w:val="List Continue"/>
    <w:basedOn w:val="a1"/>
    <w:uiPriority w:val="99"/>
    <w:unhideWhenUsed/>
    <w:rsid w:val="00541C25"/>
    <w:pPr>
      <w:spacing w:after="120" w:line="276" w:lineRule="auto"/>
      <w:ind w:left="360"/>
      <w:contextualSpacing/>
    </w:pPr>
    <w:rPr>
      <w:rFonts w:eastAsia="Times New Roman"/>
      <w:lang w:val="en-US"/>
    </w:rPr>
  </w:style>
  <w:style w:type="paragraph" w:styleId="29">
    <w:name w:val="List Continue 2"/>
    <w:basedOn w:val="a1"/>
    <w:uiPriority w:val="99"/>
    <w:unhideWhenUsed/>
    <w:rsid w:val="00541C25"/>
    <w:pPr>
      <w:spacing w:after="120" w:line="276" w:lineRule="auto"/>
      <w:ind w:left="720"/>
      <w:contextualSpacing/>
    </w:pPr>
    <w:rPr>
      <w:rFonts w:eastAsia="Times New Roman"/>
      <w:lang w:val="en-US"/>
    </w:rPr>
  </w:style>
  <w:style w:type="paragraph" w:styleId="3a">
    <w:name w:val="List Continue 3"/>
    <w:basedOn w:val="a1"/>
    <w:uiPriority w:val="99"/>
    <w:unhideWhenUsed/>
    <w:rsid w:val="00541C25"/>
    <w:pPr>
      <w:spacing w:after="120" w:line="276" w:lineRule="auto"/>
      <w:ind w:left="1080"/>
      <w:contextualSpacing/>
    </w:pPr>
    <w:rPr>
      <w:rFonts w:eastAsia="Times New Roman"/>
      <w:lang w:val="en-US"/>
    </w:rPr>
  </w:style>
  <w:style w:type="paragraph" w:customStyle="1" w:styleId="1f">
    <w:name w:val="Текст макроса1"/>
    <w:next w:val="afe"/>
    <w:link w:val="aff"/>
    <w:uiPriority w:val="99"/>
    <w:unhideWhenUsed/>
    <w:rsid w:val="00541C25"/>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sz w:val="20"/>
      <w:szCs w:val="20"/>
      <w:lang w:val="en-US"/>
    </w:rPr>
  </w:style>
  <w:style w:type="character" w:customStyle="1" w:styleId="aff">
    <w:name w:val="Текст макроса Знак"/>
    <w:basedOn w:val="a2"/>
    <w:link w:val="1f"/>
    <w:uiPriority w:val="99"/>
    <w:rsid w:val="00541C25"/>
    <w:rPr>
      <w:rFonts w:ascii="Courier" w:eastAsia="Times New Roman" w:hAnsi="Courier"/>
      <w:sz w:val="20"/>
      <w:szCs w:val="20"/>
      <w:lang w:val="en-US"/>
    </w:rPr>
  </w:style>
  <w:style w:type="paragraph" w:customStyle="1" w:styleId="213">
    <w:name w:val="Цитата 21"/>
    <w:basedOn w:val="a1"/>
    <w:next w:val="a1"/>
    <w:uiPriority w:val="29"/>
    <w:qFormat/>
    <w:rsid w:val="00541C25"/>
    <w:pPr>
      <w:spacing w:after="200" w:line="276" w:lineRule="auto"/>
    </w:pPr>
    <w:rPr>
      <w:rFonts w:eastAsia="Times New Roman"/>
      <w:i/>
      <w:iCs/>
      <w:color w:val="000000"/>
      <w:lang w:val="en-US"/>
    </w:rPr>
  </w:style>
  <w:style w:type="character" w:customStyle="1" w:styleId="2a">
    <w:name w:val="Цитата 2 Знак"/>
    <w:basedOn w:val="a2"/>
    <w:link w:val="2b"/>
    <w:uiPriority w:val="29"/>
    <w:rsid w:val="00541C25"/>
    <w:rPr>
      <w:rFonts w:eastAsia="Times New Roman"/>
      <w:i/>
      <w:iCs/>
      <w:color w:val="000000"/>
      <w:lang w:val="en-US"/>
    </w:rPr>
  </w:style>
  <w:style w:type="paragraph" w:customStyle="1" w:styleId="1f0">
    <w:name w:val="Выделенная цитата1"/>
    <w:basedOn w:val="a1"/>
    <w:next w:val="a1"/>
    <w:uiPriority w:val="30"/>
    <w:qFormat/>
    <w:rsid w:val="00541C25"/>
    <w:pPr>
      <w:pBdr>
        <w:bottom w:val="single" w:sz="4" w:space="4" w:color="4F81BD"/>
      </w:pBdr>
      <w:spacing w:before="200" w:after="280" w:line="276" w:lineRule="auto"/>
      <w:ind w:left="936" w:right="936"/>
    </w:pPr>
    <w:rPr>
      <w:rFonts w:eastAsia="Times New Roman"/>
      <w:b/>
      <w:bCs/>
      <w:i/>
      <w:iCs/>
      <w:color w:val="4F81BD"/>
      <w:lang w:val="en-US"/>
    </w:rPr>
  </w:style>
  <w:style w:type="character" w:customStyle="1" w:styleId="aff0">
    <w:name w:val="Выделенная цитата Знак"/>
    <w:basedOn w:val="a2"/>
    <w:link w:val="aff1"/>
    <w:uiPriority w:val="30"/>
    <w:rsid w:val="00541C25"/>
    <w:rPr>
      <w:rFonts w:eastAsia="Times New Roman"/>
      <w:b/>
      <w:bCs/>
      <w:i/>
      <w:iCs/>
      <w:color w:val="4F81BD"/>
      <w:lang w:val="en-US"/>
    </w:rPr>
  </w:style>
  <w:style w:type="character" w:customStyle="1" w:styleId="1f1">
    <w:name w:val="Слабое выделение1"/>
    <w:basedOn w:val="a2"/>
    <w:uiPriority w:val="19"/>
    <w:qFormat/>
    <w:rsid w:val="00541C25"/>
    <w:rPr>
      <w:i/>
      <w:iCs/>
      <w:color w:val="808080"/>
    </w:rPr>
  </w:style>
  <w:style w:type="character" w:customStyle="1" w:styleId="1f2">
    <w:name w:val="Сильное выделение1"/>
    <w:basedOn w:val="a2"/>
    <w:uiPriority w:val="21"/>
    <w:qFormat/>
    <w:rsid w:val="00541C25"/>
    <w:rPr>
      <w:b/>
      <w:bCs/>
      <w:i/>
      <w:iCs/>
      <w:color w:val="4F81BD"/>
    </w:rPr>
  </w:style>
  <w:style w:type="character" w:customStyle="1" w:styleId="1f3">
    <w:name w:val="Слабая ссылка1"/>
    <w:basedOn w:val="a2"/>
    <w:uiPriority w:val="31"/>
    <w:qFormat/>
    <w:rsid w:val="00541C25"/>
    <w:rPr>
      <w:smallCaps/>
      <w:color w:val="C0504D"/>
      <w:u w:val="single"/>
    </w:rPr>
  </w:style>
  <w:style w:type="character" w:customStyle="1" w:styleId="1f4">
    <w:name w:val="Сильная ссылка1"/>
    <w:basedOn w:val="a2"/>
    <w:uiPriority w:val="32"/>
    <w:qFormat/>
    <w:rsid w:val="00541C25"/>
    <w:rPr>
      <w:b/>
      <w:bCs/>
      <w:smallCaps/>
      <w:color w:val="C0504D"/>
      <w:spacing w:val="5"/>
      <w:u w:val="single"/>
    </w:rPr>
  </w:style>
  <w:style w:type="character" w:styleId="aff2">
    <w:name w:val="Book Title"/>
    <w:basedOn w:val="a2"/>
    <w:uiPriority w:val="33"/>
    <w:qFormat/>
    <w:rsid w:val="00541C25"/>
    <w:rPr>
      <w:b/>
      <w:bCs/>
      <w:smallCaps/>
      <w:spacing w:val="5"/>
    </w:rPr>
  </w:style>
  <w:style w:type="paragraph" w:styleId="aff3">
    <w:name w:val="TOC Heading"/>
    <w:basedOn w:val="10"/>
    <w:next w:val="a1"/>
    <w:uiPriority w:val="39"/>
    <w:semiHidden/>
    <w:unhideWhenUsed/>
    <w:qFormat/>
    <w:rsid w:val="00541C25"/>
    <w:pPr>
      <w:spacing w:before="480" w:line="276" w:lineRule="auto"/>
      <w:outlineLvl w:val="9"/>
    </w:pPr>
  </w:style>
  <w:style w:type="table" w:customStyle="1" w:styleId="113">
    <w:name w:val="Сетка таблицы11"/>
    <w:basedOn w:val="a3"/>
    <w:next w:val="ab"/>
    <w:uiPriority w:val="59"/>
    <w:rsid w:val="00541C25"/>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ветлая заливка1"/>
    <w:basedOn w:val="a3"/>
    <w:next w:val="aff4"/>
    <w:uiPriority w:val="60"/>
    <w:rsid w:val="00541C25"/>
    <w:pPr>
      <w:spacing w:after="0" w:line="240" w:lineRule="auto"/>
    </w:pPr>
    <w:rPr>
      <w:rFonts w:eastAsia="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541C25"/>
    <w:pPr>
      <w:spacing w:after="0" w:line="240" w:lineRule="auto"/>
    </w:pPr>
    <w:rPr>
      <w:rFonts w:eastAsia="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541C25"/>
    <w:pPr>
      <w:spacing w:after="0" w:line="240" w:lineRule="auto"/>
    </w:pPr>
    <w:rPr>
      <w:rFonts w:eastAsia="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541C25"/>
    <w:pPr>
      <w:spacing w:after="0" w:line="240" w:lineRule="auto"/>
    </w:pPr>
    <w:rPr>
      <w:rFonts w:eastAsia="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541C25"/>
    <w:pPr>
      <w:spacing w:after="0" w:line="240" w:lineRule="auto"/>
    </w:pPr>
    <w:rPr>
      <w:rFonts w:eastAsia="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541C25"/>
    <w:pPr>
      <w:spacing w:after="0" w:line="240" w:lineRule="auto"/>
    </w:pPr>
    <w:rPr>
      <w:rFonts w:eastAsia="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541C25"/>
    <w:pPr>
      <w:spacing w:after="0" w:line="240" w:lineRule="auto"/>
    </w:pPr>
    <w:rPr>
      <w:rFonts w:eastAsia="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6">
    <w:name w:val="Светлый список1"/>
    <w:basedOn w:val="a3"/>
    <w:next w:val="aff5"/>
    <w:uiPriority w:val="61"/>
    <w:rsid w:val="00541C25"/>
    <w:pPr>
      <w:spacing w:after="0" w:line="240" w:lineRule="auto"/>
    </w:pPr>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541C25"/>
    <w:pPr>
      <w:spacing w:after="0" w:line="240"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541C25"/>
    <w:pPr>
      <w:spacing w:after="0" w:line="240" w:lineRule="auto"/>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541C25"/>
    <w:pPr>
      <w:spacing w:after="0" w:line="240" w:lineRule="auto"/>
    </w:pPr>
    <w:rPr>
      <w:rFonts w:eastAsia="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541C25"/>
    <w:pPr>
      <w:spacing w:after="0" w:line="240" w:lineRule="auto"/>
    </w:pPr>
    <w:rPr>
      <w:rFonts w:eastAsia="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541C25"/>
    <w:pPr>
      <w:spacing w:after="0" w:line="240" w:lineRule="auto"/>
    </w:pPr>
    <w:rPr>
      <w:rFonts w:eastAsia="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541C25"/>
    <w:pPr>
      <w:spacing w:after="0" w:line="240" w:lineRule="auto"/>
    </w:pPr>
    <w:rPr>
      <w:rFonts w:eastAsia="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7">
    <w:name w:val="Светлая сетка1"/>
    <w:basedOn w:val="a3"/>
    <w:next w:val="aff6"/>
    <w:uiPriority w:val="62"/>
    <w:rsid w:val="00541C25"/>
    <w:pPr>
      <w:spacing w:after="0" w:line="240" w:lineRule="auto"/>
    </w:pPr>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541C25"/>
    <w:pPr>
      <w:spacing w:after="0" w:line="240"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541C25"/>
    <w:pPr>
      <w:spacing w:after="0" w:line="240" w:lineRule="auto"/>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541C25"/>
    <w:pPr>
      <w:spacing w:after="0" w:line="240" w:lineRule="auto"/>
    </w:pPr>
    <w:rPr>
      <w:rFonts w:eastAsia="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541C25"/>
    <w:pPr>
      <w:spacing w:after="0" w:line="240" w:lineRule="auto"/>
    </w:pPr>
    <w:rPr>
      <w:rFonts w:eastAsia="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541C25"/>
    <w:pPr>
      <w:spacing w:after="0" w:line="240" w:lineRule="auto"/>
    </w:pPr>
    <w:rPr>
      <w:rFonts w:eastAsia="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541C25"/>
    <w:pPr>
      <w:spacing w:after="0" w:line="240" w:lineRule="auto"/>
    </w:pPr>
    <w:rPr>
      <w:rFonts w:eastAsia="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4">
    <w:name w:val="Средняя заливка 11"/>
    <w:basedOn w:val="a3"/>
    <w:next w:val="1f8"/>
    <w:uiPriority w:val="63"/>
    <w:rsid w:val="00541C25"/>
    <w:pPr>
      <w:spacing w:after="0" w:line="240" w:lineRule="auto"/>
    </w:pPr>
    <w:rPr>
      <w:rFonts w:eastAsia="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541C25"/>
    <w:pPr>
      <w:spacing w:after="0" w:line="240" w:lineRule="auto"/>
    </w:pPr>
    <w:rPr>
      <w:rFonts w:eastAsia="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541C25"/>
    <w:pPr>
      <w:spacing w:after="0" w:line="240" w:lineRule="auto"/>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541C25"/>
    <w:pPr>
      <w:spacing w:after="0" w:line="240" w:lineRule="auto"/>
    </w:pPr>
    <w:rPr>
      <w:rFonts w:eastAsia="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541C25"/>
    <w:pPr>
      <w:spacing w:after="0" w:line="240" w:lineRule="auto"/>
    </w:pPr>
    <w:rPr>
      <w:rFonts w:eastAsia="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541C25"/>
    <w:pPr>
      <w:spacing w:after="0" w:line="240" w:lineRule="auto"/>
    </w:pPr>
    <w:rPr>
      <w:rFonts w:eastAsia="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541C25"/>
    <w:pPr>
      <w:spacing w:after="0" w:line="240" w:lineRule="auto"/>
    </w:pPr>
    <w:rPr>
      <w:rFonts w:eastAsia="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4">
    <w:name w:val="Средняя заливка 21"/>
    <w:basedOn w:val="a3"/>
    <w:next w:val="2c"/>
    <w:uiPriority w:val="64"/>
    <w:rsid w:val="00541C25"/>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541C25"/>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541C25"/>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541C25"/>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541C25"/>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541C25"/>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541C25"/>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
    <w:name w:val="Средний список 11"/>
    <w:basedOn w:val="a3"/>
    <w:next w:val="1f9"/>
    <w:uiPriority w:val="65"/>
    <w:rsid w:val="00541C25"/>
    <w:pPr>
      <w:spacing w:after="0" w:line="240" w:lineRule="auto"/>
    </w:pPr>
    <w:rPr>
      <w:rFonts w:eastAsia="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541C25"/>
    <w:pPr>
      <w:spacing w:after="0" w:line="240" w:lineRule="auto"/>
    </w:pPr>
    <w:rPr>
      <w:rFonts w:eastAsia="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541C25"/>
    <w:pPr>
      <w:spacing w:after="0" w:line="240" w:lineRule="auto"/>
    </w:pPr>
    <w:rPr>
      <w:rFonts w:eastAsia="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541C25"/>
    <w:pPr>
      <w:spacing w:after="0" w:line="240" w:lineRule="auto"/>
    </w:pPr>
    <w:rPr>
      <w:rFonts w:eastAsia="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541C25"/>
    <w:pPr>
      <w:spacing w:after="0" w:line="240" w:lineRule="auto"/>
    </w:pPr>
    <w:rPr>
      <w:rFonts w:eastAsia="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541C25"/>
    <w:pPr>
      <w:spacing w:after="0" w:line="240" w:lineRule="auto"/>
    </w:pPr>
    <w:rPr>
      <w:rFonts w:eastAsia="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541C25"/>
    <w:pPr>
      <w:spacing w:after="0" w:line="240" w:lineRule="auto"/>
    </w:pPr>
    <w:rPr>
      <w:rFonts w:eastAsia="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5">
    <w:name w:val="Средний список 21"/>
    <w:basedOn w:val="a3"/>
    <w:next w:val="2d"/>
    <w:uiPriority w:val="66"/>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6">
    <w:name w:val="Средняя сетка 11"/>
    <w:basedOn w:val="a3"/>
    <w:next w:val="1fa"/>
    <w:uiPriority w:val="67"/>
    <w:rsid w:val="00541C25"/>
    <w:pPr>
      <w:spacing w:after="0" w:line="240" w:lineRule="auto"/>
    </w:pPr>
    <w:rPr>
      <w:rFonts w:eastAsia="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541C25"/>
    <w:pPr>
      <w:spacing w:after="0" w:line="240" w:lineRule="auto"/>
    </w:pPr>
    <w:rPr>
      <w:rFonts w:eastAsia="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541C25"/>
    <w:pPr>
      <w:spacing w:after="0" w:line="240" w:lineRule="auto"/>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541C25"/>
    <w:pPr>
      <w:spacing w:after="0" w:line="240" w:lineRule="auto"/>
    </w:pPr>
    <w:rPr>
      <w:rFonts w:eastAsia="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541C25"/>
    <w:pPr>
      <w:spacing w:after="0" w:line="240" w:lineRule="auto"/>
    </w:pPr>
    <w:rPr>
      <w:rFonts w:eastAsia="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541C25"/>
    <w:pPr>
      <w:spacing w:after="0" w:line="240" w:lineRule="auto"/>
    </w:pPr>
    <w:rPr>
      <w:rFonts w:eastAsia="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541C25"/>
    <w:pPr>
      <w:spacing w:after="0" w:line="240" w:lineRule="auto"/>
    </w:pPr>
    <w:rPr>
      <w:rFonts w:eastAsia="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6">
    <w:name w:val="Средняя сетка 21"/>
    <w:basedOn w:val="a3"/>
    <w:next w:val="2e"/>
    <w:uiPriority w:val="68"/>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541C25"/>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2">
    <w:name w:val="Средняя сетка 31"/>
    <w:basedOn w:val="a3"/>
    <w:next w:val="3b"/>
    <w:uiPriority w:val="69"/>
    <w:rsid w:val="00541C25"/>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541C25"/>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541C25"/>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541C25"/>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541C25"/>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541C25"/>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541C25"/>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b">
    <w:name w:val="Темный список1"/>
    <w:basedOn w:val="a3"/>
    <w:next w:val="aff7"/>
    <w:uiPriority w:val="70"/>
    <w:rsid w:val="00541C25"/>
    <w:pPr>
      <w:spacing w:after="0" w:line="240" w:lineRule="auto"/>
    </w:pPr>
    <w:rPr>
      <w:rFonts w:eastAsia="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541C25"/>
    <w:pPr>
      <w:spacing w:after="0" w:line="240" w:lineRule="auto"/>
    </w:pPr>
    <w:rPr>
      <w:rFonts w:eastAsia="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541C25"/>
    <w:pPr>
      <w:spacing w:after="0" w:line="240" w:lineRule="auto"/>
    </w:pPr>
    <w:rPr>
      <w:rFonts w:eastAsia="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541C25"/>
    <w:pPr>
      <w:spacing w:after="0" w:line="240" w:lineRule="auto"/>
    </w:pPr>
    <w:rPr>
      <w:rFonts w:eastAsia="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541C25"/>
    <w:pPr>
      <w:spacing w:after="0" w:line="240" w:lineRule="auto"/>
    </w:pPr>
    <w:rPr>
      <w:rFonts w:eastAsia="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541C25"/>
    <w:pPr>
      <w:spacing w:after="0" w:line="240" w:lineRule="auto"/>
    </w:pPr>
    <w:rPr>
      <w:rFonts w:eastAsia="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541C25"/>
    <w:pPr>
      <w:spacing w:after="0" w:line="240" w:lineRule="auto"/>
    </w:pPr>
    <w:rPr>
      <w:rFonts w:eastAsia="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c">
    <w:name w:val="Цветная заливка1"/>
    <w:basedOn w:val="a3"/>
    <w:next w:val="aff8"/>
    <w:uiPriority w:val="71"/>
    <w:rsid w:val="00541C25"/>
    <w:pPr>
      <w:spacing w:after="0" w:line="240" w:lineRule="auto"/>
    </w:pPr>
    <w:rPr>
      <w:rFonts w:eastAsia="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541C25"/>
    <w:pPr>
      <w:spacing w:after="0" w:line="240" w:lineRule="auto"/>
    </w:pPr>
    <w:rPr>
      <w:rFonts w:eastAsia="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541C25"/>
    <w:pPr>
      <w:spacing w:after="0" w:line="240" w:lineRule="auto"/>
    </w:pPr>
    <w:rPr>
      <w:rFonts w:eastAsia="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541C25"/>
    <w:pPr>
      <w:spacing w:after="0" w:line="240" w:lineRule="auto"/>
    </w:pPr>
    <w:rPr>
      <w:rFonts w:eastAsia="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541C25"/>
    <w:pPr>
      <w:spacing w:after="0" w:line="240" w:lineRule="auto"/>
    </w:pPr>
    <w:rPr>
      <w:rFonts w:eastAsia="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541C25"/>
    <w:pPr>
      <w:spacing w:after="0" w:line="240" w:lineRule="auto"/>
    </w:pPr>
    <w:rPr>
      <w:rFonts w:eastAsia="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541C25"/>
    <w:pPr>
      <w:spacing w:after="0" w:line="240" w:lineRule="auto"/>
    </w:pPr>
    <w:rPr>
      <w:rFonts w:eastAsia="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d">
    <w:name w:val="Цветной список1"/>
    <w:basedOn w:val="a3"/>
    <w:next w:val="aff9"/>
    <w:uiPriority w:val="72"/>
    <w:rsid w:val="00541C25"/>
    <w:pPr>
      <w:spacing w:after="0" w:line="240" w:lineRule="auto"/>
    </w:pPr>
    <w:rPr>
      <w:rFonts w:eastAsia="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541C25"/>
    <w:pPr>
      <w:spacing w:after="0" w:line="240" w:lineRule="auto"/>
    </w:pPr>
    <w:rPr>
      <w:rFonts w:eastAsia="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541C25"/>
    <w:pPr>
      <w:spacing w:after="0" w:line="240" w:lineRule="auto"/>
    </w:pPr>
    <w:rPr>
      <w:rFonts w:eastAsia="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541C25"/>
    <w:pPr>
      <w:spacing w:after="0" w:line="240" w:lineRule="auto"/>
    </w:pPr>
    <w:rPr>
      <w:rFonts w:eastAsia="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541C25"/>
    <w:pPr>
      <w:spacing w:after="0" w:line="240" w:lineRule="auto"/>
    </w:pPr>
    <w:rPr>
      <w:rFonts w:eastAsia="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541C25"/>
    <w:pPr>
      <w:spacing w:after="0" w:line="240" w:lineRule="auto"/>
    </w:pPr>
    <w:rPr>
      <w:rFonts w:eastAsia="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541C25"/>
    <w:pPr>
      <w:spacing w:after="0" w:line="240" w:lineRule="auto"/>
    </w:pPr>
    <w:rPr>
      <w:rFonts w:eastAsia="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e">
    <w:name w:val="Цветная сетка1"/>
    <w:basedOn w:val="a3"/>
    <w:next w:val="affa"/>
    <w:uiPriority w:val="73"/>
    <w:rsid w:val="00541C25"/>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541C25"/>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541C25"/>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541C25"/>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541C25"/>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541C25"/>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541C25"/>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110">
    <w:name w:val="Нет списка111"/>
    <w:next w:val="a4"/>
    <w:uiPriority w:val="99"/>
    <w:semiHidden/>
    <w:unhideWhenUsed/>
    <w:rsid w:val="00541C25"/>
  </w:style>
  <w:style w:type="table" w:customStyle="1" w:styleId="1111">
    <w:name w:val="Сетка таблицы111"/>
    <w:basedOn w:val="a3"/>
    <w:next w:val="ab"/>
    <w:rsid w:val="00541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Таблица-сетка 1 светлая — акцент 61"/>
    <w:basedOn w:val="a3"/>
    <w:next w:val="-162"/>
    <w:uiPriority w:val="46"/>
    <w:rsid w:val="00541C25"/>
    <w:pPr>
      <w:spacing w:after="0" w:line="240" w:lineRule="auto"/>
    </w:pPr>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1ff">
    <w:name w:val="Сетка таблицы светлая1"/>
    <w:basedOn w:val="a3"/>
    <w:next w:val="2f"/>
    <w:uiPriority w:val="40"/>
    <w:rsid w:val="00541C25"/>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
    <w:name w:val="Таблица-сетка 1 светлая — акцент 62"/>
    <w:basedOn w:val="a3"/>
    <w:uiPriority w:val="46"/>
    <w:rsid w:val="00541C25"/>
    <w:pPr>
      <w:spacing w:after="0" w:line="240" w:lineRule="auto"/>
    </w:pPr>
    <w:rPr>
      <w:rFonts w:eastAsia="Times New Roman"/>
      <w:lang w:val="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
    <w:name w:val="Сетка таблицы светлая2"/>
    <w:basedOn w:val="a3"/>
    <w:uiPriority w:val="99"/>
    <w:semiHidden/>
    <w:unhideWhenUsed/>
    <w:rsid w:val="00541C25"/>
    <w:pPr>
      <w:spacing w:after="0" w:line="240" w:lineRule="auto"/>
    </w:pPr>
    <w:rPr>
      <w:rFonts w:eastAsia="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17">
    <w:name w:val="Нет списка21"/>
    <w:next w:val="a4"/>
    <w:uiPriority w:val="99"/>
    <w:semiHidden/>
    <w:unhideWhenUsed/>
    <w:rsid w:val="00541C25"/>
  </w:style>
  <w:style w:type="table" w:customStyle="1" w:styleId="220">
    <w:name w:val="Сетка таблицы22"/>
    <w:basedOn w:val="a3"/>
    <w:next w:val="ab"/>
    <w:uiPriority w:val="39"/>
    <w:rsid w:val="00541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Основной"/>
    <w:basedOn w:val="a1"/>
    <w:link w:val="affc"/>
    <w:rsid w:val="00541C2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c">
    <w:name w:val="Основной Знак"/>
    <w:link w:val="affb"/>
    <w:rsid w:val="00541C25"/>
    <w:rPr>
      <w:rFonts w:ascii="NewtonCSanPin" w:eastAsia="Times New Roman" w:hAnsi="NewtonCSanPin" w:cs="Times New Roman"/>
      <w:color w:val="000000"/>
      <w:sz w:val="21"/>
      <w:szCs w:val="21"/>
      <w:lang w:eastAsia="ru-RU"/>
    </w:rPr>
  </w:style>
  <w:style w:type="paragraph" w:customStyle="1" w:styleId="42">
    <w:name w:val="Заг 4"/>
    <w:basedOn w:val="a1"/>
    <w:rsid w:val="00541C25"/>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Zag11">
    <w:name w:val="Zag_11"/>
    <w:rsid w:val="00541C25"/>
  </w:style>
  <w:style w:type="paragraph" w:customStyle="1" w:styleId="affd">
    <w:name w:val="Буллит"/>
    <w:basedOn w:val="a1"/>
    <w:link w:val="affe"/>
    <w:rsid w:val="00541C25"/>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ffe">
    <w:name w:val="Буллит Знак"/>
    <w:basedOn w:val="a2"/>
    <w:link w:val="affd"/>
    <w:rsid w:val="00541C25"/>
    <w:rPr>
      <w:rFonts w:ascii="NewtonCSanPin" w:eastAsia="Times New Roman" w:hAnsi="NewtonCSanPin" w:cs="Times New Roman"/>
      <w:color w:val="000000"/>
      <w:sz w:val="21"/>
      <w:szCs w:val="21"/>
      <w:lang w:eastAsia="ru-RU"/>
    </w:rPr>
  </w:style>
  <w:style w:type="paragraph" w:customStyle="1" w:styleId="afff">
    <w:name w:val="Буллит Курсив"/>
    <w:basedOn w:val="affd"/>
    <w:link w:val="afff0"/>
    <w:uiPriority w:val="99"/>
    <w:rsid w:val="00541C25"/>
    <w:rPr>
      <w:i/>
      <w:iCs/>
    </w:rPr>
  </w:style>
  <w:style w:type="character" w:customStyle="1" w:styleId="afff0">
    <w:name w:val="Буллит Курсив Знак"/>
    <w:link w:val="afff"/>
    <w:uiPriority w:val="99"/>
    <w:rsid w:val="00541C25"/>
    <w:rPr>
      <w:rFonts w:ascii="NewtonCSanPin" w:eastAsia="Times New Roman" w:hAnsi="NewtonCSanPin" w:cs="Times New Roman"/>
      <w:i/>
      <w:iCs/>
      <w:color w:val="000000"/>
      <w:sz w:val="21"/>
      <w:szCs w:val="21"/>
      <w:lang w:eastAsia="ru-RU"/>
    </w:rPr>
  </w:style>
  <w:style w:type="paragraph" w:customStyle="1" w:styleId="ConsPlusNormal">
    <w:name w:val="ConsPlusNormal"/>
    <w:rsid w:val="00541C25"/>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110">
    <w:name w:val="Нет списка1111"/>
    <w:next w:val="a4"/>
    <w:uiPriority w:val="99"/>
    <w:semiHidden/>
    <w:unhideWhenUsed/>
    <w:rsid w:val="00541C25"/>
  </w:style>
  <w:style w:type="paragraph" w:customStyle="1" w:styleId="afff1">
    <w:name w:val="Курсив"/>
    <w:basedOn w:val="affb"/>
    <w:rsid w:val="00541C25"/>
    <w:rPr>
      <w:i/>
      <w:iCs/>
    </w:rPr>
  </w:style>
  <w:style w:type="paragraph" w:customStyle="1" w:styleId="formattext">
    <w:name w:val="formattext"/>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basedOn w:val="a2"/>
    <w:rsid w:val="00541C25"/>
  </w:style>
  <w:style w:type="paragraph" w:customStyle="1" w:styleId="c5c0">
    <w:name w:val="c5 c0"/>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5">
    <w:name w:val="c0 c5"/>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11">
    <w:name w:val="Сетка таблицы1111"/>
    <w:basedOn w:val="a3"/>
    <w:next w:val="ab"/>
    <w:rsid w:val="00541C2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b"/>
    <w:rsid w:val="00541C2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3"/>
    <w:next w:val="ab"/>
    <w:uiPriority w:val="59"/>
    <w:rsid w:val="00541C2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2">
    <w:name w:val="annotation text"/>
    <w:basedOn w:val="a1"/>
    <w:link w:val="afff3"/>
    <w:uiPriority w:val="99"/>
    <w:rsid w:val="00541C25"/>
    <w:pPr>
      <w:spacing w:after="0" w:line="240" w:lineRule="auto"/>
    </w:pPr>
    <w:rPr>
      <w:rFonts w:ascii="Times New Roman" w:eastAsia="Times New Roman" w:hAnsi="Times New Roman" w:cs="Times New Roman"/>
      <w:sz w:val="20"/>
      <w:szCs w:val="20"/>
      <w:lang w:eastAsia="ru-RU"/>
    </w:rPr>
  </w:style>
  <w:style w:type="character" w:customStyle="1" w:styleId="afff3">
    <w:name w:val="Текст примечания Знак"/>
    <w:basedOn w:val="a2"/>
    <w:link w:val="afff2"/>
    <w:uiPriority w:val="99"/>
    <w:rsid w:val="00541C25"/>
    <w:rPr>
      <w:rFonts w:ascii="Times New Roman" w:eastAsia="Times New Roman" w:hAnsi="Times New Roman" w:cs="Times New Roman"/>
      <w:sz w:val="20"/>
      <w:szCs w:val="20"/>
      <w:lang w:eastAsia="ru-RU"/>
    </w:rPr>
  </w:style>
  <w:style w:type="paragraph" w:customStyle="1" w:styleId="Zag3">
    <w:name w:val="Zag_3"/>
    <w:basedOn w:val="a1"/>
    <w:rsid w:val="00541C2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1ff0">
    <w:name w:val="Гиперссылка1"/>
    <w:basedOn w:val="a2"/>
    <w:uiPriority w:val="99"/>
    <w:unhideWhenUsed/>
    <w:rsid w:val="00541C25"/>
    <w:rPr>
      <w:color w:val="0000FF"/>
      <w:u w:val="single"/>
    </w:rPr>
  </w:style>
  <w:style w:type="paragraph" w:customStyle="1" w:styleId="Default">
    <w:name w:val="Default"/>
    <w:rsid w:val="00541C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nhideWhenUsed/>
    <w:qFormat/>
    <w:rsid w:val="00541C25"/>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2f0">
    <w:name w:val="Гиперссылка2"/>
    <w:basedOn w:val="a2"/>
    <w:uiPriority w:val="99"/>
    <w:unhideWhenUsed/>
    <w:rsid w:val="00541C25"/>
    <w:rPr>
      <w:color w:val="0000FF"/>
      <w:u w:val="single"/>
    </w:rPr>
  </w:style>
  <w:style w:type="table" w:customStyle="1" w:styleId="43">
    <w:name w:val="Сетка таблицы4"/>
    <w:basedOn w:val="a3"/>
    <w:next w:val="ab"/>
    <w:uiPriority w:val="39"/>
    <w:rsid w:val="00541C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1">
    <w:name w:val="Основной текст с отступом Знак1"/>
    <w:basedOn w:val="a2"/>
    <w:uiPriority w:val="99"/>
    <w:semiHidden/>
    <w:rsid w:val="00541C25"/>
  </w:style>
  <w:style w:type="paragraph" w:styleId="afff4">
    <w:name w:val="Document Map"/>
    <w:basedOn w:val="a1"/>
    <w:link w:val="afff5"/>
    <w:uiPriority w:val="99"/>
    <w:semiHidden/>
    <w:unhideWhenUsed/>
    <w:rsid w:val="00541C25"/>
    <w:pPr>
      <w:spacing w:after="0" w:line="240" w:lineRule="auto"/>
    </w:pPr>
    <w:rPr>
      <w:rFonts w:ascii="Times New Roman" w:eastAsia="Times New Roman" w:hAnsi="Times New Roman" w:cs="Times New Roman"/>
      <w:sz w:val="24"/>
      <w:szCs w:val="24"/>
      <w:lang w:eastAsia="ru-RU"/>
    </w:rPr>
  </w:style>
  <w:style w:type="character" w:customStyle="1" w:styleId="afff5">
    <w:name w:val="Схема документа Знак"/>
    <w:basedOn w:val="a2"/>
    <w:link w:val="afff4"/>
    <w:uiPriority w:val="99"/>
    <w:semiHidden/>
    <w:rsid w:val="00541C25"/>
    <w:rPr>
      <w:rFonts w:ascii="Times New Roman" w:eastAsia="Times New Roman" w:hAnsi="Times New Roman" w:cs="Times New Roman"/>
      <w:sz w:val="24"/>
      <w:szCs w:val="24"/>
      <w:lang w:eastAsia="ru-RU"/>
    </w:rPr>
  </w:style>
  <w:style w:type="character" w:customStyle="1" w:styleId="c12">
    <w:name w:val="c12"/>
    <w:basedOn w:val="a2"/>
    <w:uiPriority w:val="99"/>
    <w:rsid w:val="00541C25"/>
  </w:style>
  <w:style w:type="paragraph" w:customStyle="1" w:styleId="c14">
    <w:name w:val="c14"/>
    <w:basedOn w:val="a1"/>
    <w:uiPriority w:val="99"/>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541C25"/>
  </w:style>
  <w:style w:type="paragraph" w:customStyle="1" w:styleId="c9c18">
    <w:name w:val="c9 c18"/>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2">
    <w:name w:val="Абзац списка1"/>
    <w:basedOn w:val="a1"/>
    <w:rsid w:val="00541C25"/>
    <w:pPr>
      <w:spacing w:after="200" w:line="276" w:lineRule="auto"/>
      <w:ind w:left="720"/>
      <w:contextualSpacing/>
    </w:pPr>
    <w:rPr>
      <w:rFonts w:ascii="Calibri" w:eastAsia="Times New Roman" w:hAnsi="Calibri" w:cs="Times New Roman"/>
    </w:rPr>
  </w:style>
  <w:style w:type="character" w:customStyle="1" w:styleId="ff1">
    <w:name w:val="ff1"/>
    <w:basedOn w:val="a2"/>
    <w:rsid w:val="00541C25"/>
  </w:style>
  <w:style w:type="paragraph" w:customStyle="1" w:styleId="c4">
    <w:name w:val="c4"/>
    <w:basedOn w:val="a1"/>
    <w:rsid w:val="00541C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3"/>
    <w:next w:val="ab"/>
    <w:uiPriority w:val="39"/>
    <w:rsid w:val="00541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1">
    <w:name w:val="Заголовок 2 Знак2"/>
    <w:basedOn w:val="a2"/>
    <w:uiPriority w:val="9"/>
    <w:semiHidden/>
    <w:rsid w:val="00541C25"/>
    <w:rPr>
      <w:rFonts w:ascii="Calibri Light" w:eastAsia="Times New Roman" w:hAnsi="Calibri Light" w:cs="Times New Roman"/>
      <w:color w:val="2E74B5"/>
      <w:sz w:val="26"/>
      <w:szCs w:val="26"/>
    </w:rPr>
  </w:style>
  <w:style w:type="character" w:customStyle="1" w:styleId="320">
    <w:name w:val="Заголовок 3 Знак2"/>
    <w:basedOn w:val="a2"/>
    <w:uiPriority w:val="9"/>
    <w:semiHidden/>
    <w:rsid w:val="00541C25"/>
    <w:rPr>
      <w:rFonts w:ascii="Calibri Light" w:eastAsia="Times New Roman" w:hAnsi="Calibri Light" w:cs="Times New Roman"/>
      <w:color w:val="1F4D78"/>
      <w:sz w:val="24"/>
      <w:szCs w:val="24"/>
    </w:rPr>
  </w:style>
  <w:style w:type="character" w:customStyle="1" w:styleId="510">
    <w:name w:val="Заголовок 5 Знак1"/>
    <w:basedOn w:val="a2"/>
    <w:uiPriority w:val="9"/>
    <w:semiHidden/>
    <w:rsid w:val="00541C25"/>
    <w:rPr>
      <w:rFonts w:ascii="Calibri Light" w:eastAsia="Times New Roman" w:hAnsi="Calibri Light" w:cs="Times New Roman"/>
      <w:color w:val="2E74B5"/>
    </w:rPr>
  </w:style>
  <w:style w:type="character" w:customStyle="1" w:styleId="610">
    <w:name w:val="Заголовок 6 Знак1"/>
    <w:basedOn w:val="a2"/>
    <w:uiPriority w:val="9"/>
    <w:semiHidden/>
    <w:rsid w:val="00541C25"/>
    <w:rPr>
      <w:rFonts w:ascii="Calibri Light" w:eastAsia="Times New Roman" w:hAnsi="Calibri Light" w:cs="Times New Roman"/>
      <w:color w:val="1F4D78"/>
    </w:rPr>
  </w:style>
  <w:style w:type="character" w:customStyle="1" w:styleId="710">
    <w:name w:val="Заголовок 7 Знак1"/>
    <w:basedOn w:val="a2"/>
    <w:uiPriority w:val="9"/>
    <w:semiHidden/>
    <w:rsid w:val="00541C25"/>
    <w:rPr>
      <w:rFonts w:ascii="Calibri Light" w:eastAsia="Times New Roman" w:hAnsi="Calibri Light" w:cs="Times New Roman"/>
      <w:i/>
      <w:iCs/>
      <w:color w:val="1F4D78"/>
    </w:rPr>
  </w:style>
  <w:style w:type="character" w:customStyle="1" w:styleId="810">
    <w:name w:val="Заголовок 8 Знак1"/>
    <w:basedOn w:val="a2"/>
    <w:uiPriority w:val="9"/>
    <w:semiHidden/>
    <w:rsid w:val="00541C25"/>
    <w:rPr>
      <w:rFonts w:ascii="Calibri Light" w:eastAsia="Times New Roman" w:hAnsi="Calibri Light" w:cs="Times New Roman"/>
      <w:color w:val="272727"/>
      <w:sz w:val="21"/>
      <w:szCs w:val="21"/>
    </w:rPr>
  </w:style>
  <w:style w:type="character" w:customStyle="1" w:styleId="910">
    <w:name w:val="Заголовок 9 Знак1"/>
    <w:basedOn w:val="a2"/>
    <w:uiPriority w:val="9"/>
    <w:semiHidden/>
    <w:rsid w:val="00541C25"/>
    <w:rPr>
      <w:rFonts w:ascii="Calibri Light" w:eastAsia="Times New Roman" w:hAnsi="Calibri Light" w:cs="Times New Roman"/>
      <w:i/>
      <w:iCs/>
      <w:color w:val="272727"/>
      <w:sz w:val="21"/>
      <w:szCs w:val="21"/>
    </w:rPr>
  </w:style>
  <w:style w:type="character" w:customStyle="1" w:styleId="1ff3">
    <w:name w:val="Заголовок Знак1"/>
    <w:basedOn w:val="a2"/>
    <w:uiPriority w:val="10"/>
    <w:rsid w:val="00541C25"/>
    <w:rPr>
      <w:rFonts w:ascii="Calibri Light" w:eastAsia="Times New Roman" w:hAnsi="Calibri Light" w:cs="Times New Roman"/>
      <w:spacing w:val="-10"/>
      <w:kern w:val="28"/>
      <w:sz w:val="56"/>
      <w:szCs w:val="56"/>
    </w:rPr>
  </w:style>
  <w:style w:type="paragraph" w:styleId="afe">
    <w:name w:val="macro"/>
    <w:link w:val="1ff4"/>
    <w:uiPriority w:val="99"/>
    <w:unhideWhenUsed/>
    <w:rsid w:val="00541C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1ff4">
    <w:name w:val="Текст макроса Знак1"/>
    <w:basedOn w:val="a2"/>
    <w:link w:val="afe"/>
    <w:uiPriority w:val="99"/>
    <w:rsid w:val="00541C25"/>
    <w:rPr>
      <w:rFonts w:ascii="Consolas" w:hAnsi="Consolas"/>
      <w:sz w:val="20"/>
      <w:szCs w:val="20"/>
    </w:rPr>
  </w:style>
  <w:style w:type="paragraph" w:styleId="2b">
    <w:name w:val="Quote"/>
    <w:basedOn w:val="a1"/>
    <w:next w:val="a1"/>
    <w:link w:val="2a"/>
    <w:uiPriority w:val="29"/>
    <w:qFormat/>
    <w:rsid w:val="00541C25"/>
    <w:pPr>
      <w:spacing w:before="200"/>
      <w:ind w:left="864" w:right="864"/>
      <w:jc w:val="center"/>
    </w:pPr>
    <w:rPr>
      <w:rFonts w:eastAsia="Times New Roman"/>
      <w:i/>
      <w:iCs/>
      <w:color w:val="000000"/>
      <w:lang w:val="en-US"/>
    </w:rPr>
  </w:style>
  <w:style w:type="character" w:customStyle="1" w:styleId="218">
    <w:name w:val="Цитата 2 Знак1"/>
    <w:basedOn w:val="a2"/>
    <w:uiPriority w:val="29"/>
    <w:rsid w:val="00541C25"/>
    <w:rPr>
      <w:i/>
      <w:iCs/>
      <w:color w:val="404040" w:themeColor="text1" w:themeTint="BF"/>
    </w:rPr>
  </w:style>
  <w:style w:type="paragraph" w:customStyle="1" w:styleId="2f1">
    <w:name w:val="Выделенная цитата2"/>
    <w:basedOn w:val="a1"/>
    <w:next w:val="a1"/>
    <w:uiPriority w:val="30"/>
    <w:qFormat/>
    <w:rsid w:val="00541C25"/>
    <w:pPr>
      <w:pBdr>
        <w:top w:val="single" w:sz="4" w:space="10" w:color="5B9BD5"/>
        <w:bottom w:val="single" w:sz="4" w:space="10" w:color="5B9BD5"/>
      </w:pBdr>
      <w:spacing w:before="360" w:after="360"/>
      <w:ind w:left="864" w:right="864"/>
      <w:jc w:val="center"/>
    </w:pPr>
    <w:rPr>
      <w:rFonts w:eastAsia="Times New Roman"/>
      <w:b/>
      <w:bCs/>
      <w:i/>
      <w:iCs/>
      <w:color w:val="4F81BD"/>
      <w:lang w:val="en-US"/>
    </w:rPr>
  </w:style>
  <w:style w:type="character" w:customStyle="1" w:styleId="1ff5">
    <w:name w:val="Выделенная цитата Знак1"/>
    <w:basedOn w:val="a2"/>
    <w:uiPriority w:val="30"/>
    <w:rsid w:val="00541C25"/>
    <w:rPr>
      <w:i/>
      <w:iCs/>
      <w:color w:val="5B9BD5"/>
    </w:rPr>
  </w:style>
  <w:style w:type="character" w:customStyle="1" w:styleId="2f2">
    <w:name w:val="Слабое выделение2"/>
    <w:basedOn w:val="a2"/>
    <w:uiPriority w:val="19"/>
    <w:qFormat/>
    <w:rsid w:val="00541C25"/>
    <w:rPr>
      <w:i/>
      <w:iCs/>
      <w:color w:val="404040"/>
    </w:rPr>
  </w:style>
  <w:style w:type="character" w:customStyle="1" w:styleId="2f3">
    <w:name w:val="Сильное выделение2"/>
    <w:basedOn w:val="a2"/>
    <w:uiPriority w:val="21"/>
    <w:qFormat/>
    <w:rsid w:val="00541C25"/>
    <w:rPr>
      <w:i/>
      <w:iCs/>
      <w:color w:val="5B9BD5"/>
    </w:rPr>
  </w:style>
  <w:style w:type="character" w:customStyle="1" w:styleId="2f4">
    <w:name w:val="Слабая ссылка2"/>
    <w:basedOn w:val="a2"/>
    <w:uiPriority w:val="31"/>
    <w:qFormat/>
    <w:rsid w:val="00541C25"/>
    <w:rPr>
      <w:smallCaps/>
      <w:color w:val="5A5A5A"/>
    </w:rPr>
  </w:style>
  <w:style w:type="character" w:customStyle="1" w:styleId="2f5">
    <w:name w:val="Сильная ссылка2"/>
    <w:basedOn w:val="a2"/>
    <w:uiPriority w:val="32"/>
    <w:qFormat/>
    <w:rsid w:val="00541C25"/>
    <w:rPr>
      <w:b/>
      <w:bCs/>
      <w:smallCaps/>
      <w:color w:val="5B9BD5"/>
      <w:spacing w:val="5"/>
    </w:rPr>
  </w:style>
  <w:style w:type="table" w:customStyle="1" w:styleId="2f6">
    <w:name w:val="Светлая заливка2"/>
    <w:basedOn w:val="a3"/>
    <w:next w:val="aff4"/>
    <w:uiPriority w:val="60"/>
    <w:unhideWhenUsed/>
    <w:rsid w:val="00541C2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ветлая заливка - Акцент 12"/>
    <w:basedOn w:val="a3"/>
    <w:next w:val="-1"/>
    <w:uiPriority w:val="60"/>
    <w:unhideWhenUsed/>
    <w:rsid w:val="00541C25"/>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20">
    <w:name w:val="Светлая заливка - Акцент 22"/>
    <w:basedOn w:val="a3"/>
    <w:next w:val="-2"/>
    <w:uiPriority w:val="60"/>
    <w:unhideWhenUsed/>
    <w:rsid w:val="00541C25"/>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Светлая заливка - Акцент 32"/>
    <w:basedOn w:val="a3"/>
    <w:next w:val="-3"/>
    <w:uiPriority w:val="60"/>
    <w:unhideWhenUsed/>
    <w:rsid w:val="00541C25"/>
    <w:pPr>
      <w:spacing w:after="0" w:line="240" w:lineRule="auto"/>
    </w:pPr>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Светлая заливка - Акцент 42"/>
    <w:basedOn w:val="a3"/>
    <w:next w:val="-4"/>
    <w:uiPriority w:val="60"/>
    <w:unhideWhenUsed/>
    <w:rsid w:val="00541C25"/>
    <w:pPr>
      <w:spacing w:after="0" w:line="240" w:lineRule="auto"/>
    </w:pPr>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Светлая заливка - Акцент 52"/>
    <w:basedOn w:val="a3"/>
    <w:next w:val="-5"/>
    <w:uiPriority w:val="60"/>
    <w:unhideWhenUsed/>
    <w:rsid w:val="00541C25"/>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620">
    <w:name w:val="Светлая заливка - Акцент 62"/>
    <w:basedOn w:val="a3"/>
    <w:next w:val="-6"/>
    <w:uiPriority w:val="60"/>
    <w:unhideWhenUsed/>
    <w:rsid w:val="00541C25"/>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7">
    <w:name w:val="Светлый список2"/>
    <w:basedOn w:val="a3"/>
    <w:next w:val="aff5"/>
    <w:uiPriority w:val="61"/>
    <w:unhideWhenUsed/>
    <w:rsid w:val="00541C2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ый список - Акцент 12"/>
    <w:basedOn w:val="a3"/>
    <w:next w:val="-10"/>
    <w:uiPriority w:val="61"/>
    <w:unhideWhenUsed/>
    <w:rsid w:val="00541C2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21">
    <w:name w:val="Светлый список - Акцент 22"/>
    <w:basedOn w:val="a3"/>
    <w:next w:val="-20"/>
    <w:uiPriority w:val="61"/>
    <w:unhideWhenUsed/>
    <w:rsid w:val="00541C25"/>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Светлый список - Акцент 32"/>
    <w:basedOn w:val="a3"/>
    <w:next w:val="-30"/>
    <w:uiPriority w:val="61"/>
    <w:unhideWhenUsed/>
    <w:rsid w:val="00541C25"/>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Светлый список - Акцент 42"/>
    <w:basedOn w:val="a3"/>
    <w:next w:val="-40"/>
    <w:uiPriority w:val="61"/>
    <w:unhideWhenUsed/>
    <w:rsid w:val="00541C25"/>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Светлый список - Акцент 52"/>
    <w:basedOn w:val="a3"/>
    <w:next w:val="-50"/>
    <w:uiPriority w:val="61"/>
    <w:unhideWhenUsed/>
    <w:rsid w:val="00541C25"/>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621">
    <w:name w:val="Светлый список - Акцент 62"/>
    <w:basedOn w:val="a3"/>
    <w:next w:val="-60"/>
    <w:uiPriority w:val="61"/>
    <w:unhideWhenUsed/>
    <w:rsid w:val="00541C25"/>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8">
    <w:name w:val="Светлая сетка2"/>
    <w:basedOn w:val="a3"/>
    <w:next w:val="aff6"/>
    <w:uiPriority w:val="62"/>
    <w:unhideWhenUsed/>
    <w:rsid w:val="00541C2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Светлая сетка - Акцент 12"/>
    <w:basedOn w:val="a3"/>
    <w:next w:val="-12"/>
    <w:uiPriority w:val="62"/>
    <w:unhideWhenUsed/>
    <w:rsid w:val="00541C2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22">
    <w:name w:val="Светлая сетка - Акцент 22"/>
    <w:basedOn w:val="a3"/>
    <w:next w:val="-22"/>
    <w:uiPriority w:val="62"/>
    <w:unhideWhenUsed/>
    <w:rsid w:val="00541C25"/>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Светлая сетка - Акцент 32"/>
    <w:basedOn w:val="a3"/>
    <w:next w:val="-32"/>
    <w:uiPriority w:val="62"/>
    <w:unhideWhenUsed/>
    <w:rsid w:val="00541C25"/>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Светлая сетка - Акцент 42"/>
    <w:basedOn w:val="a3"/>
    <w:next w:val="-42"/>
    <w:uiPriority w:val="62"/>
    <w:unhideWhenUsed/>
    <w:rsid w:val="00541C25"/>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Светлая сетка - Акцент 52"/>
    <w:basedOn w:val="a3"/>
    <w:next w:val="-52"/>
    <w:uiPriority w:val="62"/>
    <w:unhideWhenUsed/>
    <w:rsid w:val="00541C25"/>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22">
    <w:name w:val="Светлая сетка - Акцент 62"/>
    <w:basedOn w:val="a3"/>
    <w:next w:val="-62"/>
    <w:uiPriority w:val="62"/>
    <w:unhideWhenUsed/>
    <w:rsid w:val="00541C25"/>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Средняя заливка 12"/>
    <w:basedOn w:val="a3"/>
    <w:next w:val="1f8"/>
    <w:uiPriority w:val="63"/>
    <w:unhideWhenUsed/>
    <w:rsid w:val="00541C25"/>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Средняя заливка 1 - Акцент 12"/>
    <w:basedOn w:val="a3"/>
    <w:next w:val="1-1"/>
    <w:uiPriority w:val="63"/>
    <w:unhideWhenUsed/>
    <w:rsid w:val="00541C25"/>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220">
    <w:name w:val="Средняя заливка 1 - Акцент 22"/>
    <w:basedOn w:val="a3"/>
    <w:next w:val="1-2"/>
    <w:uiPriority w:val="63"/>
    <w:unhideWhenUsed/>
    <w:rsid w:val="00541C25"/>
    <w:pPr>
      <w:spacing w:after="0" w:line="240" w:lineRule="auto"/>
    </w:p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Средняя заливка 1 - Акцент 32"/>
    <w:basedOn w:val="a3"/>
    <w:next w:val="1-3"/>
    <w:uiPriority w:val="63"/>
    <w:unhideWhenUsed/>
    <w:rsid w:val="00541C25"/>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Средняя заливка 1 - Акцент 42"/>
    <w:basedOn w:val="a3"/>
    <w:next w:val="1-4"/>
    <w:uiPriority w:val="63"/>
    <w:unhideWhenUsed/>
    <w:rsid w:val="00541C25"/>
    <w:pPr>
      <w:spacing w:after="0" w:line="240" w:lineRule="auto"/>
    </w:p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Средняя заливка 1 - Акцент 52"/>
    <w:basedOn w:val="a3"/>
    <w:next w:val="1-5"/>
    <w:uiPriority w:val="63"/>
    <w:unhideWhenUsed/>
    <w:rsid w:val="00541C25"/>
    <w:pPr>
      <w:spacing w:after="0" w:line="240" w:lineRule="auto"/>
    </w:p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620">
    <w:name w:val="Средняя заливка 1 - Акцент 62"/>
    <w:basedOn w:val="a3"/>
    <w:next w:val="1-6"/>
    <w:uiPriority w:val="63"/>
    <w:unhideWhenUsed/>
    <w:rsid w:val="00541C25"/>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2">
    <w:name w:val="Средняя заливка 22"/>
    <w:basedOn w:val="a3"/>
    <w:next w:val="2c"/>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Средняя заливка 2 - Акцент 12"/>
    <w:basedOn w:val="a3"/>
    <w:next w:val="2-1"/>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Средняя заливка 2 - Акцент 22"/>
    <w:basedOn w:val="a3"/>
    <w:next w:val="2-2"/>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Средняя заливка 2 - Акцент 32"/>
    <w:basedOn w:val="a3"/>
    <w:next w:val="2-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Средняя заливка 2 - Акцент 42"/>
    <w:basedOn w:val="a3"/>
    <w:next w:val="2-4"/>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Средняя заливка 2 - Акцент 52"/>
    <w:basedOn w:val="a3"/>
    <w:next w:val="2-5"/>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Средняя заливка 2 - Акцент 62"/>
    <w:basedOn w:val="a3"/>
    <w:next w:val="2-6"/>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редний список 12"/>
    <w:basedOn w:val="a3"/>
    <w:next w:val="1f9"/>
    <w:uiPriority w:val="65"/>
    <w:unhideWhenUsed/>
    <w:rsid w:val="00541C2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 - Акцент 12"/>
    <w:basedOn w:val="a3"/>
    <w:next w:val="1-10"/>
    <w:uiPriority w:val="65"/>
    <w:unhideWhenUsed/>
    <w:rsid w:val="00541C25"/>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221">
    <w:name w:val="Средний список 1 - Акцент 22"/>
    <w:basedOn w:val="a3"/>
    <w:next w:val="1-20"/>
    <w:uiPriority w:val="65"/>
    <w:unhideWhenUsed/>
    <w:rsid w:val="00541C25"/>
    <w:pPr>
      <w:spacing w:after="0" w:line="240" w:lineRule="auto"/>
    </w:pPr>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Средний список 1 - Акцент 32"/>
    <w:basedOn w:val="a3"/>
    <w:next w:val="1-30"/>
    <w:uiPriority w:val="65"/>
    <w:unhideWhenUsed/>
    <w:rsid w:val="00541C25"/>
    <w:pPr>
      <w:spacing w:after="0" w:line="240" w:lineRule="auto"/>
    </w:pPr>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Средний список 1 - Акцент 42"/>
    <w:basedOn w:val="a3"/>
    <w:next w:val="1-40"/>
    <w:uiPriority w:val="65"/>
    <w:unhideWhenUsed/>
    <w:rsid w:val="00541C25"/>
    <w:pPr>
      <w:spacing w:after="0" w:line="240" w:lineRule="auto"/>
    </w:pPr>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Средний список 1 - Акцент 52"/>
    <w:basedOn w:val="a3"/>
    <w:next w:val="1-50"/>
    <w:uiPriority w:val="65"/>
    <w:unhideWhenUsed/>
    <w:rsid w:val="00541C25"/>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621">
    <w:name w:val="Средний список 1 - Акцент 62"/>
    <w:basedOn w:val="a3"/>
    <w:next w:val="1-60"/>
    <w:uiPriority w:val="65"/>
    <w:unhideWhenUsed/>
    <w:rsid w:val="00541C25"/>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3">
    <w:name w:val="Средний список 22"/>
    <w:basedOn w:val="a3"/>
    <w:next w:val="2d"/>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Средний список 2 - Акцент 12"/>
    <w:basedOn w:val="a3"/>
    <w:next w:val="2-1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221">
    <w:name w:val="Средний список 2 - Акцент 22"/>
    <w:basedOn w:val="a3"/>
    <w:next w:val="2-2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Средний список 2 - Акцент 32"/>
    <w:basedOn w:val="a3"/>
    <w:next w:val="2-3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Средний список 2 - Акцент 42"/>
    <w:basedOn w:val="a3"/>
    <w:next w:val="2-4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Средний список 2 - Акцент 52"/>
    <w:basedOn w:val="a3"/>
    <w:next w:val="2-5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621">
    <w:name w:val="Средний список 2 - Акцент 62"/>
    <w:basedOn w:val="a3"/>
    <w:next w:val="2-60"/>
    <w:uiPriority w:val="66"/>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Средняя сетка 12"/>
    <w:basedOn w:val="a3"/>
    <w:next w:val="1fa"/>
    <w:uiPriority w:val="67"/>
    <w:unhideWhenUsed/>
    <w:rsid w:val="00541C25"/>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Средняя сетка 1 - Акцент 12"/>
    <w:basedOn w:val="a3"/>
    <w:next w:val="1-12"/>
    <w:uiPriority w:val="67"/>
    <w:unhideWhenUsed/>
    <w:rsid w:val="00541C25"/>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222">
    <w:name w:val="Средняя сетка 1 - Акцент 22"/>
    <w:basedOn w:val="a3"/>
    <w:next w:val="1-22"/>
    <w:uiPriority w:val="67"/>
    <w:unhideWhenUsed/>
    <w:rsid w:val="00541C25"/>
    <w:pPr>
      <w:spacing w:after="0" w:line="240" w:lineRule="auto"/>
    </w:p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Средняя сетка 1 - Акцент 32"/>
    <w:basedOn w:val="a3"/>
    <w:next w:val="1-32"/>
    <w:uiPriority w:val="67"/>
    <w:unhideWhenUsed/>
    <w:rsid w:val="00541C25"/>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Средняя сетка 1 - Акцент 42"/>
    <w:basedOn w:val="a3"/>
    <w:next w:val="1-42"/>
    <w:uiPriority w:val="67"/>
    <w:unhideWhenUsed/>
    <w:rsid w:val="00541C25"/>
    <w:pPr>
      <w:spacing w:after="0" w:line="240" w:lineRule="auto"/>
    </w:p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Средняя сетка 1 - Акцент 52"/>
    <w:basedOn w:val="a3"/>
    <w:next w:val="1-52"/>
    <w:uiPriority w:val="67"/>
    <w:unhideWhenUsed/>
    <w:rsid w:val="00541C25"/>
    <w:pPr>
      <w:spacing w:after="0" w:line="240" w:lineRule="auto"/>
    </w:p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622">
    <w:name w:val="Средняя сетка 1 - Акцент 62"/>
    <w:basedOn w:val="a3"/>
    <w:next w:val="1-62"/>
    <w:uiPriority w:val="67"/>
    <w:unhideWhenUsed/>
    <w:rsid w:val="00541C25"/>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4">
    <w:name w:val="Средняя сетка 22"/>
    <w:basedOn w:val="a3"/>
    <w:next w:val="2e"/>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Средняя сетка 2 - Акцент 12"/>
    <w:basedOn w:val="a3"/>
    <w:next w:val="2-1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222">
    <w:name w:val="Средняя сетка 2 - Акцент 22"/>
    <w:basedOn w:val="a3"/>
    <w:next w:val="2-2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Средняя сетка 2 - Акцент 32"/>
    <w:basedOn w:val="a3"/>
    <w:next w:val="2-3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Средняя сетка 2 - Акцент 42"/>
    <w:basedOn w:val="a3"/>
    <w:next w:val="2-4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Средняя сетка 2 - Акцент 52"/>
    <w:basedOn w:val="a3"/>
    <w:next w:val="2-5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622">
    <w:name w:val="Средняя сетка 2 - Акцент 62"/>
    <w:basedOn w:val="a3"/>
    <w:next w:val="2-62"/>
    <w:uiPriority w:val="68"/>
    <w:unhideWhenUsed/>
    <w:rsid w:val="00541C2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1">
    <w:name w:val="Средняя сетка 32"/>
    <w:basedOn w:val="a3"/>
    <w:next w:val="3b"/>
    <w:uiPriority w:val="69"/>
    <w:unhideWhenUsed/>
    <w:rsid w:val="00541C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Средняя сетка 3 - Акцент 12"/>
    <w:basedOn w:val="a3"/>
    <w:next w:val="3-1"/>
    <w:uiPriority w:val="69"/>
    <w:unhideWhenUsed/>
    <w:rsid w:val="00541C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2">
    <w:name w:val="Средняя сетка 3 - Акцент 22"/>
    <w:basedOn w:val="a3"/>
    <w:next w:val="3-2"/>
    <w:uiPriority w:val="69"/>
    <w:unhideWhenUsed/>
    <w:rsid w:val="00541C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Средняя сетка 3 - Акцент 32"/>
    <w:basedOn w:val="a3"/>
    <w:next w:val="3-3"/>
    <w:uiPriority w:val="69"/>
    <w:unhideWhenUsed/>
    <w:rsid w:val="00541C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Средняя сетка 3 - Акцент 42"/>
    <w:basedOn w:val="a3"/>
    <w:next w:val="3-4"/>
    <w:uiPriority w:val="69"/>
    <w:unhideWhenUsed/>
    <w:rsid w:val="00541C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Средняя сетка 3 - Акцент 52"/>
    <w:basedOn w:val="a3"/>
    <w:next w:val="3-5"/>
    <w:uiPriority w:val="69"/>
    <w:unhideWhenUsed/>
    <w:rsid w:val="00541C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2">
    <w:name w:val="Средняя сетка 3 - Акцент 62"/>
    <w:basedOn w:val="a3"/>
    <w:next w:val="3-6"/>
    <w:uiPriority w:val="69"/>
    <w:unhideWhenUsed/>
    <w:rsid w:val="00541C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9">
    <w:name w:val="Темный список2"/>
    <w:basedOn w:val="a3"/>
    <w:next w:val="aff7"/>
    <w:uiPriority w:val="70"/>
    <w:unhideWhenUsed/>
    <w:rsid w:val="00541C25"/>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Темный список - Акцент 12"/>
    <w:basedOn w:val="a3"/>
    <w:next w:val="-13"/>
    <w:uiPriority w:val="70"/>
    <w:unhideWhenUsed/>
    <w:rsid w:val="00541C25"/>
    <w:pPr>
      <w:spacing w:after="0" w:line="240" w:lineRule="auto"/>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223">
    <w:name w:val="Темный список - Акцент 22"/>
    <w:basedOn w:val="a3"/>
    <w:next w:val="-23"/>
    <w:uiPriority w:val="70"/>
    <w:unhideWhenUsed/>
    <w:rsid w:val="00541C25"/>
    <w:pPr>
      <w:spacing w:after="0" w:line="240" w:lineRule="auto"/>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Темный список - Акцент 32"/>
    <w:basedOn w:val="a3"/>
    <w:next w:val="-33"/>
    <w:uiPriority w:val="70"/>
    <w:unhideWhenUsed/>
    <w:rsid w:val="00541C25"/>
    <w:pPr>
      <w:spacing w:after="0" w:line="240" w:lineRule="auto"/>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Темный список - Акцент 42"/>
    <w:basedOn w:val="a3"/>
    <w:next w:val="-43"/>
    <w:uiPriority w:val="70"/>
    <w:unhideWhenUsed/>
    <w:rsid w:val="00541C25"/>
    <w:pPr>
      <w:spacing w:after="0" w:line="240" w:lineRule="auto"/>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Темный список - Акцент 52"/>
    <w:basedOn w:val="a3"/>
    <w:next w:val="-53"/>
    <w:uiPriority w:val="70"/>
    <w:unhideWhenUsed/>
    <w:rsid w:val="00541C25"/>
    <w:pPr>
      <w:spacing w:after="0" w:line="240" w:lineRule="auto"/>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623">
    <w:name w:val="Темный список - Акцент 62"/>
    <w:basedOn w:val="a3"/>
    <w:next w:val="-63"/>
    <w:uiPriority w:val="70"/>
    <w:unhideWhenUsed/>
    <w:rsid w:val="00541C25"/>
    <w:pPr>
      <w:spacing w:after="0" w:line="240" w:lineRule="auto"/>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a">
    <w:name w:val="Цветная заливка2"/>
    <w:basedOn w:val="a3"/>
    <w:next w:val="aff8"/>
    <w:uiPriority w:val="71"/>
    <w:unhideWhenUsed/>
    <w:rsid w:val="00541C25"/>
    <w:pPr>
      <w:spacing w:after="0" w:line="240" w:lineRule="auto"/>
    </w:pPr>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Цветная заливка - Акцент 12"/>
    <w:basedOn w:val="a3"/>
    <w:next w:val="-14"/>
    <w:uiPriority w:val="71"/>
    <w:unhideWhenUsed/>
    <w:rsid w:val="00541C25"/>
    <w:pPr>
      <w:spacing w:after="0" w:line="240" w:lineRule="auto"/>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224">
    <w:name w:val="Цветная заливка - Акцент 22"/>
    <w:basedOn w:val="a3"/>
    <w:next w:val="-24"/>
    <w:uiPriority w:val="71"/>
    <w:unhideWhenUsed/>
    <w:rsid w:val="00541C25"/>
    <w:pPr>
      <w:spacing w:after="0" w:line="240" w:lineRule="auto"/>
    </w:pPr>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Цветная заливка - Акцент 32"/>
    <w:basedOn w:val="a3"/>
    <w:next w:val="-34"/>
    <w:uiPriority w:val="71"/>
    <w:unhideWhenUsed/>
    <w:rsid w:val="00541C25"/>
    <w:pPr>
      <w:spacing w:after="0" w:line="240" w:lineRule="auto"/>
    </w:pPr>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Цветная заливка - Акцент 42"/>
    <w:basedOn w:val="a3"/>
    <w:next w:val="-44"/>
    <w:uiPriority w:val="71"/>
    <w:unhideWhenUsed/>
    <w:rsid w:val="00541C25"/>
    <w:pPr>
      <w:spacing w:after="0" w:line="240" w:lineRule="auto"/>
    </w:pPr>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Цветная заливка - Акцент 52"/>
    <w:basedOn w:val="a3"/>
    <w:next w:val="-54"/>
    <w:uiPriority w:val="71"/>
    <w:unhideWhenUsed/>
    <w:rsid w:val="00541C25"/>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24">
    <w:name w:val="Цветная заливка - Акцент 62"/>
    <w:basedOn w:val="a3"/>
    <w:next w:val="-64"/>
    <w:uiPriority w:val="71"/>
    <w:unhideWhenUsed/>
    <w:rsid w:val="00541C25"/>
    <w:pPr>
      <w:spacing w:after="0" w:line="240" w:lineRule="auto"/>
    </w:pPr>
    <w:rPr>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b">
    <w:name w:val="Цветной список2"/>
    <w:basedOn w:val="a3"/>
    <w:next w:val="aff9"/>
    <w:uiPriority w:val="72"/>
    <w:unhideWhenUsed/>
    <w:rsid w:val="00541C25"/>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Цветной список - Акцент 12"/>
    <w:basedOn w:val="a3"/>
    <w:next w:val="-15"/>
    <w:uiPriority w:val="72"/>
    <w:unhideWhenUsed/>
    <w:rsid w:val="00541C25"/>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5">
    <w:name w:val="Цветной список - Акцент 22"/>
    <w:basedOn w:val="a3"/>
    <w:next w:val="-25"/>
    <w:uiPriority w:val="72"/>
    <w:unhideWhenUsed/>
    <w:rsid w:val="00541C25"/>
    <w:pPr>
      <w:spacing w:after="0" w:line="240" w:lineRule="auto"/>
    </w:pPr>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Цветной список - Акцент 32"/>
    <w:basedOn w:val="a3"/>
    <w:next w:val="-35"/>
    <w:uiPriority w:val="72"/>
    <w:unhideWhenUsed/>
    <w:rsid w:val="00541C25"/>
    <w:pPr>
      <w:spacing w:after="0" w:line="240" w:lineRule="auto"/>
    </w:pPr>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Цветной список - Акцент 42"/>
    <w:basedOn w:val="a3"/>
    <w:next w:val="-45"/>
    <w:uiPriority w:val="72"/>
    <w:unhideWhenUsed/>
    <w:rsid w:val="00541C25"/>
    <w:pPr>
      <w:spacing w:after="0" w:line="240" w:lineRule="auto"/>
    </w:pPr>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Цветной список - Акцент 52"/>
    <w:basedOn w:val="a3"/>
    <w:next w:val="-55"/>
    <w:uiPriority w:val="72"/>
    <w:unhideWhenUsed/>
    <w:rsid w:val="00541C25"/>
    <w:pPr>
      <w:spacing w:after="0" w:line="240" w:lineRule="auto"/>
    </w:pPr>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625">
    <w:name w:val="Цветной список - Акцент 62"/>
    <w:basedOn w:val="a3"/>
    <w:next w:val="-65"/>
    <w:uiPriority w:val="72"/>
    <w:unhideWhenUsed/>
    <w:rsid w:val="00541C25"/>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c">
    <w:name w:val="Цветная сетка2"/>
    <w:basedOn w:val="a3"/>
    <w:next w:val="affa"/>
    <w:uiPriority w:val="73"/>
    <w:unhideWhenUsed/>
    <w:rsid w:val="00541C25"/>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Цветная сетка - Акцент 12"/>
    <w:basedOn w:val="a3"/>
    <w:next w:val="-16"/>
    <w:uiPriority w:val="73"/>
    <w:unhideWhenUsed/>
    <w:rsid w:val="00541C25"/>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26">
    <w:name w:val="Цветная сетка - Акцент 22"/>
    <w:basedOn w:val="a3"/>
    <w:next w:val="-26"/>
    <w:uiPriority w:val="73"/>
    <w:unhideWhenUsed/>
    <w:rsid w:val="00541C25"/>
    <w:pPr>
      <w:spacing w:after="0" w:line="240" w:lineRule="auto"/>
    </w:pPr>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Цветная сетка - Акцент 32"/>
    <w:basedOn w:val="a3"/>
    <w:next w:val="-36"/>
    <w:uiPriority w:val="73"/>
    <w:unhideWhenUsed/>
    <w:rsid w:val="00541C25"/>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Цветная сетка - Акцент 42"/>
    <w:basedOn w:val="a3"/>
    <w:next w:val="-46"/>
    <w:uiPriority w:val="73"/>
    <w:unhideWhenUsed/>
    <w:rsid w:val="00541C25"/>
    <w:pPr>
      <w:spacing w:after="0" w:line="240" w:lineRule="auto"/>
    </w:pPr>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Цветная сетка - Акцент 52"/>
    <w:basedOn w:val="a3"/>
    <w:next w:val="-56"/>
    <w:uiPriority w:val="73"/>
    <w:unhideWhenUsed/>
    <w:rsid w:val="00541C25"/>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626">
    <w:name w:val="Цветная сетка - Акцент 62"/>
    <w:basedOn w:val="a3"/>
    <w:next w:val="-66"/>
    <w:uiPriority w:val="73"/>
    <w:unhideWhenUsed/>
    <w:rsid w:val="00541C25"/>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2fd">
    <w:name w:val="Название объекта2"/>
    <w:basedOn w:val="a1"/>
    <w:next w:val="a1"/>
    <w:uiPriority w:val="35"/>
    <w:semiHidden/>
    <w:unhideWhenUsed/>
    <w:qFormat/>
    <w:rsid w:val="00541C25"/>
    <w:pPr>
      <w:spacing w:after="200" w:line="240" w:lineRule="auto"/>
    </w:pPr>
    <w:rPr>
      <w:b/>
      <w:bCs/>
      <w:color w:val="5B9BD5"/>
      <w:sz w:val="18"/>
      <w:szCs w:val="18"/>
      <w:lang w:val="en-US"/>
    </w:rPr>
  </w:style>
  <w:style w:type="character" w:customStyle="1" w:styleId="fontstyle21">
    <w:name w:val="fontstyle21"/>
    <w:basedOn w:val="a2"/>
    <w:rsid w:val="00541C25"/>
    <w:rPr>
      <w:rFonts w:ascii="SchoolBookSanPin" w:hAnsi="SchoolBookSanPin" w:hint="default"/>
      <w:b w:val="0"/>
      <w:bCs w:val="0"/>
      <w:i w:val="0"/>
      <w:iCs w:val="0"/>
      <w:color w:val="242021"/>
      <w:sz w:val="20"/>
      <w:szCs w:val="20"/>
    </w:rPr>
  </w:style>
  <w:style w:type="character" w:customStyle="1" w:styleId="fontstyle31">
    <w:name w:val="fontstyle31"/>
    <w:basedOn w:val="a2"/>
    <w:rsid w:val="00541C25"/>
    <w:rPr>
      <w:rFonts w:ascii="PiGraphA" w:hAnsi="PiGraphA" w:hint="default"/>
      <w:b w:val="0"/>
      <w:bCs w:val="0"/>
      <w:i w:val="0"/>
      <w:iCs w:val="0"/>
      <w:color w:val="242021"/>
      <w:sz w:val="14"/>
      <w:szCs w:val="14"/>
    </w:rPr>
  </w:style>
  <w:style w:type="character" w:customStyle="1" w:styleId="fontstyle41">
    <w:name w:val="fontstyle41"/>
    <w:basedOn w:val="a2"/>
    <w:rsid w:val="00541C25"/>
    <w:rPr>
      <w:rFonts w:ascii="SchoolBookSanPin" w:hAnsi="SchoolBookSanPin" w:hint="default"/>
      <w:b w:val="0"/>
      <w:bCs w:val="0"/>
      <w:i w:val="0"/>
      <w:iCs w:val="0"/>
      <w:color w:val="242021"/>
      <w:sz w:val="20"/>
      <w:szCs w:val="20"/>
    </w:rPr>
  </w:style>
  <w:style w:type="character" w:customStyle="1" w:styleId="1ff6">
    <w:name w:val="Основной шрифт абзаца1"/>
    <w:rsid w:val="00541C25"/>
  </w:style>
  <w:style w:type="paragraph" w:styleId="afff6">
    <w:name w:val="Body Text Indent"/>
    <w:basedOn w:val="a1"/>
    <w:link w:val="afff7"/>
    <w:rsid w:val="00541C25"/>
    <w:pPr>
      <w:suppressAutoHyphens/>
      <w:spacing w:after="0" w:line="240" w:lineRule="auto"/>
      <w:jc w:val="both"/>
    </w:pPr>
    <w:rPr>
      <w:rFonts w:ascii="Times New Roman" w:eastAsia="Times New Roman" w:hAnsi="Times New Roman" w:cs="Times New Roman"/>
      <w:sz w:val="24"/>
      <w:szCs w:val="24"/>
      <w:lang w:eastAsia="zh-CN"/>
    </w:rPr>
  </w:style>
  <w:style w:type="character" w:customStyle="1" w:styleId="afff7">
    <w:name w:val="Основной текст с отступом Знак"/>
    <w:basedOn w:val="a2"/>
    <w:link w:val="afff6"/>
    <w:rsid w:val="00541C25"/>
    <w:rPr>
      <w:rFonts w:ascii="Times New Roman" w:eastAsia="Times New Roman" w:hAnsi="Times New Roman" w:cs="Times New Roman"/>
      <w:sz w:val="24"/>
      <w:szCs w:val="24"/>
      <w:lang w:eastAsia="zh-CN"/>
    </w:rPr>
  </w:style>
  <w:style w:type="paragraph" w:customStyle="1" w:styleId="322">
    <w:name w:val="Основной текст 32"/>
    <w:basedOn w:val="a1"/>
    <w:rsid w:val="00541C25"/>
    <w:pPr>
      <w:widowControl w:val="0"/>
      <w:suppressAutoHyphens/>
      <w:spacing w:after="0" w:line="240" w:lineRule="auto"/>
    </w:pPr>
    <w:rPr>
      <w:rFonts w:ascii="Times New Roman" w:eastAsia="Times New Roman" w:hAnsi="Times New Roman" w:cs="Times New Roman"/>
      <w:lang w:eastAsia="zh-CN"/>
    </w:rPr>
  </w:style>
  <w:style w:type="paragraph" w:styleId="2fe">
    <w:name w:val="Body Text Indent 2"/>
    <w:basedOn w:val="a1"/>
    <w:link w:val="2ff"/>
    <w:rsid w:val="00541C25"/>
    <w:pPr>
      <w:spacing w:after="0" w:line="240" w:lineRule="auto"/>
      <w:ind w:firstLine="720"/>
      <w:jc w:val="both"/>
    </w:pPr>
    <w:rPr>
      <w:rFonts w:ascii="Times New Roman" w:eastAsia="Times New Roman" w:hAnsi="Times New Roman" w:cs="Times New Roman"/>
      <w:sz w:val="24"/>
      <w:szCs w:val="24"/>
    </w:rPr>
  </w:style>
  <w:style w:type="character" w:customStyle="1" w:styleId="2ff">
    <w:name w:val="Основной текст с отступом 2 Знак"/>
    <w:basedOn w:val="a2"/>
    <w:link w:val="2fe"/>
    <w:rsid w:val="00541C25"/>
    <w:rPr>
      <w:rFonts w:ascii="Times New Roman" w:eastAsia="Times New Roman" w:hAnsi="Times New Roman" w:cs="Times New Roman"/>
      <w:sz w:val="24"/>
      <w:szCs w:val="24"/>
    </w:rPr>
  </w:style>
  <w:style w:type="paragraph" w:styleId="afff8">
    <w:name w:val="Block Text"/>
    <w:basedOn w:val="a1"/>
    <w:rsid w:val="00541C25"/>
    <w:pPr>
      <w:shd w:val="clear" w:color="auto" w:fill="FFFFFF"/>
      <w:spacing w:after="0" w:line="252" w:lineRule="exact"/>
      <w:ind w:left="14" w:right="-5" w:firstLine="166"/>
    </w:pPr>
    <w:rPr>
      <w:rFonts w:ascii="Times New Roman" w:eastAsia="Times New Roman" w:hAnsi="Times New Roman" w:cs="Times New Roman"/>
      <w:lang w:eastAsia="ru-RU"/>
    </w:rPr>
  </w:style>
  <w:style w:type="paragraph" w:styleId="3c">
    <w:name w:val="Body Text Indent 3"/>
    <w:basedOn w:val="a1"/>
    <w:link w:val="3d"/>
    <w:rsid w:val="00541C25"/>
    <w:pPr>
      <w:tabs>
        <w:tab w:val="left" w:pos="284"/>
      </w:tabs>
      <w:spacing w:after="0" w:line="240" w:lineRule="auto"/>
      <w:ind w:left="142"/>
    </w:pPr>
    <w:rPr>
      <w:rFonts w:ascii="Times New Roman" w:eastAsia="Times New Roman" w:hAnsi="Times New Roman" w:cs="Times New Roman"/>
      <w:sz w:val="24"/>
      <w:szCs w:val="24"/>
      <w:lang w:eastAsia="ru-RU"/>
    </w:rPr>
  </w:style>
  <w:style w:type="character" w:customStyle="1" w:styleId="3d">
    <w:name w:val="Основной текст с отступом 3 Знак"/>
    <w:basedOn w:val="a2"/>
    <w:link w:val="3c"/>
    <w:rsid w:val="00541C25"/>
    <w:rPr>
      <w:rFonts w:ascii="Times New Roman" w:eastAsia="Times New Roman" w:hAnsi="Times New Roman" w:cs="Times New Roman"/>
      <w:sz w:val="24"/>
      <w:szCs w:val="24"/>
      <w:lang w:eastAsia="ru-RU"/>
    </w:rPr>
  </w:style>
  <w:style w:type="paragraph" w:customStyle="1" w:styleId="3e">
    <w:name w:val="Заголовок 3+"/>
    <w:basedOn w:val="a1"/>
    <w:rsid w:val="00541C25"/>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1ff7">
    <w:name w:val="Стиль1"/>
    <w:basedOn w:val="a1"/>
    <w:rsid w:val="00541C25"/>
    <w:pPr>
      <w:spacing w:after="0" w:line="360" w:lineRule="auto"/>
      <w:jc w:val="both"/>
    </w:pPr>
    <w:rPr>
      <w:rFonts w:ascii="Times New Roman" w:eastAsia="Calibri" w:hAnsi="Times New Roman" w:cs="Times New Roman"/>
      <w:sz w:val="24"/>
      <w:szCs w:val="24"/>
      <w:lang w:eastAsia="ru-RU"/>
    </w:rPr>
  </w:style>
  <w:style w:type="character" w:customStyle="1" w:styleId="afff9">
    <w:name w:val="Основной текст + Полужирный"/>
    <w:rsid w:val="00541C25"/>
    <w:rPr>
      <w:rFonts w:ascii="Times New Roman" w:hAnsi="Times New Roman" w:cs="Times New Roman"/>
      <w:b/>
      <w:bCs/>
      <w:spacing w:val="0"/>
      <w:sz w:val="17"/>
      <w:szCs w:val="17"/>
    </w:rPr>
  </w:style>
  <w:style w:type="character" w:customStyle="1" w:styleId="3f">
    <w:name w:val="Основной текст (3)_"/>
    <w:link w:val="314"/>
    <w:rsid w:val="00541C25"/>
    <w:rPr>
      <w:rFonts w:ascii="Bookman Old Style" w:hAnsi="Bookman Old Style"/>
      <w:sz w:val="15"/>
      <w:szCs w:val="15"/>
      <w:shd w:val="clear" w:color="auto" w:fill="FFFFFF"/>
    </w:rPr>
  </w:style>
  <w:style w:type="paragraph" w:customStyle="1" w:styleId="314">
    <w:name w:val="Основной текст (3)1"/>
    <w:basedOn w:val="a1"/>
    <w:link w:val="3f"/>
    <w:rsid w:val="00541C25"/>
    <w:pPr>
      <w:shd w:val="clear" w:color="auto" w:fill="FFFFFF"/>
      <w:spacing w:after="240" w:line="86" w:lineRule="exact"/>
      <w:jc w:val="both"/>
    </w:pPr>
    <w:rPr>
      <w:rFonts w:ascii="Bookman Old Style" w:hAnsi="Bookman Old Style"/>
      <w:sz w:val="15"/>
      <w:szCs w:val="15"/>
    </w:rPr>
  </w:style>
  <w:style w:type="character" w:customStyle="1" w:styleId="3f0">
    <w:name w:val="Основной текст (3)"/>
    <w:basedOn w:val="3f"/>
    <w:rsid w:val="00541C25"/>
    <w:rPr>
      <w:rFonts w:ascii="Bookman Old Style" w:hAnsi="Bookman Old Style"/>
      <w:sz w:val="15"/>
      <w:szCs w:val="15"/>
      <w:shd w:val="clear" w:color="auto" w:fill="FFFFFF"/>
    </w:rPr>
  </w:style>
  <w:style w:type="character" w:customStyle="1" w:styleId="38pt">
    <w:name w:val="Основной текст (3) + 8 pt"/>
    <w:rsid w:val="00541C25"/>
    <w:rPr>
      <w:rFonts w:ascii="Bookman Old Style" w:hAnsi="Bookman Old Style"/>
      <w:sz w:val="16"/>
      <w:szCs w:val="16"/>
      <w:shd w:val="clear" w:color="auto" w:fill="FFFFFF"/>
    </w:rPr>
  </w:style>
  <w:style w:type="character" w:customStyle="1" w:styleId="82">
    <w:name w:val="Основной текст (8)_"/>
    <w:link w:val="811"/>
    <w:rsid w:val="00541C25"/>
    <w:rPr>
      <w:rFonts w:ascii="Bookman Old Style" w:hAnsi="Bookman Old Style"/>
      <w:sz w:val="16"/>
      <w:szCs w:val="16"/>
      <w:shd w:val="clear" w:color="auto" w:fill="FFFFFF"/>
    </w:rPr>
  </w:style>
  <w:style w:type="paragraph" w:customStyle="1" w:styleId="811">
    <w:name w:val="Основной текст (8)1"/>
    <w:basedOn w:val="a1"/>
    <w:link w:val="82"/>
    <w:rsid w:val="00541C25"/>
    <w:pPr>
      <w:shd w:val="clear" w:color="auto" w:fill="FFFFFF"/>
      <w:spacing w:after="60" w:line="130" w:lineRule="exact"/>
      <w:jc w:val="both"/>
    </w:pPr>
    <w:rPr>
      <w:rFonts w:ascii="Bookman Old Style" w:hAnsi="Bookman Old Style"/>
      <w:sz w:val="16"/>
      <w:szCs w:val="16"/>
    </w:rPr>
  </w:style>
  <w:style w:type="character" w:customStyle="1" w:styleId="83">
    <w:name w:val="Основной текст (8)"/>
    <w:basedOn w:val="82"/>
    <w:rsid w:val="00541C25"/>
    <w:rPr>
      <w:rFonts w:ascii="Bookman Old Style" w:hAnsi="Bookman Old Style"/>
      <w:sz w:val="16"/>
      <w:szCs w:val="16"/>
      <w:shd w:val="clear" w:color="auto" w:fill="FFFFFF"/>
    </w:rPr>
  </w:style>
  <w:style w:type="character" w:customStyle="1" w:styleId="87">
    <w:name w:val="Основной текст (8) + 7"/>
    <w:aliases w:val="5 pt2"/>
    <w:rsid w:val="00541C25"/>
    <w:rPr>
      <w:rFonts w:ascii="Bookman Old Style" w:hAnsi="Bookman Old Style"/>
      <w:sz w:val="15"/>
      <w:szCs w:val="15"/>
      <w:shd w:val="clear" w:color="auto" w:fill="FFFFFF"/>
    </w:rPr>
  </w:style>
  <w:style w:type="character" w:customStyle="1" w:styleId="9pt">
    <w:name w:val="Основной текст + 9 pt"/>
    <w:rsid w:val="00541C25"/>
    <w:rPr>
      <w:rFonts w:ascii="Times New Roman" w:hAnsi="Times New Roman" w:cs="Times New Roman"/>
      <w:i/>
      <w:iCs/>
      <w:spacing w:val="0"/>
      <w:sz w:val="18"/>
      <w:szCs w:val="18"/>
    </w:rPr>
  </w:style>
  <w:style w:type="character" w:customStyle="1" w:styleId="1ff8">
    <w:name w:val="Основной текст + Полужирный1"/>
    <w:rsid w:val="00541C25"/>
    <w:rPr>
      <w:rFonts w:ascii="Times New Roman" w:hAnsi="Times New Roman" w:cs="Times New Roman"/>
      <w:b/>
      <w:bCs/>
      <w:spacing w:val="0"/>
      <w:sz w:val="17"/>
      <w:szCs w:val="17"/>
    </w:rPr>
  </w:style>
  <w:style w:type="character" w:customStyle="1" w:styleId="200">
    <w:name w:val="Основной текст (20)_"/>
    <w:link w:val="201"/>
    <w:rsid w:val="00541C25"/>
    <w:rPr>
      <w:spacing w:val="10"/>
      <w:sz w:val="15"/>
      <w:szCs w:val="15"/>
      <w:shd w:val="clear" w:color="auto" w:fill="FFFFFF"/>
    </w:rPr>
  </w:style>
  <w:style w:type="paragraph" w:customStyle="1" w:styleId="201">
    <w:name w:val="Основной текст (20)"/>
    <w:basedOn w:val="a1"/>
    <w:link w:val="200"/>
    <w:rsid w:val="00541C25"/>
    <w:pPr>
      <w:shd w:val="clear" w:color="auto" w:fill="FFFFFF"/>
      <w:spacing w:before="60" w:after="420" w:line="240" w:lineRule="atLeast"/>
    </w:pPr>
    <w:rPr>
      <w:spacing w:val="10"/>
      <w:sz w:val="15"/>
      <w:szCs w:val="15"/>
    </w:rPr>
  </w:style>
  <w:style w:type="character" w:customStyle="1" w:styleId="208">
    <w:name w:val="Основной текст (20) + 8"/>
    <w:aliases w:val="5 pt1,Полужирный,Интервал 0 pt"/>
    <w:rsid w:val="00541C25"/>
    <w:rPr>
      <w:b/>
      <w:bCs/>
      <w:spacing w:val="0"/>
      <w:sz w:val="17"/>
      <w:szCs w:val="17"/>
      <w:shd w:val="clear" w:color="auto" w:fill="FFFFFF"/>
    </w:rPr>
  </w:style>
  <w:style w:type="paragraph" w:customStyle="1" w:styleId="Style3">
    <w:name w:val="Style3"/>
    <w:basedOn w:val="a1"/>
    <w:rsid w:val="00541C2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1"/>
    <w:rsid w:val="00541C25"/>
    <w:pPr>
      <w:widowControl w:val="0"/>
      <w:autoSpaceDE w:val="0"/>
      <w:autoSpaceDN w:val="0"/>
      <w:adjustRightInd w:val="0"/>
      <w:spacing w:after="0" w:line="202" w:lineRule="exact"/>
      <w:ind w:firstLine="298"/>
      <w:jc w:val="both"/>
    </w:pPr>
    <w:rPr>
      <w:rFonts w:ascii="Arial" w:eastAsia="Times New Roman" w:hAnsi="Arial" w:cs="Arial"/>
      <w:sz w:val="24"/>
      <w:szCs w:val="24"/>
      <w:lang w:eastAsia="ru-RU"/>
    </w:rPr>
  </w:style>
  <w:style w:type="paragraph" w:customStyle="1" w:styleId="Style7">
    <w:name w:val="Style7"/>
    <w:basedOn w:val="a1"/>
    <w:rsid w:val="00541C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6">
    <w:name w:val="Style16"/>
    <w:basedOn w:val="a1"/>
    <w:rsid w:val="00541C25"/>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10">
    <w:name w:val="Font Style21"/>
    <w:rsid w:val="00541C25"/>
    <w:rPr>
      <w:rFonts w:ascii="Times New Roman" w:hAnsi="Times New Roman" w:cs="Times New Roman"/>
      <w:sz w:val="20"/>
      <w:szCs w:val="20"/>
    </w:rPr>
  </w:style>
  <w:style w:type="character" w:customStyle="1" w:styleId="FontStyle22">
    <w:name w:val="Font Style22"/>
    <w:rsid w:val="00541C25"/>
    <w:rPr>
      <w:rFonts w:ascii="Arial" w:hAnsi="Arial" w:cs="Arial"/>
      <w:b/>
      <w:bCs/>
      <w:sz w:val="18"/>
      <w:szCs w:val="18"/>
    </w:rPr>
  </w:style>
  <w:style w:type="paragraph" w:customStyle="1" w:styleId="Zag2">
    <w:name w:val="Zag_2"/>
    <w:basedOn w:val="a1"/>
    <w:rsid w:val="00541C2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apple-converted-space">
    <w:name w:val="apple-converted-space"/>
    <w:rsid w:val="00541C25"/>
    <w:rPr>
      <w:rFonts w:cs="Times New Roman"/>
    </w:rPr>
  </w:style>
  <w:style w:type="paragraph" w:customStyle="1" w:styleId="afffa">
    <w:name w:val="А_основной"/>
    <w:basedOn w:val="a1"/>
    <w:link w:val="afffb"/>
    <w:qFormat/>
    <w:rsid w:val="00541C25"/>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541C25"/>
    <w:rPr>
      <w:rFonts w:ascii="Times New Roman" w:eastAsia="Calibri" w:hAnsi="Times New Roman" w:cs="Times New Roman"/>
      <w:sz w:val="28"/>
      <w:szCs w:val="28"/>
    </w:rPr>
  </w:style>
  <w:style w:type="paragraph" w:customStyle="1" w:styleId="afffc">
    <w:name w:val="Базовый"/>
    <w:rsid w:val="00541C25"/>
    <w:pPr>
      <w:suppressAutoHyphens/>
      <w:spacing w:after="200" w:line="276" w:lineRule="auto"/>
    </w:pPr>
    <w:rPr>
      <w:rFonts w:ascii="Calibri" w:eastAsia="SimSun" w:hAnsi="Calibri" w:cs="Calibri"/>
      <w:color w:val="00000A"/>
    </w:rPr>
  </w:style>
  <w:style w:type="table" w:customStyle="1" w:styleId="123">
    <w:name w:val="Сетка таблицы12"/>
    <w:basedOn w:val="a3"/>
    <w:next w:val="a3"/>
    <w:uiPriority w:val="59"/>
    <w:rsid w:val="0054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0">
    <w:name w:val="Абзац списка2"/>
    <w:basedOn w:val="a1"/>
    <w:qFormat/>
    <w:rsid w:val="00541C25"/>
    <w:pPr>
      <w:spacing w:after="200" w:line="276" w:lineRule="auto"/>
      <w:ind w:left="720"/>
      <w:contextualSpacing/>
    </w:pPr>
    <w:rPr>
      <w:rFonts w:ascii="Calibri" w:eastAsia="Times New Roman" w:hAnsi="Calibri" w:cs="Times New Roman"/>
    </w:rPr>
  </w:style>
  <w:style w:type="paragraph" w:customStyle="1" w:styleId="1ff9">
    <w:name w:val="Обычный1"/>
    <w:rsid w:val="00541C25"/>
    <w:pPr>
      <w:spacing w:after="200" w:line="276" w:lineRule="auto"/>
    </w:pPr>
    <w:rPr>
      <w:rFonts w:ascii="Calibri" w:eastAsia="Calibri" w:hAnsi="Calibri" w:cs="Calibri"/>
      <w:lang w:eastAsia="ru-RU"/>
    </w:rPr>
  </w:style>
  <w:style w:type="paragraph" w:customStyle="1" w:styleId="117">
    <w:name w:val="Абзац списка11"/>
    <w:basedOn w:val="a1"/>
    <w:rsid w:val="00541C25"/>
    <w:pPr>
      <w:suppressAutoHyphens/>
      <w:spacing w:after="0" w:line="240" w:lineRule="auto"/>
      <w:ind w:left="720"/>
    </w:pPr>
    <w:rPr>
      <w:rFonts w:ascii="Times New Roman" w:eastAsia="Times New Roman" w:hAnsi="Times New Roman" w:cs="Times New Roman"/>
      <w:sz w:val="24"/>
      <w:szCs w:val="24"/>
      <w:lang w:eastAsia="zh-CN"/>
    </w:rPr>
  </w:style>
  <w:style w:type="table" w:customStyle="1" w:styleId="TableGrid">
    <w:name w:val="TableGrid"/>
    <w:rsid w:val="00541C25"/>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d">
    <w:name w:val="Знак"/>
    <w:basedOn w:val="a1"/>
    <w:rsid w:val="00541C25"/>
    <w:pPr>
      <w:spacing w:line="240" w:lineRule="exact"/>
    </w:pPr>
    <w:rPr>
      <w:rFonts w:ascii="Verdana" w:eastAsia="Times New Roman" w:hAnsi="Verdana" w:cs="Verdana"/>
      <w:sz w:val="20"/>
      <w:szCs w:val="20"/>
      <w:lang w:val="en-US"/>
    </w:rPr>
  </w:style>
  <w:style w:type="paragraph" w:customStyle="1" w:styleId="afffe">
    <w:name w:val="Содержимое таблицы"/>
    <w:basedOn w:val="a1"/>
    <w:rsid w:val="00541C25"/>
    <w:pPr>
      <w:suppressLineNumbers/>
      <w:suppressAutoHyphens/>
      <w:spacing w:after="200" w:line="276" w:lineRule="auto"/>
    </w:pPr>
    <w:rPr>
      <w:rFonts w:ascii="Calibri" w:eastAsia="SimSun" w:hAnsi="Calibri" w:cs="Calibri"/>
      <w:kern w:val="1"/>
      <w:lang w:eastAsia="ar-SA"/>
    </w:rPr>
  </w:style>
  <w:style w:type="paragraph" w:styleId="aff1">
    <w:name w:val="Intense Quote"/>
    <w:basedOn w:val="a1"/>
    <w:next w:val="a1"/>
    <w:link w:val="aff0"/>
    <w:uiPriority w:val="30"/>
    <w:qFormat/>
    <w:rsid w:val="00541C25"/>
    <w:pPr>
      <w:pBdr>
        <w:top w:val="single" w:sz="4" w:space="10" w:color="5B9BD5" w:themeColor="accent1"/>
        <w:bottom w:val="single" w:sz="4" w:space="10" w:color="5B9BD5" w:themeColor="accent1"/>
      </w:pBdr>
      <w:spacing w:before="360" w:after="360"/>
      <w:ind w:left="864" w:right="864"/>
      <w:jc w:val="center"/>
    </w:pPr>
    <w:rPr>
      <w:rFonts w:eastAsia="Times New Roman"/>
      <w:b/>
      <w:bCs/>
      <w:i/>
      <w:iCs/>
      <w:color w:val="4F81BD"/>
      <w:lang w:val="en-US"/>
    </w:rPr>
  </w:style>
  <w:style w:type="character" w:customStyle="1" w:styleId="2ff1">
    <w:name w:val="Выделенная цитата Знак2"/>
    <w:basedOn w:val="a2"/>
    <w:uiPriority w:val="30"/>
    <w:rsid w:val="00541C25"/>
    <w:rPr>
      <w:i/>
      <w:iCs/>
      <w:color w:val="5B9BD5" w:themeColor="accent1"/>
    </w:rPr>
  </w:style>
  <w:style w:type="table" w:styleId="aff4">
    <w:name w:val="Light Shading"/>
    <w:basedOn w:val="a3"/>
    <w:uiPriority w:val="60"/>
    <w:unhideWhenUsed/>
    <w:rsid w:val="00541C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unhideWhenUsed/>
    <w:rsid w:val="00541C2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unhideWhenUsed/>
    <w:rsid w:val="00541C25"/>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unhideWhenUsed/>
    <w:rsid w:val="00541C2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unhideWhenUsed/>
    <w:rsid w:val="00541C2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unhideWhenUsed/>
    <w:rsid w:val="00541C25"/>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unhideWhenUsed/>
    <w:rsid w:val="00541C25"/>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5">
    <w:name w:val="Light List"/>
    <w:basedOn w:val="a3"/>
    <w:uiPriority w:val="61"/>
    <w:unhideWhenUsed/>
    <w:rsid w:val="00541C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unhideWhenUsed/>
    <w:rsid w:val="00541C2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unhideWhenUsed/>
    <w:rsid w:val="00541C2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unhideWhenUsed/>
    <w:rsid w:val="00541C2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unhideWhenUsed/>
    <w:rsid w:val="00541C2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unhideWhenUsed/>
    <w:rsid w:val="00541C2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unhideWhenUsed/>
    <w:rsid w:val="00541C2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6">
    <w:name w:val="Light Grid"/>
    <w:basedOn w:val="a3"/>
    <w:uiPriority w:val="62"/>
    <w:unhideWhenUsed/>
    <w:rsid w:val="00541C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unhideWhenUsed/>
    <w:rsid w:val="00541C2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unhideWhenUsed/>
    <w:rsid w:val="00541C2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unhideWhenUsed/>
    <w:rsid w:val="00541C2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unhideWhenUsed/>
    <w:rsid w:val="00541C2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unhideWhenUsed/>
    <w:rsid w:val="00541C2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unhideWhenUsed/>
    <w:rsid w:val="00541C2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f8">
    <w:name w:val="Medium Shading 1"/>
    <w:basedOn w:val="a3"/>
    <w:uiPriority w:val="63"/>
    <w:unhideWhenUsed/>
    <w:rsid w:val="00541C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unhideWhenUsed/>
    <w:rsid w:val="00541C2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unhideWhenUsed/>
    <w:rsid w:val="00541C2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unhideWhenUsed/>
    <w:rsid w:val="00541C25"/>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unhideWhenUsed/>
    <w:rsid w:val="00541C2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unhideWhenUsed/>
    <w:rsid w:val="00541C25"/>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unhideWhenUsed/>
    <w:rsid w:val="00541C2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c">
    <w:name w:val="Medium Shading 2"/>
    <w:basedOn w:val="a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unhideWhenUsed/>
    <w:rsid w:val="00541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9">
    <w:name w:val="Medium List 1"/>
    <w:basedOn w:val="a3"/>
    <w:uiPriority w:val="65"/>
    <w:unhideWhenUsed/>
    <w:rsid w:val="00541C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unhideWhenUsed/>
    <w:rsid w:val="00541C2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unhideWhenUsed/>
    <w:rsid w:val="00541C25"/>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unhideWhenUsed/>
    <w:rsid w:val="00541C25"/>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unhideWhenUsed/>
    <w:rsid w:val="00541C25"/>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unhideWhenUsed/>
    <w:rsid w:val="00541C25"/>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unhideWhenUsed/>
    <w:rsid w:val="00541C25"/>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d">
    <w:name w:val="Medium List 2"/>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a">
    <w:name w:val="Medium Grid 1"/>
    <w:basedOn w:val="a3"/>
    <w:uiPriority w:val="67"/>
    <w:unhideWhenUsed/>
    <w:rsid w:val="00541C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unhideWhenUsed/>
    <w:rsid w:val="00541C2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unhideWhenUsed/>
    <w:rsid w:val="00541C2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unhideWhenUsed/>
    <w:rsid w:val="00541C25"/>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unhideWhenUsed/>
    <w:rsid w:val="00541C2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unhideWhenUsed/>
    <w:rsid w:val="00541C25"/>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unhideWhenUsed/>
    <w:rsid w:val="00541C2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e">
    <w:name w:val="Medium Grid 2"/>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unhideWhenUsed/>
    <w:rsid w:val="00541C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b">
    <w:name w:val="Medium Grid 3"/>
    <w:basedOn w:val="a3"/>
    <w:uiPriority w:val="69"/>
    <w:unhideWhenUsed/>
    <w:rsid w:val="00541C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unhideWhenUsed/>
    <w:rsid w:val="00541C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unhideWhenUsed/>
    <w:rsid w:val="00541C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unhideWhenUsed/>
    <w:rsid w:val="00541C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unhideWhenUsed/>
    <w:rsid w:val="00541C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unhideWhenUsed/>
    <w:rsid w:val="00541C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unhideWhenUsed/>
    <w:rsid w:val="00541C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7">
    <w:name w:val="Dark List"/>
    <w:basedOn w:val="a3"/>
    <w:uiPriority w:val="70"/>
    <w:unhideWhenUsed/>
    <w:rsid w:val="00541C2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unhideWhenUsed/>
    <w:rsid w:val="00541C25"/>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unhideWhenUsed/>
    <w:rsid w:val="00541C25"/>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unhideWhenUsed/>
    <w:rsid w:val="00541C25"/>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unhideWhenUsed/>
    <w:rsid w:val="00541C25"/>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unhideWhenUsed/>
    <w:rsid w:val="00541C25"/>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unhideWhenUsed/>
    <w:rsid w:val="00541C25"/>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8">
    <w:name w:val="Colorful Shading"/>
    <w:basedOn w:val="a3"/>
    <w:uiPriority w:val="71"/>
    <w:unhideWhenUsed/>
    <w:rsid w:val="00541C2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unhideWhenUsed/>
    <w:rsid w:val="00541C25"/>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unhideWhenUsed/>
    <w:rsid w:val="00541C25"/>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unhideWhenUsed/>
    <w:rsid w:val="00541C25"/>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unhideWhenUsed/>
    <w:rsid w:val="00541C25"/>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unhideWhenUsed/>
    <w:rsid w:val="00541C25"/>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unhideWhenUsed/>
    <w:rsid w:val="00541C25"/>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9">
    <w:name w:val="Colorful List"/>
    <w:basedOn w:val="a3"/>
    <w:uiPriority w:val="72"/>
    <w:unhideWhenUsed/>
    <w:rsid w:val="00541C2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unhideWhenUsed/>
    <w:rsid w:val="00541C25"/>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unhideWhenUsed/>
    <w:rsid w:val="00541C25"/>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unhideWhenUsed/>
    <w:rsid w:val="00541C25"/>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unhideWhenUsed/>
    <w:rsid w:val="00541C25"/>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unhideWhenUsed/>
    <w:rsid w:val="00541C25"/>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unhideWhenUsed/>
    <w:rsid w:val="00541C2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a">
    <w:name w:val="Colorful Grid"/>
    <w:basedOn w:val="a3"/>
    <w:uiPriority w:val="73"/>
    <w:unhideWhenUsed/>
    <w:rsid w:val="00541C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unhideWhenUsed/>
    <w:rsid w:val="00541C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unhideWhenUsed/>
    <w:rsid w:val="00541C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unhideWhenUsed/>
    <w:rsid w:val="00541C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unhideWhenUsed/>
    <w:rsid w:val="00541C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unhideWhenUsed/>
    <w:rsid w:val="00541C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unhideWhenUsed/>
    <w:rsid w:val="00541C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
    <w:name w:val="Subtle Emphasis"/>
    <w:basedOn w:val="a2"/>
    <w:uiPriority w:val="19"/>
    <w:qFormat/>
    <w:rsid w:val="00541C25"/>
    <w:rPr>
      <w:i/>
      <w:iCs/>
      <w:color w:val="404040" w:themeColor="text1" w:themeTint="BF"/>
    </w:rPr>
  </w:style>
  <w:style w:type="character" w:styleId="affff0">
    <w:name w:val="Intense Emphasis"/>
    <w:basedOn w:val="a2"/>
    <w:uiPriority w:val="21"/>
    <w:qFormat/>
    <w:rsid w:val="00541C25"/>
    <w:rPr>
      <w:i/>
      <w:iCs/>
      <w:color w:val="5B9BD5" w:themeColor="accent1"/>
    </w:rPr>
  </w:style>
  <w:style w:type="character" w:styleId="affff1">
    <w:name w:val="Subtle Reference"/>
    <w:basedOn w:val="a2"/>
    <w:uiPriority w:val="31"/>
    <w:qFormat/>
    <w:rsid w:val="00541C25"/>
    <w:rPr>
      <w:smallCaps/>
      <w:color w:val="5A5A5A" w:themeColor="text1" w:themeTint="A5"/>
    </w:rPr>
  </w:style>
  <w:style w:type="character" w:styleId="affff2">
    <w:name w:val="Intense Reference"/>
    <w:basedOn w:val="a2"/>
    <w:uiPriority w:val="32"/>
    <w:qFormat/>
    <w:rsid w:val="00541C25"/>
    <w:rPr>
      <w:b/>
      <w:bCs/>
      <w:smallCaps/>
      <w:color w:val="5B9BD5" w:themeColor="accent1"/>
      <w:spacing w:val="5"/>
    </w:rPr>
  </w:style>
  <w:style w:type="table" w:customStyle="1" w:styleId="130">
    <w:name w:val="Сетка таблицы13"/>
    <w:basedOn w:val="a3"/>
    <w:next w:val="ab"/>
    <w:uiPriority w:val="59"/>
    <w:rsid w:val="007B7F00"/>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b"/>
    <w:uiPriority w:val="39"/>
    <w:rsid w:val="00956D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56D16"/>
    <w:pPr>
      <w:spacing w:after="0" w:line="240" w:lineRule="auto"/>
    </w:pPr>
    <w:rPr>
      <w:rFonts w:eastAsia="Times New Roman"/>
      <w:lang w:eastAsia="ru-RU"/>
    </w:rPr>
    <w:tblPr>
      <w:tblCellMar>
        <w:top w:w="0" w:type="dxa"/>
        <w:left w:w="0" w:type="dxa"/>
        <w:bottom w:w="0" w:type="dxa"/>
        <w:right w:w="0" w:type="dxa"/>
      </w:tblCellMar>
    </w:tblPr>
  </w:style>
  <w:style w:type="paragraph" w:styleId="affff3">
    <w:name w:val="caption"/>
    <w:basedOn w:val="a1"/>
    <w:next w:val="a1"/>
    <w:uiPriority w:val="35"/>
    <w:semiHidden/>
    <w:unhideWhenUsed/>
    <w:qFormat/>
    <w:rsid w:val="00394C33"/>
    <w:pPr>
      <w:spacing w:after="200" w:line="240" w:lineRule="auto"/>
    </w:pPr>
    <w:rPr>
      <w:b/>
      <w:bCs/>
      <w:color w:val="5B9BD5" w:themeColor="accent1"/>
      <w:sz w:val="18"/>
      <w:szCs w:val="1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3808/start/" TargetMode="External"/><Relationship Id="rId299" Type="http://schemas.openxmlformats.org/officeDocument/2006/relationships/hyperlink" Target="https://m.edsoo.ru/8bc52806" TargetMode="External"/><Relationship Id="rId21" Type="http://schemas.openxmlformats.org/officeDocument/2006/relationships/hyperlink" Target="https://resh.edu.ru/subject/lesson/5021/start/186854/" TargetMode="External"/><Relationship Id="rId63" Type="http://schemas.openxmlformats.org/officeDocument/2006/relationships/hyperlink" Target="https://m.edsoo.ru/7f412cec" TargetMode="External"/><Relationship Id="rId159" Type="http://schemas.openxmlformats.org/officeDocument/2006/relationships/hyperlink" Target="http://infourok.ru/go.html?href=http%3A%2F%2Fstranamasterov.ru%2F" TargetMode="External"/><Relationship Id="rId324" Type="http://schemas.openxmlformats.org/officeDocument/2006/relationships/hyperlink" Target="https://m.edsoo.ru/f29f5d7c" TargetMode="External"/><Relationship Id="rId366" Type="http://schemas.openxmlformats.org/officeDocument/2006/relationships/hyperlink" Target="https://m.edsoo.ru/f2a09dd6" TargetMode="External"/><Relationship Id="rId170" Type="http://schemas.openxmlformats.org/officeDocument/2006/relationships/hyperlink" Target="http://infourok.ru/go.html?href=http%3A%2F%2Fstranamasterov.ru%2F" TargetMode="External"/><Relationship Id="rId226" Type="http://schemas.openxmlformats.org/officeDocument/2006/relationships/hyperlink" Target="https://youtu.be/f3XDphwIeBM" TargetMode="External"/><Relationship Id="rId433" Type="http://schemas.openxmlformats.org/officeDocument/2006/relationships/hyperlink" Target="https://m.edsoo.ru/f29ff336" TargetMode="External"/><Relationship Id="rId268" Type="http://schemas.openxmlformats.org/officeDocument/2006/relationships/hyperlink" Target="https://m.edsoo.ru/8bc4d43c" TargetMode="External"/><Relationship Id="rId475" Type="http://schemas.openxmlformats.org/officeDocument/2006/relationships/image" Target="media/image19.png"/><Relationship Id="rId32" Type="http://schemas.openxmlformats.org/officeDocument/2006/relationships/hyperlink" Target="https://resh.edu.ru/subject/lesson/5033/start/299963/" TargetMode="External"/><Relationship Id="rId74" Type="http://schemas.openxmlformats.org/officeDocument/2006/relationships/hyperlink" Target="https://nsportal.ru/nachalnaya-shkola/russkii-yazyk/2017/11/13/prezentatsiya-k-uroku-russkogo-yazyka-obuchenie-gramote-v" TargetMode="External"/><Relationship Id="rId128" Type="http://schemas.openxmlformats.org/officeDocument/2006/relationships/hyperlink" Target="https://easyen.ru/load/russkij_jazyk/obuchenie_gramote/prezentacija_k_uroku_obuchenija_gramote_po_teme_soglasnaja_bukva_p_p/379-1-0-82656" TargetMode="External"/><Relationship Id="rId335" Type="http://schemas.openxmlformats.org/officeDocument/2006/relationships/hyperlink" Target="https://m.edsoo.ru/f29f61c8" TargetMode="External"/><Relationship Id="rId377" Type="http://schemas.openxmlformats.org/officeDocument/2006/relationships/hyperlink" Target="https://m.edsoo.ru/f29fa002" TargetMode="External"/><Relationship Id="rId5" Type="http://schemas.openxmlformats.org/officeDocument/2006/relationships/image" Target="media/image1.jpeg"/><Relationship Id="rId181" Type="http://schemas.openxmlformats.org/officeDocument/2006/relationships/hyperlink" Target="http://infourok.ru/go.html?href=http%3A%2F%2Fwww.mobintech.ru%2F" TargetMode="External"/><Relationship Id="rId237" Type="http://schemas.openxmlformats.org/officeDocument/2006/relationships/hyperlink" Target="http://infourok.ru/go.html?href=http%3A%2F%2Fwww.openclass.ru%2F" TargetMode="External"/><Relationship Id="rId402" Type="http://schemas.openxmlformats.org/officeDocument/2006/relationships/hyperlink" Target="https://m.edsoo.ru/f29fe6ac" TargetMode="External"/><Relationship Id="rId279" Type="http://schemas.openxmlformats.org/officeDocument/2006/relationships/hyperlink" Target="https://m.edsoo.ru/8bc4e35a" TargetMode="External"/><Relationship Id="rId444" Type="http://schemas.openxmlformats.org/officeDocument/2006/relationships/hyperlink" Target="https://m.edsoo.ru/f2a09502" TargetMode="External"/><Relationship Id="rId486" Type="http://schemas.microsoft.com/office/2007/relationships/hdphoto" Target="media/hdphoto6.wdp"/><Relationship Id="rId43" Type="http://schemas.openxmlformats.org/officeDocument/2006/relationships/hyperlink" Target="https://m.edsoo.ru/7f411a40" TargetMode="External"/><Relationship Id="rId139" Type="http://schemas.openxmlformats.org/officeDocument/2006/relationships/hyperlink" Target="https://resh.edu.ru/subject/lesson/3480/start/182373/" TargetMode="External"/><Relationship Id="rId290" Type="http://schemas.openxmlformats.org/officeDocument/2006/relationships/hyperlink" Target="https://m.edsoo.ru/f29f3db0" TargetMode="External"/><Relationship Id="rId304" Type="http://schemas.openxmlformats.org/officeDocument/2006/relationships/hyperlink" Target="https://m.edsoo.ru/f29f4544" TargetMode="External"/><Relationship Id="rId346" Type="http://schemas.openxmlformats.org/officeDocument/2006/relationships/hyperlink" Target="https://m.edsoo.ru/f2a09c64" TargetMode="External"/><Relationship Id="rId388" Type="http://schemas.openxmlformats.org/officeDocument/2006/relationships/hyperlink" Target="https://m.edsoo.ru/f29fad7c" TargetMode="External"/><Relationship Id="rId85" Type="http://schemas.openxmlformats.org/officeDocument/2006/relationships/hyperlink" Target="https://resh.edu.ru/subject/lesson/6382/start/271182/" TargetMode="External"/><Relationship Id="rId150" Type="http://schemas.openxmlformats.org/officeDocument/2006/relationships/hyperlink" Target="http://infourok.ru/go.html?href=http%3A%2F%2Fstranamasterov.ru%2F" TargetMode="External"/><Relationship Id="rId192" Type="http://schemas.openxmlformats.org/officeDocument/2006/relationships/hyperlink" Target="http://infourok.ru/go.html?href=http%3A%2F%2Fstranamasterov.ru%2F" TargetMode="External"/><Relationship Id="rId206" Type="http://schemas.openxmlformats.org/officeDocument/2006/relationships/hyperlink" Target="https://youtu.be/f3XDphwIeBM" TargetMode="External"/><Relationship Id="rId413" Type="http://schemas.openxmlformats.org/officeDocument/2006/relationships/hyperlink" Target="https://m.edsoo.ru/f29fc0aa" TargetMode="External"/><Relationship Id="rId248" Type="http://schemas.openxmlformats.org/officeDocument/2006/relationships/hyperlink" Target="https://lesson.edu.ru/lesson/c5b80d8c-ae31-4e48-8b40-6159b2f1d565" TargetMode="External"/><Relationship Id="rId455" Type="http://schemas.openxmlformats.org/officeDocument/2006/relationships/hyperlink" Target="https://m.edsoo.ru/f2a0c45a" TargetMode="External"/><Relationship Id="rId12" Type="http://schemas.openxmlformats.org/officeDocument/2006/relationships/hyperlink" Target="https://resh.edu.ru/subject/32/1/" TargetMode="External"/><Relationship Id="rId108" Type="http://schemas.openxmlformats.org/officeDocument/2006/relationships/hyperlink" Target="https://resh.edu.ru/subject/lesson/6385/start/188153/" TargetMode="External"/><Relationship Id="rId315" Type="http://schemas.openxmlformats.org/officeDocument/2006/relationships/hyperlink" Target="https://m.edsoo.ru/8bc4c1d6" TargetMode="External"/><Relationship Id="rId357" Type="http://schemas.openxmlformats.org/officeDocument/2006/relationships/hyperlink" Target="https://m.edsoo.ru/f29f8478" TargetMode="External"/><Relationship Id="rId54" Type="http://schemas.openxmlformats.org/officeDocument/2006/relationships/hyperlink" Target="https://m.edsoo.ru/7f412cec" TargetMode="External"/><Relationship Id="rId96" Type="http://schemas.openxmlformats.org/officeDocument/2006/relationships/hyperlink" Target="https://resh.edu.ru/subject/lesson/6381/start/179453/" TargetMode="External"/><Relationship Id="rId161" Type="http://schemas.openxmlformats.org/officeDocument/2006/relationships/hyperlink" Target="http://infourok.ru/go.html?href=http%3A%2F%2Fwww.mobintech.ru%2F" TargetMode="External"/><Relationship Id="rId217" Type="http://schemas.openxmlformats.org/officeDocument/2006/relationships/hyperlink" Target="https://youtu.be/f3XDphwIeBM" TargetMode="External"/><Relationship Id="rId399" Type="http://schemas.openxmlformats.org/officeDocument/2006/relationships/hyperlink" Target="https://m.edsoo.ru/f2a0b6a4" TargetMode="External"/><Relationship Id="rId259" Type="http://schemas.openxmlformats.org/officeDocument/2006/relationships/hyperlink" Target="https://m.edsoo.ru/8bc4a8fe" TargetMode="External"/><Relationship Id="rId424" Type="http://schemas.openxmlformats.org/officeDocument/2006/relationships/hyperlink" Target="https://m.edsoo.ru/f29fe9ea" TargetMode="External"/><Relationship Id="rId466" Type="http://schemas.openxmlformats.org/officeDocument/2006/relationships/image" Target="media/image10.png"/><Relationship Id="rId23" Type="http://schemas.openxmlformats.org/officeDocument/2006/relationships/hyperlink" Target="https://resh.edu.ru/subject/lesson/4246/start/" TargetMode="External"/><Relationship Id="rId119" Type="http://schemas.openxmlformats.org/officeDocument/2006/relationships/hyperlink" Target="https://resh.edu.ru/subject/lesson/4131/start/213533/" TargetMode="External"/><Relationship Id="rId270" Type="http://schemas.openxmlformats.org/officeDocument/2006/relationships/hyperlink" Target="https://m.edsoo.ru/8bc4e0f8" TargetMode="External"/><Relationship Id="rId326" Type="http://schemas.openxmlformats.org/officeDocument/2006/relationships/hyperlink" Target="https://m.edsoo.ru/f29f539a" TargetMode="External"/><Relationship Id="rId65" Type="http://schemas.openxmlformats.org/officeDocument/2006/relationships/hyperlink" Target="https://m.edsoo.ru/7f412cec" TargetMode="External"/><Relationship Id="rId130" Type="http://schemas.openxmlformats.org/officeDocument/2006/relationships/hyperlink" Target="https://resh.edu.ru/subject/lesson/4122/start/" TargetMode="External"/><Relationship Id="rId368" Type="http://schemas.openxmlformats.org/officeDocument/2006/relationships/hyperlink" Target="https://m.edsoo.ru/f29f9558" TargetMode="External"/><Relationship Id="rId172" Type="http://schemas.openxmlformats.org/officeDocument/2006/relationships/hyperlink" Target="http://infourok.ru/go.html?href=http%3A%2F%2Fwww.openclass.ru%2F" TargetMode="External"/><Relationship Id="rId228" Type="http://schemas.openxmlformats.org/officeDocument/2006/relationships/hyperlink" Target="http://infourok.ru/go.html?href=http%3A%2F%2Fwww.openclass.ru%2F" TargetMode="External"/><Relationship Id="rId435" Type="http://schemas.openxmlformats.org/officeDocument/2006/relationships/hyperlink" Target="https://m.edsoo.ru/f2a08300" TargetMode="External"/><Relationship Id="rId477" Type="http://schemas.openxmlformats.org/officeDocument/2006/relationships/image" Target="media/image20.jpeg"/><Relationship Id="rId281" Type="http://schemas.openxmlformats.org/officeDocument/2006/relationships/hyperlink" Target="https://resh.edu.ru/subject/lesson/5022/start/" TargetMode="External"/><Relationship Id="rId337" Type="http://schemas.openxmlformats.org/officeDocument/2006/relationships/hyperlink" Target="https://m.edsoo.ru/f29f6952" TargetMode="External"/><Relationship Id="rId34" Type="http://schemas.openxmlformats.org/officeDocument/2006/relationships/hyperlink" Target="https://resh.edu.ru/subject/lesson/4261/start/" TargetMode="External"/><Relationship Id="rId76" Type="http://schemas.openxmlformats.org/officeDocument/2006/relationships/hyperlink" Target="https://infourok.ru/prezentaciya-klass-vek-e-serova-moy-dom-literaturnoe-slushanie-3252503.html" TargetMode="External"/><Relationship Id="rId141" Type="http://schemas.openxmlformats.org/officeDocument/2006/relationships/hyperlink" Target="https://resh.edu.ru/subject/lesson/6431/start/" TargetMode="External"/><Relationship Id="rId379" Type="http://schemas.openxmlformats.org/officeDocument/2006/relationships/hyperlink" Target="https://m.edsoo.ru/f29fa21e" TargetMode="External"/><Relationship Id="rId7" Type="http://schemas.openxmlformats.org/officeDocument/2006/relationships/hyperlink" Target="https://resh.edu.ru/subject/32/1/" TargetMode="External"/><Relationship Id="rId183" Type="http://schemas.openxmlformats.org/officeDocument/2006/relationships/hyperlink" Target="http://infourok.ru/go.html?href=http%3A%2F%2Fstranamasterov.ru%2F" TargetMode="External"/><Relationship Id="rId239" Type="http://schemas.openxmlformats.org/officeDocument/2006/relationships/hyperlink" Target="http://infourok.ru/go.html?href=http%3A%2F%2Fstranamasterov.ru%2F" TargetMode="External"/><Relationship Id="rId390" Type="http://schemas.openxmlformats.org/officeDocument/2006/relationships/hyperlink" Target="https://m.edsoo.ru/f29fd31a" TargetMode="External"/><Relationship Id="rId404" Type="http://schemas.openxmlformats.org/officeDocument/2006/relationships/hyperlink" Target="https://m.edsoo.ru/f29fb556" TargetMode="External"/><Relationship Id="rId446" Type="http://schemas.openxmlformats.org/officeDocument/2006/relationships/hyperlink" Target="https://m.edsoo.ru/f2a09674" TargetMode="External"/><Relationship Id="rId250" Type="http://schemas.openxmlformats.org/officeDocument/2006/relationships/hyperlink" Target="https://lesson.edu.ru/lesson/2eeabf4c-2b3a-46d1-a00c-f9a8cddbf84d" TargetMode="External"/><Relationship Id="rId271" Type="http://schemas.openxmlformats.org/officeDocument/2006/relationships/hyperlink" Target="https://m.edsoo.ru/8bc4d784" TargetMode="External"/><Relationship Id="rId292" Type="http://schemas.openxmlformats.org/officeDocument/2006/relationships/hyperlink" Target="https://resh.edu.ru/subject/lesson/4261/start/" TargetMode="External"/><Relationship Id="rId306" Type="http://schemas.openxmlformats.org/officeDocument/2006/relationships/hyperlink" Target="https://m.edsoo.ru/f29f4666" TargetMode="External"/><Relationship Id="rId488" Type="http://schemas.openxmlformats.org/officeDocument/2006/relationships/image" Target="media/image26.jpeg"/><Relationship Id="rId24" Type="http://schemas.openxmlformats.org/officeDocument/2006/relationships/hyperlink" Target="https://resh.edu.ru/subject/lesson/5031/start/304222/" TargetMode="External"/><Relationship Id="rId45" Type="http://schemas.openxmlformats.org/officeDocument/2006/relationships/hyperlink" Target="https://m.edsoo.ru/7f411a40" TargetMode="External"/><Relationship Id="rId66" Type="http://schemas.openxmlformats.org/officeDocument/2006/relationships/hyperlink" Target="https://m.edsoo.ru/7f412cec" TargetMode="External"/><Relationship Id="rId87" Type="http://schemas.openxmlformats.org/officeDocument/2006/relationships/hyperlink" Target="https://yandex.ru/video/preview/13882772824670635463" TargetMode="External"/><Relationship Id="rId110" Type="http://schemas.openxmlformats.org/officeDocument/2006/relationships/hyperlink" Target="https://resh.edu.ru/subject/lesson/3796/start/179667/" TargetMode="External"/><Relationship Id="rId131" Type="http://schemas.openxmlformats.org/officeDocument/2006/relationships/hyperlink" Target="https://resh.edu.ru/subject/lesson/6411/start/" TargetMode="External"/><Relationship Id="rId327" Type="http://schemas.openxmlformats.org/officeDocument/2006/relationships/hyperlink" Target="https://m.edsoo.ru/f2a09962" TargetMode="External"/><Relationship Id="rId348" Type="http://schemas.openxmlformats.org/officeDocument/2006/relationships/hyperlink" Target="https://m.edsoo.ru/f29f8eb4" TargetMode="External"/><Relationship Id="rId369" Type="http://schemas.openxmlformats.org/officeDocument/2006/relationships/hyperlink" Target="https://m.edsoo.ru/f29f9418" TargetMode="External"/><Relationship Id="rId152" Type="http://schemas.openxmlformats.org/officeDocument/2006/relationships/hyperlink" Target="http://infourok.ru/go.html?href=http%3A%2F%2Fwww.openclass.ru%2F" TargetMode="External"/><Relationship Id="rId173" Type="http://schemas.openxmlformats.org/officeDocument/2006/relationships/hyperlink" Target="http://infourok.ru/go.html?href=http%3A%2F%2Fstranamasterov.ru%2F" TargetMode="External"/><Relationship Id="rId194" Type="http://schemas.openxmlformats.org/officeDocument/2006/relationships/hyperlink" Target="http://infourok.ru/go.html?href=http%3A%2F%2Fwww.openclass.ru%2F" TargetMode="External"/><Relationship Id="rId208" Type="http://schemas.openxmlformats.org/officeDocument/2006/relationships/hyperlink" Target="http://infourok.ru/go.html?href=http%3A%2F%2Fwww.mobintech.ru%2F" TargetMode="External"/><Relationship Id="rId229" Type="http://schemas.openxmlformats.org/officeDocument/2006/relationships/hyperlink" Target="http://infourok.ru/go.html?href=http%3A%2F%2Fstranamasterov.ru%2F" TargetMode="External"/><Relationship Id="rId380" Type="http://schemas.openxmlformats.org/officeDocument/2006/relationships/hyperlink" Target="https://m.edsoo.ru/f29f9d82" TargetMode="External"/><Relationship Id="rId415" Type="http://schemas.openxmlformats.org/officeDocument/2006/relationships/hyperlink" Target="https://m.edsoo.ru/f29fc30c" TargetMode="External"/><Relationship Id="rId436" Type="http://schemas.openxmlformats.org/officeDocument/2006/relationships/hyperlink" Target="https://m.edsoo.ru/f29fe36e" TargetMode="External"/><Relationship Id="rId457" Type="http://schemas.openxmlformats.org/officeDocument/2006/relationships/image" Target="media/image3.png"/><Relationship Id="rId240" Type="http://schemas.openxmlformats.org/officeDocument/2006/relationships/hyperlink" Target="http://infourok.ru/go.html?href=http%3A%2F%2Fwww.openclass.ru%2F" TargetMode="External"/><Relationship Id="rId261" Type="http://schemas.openxmlformats.org/officeDocument/2006/relationships/hyperlink" Target="https://m.edsoo.ru/8bc4a7dc" TargetMode="External"/><Relationship Id="rId478" Type="http://schemas.microsoft.com/office/2007/relationships/hdphoto" Target="media/hdphoto2.wdp"/><Relationship Id="rId14" Type="http://schemas.openxmlformats.org/officeDocument/2006/relationships/hyperlink" Target="https://resh.edu.ru/subject/32/1/" TargetMode="External"/><Relationship Id="rId35" Type="http://schemas.openxmlformats.org/officeDocument/2006/relationships/hyperlink" Target="https://resh.edu.ru/subject/lesson/5061/start/" TargetMode="External"/><Relationship Id="rId56" Type="http://schemas.openxmlformats.org/officeDocument/2006/relationships/hyperlink" Target="https://m.edsoo.ru/7f412cec" TargetMode="External"/><Relationship Id="rId77" Type="http://schemas.openxmlformats.org/officeDocument/2006/relationships/hyperlink" Target="https://easyen.ru/load/russkij_jazyk/obuchenie_gramote/prezentacija_k_uroku_obuchenija_gramote_po_teme_tvjordye_i_mjagkie_soglasnye/379-1-0-83419" TargetMode="External"/><Relationship Id="rId100" Type="http://schemas.openxmlformats.org/officeDocument/2006/relationships/hyperlink" Target="https://resh.edu.ru/subject/lesson/3765/start/179370/" TargetMode="External"/><Relationship Id="rId282" Type="http://schemas.openxmlformats.org/officeDocument/2006/relationships/hyperlink" Target="https://resh.edu.ru/subject/lesson/5023/start/" TargetMode="External"/><Relationship Id="rId317" Type="http://schemas.openxmlformats.org/officeDocument/2006/relationships/hyperlink" Target="https://m.edsoo.ru/8bc50f6a" TargetMode="External"/><Relationship Id="rId338" Type="http://schemas.openxmlformats.org/officeDocument/2006/relationships/hyperlink" Target="https://m.edsoo.ru/f29f6ace" TargetMode="External"/><Relationship Id="rId359" Type="http://schemas.openxmlformats.org/officeDocument/2006/relationships/hyperlink" Target="https://m.edsoo.ru/f29f85c2" TargetMode="External"/><Relationship Id="rId8" Type="http://schemas.openxmlformats.org/officeDocument/2006/relationships/hyperlink" Target="https://resh.edu.ru/subject/32/1/" TargetMode="External"/><Relationship Id="rId98" Type="http://schemas.openxmlformats.org/officeDocument/2006/relationships/hyperlink" Target="https://resh.edu.ru/subject/lesson/4113/start/213514/" TargetMode="External"/><Relationship Id="rId121" Type="http://schemas.openxmlformats.org/officeDocument/2006/relationships/hyperlink" Target="https://resh.edu.ru/subject/lesson/3820/start/" TargetMode="External"/><Relationship Id="rId142" Type="http://schemas.openxmlformats.org/officeDocument/2006/relationships/hyperlink" Target="https://resh.edu.ru/subject/lesson/6431/start/" TargetMode="External"/><Relationship Id="rId163" Type="http://schemas.openxmlformats.org/officeDocument/2006/relationships/hyperlink" Target="http://infourok.ru/go.html?href=http%3A%2F%2Fstranamasterov.ru%2F" TargetMode="External"/><Relationship Id="rId184" Type="http://schemas.openxmlformats.org/officeDocument/2006/relationships/hyperlink" Target="https://youtu.be/f3XDphwIeBM" TargetMode="External"/><Relationship Id="rId219" Type="http://schemas.openxmlformats.org/officeDocument/2006/relationships/hyperlink" Target="http://infourok.ru/go.html?href=http%3A%2F%2Fwww.openclass.ru%2F" TargetMode="External"/><Relationship Id="rId370" Type="http://schemas.openxmlformats.org/officeDocument/2006/relationships/hyperlink" Target="https://m.edsoo.ru/f29f9710" TargetMode="External"/><Relationship Id="rId391" Type="http://schemas.openxmlformats.org/officeDocument/2006/relationships/hyperlink" Target="https://m.edsoo.ru/f29fd43c" TargetMode="External"/><Relationship Id="rId405" Type="http://schemas.openxmlformats.org/officeDocument/2006/relationships/hyperlink" Target="https://m.edsoo.ru/f29fb7e0" TargetMode="External"/><Relationship Id="rId426" Type="http://schemas.openxmlformats.org/officeDocument/2006/relationships/hyperlink" Target="https://m.edsoo.ru/f29fecba" TargetMode="External"/><Relationship Id="rId447" Type="http://schemas.openxmlformats.org/officeDocument/2006/relationships/hyperlink" Target="https://m.edsoo.ru/f2a0c7c0" TargetMode="External"/><Relationship Id="rId230" Type="http://schemas.openxmlformats.org/officeDocument/2006/relationships/hyperlink" Target="http://infourok.ru/go.html?href=http%3A%2F%2Fwww.mobintech.ru%2F" TargetMode="External"/><Relationship Id="rId251" Type="http://schemas.openxmlformats.org/officeDocument/2006/relationships/hyperlink" Target="https://m.edsoo.ru/8bc483ec" TargetMode="External"/><Relationship Id="rId468" Type="http://schemas.openxmlformats.org/officeDocument/2006/relationships/image" Target="media/image12.jpeg"/><Relationship Id="rId489" Type="http://schemas.openxmlformats.org/officeDocument/2006/relationships/image" Target="media/image27.png"/><Relationship Id="rId25" Type="http://schemas.openxmlformats.org/officeDocument/2006/relationships/hyperlink" Target="https://resh.edu.ru/subject/lesson/5032/start/286602/" TargetMode="External"/><Relationship Id="rId46" Type="http://schemas.openxmlformats.org/officeDocument/2006/relationships/hyperlink" Target="https://m.edsoo.ru/7f411a40" TargetMode="External"/><Relationship Id="rId67" Type="http://schemas.openxmlformats.org/officeDocument/2006/relationships/hyperlink" Target="https://m.edsoo.ru/7f412cec" TargetMode="External"/><Relationship Id="rId272" Type="http://schemas.openxmlformats.org/officeDocument/2006/relationships/hyperlink" Target="https://resh.edu.ru/subject/lesson/4246/start/" TargetMode="External"/><Relationship Id="rId293" Type="http://schemas.openxmlformats.org/officeDocument/2006/relationships/hyperlink" Target="https://resh.edu.ru/subject/lesson/4261/start/" TargetMode="External"/><Relationship Id="rId307" Type="http://schemas.openxmlformats.org/officeDocument/2006/relationships/hyperlink" Target="https://resh.edu.ru/subject/lesson/5058/start/186792/" TargetMode="External"/><Relationship Id="rId328" Type="http://schemas.openxmlformats.org/officeDocument/2006/relationships/hyperlink" Target="https://m.edsoo.ru/f29f54c6" TargetMode="External"/><Relationship Id="rId349" Type="http://schemas.openxmlformats.org/officeDocument/2006/relationships/hyperlink" Target="https://m.edsoo.ru/f29f8ff4" TargetMode="External"/><Relationship Id="rId88" Type="http://schemas.openxmlformats.org/officeDocument/2006/relationships/hyperlink" Target="https://resh.edu.ru/subject/lesson/6384/start/271800/" TargetMode="External"/><Relationship Id="rId111" Type="http://schemas.openxmlformats.org/officeDocument/2006/relationships/hyperlink" Target="https://resh.edu.ru/subject/lesson/6428/start/281719/" TargetMode="External"/><Relationship Id="rId132" Type="http://schemas.openxmlformats.org/officeDocument/2006/relationships/hyperlink" Target="https://rutube.ru/video/a2b849d811a8126d9c6089d753ba7550/" TargetMode="External"/><Relationship Id="rId153" Type="http://schemas.openxmlformats.org/officeDocument/2006/relationships/hyperlink" Target="http://infourok.ru/go.html?href=http%3A%2F%2Fstranamasterov.ru%2F" TargetMode="External"/><Relationship Id="rId174" Type="http://schemas.openxmlformats.org/officeDocument/2006/relationships/hyperlink" Target="http://infourok.ru/go.html?href=http%3A%2F%2Fwww.openclass.ru%2F" TargetMode="External"/><Relationship Id="rId195" Type="http://schemas.openxmlformats.org/officeDocument/2006/relationships/hyperlink" Target="http://infourok.ru/go.html?href=http%3A%2F%2Fwww.openclass.ru%2F" TargetMode="External"/><Relationship Id="rId209" Type="http://schemas.openxmlformats.org/officeDocument/2006/relationships/hyperlink" Target="https://youtu.be/f3XDphwIeBM" TargetMode="External"/><Relationship Id="rId360" Type="http://schemas.openxmlformats.org/officeDocument/2006/relationships/hyperlink" Target="https://m.edsoo.ru/f29f8b1c" TargetMode="External"/><Relationship Id="rId381" Type="http://schemas.openxmlformats.org/officeDocument/2006/relationships/hyperlink" Target="https://m.edsoo.ru/f29fa66a" TargetMode="External"/><Relationship Id="rId416" Type="http://schemas.openxmlformats.org/officeDocument/2006/relationships/hyperlink" Target="https://m.edsoo.ru/f29fc4c4" TargetMode="External"/><Relationship Id="rId220" Type="http://schemas.openxmlformats.org/officeDocument/2006/relationships/hyperlink" Target="http://infourok.ru/go.html?href=http%3A%2F%2Fwww.openclass.ru%2F" TargetMode="External"/><Relationship Id="rId241" Type="http://schemas.openxmlformats.org/officeDocument/2006/relationships/hyperlink" Target="http://infourok.ru/go.html?href=http%3A%2F%2Fwww.openclass.ru%2F" TargetMode="External"/><Relationship Id="rId437" Type="http://schemas.openxmlformats.org/officeDocument/2006/relationships/hyperlink" Target="https://m.edsoo.ru/f2a0bee2" TargetMode="External"/><Relationship Id="rId458" Type="http://schemas.openxmlformats.org/officeDocument/2006/relationships/image" Target="media/image4.png"/><Relationship Id="rId479" Type="http://schemas.openxmlformats.org/officeDocument/2006/relationships/image" Target="media/image21.png"/><Relationship Id="rId15" Type="http://schemas.openxmlformats.org/officeDocument/2006/relationships/hyperlink" Target="https://resh.edu.ru/subject/32/1/" TargetMode="External"/><Relationship Id="rId36" Type="http://schemas.openxmlformats.org/officeDocument/2006/relationships/hyperlink" Target="https://resh.edu.ru/subject/lesson/4261/start/" TargetMode="External"/><Relationship Id="rId57" Type="http://schemas.openxmlformats.org/officeDocument/2006/relationships/hyperlink" Target="https://m.edsoo.ru/7f412cec" TargetMode="External"/><Relationship Id="rId262" Type="http://schemas.openxmlformats.org/officeDocument/2006/relationships/hyperlink" Target="https://m.edsoo.ru/8bc4861c" TargetMode="External"/><Relationship Id="rId283" Type="http://schemas.openxmlformats.org/officeDocument/2006/relationships/hyperlink" Target="https://resh.edu.ru/subject/lesson/5033/start/299963/" TargetMode="External"/><Relationship Id="rId318" Type="http://schemas.openxmlformats.org/officeDocument/2006/relationships/hyperlink" Target="https://m.edsoo.ru/f29f3630" TargetMode="External"/><Relationship Id="rId339" Type="http://schemas.openxmlformats.org/officeDocument/2006/relationships/hyperlink" Target="https://m.edsoo.ru/f29f6d1c" TargetMode="External"/><Relationship Id="rId490" Type="http://schemas.openxmlformats.org/officeDocument/2006/relationships/image" Target="media/image28.png"/><Relationship Id="rId78" Type="http://schemas.openxmlformats.org/officeDocument/2006/relationships/hyperlink" Target="https://easyen.ru/load/russkij_jazyk/obuchenie_gramote/zvukovaja_model_slova/379-1-0-36684" TargetMode="External"/><Relationship Id="rId99" Type="http://schemas.openxmlformats.org/officeDocument/2006/relationships/hyperlink" Target="https://resh.edu.ru/subject/lesson/3765/start/179370/" TargetMode="External"/><Relationship Id="rId101" Type="http://schemas.openxmlformats.org/officeDocument/2006/relationships/hyperlink" Target="https://resh.edu.ru/subject/lesson/3809/start/" TargetMode="External"/><Relationship Id="rId122" Type="http://schemas.openxmlformats.org/officeDocument/2006/relationships/hyperlink" Target="https://resh.edu.ru/subject/lesson/3820/start/" TargetMode="External"/><Relationship Id="rId143" Type="http://schemas.openxmlformats.org/officeDocument/2006/relationships/hyperlink" Target="https://resh.edu.ru/subject/lesson/3832/start/" TargetMode="External"/><Relationship Id="rId164" Type="http://schemas.openxmlformats.org/officeDocument/2006/relationships/hyperlink" Target="https://youtu.be/f3XDphwIeBM" TargetMode="External"/><Relationship Id="rId185" Type="http://schemas.openxmlformats.org/officeDocument/2006/relationships/hyperlink" Target="http://infourok.ru/go.html?href=http%3A%2F%2Fwww.openclass.ru%2F" TargetMode="External"/><Relationship Id="rId350" Type="http://schemas.openxmlformats.org/officeDocument/2006/relationships/hyperlink" Target="https://m.edsoo.ru/f29f91d4" TargetMode="External"/><Relationship Id="rId371" Type="http://schemas.openxmlformats.org/officeDocument/2006/relationships/hyperlink" Target="https://m.edsoo.ru/f2a0c00e" TargetMode="External"/><Relationship Id="rId406" Type="http://schemas.openxmlformats.org/officeDocument/2006/relationships/hyperlink" Target="https://m.edsoo.ru/f29fb682" TargetMode="External"/><Relationship Id="rId9" Type="http://schemas.openxmlformats.org/officeDocument/2006/relationships/hyperlink" Target="https://resh.edu.ru/subject/32/1/" TargetMode="External"/><Relationship Id="rId210" Type="http://schemas.openxmlformats.org/officeDocument/2006/relationships/hyperlink" Target="http://infourok.ru/go.html?href=http%3A%2F%2Fstranamasterov.ru%2F" TargetMode="External"/><Relationship Id="rId392" Type="http://schemas.openxmlformats.org/officeDocument/2006/relationships/hyperlink" Target="https://m.edsoo.ru/f29fd554" TargetMode="External"/><Relationship Id="rId427" Type="http://schemas.openxmlformats.org/officeDocument/2006/relationships/hyperlink" Target="https://m.edsoo.ru/f2a0a6f0" TargetMode="External"/><Relationship Id="rId448" Type="http://schemas.openxmlformats.org/officeDocument/2006/relationships/hyperlink" Target="https://m.edsoo.ru/f2a0b1c2" TargetMode="External"/><Relationship Id="rId469" Type="http://schemas.openxmlformats.org/officeDocument/2006/relationships/image" Target="media/image13.jpeg"/><Relationship Id="rId26" Type="http://schemas.openxmlformats.org/officeDocument/2006/relationships/hyperlink" Target="https://resh.edu.ru/subject/lesson/4248/start/" TargetMode="External"/><Relationship Id="rId231" Type="http://schemas.openxmlformats.org/officeDocument/2006/relationships/hyperlink" Target="https://youtu.be/f3XDphwIeBM" TargetMode="External"/><Relationship Id="rId252" Type="http://schemas.openxmlformats.org/officeDocument/2006/relationships/hyperlink" Target="https://m.edsoo.ru/8bc4861c" TargetMode="External"/><Relationship Id="rId273" Type="http://schemas.openxmlformats.org/officeDocument/2006/relationships/hyperlink" Target="https://resh.edu.ru/subject/lesson/5029/start/" TargetMode="External"/><Relationship Id="rId294" Type="http://schemas.openxmlformats.org/officeDocument/2006/relationships/hyperlink" Target="https://resh.edu.ru/subject/lesson/5061/start/" TargetMode="External"/><Relationship Id="rId308" Type="http://schemas.openxmlformats.org/officeDocument/2006/relationships/hyperlink" Target="https://resh.edu.ru/subject/lesson/5058/start/186792/" TargetMode="External"/><Relationship Id="rId329" Type="http://schemas.openxmlformats.org/officeDocument/2006/relationships/hyperlink" Target="https://m.edsoo.ru/f29f55de" TargetMode="External"/><Relationship Id="rId480" Type="http://schemas.microsoft.com/office/2007/relationships/hdphoto" Target="media/hdphoto3.wdp"/><Relationship Id="rId47" Type="http://schemas.openxmlformats.org/officeDocument/2006/relationships/hyperlink" Target="https://m.edsoo.ru/7f411a40" TargetMode="External"/><Relationship Id="rId68" Type="http://schemas.openxmlformats.org/officeDocument/2006/relationships/hyperlink" Target="https://m.edsoo.ru/7f412cec" TargetMode="External"/><Relationship Id="rId89" Type="http://schemas.openxmlformats.org/officeDocument/2006/relationships/hyperlink" Target="https://resh.edu.ru/subject/lesson/6384/start/271800/" TargetMode="External"/><Relationship Id="rId112" Type="http://schemas.openxmlformats.org/officeDocument/2006/relationships/hyperlink" Target="https://deti-online.com/audioskazki/skazki-suteeva-mp3/dyadya-misha/" TargetMode="External"/><Relationship Id="rId133" Type="http://schemas.openxmlformats.org/officeDocument/2006/relationships/hyperlink" Target="https://resh.edu.ru/subject/lesson/3831/start/" TargetMode="External"/><Relationship Id="rId154" Type="http://schemas.openxmlformats.org/officeDocument/2006/relationships/hyperlink" Target="http://infourok.ru/go.html?href=http%3A%2F%2Fwww.mobintech.ru%2F" TargetMode="External"/><Relationship Id="rId175" Type="http://schemas.openxmlformats.org/officeDocument/2006/relationships/hyperlink" Target="http://infourok.ru/go.html?href=http%3A%2F%2Fwww.mobintech.ru%2F" TargetMode="External"/><Relationship Id="rId340" Type="http://schemas.openxmlformats.org/officeDocument/2006/relationships/hyperlink" Target="https://m.edsoo.ru/f29f70aa" TargetMode="External"/><Relationship Id="rId361" Type="http://schemas.openxmlformats.org/officeDocument/2006/relationships/hyperlink" Target="https://m.edsoo.ru/f29f86d0" TargetMode="External"/><Relationship Id="rId196" Type="http://schemas.openxmlformats.org/officeDocument/2006/relationships/hyperlink" Target="http://infourok.ru/go.html?href=http%3A%2F%2Fwww.openclass.ru%2F" TargetMode="External"/><Relationship Id="rId200" Type="http://schemas.openxmlformats.org/officeDocument/2006/relationships/hyperlink" Target="http://infourok.ru/go.html?href=http%3A%2F%2Fstranamasterov.ru%2F" TargetMode="External"/><Relationship Id="rId382" Type="http://schemas.openxmlformats.org/officeDocument/2006/relationships/hyperlink" Target="https://m.edsoo.ru/f29fac6e" TargetMode="External"/><Relationship Id="rId417" Type="http://schemas.openxmlformats.org/officeDocument/2006/relationships/hyperlink" Target="https://m.edsoo.ru/f29fce92" TargetMode="External"/><Relationship Id="rId438" Type="http://schemas.openxmlformats.org/officeDocument/2006/relationships/hyperlink" Target="https://m.edsoo.ru/f2a0b906" TargetMode="External"/><Relationship Id="rId459" Type="http://schemas.openxmlformats.org/officeDocument/2006/relationships/image" Target="media/image5.gif"/><Relationship Id="rId16" Type="http://schemas.openxmlformats.org/officeDocument/2006/relationships/hyperlink" Target="https://resh.edu.ru/subject/32/1/" TargetMode="External"/><Relationship Id="rId221" Type="http://schemas.openxmlformats.org/officeDocument/2006/relationships/hyperlink" Target="http://infourok.ru/go.html?href=http%3A%2F%2Fwww.openclass.ru%2F" TargetMode="External"/><Relationship Id="rId242" Type="http://schemas.openxmlformats.org/officeDocument/2006/relationships/hyperlink" Target="http://infourok.ru/go.html?href=http%3A%2F%2Fwww.openclass.ru%2F" TargetMode="External"/><Relationship Id="rId263" Type="http://schemas.openxmlformats.org/officeDocument/2006/relationships/hyperlink" Target="https://resh.edu.ru/subject/lesson/4240/start/" TargetMode="External"/><Relationship Id="rId284" Type="http://schemas.openxmlformats.org/officeDocument/2006/relationships/hyperlink" Target="https://m.edsoo.ru/8bc50f6a" TargetMode="External"/><Relationship Id="rId319" Type="http://schemas.openxmlformats.org/officeDocument/2006/relationships/hyperlink" Target="https://m.edsoo.ru/8bc51e24" TargetMode="External"/><Relationship Id="rId470" Type="http://schemas.openxmlformats.org/officeDocument/2006/relationships/image" Target="media/image14.jpeg"/><Relationship Id="rId491" Type="http://schemas.openxmlformats.org/officeDocument/2006/relationships/fontTable" Target="fontTable.xml"/><Relationship Id="rId37" Type="http://schemas.openxmlformats.org/officeDocument/2006/relationships/hyperlink" Target="https://m.edsoo.ru/8bc52806" TargetMode="External"/><Relationship Id="rId58" Type="http://schemas.openxmlformats.org/officeDocument/2006/relationships/hyperlink" Target="https://m.edsoo.ru/7f412cec" TargetMode="External"/><Relationship Id="rId79" Type="http://schemas.openxmlformats.org/officeDocument/2006/relationships/hyperlink" Target="https://easyen.ru/load/russkij_jazyk/obuchenie_gramote/trenazher_zvukovoj_analiz_slova/379-1-0-17261" TargetMode="External"/><Relationship Id="rId102" Type="http://schemas.openxmlformats.org/officeDocument/2006/relationships/hyperlink" Target="https://yandex.ru/video/preview/16965677220326581676" TargetMode="External"/><Relationship Id="rId123" Type="http://schemas.openxmlformats.org/officeDocument/2006/relationships/hyperlink" Target="https://resh.edu.ru/subject/lesson/6376/start/" TargetMode="External"/><Relationship Id="rId144" Type="http://schemas.openxmlformats.org/officeDocument/2006/relationships/hyperlink" Target="https://deti-online.com/audioskazki/skazki-marshaka-mp3/tihaya-skazka/" TargetMode="External"/><Relationship Id="rId330" Type="http://schemas.openxmlformats.org/officeDocument/2006/relationships/hyperlink" Target="https://m.edsoo.ru/f29f5afc" TargetMode="External"/><Relationship Id="rId90" Type="http://schemas.openxmlformats.org/officeDocument/2006/relationships/hyperlink" Target="https://resh.edu.ru/subject/lesson/3776/start/" TargetMode="External"/><Relationship Id="rId165" Type="http://schemas.openxmlformats.org/officeDocument/2006/relationships/hyperlink" Target="http://infourok.ru/go.html?href=http%3A%2F%2Fwww.openclass.ru%2F" TargetMode="External"/><Relationship Id="rId186" Type="http://schemas.openxmlformats.org/officeDocument/2006/relationships/hyperlink" Target="http://infourok.ru/go.html?href=http%3A%2F%2Fwww.openclass.ru%2F" TargetMode="External"/><Relationship Id="rId351" Type="http://schemas.openxmlformats.org/officeDocument/2006/relationships/hyperlink" Target="https://m.edsoo.ru/f29f9300" TargetMode="External"/><Relationship Id="rId372" Type="http://schemas.openxmlformats.org/officeDocument/2006/relationships/hyperlink" Target="https://m.edsoo.ru/f2a0c34c" TargetMode="External"/><Relationship Id="rId393" Type="http://schemas.openxmlformats.org/officeDocument/2006/relationships/hyperlink" Target="https://m.edsoo.ru/f29fd662" TargetMode="External"/><Relationship Id="rId407" Type="http://schemas.openxmlformats.org/officeDocument/2006/relationships/hyperlink" Target="https://m.edsoo.ru/f29fb8f8" TargetMode="External"/><Relationship Id="rId428" Type="http://schemas.openxmlformats.org/officeDocument/2006/relationships/hyperlink" Target="https://m.edsoo.ru/f2a0afd8" TargetMode="External"/><Relationship Id="rId449" Type="http://schemas.openxmlformats.org/officeDocument/2006/relationships/hyperlink" Target="https://m.edsoo.ru/f2a0b4c4" TargetMode="External"/><Relationship Id="rId211" Type="http://schemas.openxmlformats.org/officeDocument/2006/relationships/hyperlink" Target="https://youtu.be/f3XDphwIeBM" TargetMode="External"/><Relationship Id="rId232" Type="http://schemas.openxmlformats.org/officeDocument/2006/relationships/hyperlink" Target="http://infourok.ru/go.html?href=http%3A%2F%2Fstranamasterov.ru%2F" TargetMode="External"/><Relationship Id="rId253" Type="http://schemas.openxmlformats.org/officeDocument/2006/relationships/hyperlink" Target="https://m.edsoo.ru/8bc4a4f8" TargetMode="External"/><Relationship Id="rId274" Type="http://schemas.openxmlformats.org/officeDocument/2006/relationships/hyperlink" Target="https://resh.edu.ru/subject/lesson/5046/start/286509/" TargetMode="External"/><Relationship Id="rId295" Type="http://schemas.openxmlformats.org/officeDocument/2006/relationships/hyperlink" Target="https://resh.edu.ru/subject/lesson/4263/start/" TargetMode="External"/><Relationship Id="rId309" Type="http://schemas.openxmlformats.org/officeDocument/2006/relationships/hyperlink" Target="https://resh.edu.ru/subject/lesson/6203/start/" TargetMode="External"/><Relationship Id="rId460" Type="http://schemas.openxmlformats.org/officeDocument/2006/relationships/image" Target="http://nsc.1september.ru/2002/03/9.gif" TargetMode="External"/><Relationship Id="rId481" Type="http://schemas.openxmlformats.org/officeDocument/2006/relationships/image" Target="media/image22.png"/><Relationship Id="rId27" Type="http://schemas.openxmlformats.org/officeDocument/2006/relationships/hyperlink" Target="https://resh.edu.ru/subject/lesson/5046/start/286509/" TargetMode="External"/><Relationship Id="rId48" Type="http://schemas.openxmlformats.org/officeDocument/2006/relationships/hyperlink" Target="https://m.edsoo.ru/7f411a40" TargetMode="External"/><Relationship Id="rId69" Type="http://schemas.openxmlformats.org/officeDocument/2006/relationships/hyperlink" Target="https://easyen.ru/load/russkij_jazyk/1_klass/didakticheskij_material_uchimsja_sostavljat_tekst_po_kartinkam_1/380-1-0-64026" TargetMode="External"/><Relationship Id="rId113" Type="http://schemas.openxmlformats.org/officeDocument/2006/relationships/hyperlink" Target="https://resh.edu.ru/subject/lesson/4152/start/" TargetMode="External"/><Relationship Id="rId134" Type="http://schemas.openxmlformats.org/officeDocument/2006/relationships/hyperlink" Target="https://resh.edu.ru/subject/lesson/3831/start/" TargetMode="External"/><Relationship Id="rId320" Type="http://schemas.openxmlformats.org/officeDocument/2006/relationships/hyperlink" Target="https://m.edsoo.ru/f29f3ca2" TargetMode="External"/><Relationship Id="rId80" Type="http://schemas.openxmlformats.org/officeDocument/2006/relationships/hyperlink" Target="https://www.uchebnikvsluh.ru/catalog/2417/" TargetMode="External"/><Relationship Id="rId155" Type="http://schemas.openxmlformats.org/officeDocument/2006/relationships/hyperlink" Target="https://youtu.be/f3XDphwIeBM" TargetMode="External"/><Relationship Id="rId176" Type="http://schemas.openxmlformats.org/officeDocument/2006/relationships/hyperlink" Target="https://youtu.be/f3XDphwIeBM" TargetMode="External"/><Relationship Id="rId197" Type="http://schemas.openxmlformats.org/officeDocument/2006/relationships/hyperlink" Target="http://infourok.ru/go.html?href=http%3A%2F%2Fstranamasterov.ru%2F" TargetMode="External"/><Relationship Id="rId341" Type="http://schemas.openxmlformats.org/officeDocument/2006/relationships/hyperlink" Target="https://m.edsoo.ru/f29f6c04" TargetMode="External"/><Relationship Id="rId362" Type="http://schemas.openxmlformats.org/officeDocument/2006/relationships/hyperlink" Target="https://m.edsoo.ru/f29f7ba4" TargetMode="External"/><Relationship Id="rId383" Type="http://schemas.openxmlformats.org/officeDocument/2006/relationships/hyperlink" Target="https://m.edsoo.ru/f29fab56" TargetMode="External"/><Relationship Id="rId418" Type="http://schemas.openxmlformats.org/officeDocument/2006/relationships/hyperlink" Target="https://m.edsoo.ru/f29fcd02" TargetMode="External"/><Relationship Id="rId439" Type="http://schemas.openxmlformats.org/officeDocument/2006/relationships/hyperlink" Target="https://m.edsoo.ru/f2a087e2" TargetMode="External"/><Relationship Id="rId201" Type="http://schemas.openxmlformats.org/officeDocument/2006/relationships/hyperlink" Target="https://youtu.be/f3XDphwIeBM" TargetMode="External"/><Relationship Id="rId222" Type="http://schemas.openxmlformats.org/officeDocument/2006/relationships/hyperlink" Target="http://infourok.ru/go.html?href=http%3A%2F%2Fstranamasterov.ru%2F" TargetMode="External"/><Relationship Id="rId243" Type="http://schemas.openxmlformats.org/officeDocument/2006/relationships/hyperlink" Target="http://infourok.ru/go.html?href=http%3A%2F%2Fwww.openclass.ru%2F" TargetMode="External"/><Relationship Id="rId264" Type="http://schemas.openxmlformats.org/officeDocument/2006/relationships/hyperlink" Target="https://resh.edu.ru/subject/lesson/5021/start/186854/" TargetMode="External"/><Relationship Id="rId285" Type="http://schemas.openxmlformats.org/officeDocument/2006/relationships/hyperlink" Target="https://resh.edu.ru/subject/lesson/5037/start/" TargetMode="External"/><Relationship Id="rId450" Type="http://schemas.openxmlformats.org/officeDocument/2006/relationships/hyperlink" Target="https://m.edsoo.ru/f2a0b348" TargetMode="External"/><Relationship Id="rId471" Type="http://schemas.openxmlformats.org/officeDocument/2006/relationships/image" Target="media/image15.jpeg"/><Relationship Id="rId17" Type="http://schemas.openxmlformats.org/officeDocument/2006/relationships/hyperlink" Target="https://lesson.edu.ru/lesson/7522a26b-9056-40a4-bee8-ee3a92eaeecd" TargetMode="External"/><Relationship Id="rId38" Type="http://schemas.openxmlformats.org/officeDocument/2006/relationships/hyperlink" Target="https://resh.edu.ru/subject/lesson/5066/start/" TargetMode="External"/><Relationship Id="rId59" Type="http://schemas.openxmlformats.org/officeDocument/2006/relationships/hyperlink" Target="https://m.edsoo.ru/7f412cec" TargetMode="External"/><Relationship Id="rId103" Type="http://schemas.openxmlformats.org/officeDocument/2006/relationships/hyperlink" Target="https://resh.edu.ru/subject/lesson/6380/start/179712/" TargetMode="External"/><Relationship Id="rId124" Type="http://schemas.openxmlformats.org/officeDocument/2006/relationships/hyperlink" Target="https://mishka-knizhka.ru/audioskazki-dlya-detej/russkie-audioskazki/audioskazki-bianki-v-v/lesnoj-kolobok-koljuchij-bok-audioskazka-bianki-v-v/" TargetMode="External"/><Relationship Id="rId310" Type="http://schemas.openxmlformats.org/officeDocument/2006/relationships/hyperlink" Target="https://resh.edu.ru/subject/lesson/6203/start/" TargetMode="External"/><Relationship Id="rId492" Type="http://schemas.openxmlformats.org/officeDocument/2006/relationships/theme" Target="theme/theme1.xml"/><Relationship Id="rId70" Type="http://schemas.openxmlformats.org/officeDocument/2006/relationships/hyperlink" Target="https://easyen.ru/load/russkij_jazyk/obuchenie_gramote/m_prezentacija_k_uroku_obuchenija_gramote_po_teme_predlozhenie_i_slovo/379-1-0-82064" TargetMode="External"/><Relationship Id="rId91" Type="http://schemas.openxmlformats.org/officeDocument/2006/relationships/hyperlink" Target="https://resh.edu.ru/subject/lesson/3776/start/" TargetMode="External"/><Relationship Id="rId145" Type="http://schemas.openxmlformats.org/officeDocument/2006/relationships/hyperlink" Target="https://resh.edu.ru/subject/lesson/4143/start/188340/" TargetMode="External"/><Relationship Id="rId166" Type="http://schemas.openxmlformats.org/officeDocument/2006/relationships/hyperlink" Target="http://infourok.ru/go.html?href=http%3A%2F%2Fstranamasterov.ru%2F" TargetMode="External"/><Relationship Id="rId187" Type="http://schemas.openxmlformats.org/officeDocument/2006/relationships/hyperlink" Target="http://infourok.ru/go.html?href=http%3A%2F%2Fstranamasterov.ru%2F" TargetMode="External"/><Relationship Id="rId331" Type="http://schemas.openxmlformats.org/officeDocument/2006/relationships/hyperlink" Target="https://m.edsoo.ru/f29f56ec" TargetMode="External"/><Relationship Id="rId352" Type="http://schemas.openxmlformats.org/officeDocument/2006/relationships/hyperlink" Target="https://m.edsoo.ru/f2a0bdc0" TargetMode="External"/><Relationship Id="rId373" Type="http://schemas.openxmlformats.org/officeDocument/2006/relationships/hyperlink" Target="https://m.edsoo.ru/f29faec6" TargetMode="External"/><Relationship Id="rId394" Type="http://schemas.openxmlformats.org/officeDocument/2006/relationships/hyperlink" Target="https://m.edsoo.ru/f29fdb80" TargetMode="External"/><Relationship Id="rId408" Type="http://schemas.openxmlformats.org/officeDocument/2006/relationships/hyperlink" Target="https://m.edsoo.ru/f2a0a5e2" TargetMode="External"/><Relationship Id="rId429" Type="http://schemas.openxmlformats.org/officeDocument/2006/relationships/hyperlink" Target="https://m.edsoo.ru/f2a0b7ee" TargetMode="External"/><Relationship Id="rId1" Type="http://schemas.openxmlformats.org/officeDocument/2006/relationships/numbering" Target="numbering.xml"/><Relationship Id="rId212" Type="http://schemas.openxmlformats.org/officeDocument/2006/relationships/hyperlink" Target="http://infourok.ru/go.html?href=http%3A%2F%2Fwww.openclass.ru%2F" TargetMode="External"/><Relationship Id="rId233" Type="http://schemas.openxmlformats.org/officeDocument/2006/relationships/hyperlink" Target="https://youtu.be/f3XDphwIeBM" TargetMode="External"/><Relationship Id="rId254" Type="http://schemas.openxmlformats.org/officeDocument/2006/relationships/hyperlink" Target="https://m.edsoo.ru/8bc4a25a" TargetMode="External"/><Relationship Id="rId440" Type="http://schemas.openxmlformats.org/officeDocument/2006/relationships/hyperlink" Target="https://m.edsoo.ru/f2a08b2a" TargetMode="External"/><Relationship Id="rId28" Type="http://schemas.openxmlformats.org/officeDocument/2006/relationships/hyperlink" Target="https://resh.edu.ru/subject/lesson/4255/start/" TargetMode="External"/><Relationship Id="rId49" Type="http://schemas.openxmlformats.org/officeDocument/2006/relationships/hyperlink" Target="https://m.edsoo.ru/7f411a40" TargetMode="External"/><Relationship Id="rId114" Type="http://schemas.openxmlformats.org/officeDocument/2006/relationships/hyperlink" Target="https://resh.edu.ru/subject/lesson/4152/start/" TargetMode="External"/><Relationship Id="rId275" Type="http://schemas.openxmlformats.org/officeDocument/2006/relationships/hyperlink" Target="https://resh.edu.ru/subject/lesson/4248/start/" TargetMode="External"/><Relationship Id="rId296" Type="http://schemas.openxmlformats.org/officeDocument/2006/relationships/hyperlink" Target="https://resh.edu.ru/subject/lesson/4263/start/" TargetMode="External"/><Relationship Id="rId300" Type="http://schemas.openxmlformats.org/officeDocument/2006/relationships/hyperlink" Target="https://resh.edu.ru/subject/lesson/5066/start/" TargetMode="External"/><Relationship Id="rId461" Type="http://schemas.openxmlformats.org/officeDocument/2006/relationships/image" Target="media/image6.gif"/><Relationship Id="rId482" Type="http://schemas.microsoft.com/office/2007/relationships/hdphoto" Target="media/hdphoto4.wdp"/><Relationship Id="rId60" Type="http://schemas.openxmlformats.org/officeDocument/2006/relationships/hyperlink" Target="https://m.edsoo.ru/7f412cec" TargetMode="External"/><Relationship Id="rId81" Type="http://schemas.openxmlformats.org/officeDocument/2006/relationships/hyperlink" Target="https://nsportal.ru/nachalnaya-shkola/chtenie/2014/11/01/prezentatsiya-sostavlenie-zvukovykh-skhem-slov" TargetMode="External"/><Relationship Id="rId135" Type="http://schemas.openxmlformats.org/officeDocument/2006/relationships/hyperlink" Target="https://resh.edu.ru/subject/lesson/6387/start/" TargetMode="External"/><Relationship Id="rId156" Type="http://schemas.openxmlformats.org/officeDocument/2006/relationships/hyperlink" Target="http://infourok.ru/go.html?href=http%3A%2F%2Fstranamasterov.ru%2F" TargetMode="External"/><Relationship Id="rId177" Type="http://schemas.openxmlformats.org/officeDocument/2006/relationships/hyperlink" Target="http://infourok.ru/go.html?href=http%3A%2F%2Fstranamasterov.ru%2F" TargetMode="External"/><Relationship Id="rId198" Type="http://schemas.openxmlformats.org/officeDocument/2006/relationships/hyperlink" Target="http://infourok.ru/go.html?href=http%3A%2F%2Fwww.mobintech.ru%2F" TargetMode="External"/><Relationship Id="rId321" Type="http://schemas.openxmlformats.org/officeDocument/2006/relationships/hyperlink" Target="https://m.edsoo.ru/f29f488c" TargetMode="External"/><Relationship Id="rId342" Type="http://schemas.openxmlformats.org/officeDocument/2006/relationships/hyperlink" Target="https://m.edsoo.ru/f29f783e" TargetMode="External"/><Relationship Id="rId363" Type="http://schemas.openxmlformats.org/officeDocument/2006/relationships/hyperlink" Target="https://m.edsoo.ru/f29f7a78" TargetMode="External"/><Relationship Id="rId384" Type="http://schemas.openxmlformats.org/officeDocument/2006/relationships/hyperlink" Target="https://m.edsoo.ru/f29faa20" TargetMode="External"/><Relationship Id="rId419" Type="http://schemas.openxmlformats.org/officeDocument/2006/relationships/hyperlink" Target="https://m.edsoo.ru/f29fc1b8" TargetMode="External"/><Relationship Id="rId202" Type="http://schemas.openxmlformats.org/officeDocument/2006/relationships/hyperlink" Target="http://infourok.ru/go.html?href=http%3A%2F%2Fwww.openclass.ru%2F" TargetMode="External"/><Relationship Id="rId223" Type="http://schemas.openxmlformats.org/officeDocument/2006/relationships/hyperlink" Target="http://infourok.ru/go.html?href=http%3A%2F%2Fwww.mobintech.ru%2F" TargetMode="External"/><Relationship Id="rId244" Type="http://schemas.openxmlformats.org/officeDocument/2006/relationships/hyperlink" Target="http://infourok.ru/go.html?href=http%3A%2F%2Fstranamasterov.ru%2F" TargetMode="External"/><Relationship Id="rId430" Type="http://schemas.openxmlformats.org/officeDocument/2006/relationships/hyperlink" Target="https://m.edsoo.ru/f29fede6" TargetMode="External"/><Relationship Id="rId18" Type="http://schemas.openxmlformats.org/officeDocument/2006/relationships/hyperlink" Target="https://lesson.edu.ru/lesson/c5b80d8c-ae31-4e48-8b40-6159b2f1d565" TargetMode="External"/><Relationship Id="rId39" Type="http://schemas.openxmlformats.org/officeDocument/2006/relationships/hyperlink" Target="https://resh.edu.ru/subject/lesson/4267/start/" TargetMode="External"/><Relationship Id="rId265" Type="http://schemas.openxmlformats.org/officeDocument/2006/relationships/hyperlink" Target="https://resh.edu.ru/subject/lesson/5074/start/" TargetMode="External"/><Relationship Id="rId286" Type="http://schemas.openxmlformats.org/officeDocument/2006/relationships/hyperlink" Target="https://resh.edu.ru/subject/lesson/5036/start/183941/" TargetMode="External"/><Relationship Id="rId451" Type="http://schemas.openxmlformats.org/officeDocument/2006/relationships/hyperlink" Target="https://m.edsoo.ru/f2a0aa06" TargetMode="External"/><Relationship Id="rId472" Type="http://schemas.openxmlformats.org/officeDocument/2006/relationships/image" Target="media/image16.jpeg"/><Relationship Id="rId493" Type="http://schemas.microsoft.com/office/2007/relationships/stylesWithEffects" Target="stylesWithEffects.xml"/><Relationship Id="rId50" Type="http://schemas.openxmlformats.org/officeDocument/2006/relationships/hyperlink" Target="https://m.edsoo.ru/7f411a40" TargetMode="External"/><Relationship Id="rId104" Type="http://schemas.openxmlformats.org/officeDocument/2006/relationships/hyperlink" Target="https://resh.edu.ru/subject/lesson/6380/start/179712/" TargetMode="External"/><Relationship Id="rId125" Type="http://schemas.openxmlformats.org/officeDocument/2006/relationships/hyperlink" Target="https://resh.edu.ru/subject/lesson/6386/start/" TargetMode="External"/><Relationship Id="rId146" Type="http://schemas.openxmlformats.org/officeDocument/2006/relationships/hyperlink" Target="https://resh.edu.ru/subject/lesson/4143/start/188340/" TargetMode="External"/><Relationship Id="rId167" Type="http://schemas.openxmlformats.org/officeDocument/2006/relationships/hyperlink" Target="http://infourok.ru/go.html?href=http%3A%2F%2Fwww.openclass.ru%2F" TargetMode="External"/><Relationship Id="rId188" Type="http://schemas.openxmlformats.org/officeDocument/2006/relationships/hyperlink" Target="http://infourok.ru/go.html?href=http%3A%2F%2Fwww.openclass.ru%2F" TargetMode="External"/><Relationship Id="rId311" Type="http://schemas.openxmlformats.org/officeDocument/2006/relationships/hyperlink" Target="https://resh.edu.ru/subject/lesson/6203/start/" TargetMode="External"/><Relationship Id="rId332" Type="http://schemas.openxmlformats.org/officeDocument/2006/relationships/hyperlink" Target="https://m.edsoo.ru/f29f5e94" TargetMode="External"/><Relationship Id="rId353" Type="http://schemas.openxmlformats.org/officeDocument/2006/relationships/hyperlink" Target="https://m.edsoo.ru/f29f7cbc" TargetMode="External"/><Relationship Id="rId374" Type="http://schemas.openxmlformats.org/officeDocument/2006/relationships/hyperlink" Target="https://m.edsoo.ru/f29f9c42" TargetMode="External"/><Relationship Id="rId395" Type="http://schemas.openxmlformats.org/officeDocument/2006/relationships/hyperlink" Target="https://m.edsoo.ru/f29fdcc0" TargetMode="External"/><Relationship Id="rId409" Type="http://schemas.openxmlformats.org/officeDocument/2006/relationships/hyperlink" Target="https://m.edsoo.ru/f2a0a36c" TargetMode="External"/><Relationship Id="rId71" Type="http://schemas.openxmlformats.org/officeDocument/2006/relationships/hyperlink" Target="https://kopilkaurokov.ru/nachalniyeklassi/presentacii/priezientatsiia-priedlozhieniie-sostoit-iz-slov-obuchieniie-ghramotie-1-klass" TargetMode="External"/><Relationship Id="rId92" Type="http://schemas.openxmlformats.org/officeDocument/2006/relationships/hyperlink" Target="https://resh.edu.ru/subject/lesson/3551/start/" TargetMode="External"/><Relationship Id="rId213" Type="http://schemas.openxmlformats.org/officeDocument/2006/relationships/hyperlink" Target="http://infourok.ru/go.html?href=http%3A%2F%2Fstranamasterov.ru%2F" TargetMode="External"/><Relationship Id="rId234" Type="http://schemas.openxmlformats.org/officeDocument/2006/relationships/hyperlink" Target="http://infourok.ru/go.html?href=http%3A%2F%2Fwww.openclass.ru%2F" TargetMode="External"/><Relationship Id="rId420" Type="http://schemas.openxmlformats.org/officeDocument/2006/relationships/hyperlink" Target="https://m.edsoo.ru/f29fd0f4" TargetMode="External"/><Relationship Id="rId2" Type="http://schemas.openxmlformats.org/officeDocument/2006/relationships/styles" Target="styles.xml"/><Relationship Id="rId29" Type="http://schemas.openxmlformats.org/officeDocument/2006/relationships/hyperlink" Target="https://resh.edu.ru/subject/lesson/5036/start/183941/" TargetMode="External"/><Relationship Id="rId255" Type="http://schemas.openxmlformats.org/officeDocument/2006/relationships/hyperlink" Target="https://m.edsoo.ru/8bc4a3cc" TargetMode="External"/><Relationship Id="rId276" Type="http://schemas.openxmlformats.org/officeDocument/2006/relationships/hyperlink" Target="https://resh.edu.ru/subject/lesson/5030/start/286539/" TargetMode="External"/><Relationship Id="rId297" Type="http://schemas.openxmlformats.org/officeDocument/2006/relationships/hyperlink" Target="https://resh.edu.ru/subject/lesson/5061/start/" TargetMode="External"/><Relationship Id="rId441" Type="http://schemas.openxmlformats.org/officeDocument/2006/relationships/hyperlink" Target="https://m.edsoo.ru/f2a097d2" TargetMode="External"/><Relationship Id="rId462" Type="http://schemas.openxmlformats.org/officeDocument/2006/relationships/image" Target="http://nsc.1september.ru/2002/03/8.gif" TargetMode="External"/><Relationship Id="rId483" Type="http://schemas.openxmlformats.org/officeDocument/2006/relationships/image" Target="media/image23.png"/><Relationship Id="rId40" Type="http://schemas.openxmlformats.org/officeDocument/2006/relationships/hyperlink" Target="https://resh.edu.ru/subject/lesson/5058/start/186792/" TargetMode="External"/><Relationship Id="rId115" Type="http://schemas.openxmlformats.org/officeDocument/2006/relationships/hyperlink" Target="https://resh.edu.ru/subject/lesson/3789/start/179434/" TargetMode="External"/><Relationship Id="rId136" Type="http://schemas.openxmlformats.org/officeDocument/2006/relationships/hyperlink" Target="https://mishka-knizhka.ru/audio-rasskazy-dlya-detej/audio-rasskazy-prishvina/lisichkin-hleb-audio-rasskaz-prishvina-m-m/" TargetMode="External"/><Relationship Id="rId157" Type="http://schemas.openxmlformats.org/officeDocument/2006/relationships/hyperlink" Target="https://youtu.be/f3XDphwIeBM" TargetMode="External"/><Relationship Id="rId178" Type="http://schemas.openxmlformats.org/officeDocument/2006/relationships/hyperlink" Target="https://youtu.be/f3XDphwIeBM" TargetMode="External"/><Relationship Id="rId301" Type="http://schemas.openxmlformats.org/officeDocument/2006/relationships/hyperlink" Target="https://resh.edu.ru/subject/lesson/4267/start/" TargetMode="External"/><Relationship Id="rId322" Type="http://schemas.openxmlformats.org/officeDocument/2006/relationships/hyperlink" Target="https://m.edsoo.ru/f29f5282" TargetMode="External"/><Relationship Id="rId343" Type="http://schemas.openxmlformats.org/officeDocument/2006/relationships/hyperlink" Target="https://m.edsoo.ru/f29f76cc" TargetMode="External"/><Relationship Id="rId364" Type="http://schemas.openxmlformats.org/officeDocument/2006/relationships/hyperlink" Target="https://m.edsoo.ru/f29f8284" TargetMode="External"/><Relationship Id="rId61" Type="http://schemas.openxmlformats.org/officeDocument/2006/relationships/hyperlink" Target="https://m.edsoo.ru/7f412cec" TargetMode="External"/><Relationship Id="rId82" Type="http://schemas.openxmlformats.org/officeDocument/2006/relationships/hyperlink" Target="https://resh.edu.ru/subject/lesson/4101/start/281633/" TargetMode="External"/><Relationship Id="rId199" Type="http://schemas.openxmlformats.org/officeDocument/2006/relationships/hyperlink" Target="https://youtu.be/f3XDphwIeBM" TargetMode="External"/><Relationship Id="rId203" Type="http://schemas.openxmlformats.org/officeDocument/2006/relationships/hyperlink" Target="http://infourok.ru/go.html?href=http%3A%2F%2Fwww.mobintech.ru%2F" TargetMode="External"/><Relationship Id="rId385" Type="http://schemas.openxmlformats.org/officeDocument/2006/relationships/hyperlink" Target="https://m.edsoo.ru/f29fa7a0" TargetMode="External"/><Relationship Id="rId19" Type="http://schemas.openxmlformats.org/officeDocument/2006/relationships/hyperlink" Target="https://lesson.edu.ru/lesson/263d792b-9bec-4d32-847c-af8f76c3a11e" TargetMode="External"/><Relationship Id="rId224" Type="http://schemas.openxmlformats.org/officeDocument/2006/relationships/hyperlink" Target="https://youtu.be/f3XDphwIeBM" TargetMode="External"/><Relationship Id="rId245" Type="http://schemas.openxmlformats.org/officeDocument/2006/relationships/hyperlink" Target="http://infourok.ru/go.html?href=http%3A%2F%2Fwww.openclass.ru%2F" TargetMode="External"/><Relationship Id="rId266" Type="http://schemas.openxmlformats.org/officeDocument/2006/relationships/hyperlink" Target="https://m.edsoo.ru/8bc489a0" TargetMode="External"/><Relationship Id="rId287" Type="http://schemas.openxmlformats.org/officeDocument/2006/relationships/hyperlink" Target="https://resh.edu.ru/subject/lesson/5069/start/198994/" TargetMode="External"/><Relationship Id="rId410" Type="http://schemas.openxmlformats.org/officeDocument/2006/relationships/hyperlink" Target="https://m.edsoo.ru/f29fba1a" TargetMode="External"/><Relationship Id="rId431" Type="http://schemas.openxmlformats.org/officeDocument/2006/relationships/hyperlink" Target="https://m.edsoo.ru/f29fef08" TargetMode="External"/><Relationship Id="rId452" Type="http://schemas.openxmlformats.org/officeDocument/2006/relationships/hyperlink" Target="https://m.edsoo.ru/f2a0c234" TargetMode="External"/><Relationship Id="rId473" Type="http://schemas.openxmlformats.org/officeDocument/2006/relationships/image" Target="media/image17.jpeg"/><Relationship Id="rId30" Type="http://schemas.openxmlformats.org/officeDocument/2006/relationships/hyperlink" Target="https://resh.edu.ru/subject/lesson/5069/start/198994/" TargetMode="External"/><Relationship Id="rId105" Type="http://schemas.openxmlformats.org/officeDocument/2006/relationships/hyperlink" Target="https://resh.edu.ru/subject/lesson/6390/start/188454/" TargetMode="External"/><Relationship Id="rId126" Type="http://schemas.openxmlformats.org/officeDocument/2006/relationships/hyperlink" Target="https://resh.edu.ru/subject/lesson/6386/start/" TargetMode="External"/><Relationship Id="rId147" Type="http://schemas.openxmlformats.org/officeDocument/2006/relationships/hyperlink" Target="https://mishka-knizhka.ru/audioskazki-dlya-detej/russkie-audioskazki/audioskazki-suteeva/elka-audio/" TargetMode="External"/><Relationship Id="rId168" Type="http://schemas.openxmlformats.org/officeDocument/2006/relationships/hyperlink" Target="http://infourok.ru/go.html?href=http%3A%2F%2Fwww.mobintech.ru%2F" TargetMode="External"/><Relationship Id="rId312" Type="http://schemas.openxmlformats.org/officeDocument/2006/relationships/hyperlink" Target="https://m.edsoo.ru/8bc4a8fe" TargetMode="External"/><Relationship Id="rId333" Type="http://schemas.openxmlformats.org/officeDocument/2006/relationships/hyperlink" Target="https://m.edsoo.ru/f29f62e0" TargetMode="External"/><Relationship Id="rId354" Type="http://schemas.openxmlformats.org/officeDocument/2006/relationships/hyperlink" Target="https://m.edsoo.ru/f29f87f2" TargetMode="External"/><Relationship Id="rId51" Type="http://schemas.openxmlformats.org/officeDocument/2006/relationships/hyperlink" Target="https://m.edsoo.ru/7f411a40" TargetMode="External"/><Relationship Id="rId72" Type="http://schemas.openxmlformats.org/officeDocument/2006/relationships/hyperlink" Target="https://www.uchebnikvsluh.ru/catalog/1879/" TargetMode="External"/><Relationship Id="rId93" Type="http://schemas.openxmlformats.org/officeDocument/2006/relationships/hyperlink" Target="https://resh.edu.ru/subject/lesson/3551/start/" TargetMode="External"/><Relationship Id="rId189" Type="http://schemas.openxmlformats.org/officeDocument/2006/relationships/hyperlink" Target="http://infourok.ru/go.html?href=http%3A%2F%2Fstranamasterov.ru%2F" TargetMode="External"/><Relationship Id="rId375" Type="http://schemas.openxmlformats.org/officeDocument/2006/relationships/hyperlink" Target="https://m.edsoo.ru/f29f9ee0" TargetMode="External"/><Relationship Id="rId396" Type="http://schemas.openxmlformats.org/officeDocument/2006/relationships/hyperlink" Target="https://m.edsoo.ru/f29fded2" TargetMode="External"/><Relationship Id="rId3" Type="http://schemas.openxmlformats.org/officeDocument/2006/relationships/settings" Target="settings.xml"/><Relationship Id="rId214" Type="http://schemas.openxmlformats.org/officeDocument/2006/relationships/hyperlink" Target="http://infourok.ru/go.html?href=http%3A%2F%2Fwww.mobintech.ru%2F" TargetMode="External"/><Relationship Id="rId235" Type="http://schemas.openxmlformats.org/officeDocument/2006/relationships/hyperlink" Target="http://infourok.ru/go.html?href=http%3A%2F%2Fstranamasterov.ru%2F" TargetMode="External"/><Relationship Id="rId256" Type="http://schemas.openxmlformats.org/officeDocument/2006/relationships/hyperlink" Target="https://m.edsoo.ru/8bc4a25a" TargetMode="External"/><Relationship Id="rId277" Type="http://schemas.openxmlformats.org/officeDocument/2006/relationships/hyperlink" Target="https://m.edsoo.ru/8bc4e35a" TargetMode="External"/><Relationship Id="rId298" Type="http://schemas.openxmlformats.org/officeDocument/2006/relationships/hyperlink" Target="https://resh.edu.ru/subject/lesson/5070/start/" TargetMode="External"/><Relationship Id="rId400" Type="http://schemas.openxmlformats.org/officeDocument/2006/relationships/hyperlink" Target="https://m.edsoo.ru/f29fe256" TargetMode="External"/><Relationship Id="rId421" Type="http://schemas.openxmlformats.org/officeDocument/2006/relationships/hyperlink" Target="https://m.edsoo.ru/f2a0c9fa" TargetMode="External"/><Relationship Id="rId442" Type="http://schemas.openxmlformats.org/officeDocument/2006/relationships/hyperlink" Target="https://m.edsoo.ru/f2a08986" TargetMode="External"/><Relationship Id="rId463" Type="http://schemas.openxmlformats.org/officeDocument/2006/relationships/image" Target="media/image7.png"/><Relationship Id="rId484" Type="http://schemas.microsoft.com/office/2007/relationships/hdphoto" Target="media/hdphoto5.wdp"/><Relationship Id="rId116" Type="http://schemas.openxmlformats.org/officeDocument/2006/relationships/hyperlink" Target="https://resh.edu.ru/subject/lesson/3789/start/179434/" TargetMode="External"/><Relationship Id="rId137" Type="http://schemas.openxmlformats.org/officeDocument/2006/relationships/hyperlink" Target="https://resh.edu.ru/subject/lesson/3821/start/179287/" TargetMode="External"/><Relationship Id="rId158" Type="http://schemas.openxmlformats.org/officeDocument/2006/relationships/hyperlink" Target="http://infourok.ru/go.html?href=http%3A%2F%2Fwww.openclass.ru%2F" TargetMode="External"/><Relationship Id="rId302" Type="http://schemas.openxmlformats.org/officeDocument/2006/relationships/hyperlink" Target="https://m.edsoo.ru/f29f4422" TargetMode="External"/><Relationship Id="rId323" Type="http://schemas.openxmlformats.org/officeDocument/2006/relationships/hyperlink" Target="https://m.edsoo.ru/f29f5c50" TargetMode="External"/><Relationship Id="rId344" Type="http://schemas.openxmlformats.org/officeDocument/2006/relationships/hyperlink" Target="https://m.edsoo.ru/f29f6e34" TargetMode="External"/><Relationship Id="rId20" Type="http://schemas.openxmlformats.org/officeDocument/2006/relationships/hyperlink" Target="https://resh.edu.ru/subject/lesson/5019/start/286258/" TargetMode="External"/><Relationship Id="rId41" Type="http://schemas.openxmlformats.org/officeDocument/2006/relationships/hyperlink" Target="https://resh.edu.ru/subject/lesson/6203/start/" TargetMode="External"/><Relationship Id="rId62" Type="http://schemas.openxmlformats.org/officeDocument/2006/relationships/hyperlink" Target="https://m.edsoo.ru/7f412cec" TargetMode="External"/><Relationship Id="rId83" Type="http://schemas.openxmlformats.org/officeDocument/2006/relationships/hyperlink" Target="https://resh.edu.ru/subject/lesson/4101/start/281633/" TargetMode="External"/><Relationship Id="rId179" Type="http://schemas.openxmlformats.org/officeDocument/2006/relationships/hyperlink" Target="http://infourok.ru/go.html?href=http%3A%2F%2Fwww.openclass.ru%2F" TargetMode="External"/><Relationship Id="rId365" Type="http://schemas.openxmlformats.org/officeDocument/2006/relationships/hyperlink" Target="https://m.edsoo.ru/f2a0a4b6" TargetMode="External"/><Relationship Id="rId386" Type="http://schemas.openxmlformats.org/officeDocument/2006/relationships/hyperlink" Target="https://m.edsoo.ru/f29fa8ae" TargetMode="External"/><Relationship Id="rId190" Type="http://schemas.openxmlformats.org/officeDocument/2006/relationships/hyperlink" Target="http://infourok.ru/go.html?href=http%3A%2F%2Fwww.mobintech.ru%2F" TargetMode="External"/><Relationship Id="rId204" Type="http://schemas.openxmlformats.org/officeDocument/2006/relationships/hyperlink" Target="https://youtu.be/f3XDphwIeBM" TargetMode="External"/><Relationship Id="rId225" Type="http://schemas.openxmlformats.org/officeDocument/2006/relationships/hyperlink" Target="http://infourok.ru/go.html?href=http%3A%2F%2Fstranamasterov.ru%2F" TargetMode="External"/><Relationship Id="rId246" Type="http://schemas.openxmlformats.org/officeDocument/2006/relationships/hyperlink" Target="http://infourok.ru/go.html?href=http%3A%2F%2Fwww.openclass.ru%2F" TargetMode="External"/><Relationship Id="rId267" Type="http://schemas.openxmlformats.org/officeDocument/2006/relationships/hyperlink" Target="https://m.edsoo.ru/8bc4c1d" TargetMode="External"/><Relationship Id="rId288" Type="http://schemas.openxmlformats.org/officeDocument/2006/relationships/hyperlink" Target="https://resh.edu.ru/subject/lesson/4255/start/" TargetMode="External"/><Relationship Id="rId411" Type="http://schemas.openxmlformats.org/officeDocument/2006/relationships/hyperlink" Target="https://m.edsoo.ru/f29fbb28" TargetMode="External"/><Relationship Id="rId432" Type="http://schemas.openxmlformats.org/officeDocument/2006/relationships/hyperlink" Target="https://m.edsoo.ru/f29ff214" TargetMode="External"/><Relationship Id="rId453" Type="http://schemas.openxmlformats.org/officeDocument/2006/relationships/hyperlink" Target="https://m.edsoo.ru/f2a0c11c" TargetMode="External"/><Relationship Id="rId474" Type="http://schemas.openxmlformats.org/officeDocument/2006/relationships/image" Target="media/image18.jpeg"/><Relationship Id="rId106" Type="http://schemas.openxmlformats.org/officeDocument/2006/relationships/hyperlink" Target="https://resh.edu.ru/subject/lesson/6390/start/188454/" TargetMode="External"/><Relationship Id="rId127" Type="http://schemas.openxmlformats.org/officeDocument/2006/relationships/hyperlink" Target="https://easyen.ru/load/russkij_jazyk/obuchenie_gramote/prezentacija_k_uroku_obuchenija_gramote_po_teme_soglasnaja_bukva_p_p/379-1-0-82656" TargetMode="External"/><Relationship Id="rId313" Type="http://schemas.openxmlformats.org/officeDocument/2006/relationships/hyperlink" Target="https://m.edsoo.ru/8bc4875c" TargetMode="External"/><Relationship Id="rId10" Type="http://schemas.openxmlformats.org/officeDocument/2006/relationships/hyperlink" Target="https://resh.edu.ru/subject/32/1/" TargetMode="External"/><Relationship Id="rId31" Type="http://schemas.openxmlformats.org/officeDocument/2006/relationships/hyperlink" Target="https://resh.edu.ru/subject/lesson/5030/start/286539/" TargetMode="External"/><Relationship Id="rId52" Type="http://schemas.openxmlformats.org/officeDocument/2006/relationships/hyperlink" Target="https://m.edsoo.ru/7f411a40" TargetMode="External"/><Relationship Id="rId73" Type="http://schemas.openxmlformats.org/officeDocument/2006/relationships/hyperlink" Target="https://nsportal.ru/nachalnaya-shkola/russkii-yazyk/2017/11/13/prezentatsiya-k-uroku-russkogo-yazyka-obuchenie-gramote-v" TargetMode="External"/><Relationship Id="rId94" Type="http://schemas.openxmlformats.org/officeDocument/2006/relationships/hyperlink" Target="https://resh.edu.ru/subject/lesson/6416/start/282744/" TargetMode="External"/><Relationship Id="rId148" Type="http://schemas.openxmlformats.org/officeDocument/2006/relationships/hyperlink" Target="http://infourok.ru/go.html?href=http%3A%2F%2Fwww.mobintech.ru%2F" TargetMode="External"/><Relationship Id="rId169" Type="http://schemas.openxmlformats.org/officeDocument/2006/relationships/hyperlink" Target="https://youtu.be/f3XDphwIeBM" TargetMode="External"/><Relationship Id="rId334" Type="http://schemas.openxmlformats.org/officeDocument/2006/relationships/hyperlink" Target="https://m.edsoo.ru/f29f60a6" TargetMode="External"/><Relationship Id="rId355" Type="http://schemas.openxmlformats.org/officeDocument/2006/relationships/hyperlink" Target="https://m.edsoo.ru/f29f7e42" TargetMode="External"/><Relationship Id="rId376" Type="http://schemas.openxmlformats.org/officeDocument/2006/relationships/hyperlink" Target="https://m.edsoo.ru/f29f9b34" TargetMode="External"/><Relationship Id="rId397" Type="http://schemas.openxmlformats.org/officeDocument/2006/relationships/hyperlink" Target="https://m.edsoo.ru/f29fdff4" TargetMode="External"/><Relationship Id="rId4" Type="http://schemas.openxmlformats.org/officeDocument/2006/relationships/webSettings" Target="webSettings.xml"/><Relationship Id="rId180" Type="http://schemas.openxmlformats.org/officeDocument/2006/relationships/hyperlink" Target="http://infourok.ru/go.html?href=http%3A%2F%2Fstranamasterov.ru%2F" TargetMode="External"/><Relationship Id="rId215" Type="http://schemas.openxmlformats.org/officeDocument/2006/relationships/hyperlink" Target="https://youtu.be/f3XDphwIeBM" TargetMode="External"/><Relationship Id="rId236" Type="http://schemas.openxmlformats.org/officeDocument/2006/relationships/hyperlink" Target="http://infourok.ru/go.html?href=http%3A%2F%2Fwww.openclass.ru%2F" TargetMode="External"/><Relationship Id="rId257" Type="http://schemas.openxmlformats.org/officeDocument/2006/relationships/hyperlink" Target="https://m.edsoo.ru/8bc4aa16" TargetMode="External"/><Relationship Id="rId278" Type="http://schemas.openxmlformats.org/officeDocument/2006/relationships/hyperlink" Target="https://m.edsoo.ru/8bc4e35a" TargetMode="External"/><Relationship Id="rId401" Type="http://schemas.openxmlformats.org/officeDocument/2006/relationships/hyperlink" Target="https://m.edsoo.ru/f2a0c8ec" TargetMode="External"/><Relationship Id="rId422" Type="http://schemas.openxmlformats.org/officeDocument/2006/relationships/hyperlink" Target="https://m.edsoo.ru/f29fe7c4" TargetMode="External"/><Relationship Id="rId443" Type="http://schemas.openxmlformats.org/officeDocument/2006/relationships/hyperlink" Target="https://m.edsoo.ru/f2a08cb0" TargetMode="External"/><Relationship Id="rId464" Type="http://schemas.openxmlformats.org/officeDocument/2006/relationships/image" Target="media/image8.png"/><Relationship Id="rId303" Type="http://schemas.openxmlformats.org/officeDocument/2006/relationships/hyperlink" Target="https://resh.edu.ru/subject/lesson/4267/start/" TargetMode="External"/><Relationship Id="rId485" Type="http://schemas.openxmlformats.org/officeDocument/2006/relationships/image" Target="media/image24.png"/><Relationship Id="rId42" Type="http://schemas.openxmlformats.org/officeDocument/2006/relationships/hyperlink" Target="https://m.edsoo.ru/7f411a40" TargetMode="External"/><Relationship Id="rId84" Type="http://schemas.openxmlformats.org/officeDocument/2006/relationships/hyperlink" Target="https://resh.edu.ru/subject/lesson/6382/start/271182/" TargetMode="External"/><Relationship Id="rId138" Type="http://schemas.openxmlformats.org/officeDocument/2006/relationships/hyperlink" Target="https://resh.edu.ru/subject/lesson/3821/start/179287/" TargetMode="External"/><Relationship Id="rId345" Type="http://schemas.openxmlformats.org/officeDocument/2006/relationships/hyperlink" Target="https://m.edsoo.ru/f29f6f38" TargetMode="External"/><Relationship Id="rId387" Type="http://schemas.openxmlformats.org/officeDocument/2006/relationships/hyperlink" Target="https://m.edsoo.ru/f2a0ba28" TargetMode="External"/><Relationship Id="rId191" Type="http://schemas.openxmlformats.org/officeDocument/2006/relationships/hyperlink" Target="https://youtu.be/f3XDphwIeBM" TargetMode="External"/><Relationship Id="rId205" Type="http://schemas.openxmlformats.org/officeDocument/2006/relationships/hyperlink" Target="http://infourok.ru/go.html?href=http%3A%2F%2Fstranamasterov.ru%2F" TargetMode="External"/><Relationship Id="rId247" Type="http://schemas.openxmlformats.org/officeDocument/2006/relationships/hyperlink" Target="https://lesson.edu.ru/lesson/7522a26b-9056-40a4-bee8-ee3a92eaeecd" TargetMode="External"/><Relationship Id="rId412" Type="http://schemas.openxmlformats.org/officeDocument/2006/relationships/hyperlink" Target="https://m.edsoo.ru/f29fbf6a" TargetMode="External"/><Relationship Id="rId107" Type="http://schemas.openxmlformats.org/officeDocument/2006/relationships/hyperlink" Target="https://resh.edu.ru/subject/lesson/6385/start/188153/" TargetMode="External"/><Relationship Id="rId289" Type="http://schemas.openxmlformats.org/officeDocument/2006/relationships/hyperlink" Target="https://resh.edu.ru/subject/lesson/5037/start/" TargetMode="External"/><Relationship Id="rId454" Type="http://schemas.openxmlformats.org/officeDocument/2006/relationships/hyperlink" Target="https://m.edsoo.ru/f2a0a902" TargetMode="External"/><Relationship Id="rId11" Type="http://schemas.openxmlformats.org/officeDocument/2006/relationships/hyperlink" Target="https://resh.edu.ru/subject/32/1/" TargetMode="External"/><Relationship Id="rId53" Type="http://schemas.openxmlformats.org/officeDocument/2006/relationships/hyperlink" Target="https://m.edsoo.ru/7f411a40" TargetMode="External"/><Relationship Id="rId149" Type="http://schemas.openxmlformats.org/officeDocument/2006/relationships/hyperlink" Target="https://youtu.be/f3XDphwIeBM" TargetMode="External"/><Relationship Id="rId314" Type="http://schemas.openxmlformats.org/officeDocument/2006/relationships/hyperlink" Target="https://m.edsoo.ru/f29f5142" TargetMode="External"/><Relationship Id="rId356" Type="http://schemas.openxmlformats.org/officeDocument/2006/relationships/hyperlink" Target="https://m.edsoo.ru/f29f890a" TargetMode="External"/><Relationship Id="rId398" Type="http://schemas.openxmlformats.org/officeDocument/2006/relationships/hyperlink" Target="https://m.edsoo.ru/f29fe12a" TargetMode="External"/><Relationship Id="rId95" Type="http://schemas.openxmlformats.org/officeDocument/2006/relationships/hyperlink" Target="https://deti-online.com/stihi/stihi-agnii-barto/v-shkolu/" TargetMode="External"/><Relationship Id="rId160" Type="http://schemas.openxmlformats.org/officeDocument/2006/relationships/hyperlink" Target="http://infourok.ru/go.html?href=http%3A%2F%2Fwww.openclass.ru%2F" TargetMode="External"/><Relationship Id="rId216" Type="http://schemas.openxmlformats.org/officeDocument/2006/relationships/hyperlink" Target="http://infourok.ru/go.html?href=http%3A%2F%2Fstranamasterov.ru%2F" TargetMode="External"/><Relationship Id="rId423" Type="http://schemas.openxmlformats.org/officeDocument/2006/relationships/hyperlink" Target="https://m.edsoo.ru/f29fe8dc" TargetMode="External"/><Relationship Id="rId258" Type="http://schemas.openxmlformats.org/officeDocument/2006/relationships/hyperlink" Target="https://resh.edu.ru/subject/lesson/5019/start/286258/" TargetMode="External"/><Relationship Id="rId465" Type="http://schemas.openxmlformats.org/officeDocument/2006/relationships/image" Target="media/image9.png"/><Relationship Id="rId22" Type="http://schemas.openxmlformats.org/officeDocument/2006/relationships/hyperlink" Target="https://resh.edu.ru/subject/lesson/4240/start/" TargetMode="External"/><Relationship Id="rId64" Type="http://schemas.openxmlformats.org/officeDocument/2006/relationships/hyperlink" Target="https://m.edsoo.ru/7f412cec" TargetMode="External"/><Relationship Id="rId118" Type="http://schemas.openxmlformats.org/officeDocument/2006/relationships/hyperlink" Target="https://resh.edu.ru/subject/lesson/3808/start/" TargetMode="External"/><Relationship Id="rId325" Type="http://schemas.openxmlformats.org/officeDocument/2006/relationships/hyperlink" Target="https://m.edsoo.ru/f2a09ae8" TargetMode="External"/><Relationship Id="rId367" Type="http://schemas.openxmlformats.org/officeDocument/2006/relationships/hyperlink" Target="https://m.edsoo.ru/f2a0a7f4" TargetMode="External"/><Relationship Id="rId171" Type="http://schemas.openxmlformats.org/officeDocument/2006/relationships/hyperlink" Target="https://youtu.be/f3XDphwIeBM" TargetMode="External"/><Relationship Id="rId227" Type="http://schemas.openxmlformats.org/officeDocument/2006/relationships/hyperlink" Target="http://infourok.ru/go.html?href=http%3A%2F%2Fwww.openclass.ru%2F" TargetMode="External"/><Relationship Id="rId269" Type="http://schemas.openxmlformats.org/officeDocument/2006/relationships/hyperlink" Target="https://m.edsoo.ru/8bc4d676" TargetMode="External"/><Relationship Id="rId434" Type="http://schemas.openxmlformats.org/officeDocument/2006/relationships/hyperlink" Target="https://m.edsoo.ru/f29ff44e" TargetMode="External"/><Relationship Id="rId476" Type="http://schemas.microsoft.com/office/2007/relationships/hdphoto" Target="media/hdphoto1.wdp"/><Relationship Id="rId33" Type="http://schemas.openxmlformats.org/officeDocument/2006/relationships/hyperlink" Target="https://resh.edu.ru/subject/lesson/5022/start/" TargetMode="External"/><Relationship Id="rId129" Type="http://schemas.openxmlformats.org/officeDocument/2006/relationships/hyperlink" Target="https://resh.edu.ru/subject/lesson/4122/start/" TargetMode="External"/><Relationship Id="rId280" Type="http://schemas.openxmlformats.org/officeDocument/2006/relationships/hyperlink" Target="https://resh.edu.ru/subject/lesson/5031/start/304222/" TargetMode="External"/><Relationship Id="rId336" Type="http://schemas.openxmlformats.org/officeDocument/2006/relationships/hyperlink" Target="https://m.edsoo.ru/f29f6952" TargetMode="External"/><Relationship Id="rId75" Type="http://schemas.openxmlformats.org/officeDocument/2006/relationships/hyperlink" Target="https://kopilkaurokov.ru/nachalniyeKlassi" TargetMode="External"/><Relationship Id="rId140" Type="http://schemas.openxmlformats.org/officeDocument/2006/relationships/hyperlink" Target="https://akniga.org/permyak-evgeniy-pichugin-most" TargetMode="External"/><Relationship Id="rId182" Type="http://schemas.openxmlformats.org/officeDocument/2006/relationships/hyperlink" Target="https://youtu.be/f3XDphwIeBM" TargetMode="External"/><Relationship Id="rId378" Type="http://schemas.openxmlformats.org/officeDocument/2006/relationships/hyperlink" Target="https://m.edsoo.ru/f29fa11a" TargetMode="External"/><Relationship Id="rId403" Type="http://schemas.openxmlformats.org/officeDocument/2006/relationships/hyperlink" Target="https://m.edsoo.ru/f29fb420" TargetMode="External"/><Relationship Id="rId6" Type="http://schemas.openxmlformats.org/officeDocument/2006/relationships/hyperlink" Target="https://resh.edu.ru/subject/32/1/" TargetMode="External"/><Relationship Id="rId238" Type="http://schemas.openxmlformats.org/officeDocument/2006/relationships/hyperlink" Target="http://infourok.ru/go.html?href=http%3A%2F%2Fwww.openclass.ru%2F" TargetMode="External"/><Relationship Id="rId445" Type="http://schemas.openxmlformats.org/officeDocument/2006/relationships/hyperlink" Target="https://m.edsoo.ru/f2a09372" TargetMode="External"/><Relationship Id="rId487" Type="http://schemas.openxmlformats.org/officeDocument/2006/relationships/image" Target="media/image25.png"/><Relationship Id="rId291" Type="http://schemas.openxmlformats.org/officeDocument/2006/relationships/hyperlink" Target="https://resh.edu.ru/subject/lesson/4260/start/187301/" TargetMode="External"/><Relationship Id="rId305" Type="http://schemas.openxmlformats.org/officeDocument/2006/relationships/hyperlink" Target="https://resh.edu.ru/subject/lesson/5071/start/199868/" TargetMode="External"/><Relationship Id="rId347" Type="http://schemas.openxmlformats.org/officeDocument/2006/relationships/hyperlink" Target="https://m.edsoo.ru/f29f7956" TargetMode="External"/><Relationship Id="rId44" Type="http://schemas.openxmlformats.org/officeDocument/2006/relationships/hyperlink" Target="https://m.edsoo.ru/7f411a40" TargetMode="External"/><Relationship Id="rId86" Type="http://schemas.openxmlformats.org/officeDocument/2006/relationships/hyperlink" Target="https://resh.edu.ru/subject/lesson/6389/start/179248/" TargetMode="External"/><Relationship Id="rId151" Type="http://schemas.openxmlformats.org/officeDocument/2006/relationships/hyperlink" Target="https://youtu.be/f3XDphwIeBM" TargetMode="External"/><Relationship Id="rId389" Type="http://schemas.openxmlformats.org/officeDocument/2006/relationships/hyperlink" Target="https://m.edsoo.ru/f29fd216" TargetMode="External"/><Relationship Id="rId193" Type="http://schemas.openxmlformats.org/officeDocument/2006/relationships/hyperlink" Target="https://youtu.be/f3XDphwIeBM" TargetMode="External"/><Relationship Id="rId207" Type="http://schemas.openxmlformats.org/officeDocument/2006/relationships/hyperlink" Target="http://infourok.ru/go.html?href=http%3A%2F%2Fwww.openclass.ru%2F" TargetMode="External"/><Relationship Id="rId249" Type="http://schemas.openxmlformats.org/officeDocument/2006/relationships/hyperlink" Target="https://lesson.edu.ru/lesson/263d792b-9bec-4d32-847c-af8f76c3a11e" TargetMode="External"/><Relationship Id="rId414" Type="http://schemas.openxmlformats.org/officeDocument/2006/relationships/hyperlink" Target="https://m.edsoo.ru/f29fc7bc" TargetMode="External"/><Relationship Id="rId456" Type="http://schemas.openxmlformats.org/officeDocument/2006/relationships/image" Target="media/image2.gif"/><Relationship Id="rId13" Type="http://schemas.openxmlformats.org/officeDocument/2006/relationships/hyperlink" Target="https://resh.edu.ru/subject/32/1/" TargetMode="External"/><Relationship Id="rId109" Type="http://schemas.openxmlformats.org/officeDocument/2006/relationships/hyperlink" Target="https://resh.edu.ru/subject/lesson/3796/start/179667/" TargetMode="External"/><Relationship Id="rId260" Type="http://schemas.openxmlformats.org/officeDocument/2006/relationships/hyperlink" Target="https://m.edsoo.ru/8bc4875c" TargetMode="External"/><Relationship Id="rId316" Type="http://schemas.openxmlformats.org/officeDocument/2006/relationships/hyperlink" Target="https://m.edsoo.ru/8bc4f548" TargetMode="External"/><Relationship Id="rId55" Type="http://schemas.openxmlformats.org/officeDocument/2006/relationships/hyperlink" Target="https://m.edsoo.ru/7f412cec" TargetMode="External"/><Relationship Id="rId97" Type="http://schemas.openxmlformats.org/officeDocument/2006/relationships/hyperlink" Target="https://resh.edu.ru/subject/lesson/6381/start/179453/" TargetMode="External"/><Relationship Id="rId120" Type="http://schemas.openxmlformats.org/officeDocument/2006/relationships/hyperlink" Target="https://resh.edu.ru/subject/lesson/4131/start/213533/" TargetMode="External"/><Relationship Id="rId358" Type="http://schemas.openxmlformats.org/officeDocument/2006/relationships/hyperlink" Target="https://m.edsoo.ru/f29f8a18" TargetMode="External"/><Relationship Id="rId162" Type="http://schemas.openxmlformats.org/officeDocument/2006/relationships/hyperlink" Target="https://youtu.be/f3XDphwIeBM" TargetMode="External"/><Relationship Id="rId218" Type="http://schemas.openxmlformats.org/officeDocument/2006/relationships/hyperlink" Target="http://infourok.ru/go.html?href=http%3A%2F%2Fwww.openclass.ru%2F" TargetMode="External"/><Relationship Id="rId425" Type="http://schemas.openxmlformats.org/officeDocument/2006/relationships/hyperlink" Target="https://m.edsoo.ru/f29feb52" TargetMode="External"/><Relationship Id="rId467"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45818</Words>
  <Characters>261167</Characters>
  <Application>Microsoft Office Word</Application>
  <DocSecurity>0</DocSecurity>
  <Lines>2176</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cab7</dc:creator>
  <cp:keywords/>
  <dc:description/>
  <cp:lastModifiedBy>ТСШ</cp:lastModifiedBy>
  <cp:revision>26</cp:revision>
  <cp:lastPrinted>2023-09-19T15:01:00Z</cp:lastPrinted>
  <dcterms:created xsi:type="dcterms:W3CDTF">2023-09-12T13:06:00Z</dcterms:created>
  <dcterms:modified xsi:type="dcterms:W3CDTF">2023-10-31T05:37:00Z</dcterms:modified>
</cp:coreProperties>
</file>